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19/NQ-CP</w:t>
      </w:r>
    </w:p>
    <w:p>
      <w:pPr>
        <w:jc w:val="both"/>
      </w:pPr>
      <w:r>
        <w:t>Hà Nội, ngày 07 tháng 02 năm 2013</w:t>
      </w:r>
    </w:p>
    <w:p>
      <w:pPr>
        <w:jc w:val="center"/>
      </w:pPr>
      <w:r>
        <w:rPr>
          <w:b/>
        </w:rPr>
        <w:t>NGHỊ QUYẾT</w:t>
      </w:r>
    </w:p>
    <w:p>
      <w:pPr>
        <w:jc w:val="both"/>
      </w:pPr>
      <w:r>
        <w:t>Về Quy hoạch sử dụng đất đến năm 2020 và Kế hoạch sử dụng đất 5 năm</w:t>
      </w:r>
    </w:p>
    <w:p>
      <w:pPr>
        <w:jc w:val="both"/>
      </w:pPr>
      <w:r>
        <w:t>kỳ đầu (2011 – 2015) tỉnh Bắc Giang</w:t>
      </w:r>
    </w:p>
    <w:p>
      <w:pPr>
        <w:jc w:val="both"/>
      </w:pPr>
      <w:r>
        <w:t>______________________</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Xét đề nghị của Ủ y ban nhân dân tỉnh Bắc Giang (Tờ trình số 36/TTr-UBND ngày 01 tháng 8 năm 2012), của Bộ Tài nguyên và Môi trường (Tờ trình s ố 81/TTr-BTNMT ngày 26 tháng 11 năm 2012),</w:t>
      </w:r>
    </w:p>
    <w:p>
      <w:pPr>
        <w:jc w:val="both"/>
      </w:pPr>
      <w:r>
        <w:t>QUYẾT NGHỊ:</w:t>
      </w:r>
    </w:p>
    <w:p>
      <w:pPr>
        <w:jc w:val="both"/>
      </w:pPr>
      <w:r>
        <w:rPr>
          <w:b/>
        </w:rPr>
        <w:t>Điều 1. Xét duyệt quy hoạch sử dụng đất đến năm 2020 của tỉnh Bắc Giang với các chỉ tiêu sau:</w:t>
      </w:r>
    </w:p>
    <w:p>
      <w:pPr>
        <w:jc w:val="both"/>
      </w:pPr>
      <w:r>
        <w:t>1. Diện tích, cơ cấu các loại đất:</w:t>
      </w:r>
    </w:p>
    <w:p>
      <w:pPr>
        <w:jc w:val="both"/>
      </w:pPr>
      <w:r>
        <w:t>STT</w:t>
      </w:r>
    </w:p>
    <w:p>
      <w:pPr>
        <w:jc w:val="both"/>
      </w:pPr>
      <w:r>
        <w:t>Loại đất</w:t>
      </w:r>
    </w:p>
    <w:p>
      <w:pPr>
        <w:jc w:val="both"/>
      </w:pPr>
      <w:r>
        <w:t>Hiện trạng n ă m 2010</w:t>
      </w:r>
    </w:p>
    <w:p>
      <w:pPr>
        <w:jc w:val="both"/>
      </w:pPr>
      <w:r>
        <w:t>Quy hoạch đến năm 2020</w:t>
      </w:r>
    </w:p>
    <w:p>
      <w:pPr>
        <w:jc w:val="both"/>
      </w:pPr>
      <w:r>
        <w:t>Di ệ n tích (ha)</w:t>
      </w:r>
    </w:p>
    <w:p>
      <w:pPr>
        <w:jc w:val="both"/>
      </w:pPr>
      <w:r>
        <w:t>Cơ cấu (%)</w:t>
      </w:r>
    </w:p>
    <w:p>
      <w:pPr>
        <w:jc w:val="both"/>
      </w:pPr>
      <w:r>
        <w:t>Quốc gia phân b ố (ha)</w:t>
      </w:r>
    </w:p>
    <w:p>
      <w:pPr>
        <w:jc w:val="both"/>
      </w:pPr>
      <w:r>
        <w:t>Tỉnh xác đ ị nh (ha)</w:t>
      </w:r>
    </w:p>
    <w:p>
      <w:pPr>
        <w:jc w:val="both"/>
      </w:pPr>
      <w:r>
        <w:t>Tổng số</w:t>
      </w:r>
    </w:p>
    <w:p>
      <w:pPr>
        <w:jc w:val="both"/>
      </w:pPr>
      <w:r>
        <w:t>Diện tích (ha)</w:t>
      </w:r>
    </w:p>
    <w:p>
      <w:pPr>
        <w:jc w:val="both"/>
      </w:pPr>
      <w:r>
        <w:t>Cơ cấu (%)</w:t>
      </w:r>
    </w:p>
    <w:p>
      <w:pPr>
        <w:jc w:val="both"/>
      </w:pPr>
      <w:r>
        <w:t>T Ổ NG DIỆN TÍCH T Ự NHIÊN</w:t>
      </w:r>
    </w:p>
    <w:p>
      <w:pPr>
        <w:jc w:val="both"/>
      </w:pPr>
      <w:r>
        <w:t>384.395</w:t>
      </w:r>
    </w:p>
    <w:p>
      <w:pPr>
        <w:jc w:val="both"/>
      </w:pPr>
      <w:r>
        <w:t>100,00</w:t>
      </w:r>
    </w:p>
    <w:p>
      <w:pPr>
        <w:jc w:val="both"/>
      </w:pPr>
      <w:r>
        <w:t>384.395</w:t>
      </w:r>
    </w:p>
    <w:p>
      <w:pPr>
        <w:jc w:val="both"/>
      </w:pPr>
      <w:r>
        <w:t>100,00</w:t>
      </w:r>
    </w:p>
    <w:p>
      <w:pPr>
        <w:jc w:val="both"/>
      </w:pPr>
      <w:r>
        <w:t>1</w:t>
      </w:r>
    </w:p>
    <w:p>
      <w:pPr>
        <w:jc w:val="both"/>
      </w:pPr>
      <w:r>
        <w:t>Đất nông nghiệp</w:t>
      </w:r>
    </w:p>
    <w:p>
      <w:pPr>
        <w:jc w:val="both"/>
      </w:pPr>
      <w:r>
        <w:t>273.857</w:t>
      </w:r>
    </w:p>
    <w:p>
      <w:pPr>
        <w:jc w:val="both"/>
      </w:pPr>
      <w:r>
        <w:t>71,24</w:t>
      </w:r>
    </w:p>
    <w:p>
      <w:pPr>
        <w:jc w:val="both"/>
      </w:pPr>
      <w:r>
        <w:t>266.234</w:t>
      </w:r>
    </w:p>
    <w:p>
      <w:pPr>
        <w:jc w:val="both"/>
      </w:pPr>
      <w:r>
        <w:t>125</w:t>
      </w:r>
    </w:p>
    <w:p>
      <w:pPr>
        <w:jc w:val="both"/>
      </w:pPr>
      <w:r>
        <w:t>266.359</w:t>
      </w:r>
    </w:p>
    <w:p>
      <w:pPr>
        <w:jc w:val="both"/>
      </w:pPr>
      <w:r>
        <w:t>69,29</w:t>
      </w:r>
    </w:p>
    <w:p>
      <w:pPr>
        <w:jc w:val="both"/>
      </w:pPr>
      <w:r>
        <w:t>Trong đó:</w:t>
      </w:r>
    </w:p>
    <w:p>
      <w:pPr>
        <w:jc w:val="both"/>
      </w:pPr>
      <w:r>
        <w:t>1.1</w:t>
      </w:r>
    </w:p>
    <w:p>
      <w:pPr>
        <w:jc w:val="both"/>
      </w:pPr>
      <w:r>
        <w:t>Đất trồng lúa</w:t>
      </w:r>
    </w:p>
    <w:p>
      <w:pPr>
        <w:jc w:val="both"/>
      </w:pPr>
      <w:r>
        <w:t>71.625</w:t>
      </w:r>
    </w:p>
    <w:p>
      <w:pPr>
        <w:jc w:val="both"/>
      </w:pPr>
      <w:r>
        <w:t>26,15</w:t>
      </w:r>
    </w:p>
    <w:p>
      <w:pPr>
        <w:jc w:val="both"/>
      </w:pPr>
      <w:r>
        <w:t>66.500</w:t>
      </w:r>
    </w:p>
    <w:p>
      <w:pPr>
        <w:jc w:val="both"/>
      </w:pPr>
      <w:r>
        <w:t>215</w:t>
      </w:r>
    </w:p>
    <w:p>
      <w:pPr>
        <w:jc w:val="both"/>
      </w:pPr>
      <w:r>
        <w:t>66.715</w:t>
      </w:r>
    </w:p>
    <w:p>
      <w:pPr>
        <w:jc w:val="both"/>
      </w:pPr>
      <w:r>
        <w:t>25,05</w:t>
      </w:r>
    </w:p>
    <w:p>
      <w:pPr>
        <w:jc w:val="both"/>
      </w:pPr>
      <w:r>
        <w:t>Trong đ ó : Đất chuyên tr ồng lúa nước (2 vụ trở lên)</w:t>
      </w:r>
    </w:p>
    <w:p>
      <w:pPr>
        <w:jc w:val="both"/>
      </w:pPr>
      <w:r>
        <w:t>57.404</w:t>
      </w:r>
    </w:p>
    <w:p>
      <w:pPr>
        <w:jc w:val="both"/>
      </w:pPr>
      <w:r>
        <w:t>55.000</w:t>
      </w:r>
    </w:p>
    <w:p>
      <w:pPr>
        <w:jc w:val="both"/>
      </w:pPr>
      <w:r>
        <w:t>167</w:t>
      </w:r>
    </w:p>
    <w:p>
      <w:pPr>
        <w:jc w:val="both"/>
      </w:pPr>
      <w:r>
        <w:t>55.167</w:t>
      </w:r>
    </w:p>
    <w:p>
      <w:pPr>
        <w:jc w:val="both"/>
      </w:pPr>
      <w:r>
        <w:t>1.2</w:t>
      </w:r>
    </w:p>
    <w:p>
      <w:pPr>
        <w:jc w:val="both"/>
      </w:pPr>
      <w:r>
        <w:t>Đất trồng cây lâu năm</w:t>
      </w:r>
    </w:p>
    <w:p>
      <w:pPr>
        <w:jc w:val="both"/>
      </w:pPr>
      <w:r>
        <w:t>48.594</w:t>
      </w:r>
    </w:p>
    <w:p>
      <w:pPr>
        <w:jc w:val="both"/>
      </w:pPr>
      <w:r>
        <w:t>17,74</w:t>
      </w:r>
    </w:p>
    <w:p>
      <w:pPr>
        <w:jc w:val="both"/>
      </w:pPr>
      <w:r>
        <w:t>42.672</w:t>
      </w:r>
    </w:p>
    <w:p>
      <w:pPr>
        <w:jc w:val="both"/>
      </w:pPr>
      <w:r>
        <w:t>42.672</w:t>
      </w:r>
    </w:p>
    <w:p>
      <w:pPr>
        <w:jc w:val="both"/>
      </w:pPr>
      <w:r>
        <w:t>16,02</w:t>
      </w:r>
    </w:p>
    <w:p>
      <w:pPr>
        <w:jc w:val="both"/>
      </w:pPr>
      <w:r>
        <w:t>1 .3</w:t>
      </w:r>
    </w:p>
    <w:p>
      <w:pPr>
        <w:jc w:val="both"/>
      </w:pPr>
      <w:r>
        <w:t>Đất rừng ph ò ng hộ</w:t>
      </w:r>
    </w:p>
    <w:p>
      <w:pPr>
        <w:jc w:val="both"/>
      </w:pPr>
      <w:r>
        <w:t>20.677</w:t>
      </w:r>
    </w:p>
    <w:p>
      <w:pPr>
        <w:jc w:val="both"/>
      </w:pPr>
      <w:r>
        <w:t>7,55</w:t>
      </w:r>
    </w:p>
    <w:p>
      <w:pPr>
        <w:jc w:val="both"/>
      </w:pPr>
      <w:r>
        <w:t>19.600</w:t>
      </w:r>
    </w:p>
    <w:p>
      <w:pPr>
        <w:jc w:val="both"/>
      </w:pPr>
      <w:r>
        <w:t>19.600</w:t>
      </w:r>
    </w:p>
    <w:p>
      <w:pPr>
        <w:jc w:val="both"/>
      </w:pPr>
      <w:r>
        <w:t>7,36</w:t>
      </w:r>
    </w:p>
    <w:p>
      <w:pPr>
        <w:jc w:val="both"/>
      </w:pPr>
      <w:r>
        <w:t>1.4</w:t>
      </w:r>
    </w:p>
    <w:p>
      <w:pPr>
        <w:jc w:val="both"/>
      </w:pPr>
      <w:r>
        <w:t>Đất rừng đặc dụng</w:t>
      </w:r>
    </w:p>
    <w:p>
      <w:pPr>
        <w:jc w:val="both"/>
      </w:pPr>
      <w:r>
        <w:t>13.773</w:t>
      </w:r>
    </w:p>
    <w:p>
      <w:pPr>
        <w:jc w:val="both"/>
      </w:pPr>
      <w:r>
        <w:t>5,03</w:t>
      </w:r>
    </w:p>
    <w:p>
      <w:pPr>
        <w:jc w:val="both"/>
      </w:pPr>
      <w:r>
        <w:t>13.000</w:t>
      </w:r>
    </w:p>
    <w:p>
      <w:pPr>
        <w:jc w:val="both"/>
      </w:pPr>
      <w:r>
        <w:t>13.000</w:t>
      </w:r>
    </w:p>
    <w:p>
      <w:pPr>
        <w:jc w:val="both"/>
      </w:pPr>
      <w:r>
        <w:t>4,88</w:t>
      </w:r>
    </w:p>
    <w:p>
      <w:pPr>
        <w:jc w:val="both"/>
      </w:pPr>
      <w:r>
        <w:t>1.5</w:t>
      </w:r>
    </w:p>
    <w:p>
      <w:pPr>
        <w:jc w:val="both"/>
      </w:pPr>
      <w:r>
        <w:t>Đất rừng sản xuất</w:t>
      </w:r>
    </w:p>
    <w:p>
      <w:pPr>
        <w:jc w:val="both"/>
      </w:pPr>
      <w:r>
        <w:t>106.298</w:t>
      </w:r>
    </w:p>
    <w:p>
      <w:pPr>
        <w:jc w:val="both"/>
      </w:pPr>
      <w:r>
        <w:t>38,82</w:t>
      </w:r>
    </w:p>
    <w:p>
      <w:pPr>
        <w:jc w:val="both"/>
      </w:pPr>
      <w:r>
        <w:t>113.439</w:t>
      </w:r>
    </w:p>
    <w:p>
      <w:pPr>
        <w:jc w:val="both"/>
      </w:pPr>
      <w:r>
        <w:t>113.439</w:t>
      </w:r>
    </w:p>
    <w:p>
      <w:pPr>
        <w:jc w:val="both"/>
      </w:pPr>
      <w:r>
        <w:t>42,59</w:t>
      </w:r>
    </w:p>
    <w:p>
      <w:pPr>
        <w:jc w:val="both"/>
      </w:pPr>
      <w:r>
        <w:t>1.6</w:t>
      </w:r>
    </w:p>
    <w:p>
      <w:pPr>
        <w:jc w:val="both"/>
      </w:pPr>
      <w:r>
        <w:t>Đất nuôi trồng thủy sản</w:t>
      </w:r>
    </w:p>
    <w:p>
      <w:pPr>
        <w:jc w:val="both"/>
      </w:pPr>
      <w:r>
        <w:t>5.665</w:t>
      </w:r>
    </w:p>
    <w:p>
      <w:pPr>
        <w:jc w:val="both"/>
      </w:pPr>
      <w:r>
        <w:t>2,07</w:t>
      </w:r>
    </w:p>
    <w:p>
      <w:pPr>
        <w:jc w:val="both"/>
      </w:pPr>
      <w:r>
        <w:t>6.370</w:t>
      </w:r>
    </w:p>
    <w:p>
      <w:pPr>
        <w:jc w:val="both"/>
      </w:pPr>
      <w:r>
        <w:t>6.370</w:t>
      </w:r>
    </w:p>
    <w:p>
      <w:pPr>
        <w:jc w:val="both"/>
      </w:pPr>
      <w:r>
        <w:t>2,39</w:t>
      </w:r>
    </w:p>
    <w:p>
      <w:pPr>
        <w:jc w:val="both"/>
      </w:pPr>
      <w:r>
        <w:t>2</w:t>
      </w:r>
    </w:p>
    <w:p>
      <w:pPr>
        <w:jc w:val="both"/>
      </w:pPr>
      <w:r>
        <w:t>Đất phi nông nghiệp</w:t>
      </w:r>
    </w:p>
    <w:p>
      <w:pPr>
        <w:jc w:val="both"/>
      </w:pPr>
      <w:r>
        <w:t>92.332</w:t>
      </w:r>
    </w:p>
    <w:p>
      <w:pPr>
        <w:jc w:val="both"/>
      </w:pPr>
      <w:r>
        <w:t>24,02</w:t>
      </w:r>
    </w:p>
    <w:p>
      <w:pPr>
        <w:jc w:val="both"/>
      </w:pPr>
      <w:r>
        <w:t>104.309</w:t>
      </w:r>
    </w:p>
    <w:p>
      <w:pPr>
        <w:jc w:val="both"/>
      </w:pPr>
      <w:r>
        <w:t>104.309</w:t>
      </w:r>
    </w:p>
    <w:p>
      <w:pPr>
        <w:jc w:val="both"/>
      </w:pPr>
      <w:r>
        <w:t>27,14</w:t>
      </w:r>
    </w:p>
    <w:p>
      <w:pPr>
        <w:jc w:val="both"/>
      </w:pPr>
      <w:r>
        <w:t>Trong đó:</w:t>
      </w:r>
    </w:p>
    <w:p>
      <w:pPr>
        <w:jc w:val="both"/>
      </w:pPr>
      <w:r>
        <w:t>2.1</w:t>
      </w:r>
    </w:p>
    <w:p>
      <w:pPr>
        <w:jc w:val="both"/>
      </w:pPr>
      <w:r>
        <w:t>Đất xây dựng trụ sở cơ quan, công trình sự nghiệp</w:t>
      </w:r>
    </w:p>
    <w:p>
      <w:pPr>
        <w:jc w:val="both"/>
      </w:pPr>
      <w:r>
        <w:t>317</w:t>
      </w:r>
    </w:p>
    <w:p>
      <w:pPr>
        <w:jc w:val="both"/>
      </w:pPr>
      <w:r>
        <w:t>0,34</w:t>
      </w:r>
    </w:p>
    <w:p>
      <w:pPr>
        <w:jc w:val="both"/>
      </w:pPr>
      <w:r>
        <w:t>425</w:t>
      </w:r>
    </w:p>
    <w:p>
      <w:pPr>
        <w:jc w:val="both"/>
      </w:pPr>
      <w:r>
        <w:t>425</w:t>
      </w:r>
    </w:p>
    <w:p>
      <w:pPr>
        <w:jc w:val="both"/>
      </w:pPr>
      <w:r>
        <w:t>0,41</w:t>
      </w:r>
    </w:p>
    <w:p>
      <w:pPr>
        <w:jc w:val="both"/>
      </w:pPr>
      <w:r>
        <w:t>2.2</w:t>
      </w:r>
    </w:p>
    <w:p>
      <w:pPr>
        <w:jc w:val="both"/>
      </w:pPr>
      <w:r>
        <w:t>Đất quốc phòng</w:t>
      </w:r>
    </w:p>
    <w:p>
      <w:pPr>
        <w:jc w:val="both"/>
      </w:pPr>
      <w:r>
        <w:t>24.229</w:t>
      </w:r>
    </w:p>
    <w:p>
      <w:pPr>
        <w:jc w:val="both"/>
      </w:pPr>
      <w:r>
        <w:t>26,24</w:t>
      </w:r>
    </w:p>
    <w:p>
      <w:pPr>
        <w:jc w:val="both"/>
      </w:pPr>
      <w:r>
        <w:t>24.484</w:t>
      </w:r>
    </w:p>
    <w:p>
      <w:pPr>
        <w:jc w:val="both"/>
      </w:pPr>
      <w:r>
        <w:t>24.484</w:t>
      </w:r>
    </w:p>
    <w:p>
      <w:pPr>
        <w:jc w:val="both"/>
      </w:pPr>
      <w:r>
        <w:t>23,47</w:t>
      </w:r>
    </w:p>
    <w:p>
      <w:pPr>
        <w:jc w:val="both"/>
      </w:pPr>
      <w:r>
        <w:t>2.3</w:t>
      </w:r>
    </w:p>
    <w:p>
      <w:pPr>
        <w:jc w:val="both"/>
      </w:pPr>
      <w:r>
        <w:t>Đất an ninh</w:t>
      </w:r>
    </w:p>
    <w:p>
      <w:pPr>
        <w:jc w:val="both"/>
      </w:pPr>
      <w:r>
        <w:t>484</w:t>
      </w:r>
    </w:p>
    <w:p>
      <w:pPr>
        <w:jc w:val="both"/>
      </w:pPr>
      <w:r>
        <w:t>0,52</w:t>
      </w:r>
    </w:p>
    <w:p>
      <w:pPr>
        <w:jc w:val="both"/>
      </w:pPr>
      <w:r>
        <w:t>536</w:t>
      </w:r>
    </w:p>
    <w:p>
      <w:pPr>
        <w:jc w:val="both"/>
      </w:pPr>
      <w:r>
        <w:t>536</w:t>
      </w:r>
    </w:p>
    <w:p>
      <w:pPr>
        <w:jc w:val="both"/>
      </w:pPr>
      <w:r>
        <w:t>0,51</w:t>
      </w:r>
    </w:p>
    <w:p>
      <w:pPr>
        <w:jc w:val="both"/>
      </w:pPr>
      <w:r>
        <w:t>2.4</w:t>
      </w:r>
    </w:p>
    <w:p>
      <w:pPr>
        <w:jc w:val="both"/>
      </w:pPr>
      <w:r>
        <w:t>Đất khu công nghiệp</w:t>
      </w:r>
    </w:p>
    <w:p>
      <w:pPr>
        <w:jc w:val="both"/>
      </w:pPr>
      <w:r>
        <w:t>1.104</w:t>
      </w:r>
    </w:p>
    <w:p>
      <w:pPr>
        <w:jc w:val="both"/>
      </w:pPr>
      <w:r>
        <w:t>1,20</w:t>
      </w:r>
    </w:p>
    <w:p>
      <w:pPr>
        <w:jc w:val="both"/>
      </w:pPr>
      <w:r>
        <w:t>2.004</w:t>
      </w:r>
    </w:p>
    <w:p>
      <w:pPr>
        <w:jc w:val="both"/>
      </w:pPr>
      <w:r>
        <w:t>682</w:t>
      </w:r>
    </w:p>
    <w:p>
      <w:pPr>
        <w:jc w:val="both"/>
      </w:pPr>
      <w:r>
        <w:t>2.004</w:t>
      </w:r>
    </w:p>
    <w:p>
      <w:pPr>
        <w:jc w:val="both"/>
      </w:pPr>
      <w:r>
        <w:t>1,92</w:t>
      </w:r>
    </w:p>
    <w:p>
      <w:pPr>
        <w:jc w:val="both"/>
      </w:pPr>
      <w:r>
        <w:t>-</w:t>
      </w:r>
    </w:p>
    <w:p>
      <w:pPr>
        <w:jc w:val="both"/>
      </w:pPr>
      <w:r>
        <w:t>Đất xây dựng khu công nghiệp</w:t>
      </w:r>
    </w:p>
    <w:p>
      <w:pPr>
        <w:jc w:val="both"/>
      </w:pPr>
      <w:r>
        <w:t>864</w:t>
      </w:r>
    </w:p>
    <w:p>
      <w:pPr>
        <w:jc w:val="both"/>
      </w:pPr>
      <w:r>
        <w:t>2.004</w:t>
      </w:r>
    </w:p>
    <w:p>
      <w:pPr>
        <w:jc w:val="both"/>
      </w:pPr>
      <w:r>
        <w:t>1.322</w:t>
      </w:r>
    </w:p>
    <w:p>
      <w:pPr>
        <w:jc w:val="both"/>
      </w:pPr>
      <w:r>
        <w:t>-</w:t>
      </w:r>
    </w:p>
    <w:p>
      <w:pPr>
        <w:jc w:val="both"/>
      </w:pPr>
      <w:r>
        <w:t>Đất xây dựng cụm công nghiệp</w:t>
      </w:r>
    </w:p>
    <w:p>
      <w:pPr>
        <w:jc w:val="both"/>
      </w:pPr>
      <w:r>
        <w:t>240</w:t>
      </w:r>
    </w:p>
    <w:p>
      <w:pPr>
        <w:jc w:val="both"/>
      </w:pPr>
      <w:r>
        <w:t>682</w:t>
      </w:r>
    </w:p>
    <w:p>
      <w:pPr>
        <w:jc w:val="both"/>
      </w:pPr>
      <w:r>
        <w:t>682</w:t>
      </w:r>
    </w:p>
    <w:p>
      <w:pPr>
        <w:jc w:val="both"/>
      </w:pPr>
      <w:r>
        <w:t>2.5</w:t>
      </w:r>
    </w:p>
    <w:p>
      <w:pPr>
        <w:jc w:val="both"/>
      </w:pPr>
      <w:r>
        <w:t>Đất cho hoạt động khoáng sản</w:t>
      </w:r>
    </w:p>
    <w:p>
      <w:pPr>
        <w:jc w:val="both"/>
      </w:pPr>
      <w:r>
        <w:t>278</w:t>
      </w:r>
    </w:p>
    <w:p>
      <w:pPr>
        <w:jc w:val="both"/>
      </w:pPr>
      <w:r>
        <w:t>0,30</w:t>
      </w:r>
    </w:p>
    <w:p>
      <w:pPr>
        <w:jc w:val="both"/>
      </w:pPr>
      <w:r>
        <w:t>697</w:t>
      </w:r>
    </w:p>
    <w:p>
      <w:pPr>
        <w:jc w:val="both"/>
      </w:pPr>
      <w:r>
        <w:t>697</w:t>
      </w:r>
    </w:p>
    <w:p>
      <w:pPr>
        <w:jc w:val="both"/>
      </w:pPr>
      <w:r>
        <w:t>0,67</w:t>
      </w:r>
    </w:p>
    <w:p>
      <w:pPr>
        <w:jc w:val="both"/>
      </w:pPr>
      <w:r>
        <w:t>2.6</w:t>
      </w:r>
    </w:p>
    <w:p>
      <w:pPr>
        <w:jc w:val="both"/>
      </w:pPr>
      <w:r>
        <w:t>Đất di tích, danh thắng</w:t>
      </w:r>
    </w:p>
    <w:p>
      <w:pPr>
        <w:jc w:val="both"/>
      </w:pPr>
      <w:r>
        <w:t>161</w:t>
      </w:r>
    </w:p>
    <w:p>
      <w:pPr>
        <w:jc w:val="both"/>
      </w:pPr>
      <w:r>
        <w:t>0,17</w:t>
      </w:r>
    </w:p>
    <w:p>
      <w:pPr>
        <w:jc w:val="both"/>
      </w:pPr>
      <w:r>
        <w:t>249</w:t>
      </w:r>
    </w:p>
    <w:p>
      <w:pPr>
        <w:jc w:val="both"/>
      </w:pPr>
      <w:r>
        <w:t>249</w:t>
      </w:r>
    </w:p>
    <w:p>
      <w:pPr>
        <w:jc w:val="both"/>
      </w:pPr>
      <w:r>
        <w:t>0,24</w:t>
      </w:r>
    </w:p>
    <w:p>
      <w:pPr>
        <w:jc w:val="both"/>
      </w:pPr>
      <w:r>
        <w:t>2.7</w:t>
      </w:r>
    </w:p>
    <w:p>
      <w:pPr>
        <w:jc w:val="both"/>
      </w:pPr>
      <w:r>
        <w:t>Đất bãi thải, xử lý chất thải</w:t>
      </w:r>
    </w:p>
    <w:p>
      <w:pPr>
        <w:jc w:val="both"/>
      </w:pPr>
      <w:r>
        <w:t>49</w:t>
      </w:r>
    </w:p>
    <w:p>
      <w:pPr>
        <w:jc w:val="both"/>
      </w:pPr>
      <w:r>
        <w:t>0,05</w:t>
      </w:r>
    </w:p>
    <w:p>
      <w:pPr>
        <w:jc w:val="both"/>
      </w:pPr>
      <w:r>
        <w:t>325</w:t>
      </w:r>
    </w:p>
    <w:p>
      <w:pPr>
        <w:jc w:val="both"/>
      </w:pPr>
      <w:r>
        <w:t>29</w:t>
      </w:r>
    </w:p>
    <w:p>
      <w:pPr>
        <w:jc w:val="both"/>
      </w:pPr>
      <w:r>
        <w:t>354</w:t>
      </w:r>
    </w:p>
    <w:p>
      <w:pPr>
        <w:jc w:val="both"/>
      </w:pPr>
      <w:r>
        <w:t>0,34</w:t>
      </w:r>
    </w:p>
    <w:p>
      <w:pPr>
        <w:jc w:val="both"/>
      </w:pPr>
      <w:r>
        <w:t>2.8</w:t>
      </w:r>
    </w:p>
    <w:p>
      <w:pPr>
        <w:jc w:val="both"/>
      </w:pPr>
      <w:r>
        <w:t>Đất tôn giáo, tín ngưỡng</w:t>
      </w:r>
    </w:p>
    <w:p>
      <w:pPr>
        <w:jc w:val="both"/>
      </w:pPr>
      <w:r>
        <w:t>331</w:t>
      </w:r>
    </w:p>
    <w:p>
      <w:pPr>
        <w:jc w:val="both"/>
      </w:pPr>
      <w:r>
        <w:t>0,36</w:t>
      </w:r>
    </w:p>
    <w:p>
      <w:pPr>
        <w:jc w:val="both"/>
      </w:pPr>
      <w:r>
        <w:t>428</w:t>
      </w:r>
    </w:p>
    <w:p>
      <w:pPr>
        <w:jc w:val="both"/>
      </w:pPr>
      <w:r>
        <w:t>428</w:t>
      </w:r>
    </w:p>
    <w:p>
      <w:pPr>
        <w:jc w:val="both"/>
      </w:pPr>
      <w:r>
        <w:t>0,41</w:t>
      </w:r>
    </w:p>
    <w:p>
      <w:pPr>
        <w:jc w:val="both"/>
      </w:pPr>
      <w:r>
        <w:t>2.9</w:t>
      </w:r>
    </w:p>
    <w:p>
      <w:pPr>
        <w:jc w:val="both"/>
      </w:pPr>
      <w:r>
        <w:t>Đất nghĩa trang, nghĩa địa</w:t>
      </w:r>
    </w:p>
    <w:p>
      <w:pPr>
        <w:jc w:val="both"/>
      </w:pPr>
      <w:r>
        <w:t>1.798</w:t>
      </w:r>
    </w:p>
    <w:p>
      <w:pPr>
        <w:jc w:val="both"/>
      </w:pPr>
      <w:r>
        <w:t>1,95</w:t>
      </w:r>
    </w:p>
    <w:p>
      <w:pPr>
        <w:jc w:val="both"/>
      </w:pPr>
      <w:r>
        <w:t>1.968</w:t>
      </w:r>
    </w:p>
    <w:p>
      <w:pPr>
        <w:jc w:val="both"/>
      </w:pPr>
      <w:r>
        <w:t>1.968</w:t>
      </w:r>
    </w:p>
    <w:p>
      <w:pPr>
        <w:jc w:val="both"/>
      </w:pPr>
      <w:r>
        <w:t>1,89</w:t>
      </w:r>
    </w:p>
    <w:p>
      <w:pPr>
        <w:jc w:val="both"/>
      </w:pPr>
      <w:r>
        <w:t>2.10</w:t>
      </w:r>
    </w:p>
    <w:p>
      <w:pPr>
        <w:jc w:val="both"/>
      </w:pPr>
      <w:r>
        <w:t>Đất phát triển hạ tầng</w:t>
      </w:r>
    </w:p>
    <w:p>
      <w:pPr>
        <w:jc w:val="both"/>
      </w:pPr>
      <w:r>
        <w:t>23.666</w:t>
      </w:r>
    </w:p>
    <w:p>
      <w:pPr>
        <w:jc w:val="both"/>
      </w:pPr>
      <w:r>
        <w:t>25,63</w:t>
      </w:r>
    </w:p>
    <w:p>
      <w:pPr>
        <w:jc w:val="both"/>
      </w:pPr>
      <w:r>
        <w:t>27.947</w:t>
      </w:r>
    </w:p>
    <w:p>
      <w:pPr>
        <w:jc w:val="both"/>
      </w:pPr>
      <w:r>
        <w:t>910</w:t>
      </w:r>
    </w:p>
    <w:p>
      <w:pPr>
        <w:jc w:val="both"/>
      </w:pPr>
      <w:r>
        <w:t>28.857</w:t>
      </w:r>
    </w:p>
    <w:p>
      <w:pPr>
        <w:jc w:val="both"/>
      </w:pPr>
      <w:r>
        <w:t>27,66</w:t>
      </w:r>
    </w:p>
    <w:p>
      <w:pPr>
        <w:jc w:val="both"/>
      </w:pPr>
      <w:r>
        <w:t>-</w:t>
      </w:r>
    </w:p>
    <w:p>
      <w:pPr>
        <w:jc w:val="both"/>
      </w:pPr>
      <w:r>
        <w:t>Trong đó:</w:t>
      </w:r>
    </w:p>
    <w:p>
      <w:pPr>
        <w:jc w:val="both"/>
      </w:pPr>
      <w:r>
        <w:t>-</w:t>
      </w:r>
    </w:p>
    <w:p>
      <w:pPr>
        <w:jc w:val="both"/>
      </w:pPr>
      <w:r>
        <w:t>Đất cơ sở văn hóa</w:t>
      </w:r>
    </w:p>
    <w:p>
      <w:pPr>
        <w:jc w:val="both"/>
      </w:pPr>
      <w:r>
        <w:t>307</w:t>
      </w:r>
    </w:p>
    <w:p>
      <w:pPr>
        <w:jc w:val="both"/>
      </w:pPr>
      <w:r>
        <w:t>323</w:t>
      </w:r>
    </w:p>
    <w:p>
      <w:pPr>
        <w:jc w:val="both"/>
      </w:pPr>
      <w:r>
        <w:t>88</w:t>
      </w:r>
    </w:p>
    <w:p>
      <w:pPr>
        <w:jc w:val="both"/>
      </w:pPr>
      <w:r>
        <w:t>411</w:t>
      </w:r>
    </w:p>
    <w:p>
      <w:pPr>
        <w:jc w:val="both"/>
      </w:pPr>
      <w:r>
        <w:t>-</w:t>
      </w:r>
    </w:p>
    <w:p>
      <w:pPr>
        <w:jc w:val="both"/>
      </w:pPr>
      <w:r>
        <w:t>Đất cơ sở y tế</w:t>
      </w:r>
    </w:p>
    <w:p>
      <w:pPr>
        <w:jc w:val="both"/>
      </w:pPr>
      <w:r>
        <w:t>86</w:t>
      </w:r>
    </w:p>
    <w:p>
      <w:pPr>
        <w:jc w:val="both"/>
      </w:pPr>
      <w:r>
        <w:t>185</w:t>
      </w:r>
    </w:p>
    <w:p>
      <w:pPr>
        <w:jc w:val="both"/>
      </w:pPr>
      <w:r>
        <w:t>185</w:t>
      </w:r>
    </w:p>
    <w:p>
      <w:pPr>
        <w:jc w:val="both"/>
      </w:pPr>
      <w:r>
        <w:t>-</w:t>
      </w:r>
    </w:p>
    <w:p>
      <w:pPr>
        <w:jc w:val="both"/>
      </w:pPr>
      <w:r>
        <w:t>Đất cơ sở giáo dục - đào tạo</w:t>
      </w:r>
    </w:p>
    <w:p>
      <w:pPr>
        <w:jc w:val="both"/>
      </w:pPr>
      <w:r>
        <w:t>744</w:t>
      </w:r>
    </w:p>
    <w:p>
      <w:pPr>
        <w:jc w:val="both"/>
      </w:pPr>
      <w:r>
        <w:t>972</w:t>
      </w:r>
    </w:p>
    <w:p>
      <w:pPr>
        <w:jc w:val="both"/>
      </w:pPr>
      <w:r>
        <w:t>972</w:t>
      </w:r>
    </w:p>
    <w:p>
      <w:pPr>
        <w:jc w:val="both"/>
      </w:pPr>
      <w:r>
        <w:t>-</w:t>
      </w:r>
    </w:p>
    <w:p>
      <w:pPr>
        <w:jc w:val="both"/>
      </w:pPr>
      <w:r>
        <w:t>Đất cơ sở thể dục - thể thao</w:t>
      </w:r>
    </w:p>
    <w:p>
      <w:pPr>
        <w:jc w:val="both"/>
      </w:pPr>
      <w:r>
        <w:t>425</w:t>
      </w:r>
    </w:p>
    <w:p>
      <w:pPr>
        <w:jc w:val="both"/>
      </w:pPr>
      <w:r>
        <w:t>1.315</w:t>
      </w:r>
    </w:p>
    <w:p>
      <w:pPr>
        <w:jc w:val="both"/>
      </w:pPr>
      <w:r>
        <w:t>1.315</w:t>
      </w:r>
    </w:p>
    <w:p>
      <w:pPr>
        <w:jc w:val="both"/>
      </w:pPr>
      <w:r>
        <w:t>2.11</w:t>
      </w:r>
    </w:p>
    <w:p>
      <w:pPr>
        <w:jc w:val="both"/>
      </w:pPr>
      <w:r>
        <w:t>Đất ở tại đô thị</w:t>
      </w:r>
    </w:p>
    <w:p>
      <w:pPr>
        <w:jc w:val="both"/>
      </w:pPr>
      <w:r>
        <w:t>1.125</w:t>
      </w:r>
    </w:p>
    <w:p>
      <w:pPr>
        <w:jc w:val="both"/>
      </w:pPr>
      <w:r>
        <w:t>1,22</w:t>
      </w:r>
    </w:p>
    <w:p>
      <w:pPr>
        <w:jc w:val="both"/>
      </w:pPr>
      <w:r>
        <w:t>1.491</w:t>
      </w:r>
    </w:p>
    <w:p>
      <w:pPr>
        <w:jc w:val="both"/>
      </w:pPr>
      <w:r>
        <w:t>618</w:t>
      </w:r>
    </w:p>
    <w:p>
      <w:pPr>
        <w:jc w:val="both"/>
      </w:pPr>
      <w:r>
        <w:t>2.109</w:t>
      </w:r>
    </w:p>
    <w:p>
      <w:pPr>
        <w:jc w:val="both"/>
      </w:pPr>
      <w:r>
        <w:t>2,02</w:t>
      </w:r>
    </w:p>
    <w:p>
      <w:pPr>
        <w:jc w:val="both"/>
      </w:pPr>
      <w:r>
        <w:t>3</w:t>
      </w:r>
    </w:p>
    <w:p>
      <w:pPr>
        <w:jc w:val="both"/>
      </w:pPr>
      <w:r>
        <w:t>Đất chưa sử dụng</w:t>
      </w:r>
    </w:p>
    <w:p>
      <w:pPr>
        <w:jc w:val="both"/>
      </w:pPr>
      <w:r>
        <w:t>18.206</w:t>
      </w:r>
    </w:p>
    <w:p>
      <w:pPr>
        <w:jc w:val="both"/>
      </w:pPr>
      <w:r>
        <w:t>4,74</w:t>
      </w:r>
    </w:p>
    <w:p>
      <w:pPr>
        <w:jc w:val="both"/>
      </w:pPr>
      <w:r>
        <w:t>13.852</w:t>
      </w:r>
    </w:p>
    <w:p>
      <w:pPr>
        <w:jc w:val="both"/>
      </w:pPr>
      <w:r>
        <w:t>13.727</w:t>
      </w:r>
    </w:p>
    <w:p>
      <w:pPr>
        <w:jc w:val="both"/>
      </w:pPr>
      <w:r>
        <w:t>3,57</w:t>
      </w:r>
    </w:p>
    <w:p>
      <w:pPr>
        <w:jc w:val="both"/>
      </w:pPr>
      <w:r>
        <w:t>3.1</w:t>
      </w:r>
    </w:p>
    <w:p>
      <w:pPr>
        <w:jc w:val="both"/>
      </w:pPr>
      <w:r>
        <w:t>Đất chưa sử dụng còn lại</w:t>
      </w:r>
    </w:p>
    <w:p>
      <w:pPr>
        <w:jc w:val="both"/>
      </w:pPr>
      <w:r>
        <w:t>18.206</w:t>
      </w:r>
    </w:p>
    <w:p>
      <w:pPr>
        <w:jc w:val="both"/>
      </w:pPr>
      <w:r>
        <w:t>13.852</w:t>
      </w:r>
    </w:p>
    <w:p>
      <w:pPr>
        <w:jc w:val="both"/>
      </w:pPr>
      <w:r>
        <w:t>13.727</w:t>
      </w:r>
    </w:p>
    <w:p>
      <w:pPr>
        <w:jc w:val="both"/>
      </w:pPr>
      <w:r>
        <w:t>3.2</w:t>
      </w:r>
    </w:p>
    <w:p>
      <w:pPr>
        <w:jc w:val="both"/>
      </w:pPr>
      <w:r>
        <w:t>Đất chưa sử dụng đưa vào sử dụng</w:t>
      </w:r>
    </w:p>
    <w:p>
      <w:pPr>
        <w:jc w:val="both"/>
      </w:pPr>
      <w:r>
        <w:t>4.354</w:t>
      </w:r>
    </w:p>
    <w:p>
      <w:pPr>
        <w:jc w:val="both"/>
      </w:pPr>
      <w:r>
        <w:t>125</w:t>
      </w:r>
    </w:p>
    <w:p>
      <w:pPr>
        <w:jc w:val="both"/>
      </w:pPr>
      <w:r>
        <w:t>4.479</w:t>
      </w:r>
    </w:p>
    <w:p>
      <w:pPr>
        <w:jc w:val="both"/>
      </w:pPr>
      <w:r>
        <w:t>4</w:t>
      </w:r>
    </w:p>
    <w:p>
      <w:pPr>
        <w:jc w:val="both"/>
      </w:pPr>
      <w:r>
        <w:t>Đất đô thị</w:t>
      </w:r>
    </w:p>
    <w:p>
      <w:pPr>
        <w:jc w:val="both"/>
      </w:pPr>
      <w:r>
        <w:t>7.846</w:t>
      </w:r>
    </w:p>
    <w:p>
      <w:pPr>
        <w:jc w:val="both"/>
      </w:pPr>
      <w:r>
        <w:t>19.039</w:t>
      </w:r>
    </w:p>
    <w:p>
      <w:pPr>
        <w:jc w:val="both"/>
      </w:pPr>
      <w:r>
        <w:t>19.039</w:t>
      </w:r>
    </w:p>
    <w:p>
      <w:pPr>
        <w:jc w:val="both"/>
      </w:pPr>
      <w:r>
        <w:t>5</w:t>
      </w:r>
    </w:p>
    <w:p>
      <w:pPr>
        <w:jc w:val="both"/>
      </w:pPr>
      <w:r>
        <w:t>Đất khu bả o tồn thi ê n nhiên</w:t>
      </w:r>
    </w:p>
    <w:p>
      <w:pPr>
        <w:jc w:val="both"/>
      </w:pPr>
      <w:r>
        <w:t>13.780</w:t>
      </w:r>
    </w:p>
    <w:p>
      <w:pPr>
        <w:jc w:val="both"/>
      </w:pPr>
      <w:r>
        <w:t>1 3.000</w:t>
      </w:r>
    </w:p>
    <w:p>
      <w:pPr>
        <w:jc w:val="both"/>
      </w:pPr>
      <w:r>
        <w:t>13.000</w:t>
      </w:r>
    </w:p>
    <w:p>
      <w:pPr>
        <w:jc w:val="both"/>
      </w:pPr>
      <w:r>
        <w:t>6</w:t>
      </w:r>
    </w:p>
    <w:p>
      <w:pPr>
        <w:jc w:val="both"/>
      </w:pPr>
      <w:r>
        <w:t>Đất kh u du lịch</w:t>
      </w:r>
    </w:p>
    <w:p>
      <w:pPr>
        <w:jc w:val="both"/>
      </w:pPr>
      <w:r>
        <w:t>20.500</w:t>
      </w:r>
    </w:p>
    <w:p>
      <w:pPr>
        <w:jc w:val="both"/>
      </w:pPr>
      <w:r>
        <w:t>20.500</w:t>
      </w:r>
    </w:p>
    <w:p>
      <w:pPr>
        <w:jc w:val="both"/>
      </w:pPr>
      <w:r>
        <w:t>2. Diện tích chuyển mục đích sử dụng đ ấ t:</w:t>
      </w:r>
    </w:p>
    <w:p>
      <w:pPr>
        <w:jc w:val="both"/>
      </w:pPr>
      <w:r>
        <w:t>Đơn vị tính: ha</w:t>
      </w:r>
    </w:p>
    <w:p>
      <w:pPr>
        <w:jc w:val="both"/>
      </w:pPr>
      <w:r>
        <w:t>STT</w:t>
      </w:r>
    </w:p>
    <w:p>
      <w:pPr>
        <w:jc w:val="both"/>
      </w:pPr>
      <w:r>
        <w:t>Loại đất</w:t>
      </w:r>
    </w:p>
    <w:p>
      <w:pPr>
        <w:jc w:val="both"/>
      </w:pPr>
      <w:r>
        <w:t>Cả th ờ i kỳ (2011 - 2020)</w:t>
      </w:r>
    </w:p>
    <w:p>
      <w:pPr>
        <w:jc w:val="both"/>
      </w:pPr>
      <w:r>
        <w:t>Phân theo giai đoạn</w:t>
      </w:r>
    </w:p>
    <w:p>
      <w:pPr>
        <w:jc w:val="both"/>
      </w:pPr>
      <w:r>
        <w:t>Giai đoạn (2011-2015)</w:t>
      </w:r>
    </w:p>
    <w:p>
      <w:pPr>
        <w:jc w:val="both"/>
      </w:pPr>
      <w:r>
        <w:t>Giai đoạn (2016-2020)</w:t>
      </w:r>
    </w:p>
    <w:p>
      <w:pPr>
        <w:jc w:val="both"/>
      </w:pPr>
      <w:r>
        <w:t>1</w:t>
      </w:r>
    </w:p>
    <w:p>
      <w:pPr>
        <w:jc w:val="both"/>
      </w:pPr>
      <w:r>
        <w:t>Đất nông nghiệp chuyển sang đất phi nông nghiệp</w:t>
      </w:r>
    </w:p>
    <w:p>
      <w:pPr>
        <w:jc w:val="both"/>
      </w:pPr>
      <w:r>
        <w:t>12.383</w:t>
      </w:r>
    </w:p>
    <w:p>
      <w:pPr>
        <w:jc w:val="both"/>
      </w:pPr>
      <w:r>
        <w:t>6.508</w:t>
      </w:r>
    </w:p>
    <w:p>
      <w:pPr>
        <w:jc w:val="both"/>
      </w:pPr>
      <w:r>
        <w:t>5.875</w:t>
      </w:r>
    </w:p>
    <w:p>
      <w:pPr>
        <w:jc w:val="both"/>
      </w:pPr>
      <w:r>
        <w:t>Trong đó:</w:t>
      </w:r>
    </w:p>
    <w:p>
      <w:pPr>
        <w:jc w:val="both"/>
      </w:pPr>
      <w:r>
        <w:t>1.1</w:t>
      </w:r>
    </w:p>
    <w:p>
      <w:pPr>
        <w:jc w:val="both"/>
      </w:pPr>
      <w:r>
        <w:t>Đất tr ồng lúa</w:t>
      </w:r>
    </w:p>
    <w:p>
      <w:pPr>
        <w:jc w:val="both"/>
      </w:pPr>
      <w:r>
        <w:t>4.187</w:t>
      </w:r>
    </w:p>
    <w:p>
      <w:pPr>
        <w:jc w:val="both"/>
      </w:pPr>
      <w:r>
        <w:t>2.034</w:t>
      </w:r>
    </w:p>
    <w:p>
      <w:pPr>
        <w:jc w:val="both"/>
      </w:pPr>
      <w:r>
        <w:t>2.153</w:t>
      </w:r>
    </w:p>
    <w:p>
      <w:pPr>
        <w:jc w:val="both"/>
      </w:pPr>
      <w:r>
        <w:t>1.2</w:t>
      </w:r>
    </w:p>
    <w:p>
      <w:pPr>
        <w:jc w:val="both"/>
      </w:pPr>
      <w:r>
        <w:t>Đất trồng cây lâu năm</w:t>
      </w:r>
    </w:p>
    <w:p>
      <w:pPr>
        <w:jc w:val="both"/>
      </w:pPr>
      <w:r>
        <w:t>3.029</w:t>
      </w:r>
    </w:p>
    <w:p>
      <w:pPr>
        <w:jc w:val="both"/>
      </w:pPr>
      <w:r>
        <w:t>1.649</w:t>
      </w:r>
    </w:p>
    <w:p>
      <w:pPr>
        <w:jc w:val="both"/>
      </w:pPr>
      <w:r>
        <w:t>1.380</w:t>
      </w:r>
    </w:p>
    <w:p>
      <w:pPr>
        <w:jc w:val="both"/>
      </w:pPr>
      <w:r>
        <w:t>1.3</w:t>
      </w:r>
    </w:p>
    <w:p>
      <w:pPr>
        <w:jc w:val="both"/>
      </w:pPr>
      <w:r>
        <w:t>Đất rừng sản xuất</w:t>
      </w:r>
    </w:p>
    <w:p>
      <w:pPr>
        <w:jc w:val="both"/>
      </w:pPr>
      <w:r>
        <w:t>1.716</w:t>
      </w:r>
    </w:p>
    <w:p>
      <w:pPr>
        <w:jc w:val="both"/>
      </w:pPr>
      <w:r>
        <w:t>938</w:t>
      </w:r>
    </w:p>
    <w:p>
      <w:pPr>
        <w:jc w:val="both"/>
      </w:pPr>
      <w:r>
        <w:t>778</w:t>
      </w:r>
    </w:p>
    <w:p>
      <w:pPr>
        <w:jc w:val="both"/>
      </w:pPr>
      <w:r>
        <w:t>1.4</w:t>
      </w:r>
    </w:p>
    <w:p>
      <w:pPr>
        <w:jc w:val="both"/>
      </w:pPr>
      <w:r>
        <w:t>Đất nuôi trồng thủy sản</w:t>
      </w:r>
    </w:p>
    <w:p>
      <w:pPr>
        <w:jc w:val="both"/>
      </w:pPr>
      <w:r>
        <w:t>483</w:t>
      </w:r>
    </w:p>
    <w:p>
      <w:pPr>
        <w:jc w:val="both"/>
      </w:pPr>
      <w:r>
        <w:t>255</w:t>
      </w:r>
    </w:p>
    <w:p>
      <w:pPr>
        <w:jc w:val="both"/>
      </w:pPr>
      <w:r>
        <w:t>228</w:t>
      </w:r>
    </w:p>
    <w:p>
      <w:pPr>
        <w:jc w:val="both"/>
      </w:pPr>
      <w:r>
        <w:t>2</w:t>
      </w:r>
    </w:p>
    <w:p>
      <w:pPr>
        <w:jc w:val="both"/>
      </w:pPr>
      <w:r>
        <w:t>Chuyển đổi cơ cấu sử dụng đất trong nội bộ đất nông nghiệp</w:t>
      </w:r>
    </w:p>
    <w:p>
      <w:pPr>
        <w:jc w:val="both"/>
      </w:pPr>
      <w:r>
        <w:t>2.1</w:t>
      </w:r>
    </w:p>
    <w:p>
      <w:pPr>
        <w:jc w:val="both"/>
      </w:pPr>
      <w:r>
        <w:t>Đất chuyên trồng lúa nước chuyển sang đất nuôi trồng thủy sản</w:t>
      </w:r>
    </w:p>
    <w:p>
      <w:pPr>
        <w:jc w:val="both"/>
      </w:pPr>
      <w:r>
        <w:t>46</w:t>
      </w:r>
    </w:p>
    <w:p>
      <w:pPr>
        <w:jc w:val="both"/>
      </w:pPr>
      <w:r>
        <w:t>46</w:t>
      </w:r>
    </w:p>
    <w:p>
      <w:pPr>
        <w:jc w:val="both"/>
      </w:pPr>
      <w:r>
        <w:t>2.2</w:t>
      </w:r>
    </w:p>
    <w:p>
      <w:pPr>
        <w:jc w:val="both"/>
      </w:pPr>
      <w:r>
        <w:t>Đất rừng sản xuất chuyển sang đất sản xuất nông nghiệp, đất nuôi trồng thủy sản và đất nông nghiệp khác</w:t>
      </w:r>
    </w:p>
    <w:p>
      <w:pPr>
        <w:jc w:val="both"/>
      </w:pPr>
      <w:r>
        <w:t>4.315</w:t>
      </w:r>
    </w:p>
    <w:p>
      <w:pPr>
        <w:jc w:val="both"/>
      </w:pPr>
      <w:r>
        <w:t>4.315</w:t>
      </w:r>
    </w:p>
    <w:p>
      <w:pPr>
        <w:jc w:val="both"/>
      </w:pPr>
      <w:r>
        <w:t>3. Diện tích đất chưa sử dụng đưa vào sử dụng cho các mục đích:</w:t>
      </w:r>
    </w:p>
    <w:p>
      <w:pPr>
        <w:jc w:val="both"/>
      </w:pPr>
      <w:r>
        <w:t>Đơn vị t í nh: ha</w:t>
      </w:r>
    </w:p>
    <w:p>
      <w:pPr>
        <w:jc w:val="both"/>
      </w:pPr>
      <w:r>
        <w:t>STT</w:t>
      </w:r>
    </w:p>
    <w:p>
      <w:pPr>
        <w:jc w:val="both"/>
      </w:pPr>
      <w:r>
        <w:t>Mục đích sử dụng</w:t>
      </w:r>
    </w:p>
    <w:p>
      <w:pPr>
        <w:jc w:val="both"/>
      </w:pPr>
      <w:r>
        <w:t>Cả thời kỳ (2011-2020)</w:t>
      </w:r>
    </w:p>
    <w:p>
      <w:pPr>
        <w:jc w:val="both"/>
      </w:pPr>
      <w:r>
        <w:t>Phân theo giai đoạn</w:t>
      </w:r>
    </w:p>
    <w:p>
      <w:pPr>
        <w:jc w:val="both"/>
      </w:pPr>
      <w:r>
        <w:t>Giai đoạn (2011-2015)</w:t>
      </w:r>
    </w:p>
    <w:p>
      <w:pPr>
        <w:jc w:val="both"/>
      </w:pPr>
      <w:r>
        <w:t>Giai đoạn (2016-2020)</w:t>
      </w:r>
    </w:p>
    <w:p>
      <w:pPr>
        <w:jc w:val="both"/>
      </w:pPr>
      <w:r>
        <w:t>1</w:t>
      </w:r>
    </w:p>
    <w:p>
      <w:pPr>
        <w:jc w:val="both"/>
      </w:pPr>
      <w:r>
        <w:t>Đất nông nghiệp</w:t>
      </w:r>
    </w:p>
    <w:p>
      <w:pPr>
        <w:jc w:val="both"/>
      </w:pPr>
      <w:r>
        <w:t>4.232</w:t>
      </w:r>
    </w:p>
    <w:p>
      <w:pPr>
        <w:jc w:val="both"/>
      </w:pPr>
      <w:r>
        <w:t>2.626</w:t>
      </w:r>
    </w:p>
    <w:p>
      <w:pPr>
        <w:jc w:val="both"/>
      </w:pPr>
      <w:r>
        <w:t>1.606</w:t>
      </w:r>
    </w:p>
    <w:p>
      <w:pPr>
        <w:jc w:val="both"/>
      </w:pPr>
      <w:r>
        <w:t>Trong đó:</w:t>
      </w:r>
    </w:p>
    <w:p>
      <w:pPr>
        <w:jc w:val="both"/>
      </w:pPr>
      <w:r>
        <w:t>1.1</w:t>
      </w:r>
    </w:p>
    <w:p>
      <w:pPr>
        <w:jc w:val="both"/>
      </w:pPr>
      <w:r>
        <w:t>Đất trồng cây lâu năm</w:t>
      </w:r>
    </w:p>
    <w:p>
      <w:pPr>
        <w:jc w:val="both"/>
      </w:pPr>
      <w:r>
        <w:t>400</w:t>
      </w:r>
    </w:p>
    <w:p>
      <w:pPr>
        <w:jc w:val="both"/>
      </w:pPr>
      <w:r>
        <w:t>354</w:t>
      </w:r>
    </w:p>
    <w:p>
      <w:pPr>
        <w:jc w:val="both"/>
      </w:pPr>
      <w:r>
        <w:t>46</w:t>
      </w:r>
    </w:p>
    <w:p>
      <w:pPr>
        <w:jc w:val="both"/>
      </w:pPr>
      <w:r>
        <w:t>1.2</w:t>
      </w:r>
    </w:p>
    <w:p>
      <w:pPr>
        <w:jc w:val="both"/>
      </w:pPr>
      <w:r>
        <w:t>Đất rừng phòng hộ</w:t>
      </w:r>
    </w:p>
    <w:p>
      <w:pPr>
        <w:jc w:val="both"/>
      </w:pPr>
      <w:r>
        <w:t>5</w:t>
      </w:r>
    </w:p>
    <w:p>
      <w:pPr>
        <w:jc w:val="both"/>
      </w:pPr>
      <w:r>
        <w:t>5</w:t>
      </w:r>
    </w:p>
    <w:p>
      <w:pPr>
        <w:jc w:val="both"/>
      </w:pPr>
      <w:r>
        <w:t>1.3</w:t>
      </w:r>
    </w:p>
    <w:p>
      <w:pPr>
        <w:jc w:val="both"/>
      </w:pPr>
      <w:r>
        <w:t>Đất rừng đặc dụng</w:t>
      </w:r>
    </w:p>
    <w:p>
      <w:pPr>
        <w:jc w:val="both"/>
      </w:pPr>
      <w:r>
        <w:t>5</w:t>
      </w:r>
    </w:p>
    <w:p>
      <w:pPr>
        <w:jc w:val="both"/>
      </w:pPr>
      <w:r>
        <w:t>5</w:t>
      </w:r>
    </w:p>
    <w:p>
      <w:pPr>
        <w:jc w:val="both"/>
      </w:pPr>
      <w:r>
        <w:t>1.4</w:t>
      </w:r>
    </w:p>
    <w:p>
      <w:pPr>
        <w:jc w:val="both"/>
      </w:pPr>
      <w:r>
        <w:t>Đất rừng sản xuất</w:t>
      </w:r>
    </w:p>
    <w:p>
      <w:pPr>
        <w:jc w:val="both"/>
      </w:pPr>
      <w:r>
        <w:t>3.608</w:t>
      </w:r>
    </w:p>
    <w:p>
      <w:pPr>
        <w:jc w:val="both"/>
      </w:pPr>
      <w:r>
        <w:t>2.093</w:t>
      </w:r>
    </w:p>
    <w:p>
      <w:pPr>
        <w:jc w:val="both"/>
      </w:pPr>
      <w:r>
        <w:t>1.515</w:t>
      </w:r>
    </w:p>
    <w:p>
      <w:pPr>
        <w:jc w:val="both"/>
      </w:pPr>
      <w:r>
        <w:t>1.5</w:t>
      </w:r>
    </w:p>
    <w:p>
      <w:pPr>
        <w:jc w:val="both"/>
      </w:pPr>
      <w:r>
        <w:t>Đất nuôi tr ồng thủy sản</w:t>
      </w:r>
    </w:p>
    <w:p>
      <w:pPr>
        <w:jc w:val="both"/>
      </w:pPr>
      <w:r>
        <w:t>92</w:t>
      </w:r>
    </w:p>
    <w:p>
      <w:pPr>
        <w:jc w:val="both"/>
      </w:pPr>
      <w:r>
        <w:t>47</w:t>
      </w:r>
    </w:p>
    <w:p>
      <w:pPr>
        <w:jc w:val="both"/>
      </w:pPr>
      <w:r>
        <w:t>45</w:t>
      </w:r>
    </w:p>
    <w:p>
      <w:pPr>
        <w:jc w:val="both"/>
      </w:pPr>
      <w:r>
        <w:t>2</w:t>
      </w:r>
    </w:p>
    <w:p>
      <w:pPr>
        <w:jc w:val="both"/>
      </w:pPr>
      <w:r>
        <w:t>Đất phi nông nghiệp</w:t>
      </w:r>
    </w:p>
    <w:p>
      <w:pPr>
        <w:jc w:val="both"/>
      </w:pPr>
      <w:r>
        <w:t>247</w:t>
      </w:r>
    </w:p>
    <w:p>
      <w:pPr>
        <w:jc w:val="both"/>
      </w:pPr>
      <w:r>
        <w:t>170</w:t>
      </w:r>
    </w:p>
    <w:p>
      <w:pPr>
        <w:jc w:val="both"/>
      </w:pPr>
      <w:r>
        <w:t>77</w:t>
      </w:r>
    </w:p>
    <w:p>
      <w:pPr>
        <w:jc w:val="both"/>
      </w:pPr>
      <w:r>
        <w:t>Trong đ ó :</w:t>
      </w:r>
    </w:p>
    <w:p>
      <w:pPr>
        <w:jc w:val="both"/>
      </w:pPr>
      <w:r>
        <w:t>2.1</w:t>
      </w:r>
    </w:p>
    <w:p>
      <w:pPr>
        <w:jc w:val="both"/>
      </w:pPr>
      <w:r>
        <w:t>Đất di tích, danh thắng</w:t>
      </w:r>
    </w:p>
    <w:p>
      <w:pPr>
        <w:jc w:val="both"/>
      </w:pPr>
      <w:r>
        <w:t>2</w:t>
      </w:r>
    </w:p>
    <w:p>
      <w:pPr>
        <w:jc w:val="both"/>
      </w:pPr>
      <w:r>
        <w:t>2</w:t>
      </w:r>
    </w:p>
    <w:p>
      <w:pPr>
        <w:jc w:val="both"/>
      </w:pPr>
      <w:r>
        <w:t>2.2</w:t>
      </w:r>
    </w:p>
    <w:p>
      <w:pPr>
        <w:jc w:val="both"/>
      </w:pPr>
      <w:r>
        <w:t>Đất bãi thải, xử lý chất thải</w:t>
      </w:r>
    </w:p>
    <w:p>
      <w:pPr>
        <w:jc w:val="both"/>
      </w:pPr>
      <w:r>
        <w:t>27</w:t>
      </w:r>
    </w:p>
    <w:p>
      <w:pPr>
        <w:jc w:val="both"/>
      </w:pPr>
      <w:r>
        <w:t>26</w:t>
      </w:r>
    </w:p>
    <w:p>
      <w:pPr>
        <w:jc w:val="both"/>
      </w:pPr>
      <w:r>
        <w:t>1</w:t>
      </w:r>
    </w:p>
    <w:p>
      <w:pPr>
        <w:jc w:val="both"/>
      </w:pPr>
      <w:r>
        <w:t>2.3</w:t>
      </w:r>
    </w:p>
    <w:p>
      <w:pPr>
        <w:jc w:val="both"/>
      </w:pPr>
      <w:r>
        <w:t>Đất nghĩa trang, nghĩa địa</w:t>
      </w:r>
    </w:p>
    <w:p>
      <w:pPr>
        <w:jc w:val="both"/>
      </w:pPr>
      <w:r>
        <w:t>30</w:t>
      </w:r>
    </w:p>
    <w:p>
      <w:pPr>
        <w:jc w:val="both"/>
      </w:pPr>
      <w:r>
        <w:t>26</w:t>
      </w:r>
    </w:p>
    <w:p>
      <w:pPr>
        <w:jc w:val="both"/>
      </w:pPr>
      <w:r>
        <w:t>4</w:t>
      </w:r>
    </w:p>
    <w:p>
      <w:pPr>
        <w:jc w:val="both"/>
      </w:pPr>
      <w:r>
        <w:t>2.4</w:t>
      </w:r>
    </w:p>
    <w:p>
      <w:pPr>
        <w:jc w:val="both"/>
      </w:pPr>
      <w:r>
        <w:t>Đất phát triển hạ tầng</w:t>
      </w:r>
    </w:p>
    <w:p>
      <w:pPr>
        <w:jc w:val="both"/>
      </w:pPr>
      <w:r>
        <w:t>11</w:t>
      </w:r>
    </w:p>
    <w:p>
      <w:pPr>
        <w:jc w:val="both"/>
      </w:pPr>
      <w:r>
        <w:t>6</w:t>
      </w:r>
    </w:p>
    <w:p>
      <w:pPr>
        <w:jc w:val="both"/>
      </w:pPr>
      <w:r>
        <w:t>5</w:t>
      </w:r>
    </w:p>
    <w:p>
      <w:pPr>
        <w:jc w:val="both"/>
      </w:pPr>
      <w:r>
        <w:t>(Vị trí các loại đất trong quy hoạch sử dụng đất được thể hiệ n trên Bản đồ quy hoạch sử dụng đất đến năm 2020, tỷ lệ 1/50.000 do Ủy ban nhân dân tỉnh Bắc Giang xác lập ngày 01 tháng 8 năm 2012).</w:t>
      </w:r>
    </w:p>
    <w:p>
      <w:pPr>
        <w:jc w:val="both"/>
      </w:pPr>
      <w:r>
        <w:rPr>
          <w:b/>
        </w:rPr>
        <w:t>Điều 2. Xét duyệt kế hoạch sử dụng đất 5 năm kỳ đầu (2011 - 2015) của tỉnh Bắc Giang với các chỉ tiêu sau:</w:t>
      </w:r>
    </w:p>
    <w:p>
      <w:pPr>
        <w:jc w:val="both"/>
      </w:pPr>
      <w:r>
        <w:t>1. Phân bổ diện tích các loại đất trong kỳ kế hoạch:</w:t>
      </w:r>
    </w:p>
    <w:p>
      <w:pPr>
        <w:jc w:val="both"/>
      </w:pPr>
      <w:r>
        <w:t>Đơn vị tính : ha</w:t>
      </w:r>
    </w:p>
    <w:p>
      <w:pPr>
        <w:jc w:val="both"/>
      </w:pPr>
      <w:r>
        <w:t>STT</w:t>
      </w:r>
    </w:p>
    <w:p>
      <w:pPr>
        <w:jc w:val="both"/>
      </w:pPr>
      <w:r>
        <w:t>Loại đất</w:t>
      </w:r>
    </w:p>
    <w:p>
      <w:pPr>
        <w:jc w:val="both"/>
      </w:pPr>
      <w:r>
        <w:t>Hiện trạng năm 2010</w:t>
      </w:r>
    </w:p>
    <w:p>
      <w:pPr>
        <w:jc w:val="both"/>
      </w:pPr>
      <w:r>
        <w:t>Diện tích đến các năm</w:t>
      </w:r>
    </w:p>
    <w:p>
      <w:pPr>
        <w:jc w:val="both"/>
      </w:pPr>
      <w:r>
        <w:t>Năm 2011 *</w:t>
      </w:r>
    </w:p>
    <w:p>
      <w:pPr>
        <w:jc w:val="both"/>
      </w:pPr>
      <w:r>
        <w:t>Năm 2012</w:t>
      </w:r>
    </w:p>
    <w:p>
      <w:pPr>
        <w:jc w:val="both"/>
      </w:pPr>
      <w:r>
        <w:t>Năm 2013</w:t>
      </w:r>
    </w:p>
    <w:p>
      <w:pPr>
        <w:jc w:val="both"/>
      </w:pPr>
      <w:r>
        <w:t>Năm 2014</w:t>
      </w:r>
    </w:p>
    <w:p>
      <w:pPr>
        <w:jc w:val="both"/>
      </w:pPr>
      <w:r>
        <w:t>Năm 2015</w:t>
      </w:r>
    </w:p>
    <w:p>
      <w:pPr>
        <w:jc w:val="both"/>
      </w:pPr>
      <w:r>
        <w:t>T Ổ NG DIỆN TÍCH T Ự NHIÊN</w:t>
      </w:r>
    </w:p>
    <w:p>
      <w:pPr>
        <w:jc w:val="both"/>
      </w:pPr>
      <w:r>
        <w:t>384.395</w:t>
      </w:r>
    </w:p>
    <w:p>
      <w:pPr>
        <w:jc w:val="both"/>
      </w:pPr>
      <w:r>
        <w:t>384.395</w:t>
      </w:r>
    </w:p>
    <w:p>
      <w:pPr>
        <w:jc w:val="both"/>
      </w:pPr>
      <w:r>
        <w:t>384.395</w:t>
      </w:r>
    </w:p>
    <w:p>
      <w:pPr>
        <w:jc w:val="both"/>
      </w:pPr>
      <w:r>
        <w:t>384.395</w:t>
      </w:r>
    </w:p>
    <w:p>
      <w:pPr>
        <w:jc w:val="both"/>
      </w:pPr>
      <w:r>
        <w:t>384.395</w:t>
      </w:r>
    </w:p>
    <w:p>
      <w:pPr>
        <w:jc w:val="both"/>
      </w:pPr>
      <w:r>
        <w:t>384.395</w:t>
      </w:r>
    </w:p>
    <w:p>
      <w:pPr>
        <w:jc w:val="both"/>
      </w:pPr>
      <w:r>
        <w:t>1</w:t>
      </w:r>
    </w:p>
    <w:p>
      <w:pPr>
        <w:jc w:val="both"/>
      </w:pPr>
      <w:r>
        <w:t>Đất nông nghiệp</w:t>
      </w:r>
    </w:p>
    <w:p>
      <w:pPr>
        <w:jc w:val="both"/>
      </w:pPr>
      <w:r>
        <w:t>273.857</w:t>
      </w:r>
    </w:p>
    <w:p>
      <w:pPr>
        <w:jc w:val="both"/>
      </w:pPr>
      <w:r>
        <w:t>273.186</w:t>
      </w:r>
    </w:p>
    <w:p>
      <w:pPr>
        <w:jc w:val="both"/>
      </w:pPr>
      <w:r>
        <w:t>272.514</w:t>
      </w:r>
    </w:p>
    <w:p>
      <w:pPr>
        <w:jc w:val="both"/>
      </w:pPr>
      <w:r>
        <w:t>271.799</w:t>
      </w:r>
    </w:p>
    <w:p>
      <w:pPr>
        <w:jc w:val="both"/>
      </w:pPr>
      <w:r>
        <w:t>271.078</w:t>
      </w:r>
    </w:p>
    <w:p>
      <w:pPr>
        <w:jc w:val="both"/>
      </w:pPr>
      <w:r>
        <w:t>270.364</w:t>
      </w:r>
    </w:p>
    <w:p>
      <w:pPr>
        <w:jc w:val="both"/>
      </w:pPr>
      <w:r>
        <w:t>Trong đó:</w:t>
      </w:r>
    </w:p>
    <w:p>
      <w:pPr>
        <w:jc w:val="both"/>
      </w:pPr>
      <w:r>
        <w:t>1.1</w:t>
      </w:r>
    </w:p>
    <w:p>
      <w:pPr>
        <w:jc w:val="both"/>
      </w:pPr>
      <w:r>
        <w:t>Đất trồng lúa</w:t>
      </w:r>
    </w:p>
    <w:p>
      <w:pPr>
        <w:jc w:val="both"/>
      </w:pPr>
      <w:r>
        <w:t>71.625</w:t>
      </w:r>
    </w:p>
    <w:p>
      <w:pPr>
        <w:jc w:val="both"/>
      </w:pPr>
      <w:r>
        <w:t>71.187</w:t>
      </w:r>
    </w:p>
    <w:p>
      <w:pPr>
        <w:jc w:val="both"/>
      </w:pPr>
      <w:r>
        <w:t>70.748</w:t>
      </w:r>
    </w:p>
    <w:p>
      <w:pPr>
        <w:jc w:val="both"/>
      </w:pPr>
      <w:r>
        <w:t>70.281</w:t>
      </w:r>
    </w:p>
    <w:p>
      <w:pPr>
        <w:jc w:val="both"/>
      </w:pPr>
      <w:r>
        <w:t>69.810</w:t>
      </w:r>
    </w:p>
    <w:p>
      <w:pPr>
        <w:jc w:val="both"/>
      </w:pPr>
      <w:r>
        <w:t>69.343</w:t>
      </w:r>
    </w:p>
    <w:p>
      <w:pPr>
        <w:jc w:val="both"/>
      </w:pPr>
      <w:r>
        <w:t>Trong đó: Đất chuyên trồng lúa nước (2 vụ trở lên)</w:t>
      </w:r>
    </w:p>
    <w:p>
      <w:pPr>
        <w:jc w:val="both"/>
      </w:pPr>
      <w:r>
        <w:t>57.404</w:t>
      </w:r>
    </w:p>
    <w:p>
      <w:pPr>
        <w:jc w:val="both"/>
      </w:pPr>
      <w:r>
        <w:t>57.192</w:t>
      </w:r>
    </w:p>
    <w:p>
      <w:pPr>
        <w:jc w:val="both"/>
      </w:pPr>
      <w:r>
        <w:t>56.980</w:t>
      </w:r>
    </w:p>
    <w:p>
      <w:pPr>
        <w:jc w:val="both"/>
      </w:pPr>
      <w:r>
        <w:t>56.754</w:t>
      </w:r>
    </w:p>
    <w:p>
      <w:pPr>
        <w:jc w:val="both"/>
      </w:pPr>
      <w:r>
        <w:t>56.527</w:t>
      </w:r>
    </w:p>
    <w:p>
      <w:pPr>
        <w:jc w:val="both"/>
      </w:pPr>
      <w:r>
        <w:t>56.301</w:t>
      </w:r>
    </w:p>
    <w:p>
      <w:pPr>
        <w:jc w:val="both"/>
      </w:pPr>
      <w:r>
        <w:t>1.2</w:t>
      </w:r>
    </w:p>
    <w:p>
      <w:pPr>
        <w:jc w:val="both"/>
      </w:pPr>
      <w:r>
        <w:t>Đất trồng cây lâu năm</w:t>
      </w:r>
    </w:p>
    <w:p>
      <w:pPr>
        <w:jc w:val="both"/>
      </w:pPr>
      <w:r>
        <w:t>48.594</w:t>
      </w:r>
    </w:p>
    <w:p>
      <w:pPr>
        <w:jc w:val="both"/>
      </w:pPr>
      <w:r>
        <w:t>47.829</w:t>
      </w:r>
    </w:p>
    <w:p>
      <w:pPr>
        <w:jc w:val="both"/>
      </w:pPr>
      <w:r>
        <w:t>47.062</w:t>
      </w:r>
    </w:p>
    <w:p>
      <w:pPr>
        <w:jc w:val="both"/>
      </w:pPr>
      <w:r>
        <w:t>46.246</w:t>
      </w:r>
    </w:p>
    <w:p>
      <w:pPr>
        <w:jc w:val="both"/>
      </w:pPr>
      <w:r>
        <w:t>45.423</w:t>
      </w:r>
    </w:p>
    <w:p>
      <w:pPr>
        <w:jc w:val="both"/>
      </w:pPr>
      <w:r>
        <w:t>44.609</w:t>
      </w:r>
    </w:p>
    <w:p>
      <w:pPr>
        <w:jc w:val="both"/>
      </w:pPr>
      <w:r>
        <w:t>1.3</w:t>
      </w:r>
    </w:p>
    <w:p>
      <w:pPr>
        <w:jc w:val="both"/>
      </w:pPr>
      <w:r>
        <w:t>Đất rừng phòng hộ</w:t>
      </w:r>
    </w:p>
    <w:p>
      <w:pPr>
        <w:jc w:val="both"/>
      </w:pPr>
      <w:r>
        <w:t>20.677</w:t>
      </w:r>
    </w:p>
    <w:p>
      <w:pPr>
        <w:jc w:val="both"/>
      </w:pPr>
      <w:r>
        <w:t>20.541</w:t>
      </w:r>
    </w:p>
    <w:p>
      <w:pPr>
        <w:jc w:val="both"/>
      </w:pPr>
      <w:r>
        <w:t>20.404</w:t>
      </w:r>
    </w:p>
    <w:p>
      <w:pPr>
        <w:jc w:val="both"/>
      </w:pPr>
      <w:r>
        <w:t>20.258</w:t>
      </w:r>
    </w:p>
    <w:p>
      <w:pPr>
        <w:jc w:val="both"/>
      </w:pPr>
      <w:r>
        <w:t>20.112</w:t>
      </w:r>
    </w:p>
    <w:p>
      <w:pPr>
        <w:jc w:val="both"/>
      </w:pPr>
      <w:r>
        <w:t>19.966</w:t>
      </w:r>
    </w:p>
    <w:p>
      <w:pPr>
        <w:jc w:val="both"/>
      </w:pPr>
      <w:r>
        <w:t>1.4</w:t>
      </w:r>
    </w:p>
    <w:p>
      <w:pPr>
        <w:jc w:val="both"/>
      </w:pPr>
      <w:r>
        <w:t>Đất rừng đặc dụng</w:t>
      </w:r>
    </w:p>
    <w:p>
      <w:pPr>
        <w:jc w:val="both"/>
      </w:pPr>
      <w:r>
        <w:t>13.773</w:t>
      </w:r>
    </w:p>
    <w:p>
      <w:pPr>
        <w:jc w:val="both"/>
      </w:pPr>
      <w:r>
        <w:t>13.683</w:t>
      </w:r>
    </w:p>
    <w:p>
      <w:pPr>
        <w:jc w:val="both"/>
      </w:pPr>
      <w:r>
        <w:t>13.592</w:t>
      </w:r>
    </w:p>
    <w:p>
      <w:pPr>
        <w:jc w:val="both"/>
      </w:pPr>
      <w:r>
        <w:t>13.495</w:t>
      </w:r>
    </w:p>
    <w:p>
      <w:pPr>
        <w:jc w:val="both"/>
      </w:pPr>
      <w:r>
        <w:t>13.397</w:t>
      </w:r>
    </w:p>
    <w:p>
      <w:pPr>
        <w:jc w:val="both"/>
      </w:pPr>
      <w:r>
        <w:t>13.300</w:t>
      </w:r>
    </w:p>
    <w:p>
      <w:pPr>
        <w:jc w:val="both"/>
      </w:pPr>
      <w:r>
        <w:t>1.5</w:t>
      </w:r>
    </w:p>
    <w:p>
      <w:pPr>
        <w:jc w:val="both"/>
      </w:pPr>
      <w:r>
        <w:t>Đất rừng sản xuất</w:t>
      </w:r>
    </w:p>
    <w:p>
      <w:pPr>
        <w:jc w:val="both"/>
      </w:pPr>
      <w:r>
        <w:t>106.298</w:t>
      </w:r>
    </w:p>
    <w:p>
      <w:pPr>
        <w:jc w:val="both"/>
      </w:pPr>
      <w:r>
        <w:t>107.284</w:t>
      </w:r>
    </w:p>
    <w:p>
      <w:pPr>
        <w:jc w:val="both"/>
      </w:pPr>
      <w:r>
        <w:t>108.272</w:t>
      </w:r>
    </w:p>
    <w:p>
      <w:pPr>
        <w:jc w:val="both"/>
      </w:pPr>
      <w:r>
        <w:t>109.325</w:t>
      </w:r>
    </w:p>
    <w:p>
      <w:pPr>
        <w:jc w:val="both"/>
      </w:pPr>
      <w:r>
        <w:t>110.384</w:t>
      </w:r>
    </w:p>
    <w:p>
      <w:pPr>
        <w:jc w:val="both"/>
      </w:pPr>
      <w:r>
        <w:t>111.434</w:t>
      </w:r>
    </w:p>
    <w:p>
      <w:pPr>
        <w:jc w:val="both"/>
      </w:pPr>
      <w:r>
        <w:t>1.6</w:t>
      </w:r>
    </w:p>
    <w:p>
      <w:pPr>
        <w:jc w:val="both"/>
      </w:pPr>
      <w:r>
        <w:t>Đất nuôi trồng thủy sản</w:t>
      </w:r>
    </w:p>
    <w:p>
      <w:pPr>
        <w:jc w:val="both"/>
      </w:pPr>
      <w:r>
        <w:t>5.665</w:t>
      </w:r>
    </w:p>
    <w:p>
      <w:pPr>
        <w:jc w:val="both"/>
      </w:pPr>
      <w:r>
        <w:t>5.747</w:t>
      </w:r>
    </w:p>
    <w:p>
      <w:pPr>
        <w:jc w:val="both"/>
      </w:pPr>
      <w:r>
        <w:t>5.830</w:t>
      </w:r>
    </w:p>
    <w:p>
      <w:pPr>
        <w:jc w:val="both"/>
      </w:pPr>
      <w:r>
        <w:t>5.918</w:t>
      </w:r>
    </w:p>
    <w:p>
      <w:pPr>
        <w:jc w:val="both"/>
      </w:pPr>
      <w:r>
        <w:t>6.006</w:t>
      </w:r>
    </w:p>
    <w:p>
      <w:pPr>
        <w:jc w:val="both"/>
      </w:pPr>
      <w:r>
        <w:t>6.094</w:t>
      </w:r>
    </w:p>
    <w:p>
      <w:pPr>
        <w:jc w:val="both"/>
      </w:pPr>
      <w:r>
        <w:t>2</w:t>
      </w:r>
    </w:p>
    <w:p>
      <w:pPr>
        <w:jc w:val="both"/>
      </w:pPr>
      <w:r>
        <w:t>Đất phi nông nghiệp</w:t>
      </w:r>
    </w:p>
    <w:p>
      <w:pPr>
        <w:jc w:val="both"/>
      </w:pPr>
      <w:r>
        <w:t>92.332</w:t>
      </w:r>
    </w:p>
    <w:p>
      <w:pPr>
        <w:jc w:val="both"/>
      </w:pPr>
      <w:r>
        <w:t>93.540</w:t>
      </w:r>
    </w:p>
    <w:p>
      <w:pPr>
        <w:jc w:val="both"/>
      </w:pPr>
      <w:r>
        <w:t>94.750</w:t>
      </w:r>
    </w:p>
    <w:p>
      <w:pPr>
        <w:jc w:val="both"/>
      </w:pPr>
      <w:r>
        <w:t>96.038</w:t>
      </w:r>
    </w:p>
    <w:p>
      <w:pPr>
        <w:jc w:val="both"/>
      </w:pPr>
      <w:r>
        <w:t>97.336</w:t>
      </w:r>
    </w:p>
    <w:p>
      <w:pPr>
        <w:jc w:val="both"/>
      </w:pPr>
      <w:r>
        <w:t>98.621</w:t>
      </w:r>
    </w:p>
    <w:p>
      <w:pPr>
        <w:jc w:val="both"/>
      </w:pPr>
      <w:r>
        <w:t>Trong đ ó :</w:t>
      </w:r>
    </w:p>
    <w:p>
      <w:pPr>
        <w:jc w:val="both"/>
      </w:pPr>
      <w:r>
        <w:t>2.1</w:t>
      </w:r>
    </w:p>
    <w:p>
      <w:pPr>
        <w:jc w:val="both"/>
      </w:pPr>
      <w:r>
        <w:t>Đất xây dựng trụ sở cơ quan, công trình sự nghiệp</w:t>
      </w:r>
    </w:p>
    <w:p>
      <w:pPr>
        <w:jc w:val="both"/>
      </w:pPr>
      <w:r>
        <w:t>317</w:t>
      </w:r>
    </w:p>
    <w:p>
      <w:pPr>
        <w:jc w:val="both"/>
      </w:pPr>
      <w:r>
        <w:t>334</w:t>
      </w:r>
    </w:p>
    <w:p>
      <w:pPr>
        <w:jc w:val="both"/>
      </w:pPr>
      <w:r>
        <w:t>352</w:t>
      </w:r>
    </w:p>
    <w:p>
      <w:pPr>
        <w:jc w:val="both"/>
      </w:pPr>
      <w:r>
        <w:t>370</w:t>
      </w:r>
    </w:p>
    <w:p>
      <w:pPr>
        <w:jc w:val="both"/>
      </w:pPr>
      <w:r>
        <w:t>389</w:t>
      </w:r>
    </w:p>
    <w:p>
      <w:pPr>
        <w:jc w:val="both"/>
      </w:pPr>
      <w:r>
        <w:t>407</w:t>
      </w:r>
    </w:p>
    <w:p>
      <w:pPr>
        <w:jc w:val="both"/>
      </w:pPr>
      <w:r>
        <w:t>2.2</w:t>
      </w:r>
    </w:p>
    <w:p>
      <w:pPr>
        <w:jc w:val="both"/>
      </w:pPr>
      <w:r>
        <w:t>Đất quốc phòng</w:t>
      </w:r>
    </w:p>
    <w:p>
      <w:pPr>
        <w:jc w:val="both"/>
      </w:pPr>
      <w:r>
        <w:t>24.229</w:t>
      </w:r>
    </w:p>
    <w:p>
      <w:pPr>
        <w:jc w:val="both"/>
      </w:pPr>
      <w:r>
        <w:t>24.270</w:t>
      </w:r>
    </w:p>
    <w:p>
      <w:pPr>
        <w:jc w:val="both"/>
      </w:pPr>
      <w:r>
        <w:t>24.311</w:t>
      </w:r>
    </w:p>
    <w:p>
      <w:pPr>
        <w:jc w:val="both"/>
      </w:pPr>
      <w:r>
        <w:t>24.355</w:t>
      </w:r>
    </w:p>
    <w:p>
      <w:pPr>
        <w:jc w:val="both"/>
      </w:pPr>
      <w:r>
        <w:t>24.400</w:t>
      </w:r>
    </w:p>
    <w:p>
      <w:pPr>
        <w:jc w:val="both"/>
      </w:pPr>
      <w:r>
        <w:t>24.443</w:t>
      </w:r>
    </w:p>
    <w:p>
      <w:pPr>
        <w:jc w:val="both"/>
      </w:pPr>
      <w:r>
        <w:t>2.3</w:t>
      </w:r>
    </w:p>
    <w:p>
      <w:pPr>
        <w:jc w:val="both"/>
      </w:pPr>
      <w:r>
        <w:t>Đất an ninh</w:t>
      </w:r>
    </w:p>
    <w:p>
      <w:pPr>
        <w:jc w:val="both"/>
      </w:pPr>
      <w:r>
        <w:t>484</w:t>
      </w:r>
    </w:p>
    <w:p>
      <w:pPr>
        <w:jc w:val="both"/>
      </w:pPr>
      <w:r>
        <w:t>488</w:t>
      </w:r>
    </w:p>
    <w:p>
      <w:pPr>
        <w:jc w:val="both"/>
      </w:pPr>
      <w:r>
        <w:t>492</w:t>
      </w:r>
    </w:p>
    <w:p>
      <w:pPr>
        <w:jc w:val="both"/>
      </w:pPr>
      <w:r>
        <w:t>497</w:t>
      </w:r>
    </w:p>
    <w:p>
      <w:pPr>
        <w:jc w:val="both"/>
      </w:pPr>
      <w:r>
        <w:t>501</w:t>
      </w:r>
    </w:p>
    <w:p>
      <w:pPr>
        <w:jc w:val="both"/>
      </w:pPr>
      <w:r>
        <w:t>505</w:t>
      </w:r>
    </w:p>
    <w:p>
      <w:pPr>
        <w:jc w:val="both"/>
      </w:pPr>
      <w:r>
        <w:t>2.4</w:t>
      </w:r>
    </w:p>
    <w:p>
      <w:pPr>
        <w:jc w:val="both"/>
      </w:pPr>
      <w:r>
        <w:t>Đất khu công nghiệp</w:t>
      </w:r>
    </w:p>
    <w:p>
      <w:pPr>
        <w:jc w:val="both"/>
      </w:pPr>
      <w:r>
        <w:t>1.104</w:t>
      </w:r>
    </w:p>
    <w:p>
      <w:pPr>
        <w:jc w:val="both"/>
      </w:pPr>
      <w:r>
        <w:t>1.167</w:t>
      </w:r>
    </w:p>
    <w:p>
      <w:pPr>
        <w:jc w:val="both"/>
      </w:pPr>
      <w:r>
        <w:t>1.230</w:t>
      </w:r>
    </w:p>
    <w:p>
      <w:pPr>
        <w:jc w:val="both"/>
      </w:pPr>
      <w:r>
        <w:t>1.297</w:t>
      </w:r>
    </w:p>
    <w:p>
      <w:pPr>
        <w:jc w:val="both"/>
      </w:pPr>
      <w:r>
        <w:t>1.365</w:t>
      </w:r>
    </w:p>
    <w:p>
      <w:pPr>
        <w:jc w:val="both"/>
      </w:pPr>
      <w:r>
        <w:t>1.432</w:t>
      </w:r>
    </w:p>
    <w:p>
      <w:pPr>
        <w:jc w:val="both"/>
      </w:pPr>
      <w:r>
        <w:t>-</w:t>
      </w:r>
    </w:p>
    <w:p>
      <w:pPr>
        <w:jc w:val="both"/>
      </w:pPr>
      <w:r>
        <w:t>Đất xây dựng khu công nghiệp</w:t>
      </w:r>
    </w:p>
    <w:p>
      <w:pPr>
        <w:jc w:val="both"/>
      </w:pPr>
      <w:r>
        <w:t>864</w:t>
      </w:r>
    </w:p>
    <w:p>
      <w:pPr>
        <w:jc w:val="both"/>
      </w:pPr>
      <w:r>
        <w:t>899</w:t>
      </w:r>
    </w:p>
    <w:p>
      <w:pPr>
        <w:jc w:val="both"/>
      </w:pPr>
      <w:r>
        <w:t>933</w:t>
      </w:r>
    </w:p>
    <w:p>
      <w:pPr>
        <w:jc w:val="both"/>
      </w:pPr>
      <w:r>
        <w:t>970</w:t>
      </w:r>
    </w:p>
    <w:p>
      <w:pPr>
        <w:jc w:val="both"/>
      </w:pPr>
      <w:r>
        <w:t>1.008</w:t>
      </w:r>
    </w:p>
    <w:p>
      <w:pPr>
        <w:jc w:val="both"/>
      </w:pPr>
      <w:r>
        <w:t>1.044</w:t>
      </w:r>
    </w:p>
    <w:p>
      <w:pPr>
        <w:jc w:val="both"/>
      </w:pPr>
      <w:r>
        <w:t>-</w:t>
      </w:r>
    </w:p>
    <w:p>
      <w:pPr>
        <w:jc w:val="both"/>
      </w:pPr>
      <w:r>
        <w:t>Đất xây dựng cụm công nghiệp</w:t>
      </w:r>
    </w:p>
    <w:p>
      <w:pPr>
        <w:jc w:val="both"/>
      </w:pPr>
      <w:r>
        <w:t>240</w:t>
      </w:r>
    </w:p>
    <w:p>
      <w:pPr>
        <w:jc w:val="both"/>
      </w:pPr>
      <w:r>
        <w:t>268</w:t>
      </w:r>
    </w:p>
    <w:p>
      <w:pPr>
        <w:jc w:val="both"/>
      </w:pPr>
      <w:r>
        <w:t>297</w:t>
      </w:r>
    </w:p>
    <w:p>
      <w:pPr>
        <w:jc w:val="both"/>
      </w:pPr>
      <w:r>
        <w:t>327</w:t>
      </w:r>
    </w:p>
    <w:p>
      <w:pPr>
        <w:jc w:val="both"/>
      </w:pPr>
      <w:r>
        <w:t>357</w:t>
      </w:r>
    </w:p>
    <w:p>
      <w:pPr>
        <w:jc w:val="both"/>
      </w:pPr>
      <w:r>
        <w:t>388</w:t>
      </w:r>
    </w:p>
    <w:p>
      <w:pPr>
        <w:jc w:val="both"/>
      </w:pPr>
      <w:r>
        <w:t>2.5</w:t>
      </w:r>
    </w:p>
    <w:p>
      <w:pPr>
        <w:jc w:val="both"/>
      </w:pPr>
      <w:r>
        <w:t>Đất cho hoạt động khoáng sản</w:t>
      </w:r>
    </w:p>
    <w:p>
      <w:pPr>
        <w:jc w:val="both"/>
      </w:pPr>
      <w:r>
        <w:t>278</w:t>
      </w:r>
    </w:p>
    <w:p>
      <w:pPr>
        <w:jc w:val="both"/>
      </w:pPr>
      <w:r>
        <w:t>312</w:t>
      </w:r>
    </w:p>
    <w:p>
      <w:pPr>
        <w:jc w:val="both"/>
      </w:pPr>
      <w:r>
        <w:t>346</w:t>
      </w:r>
    </w:p>
    <w:p>
      <w:pPr>
        <w:jc w:val="both"/>
      </w:pPr>
      <w:r>
        <w:t>382</w:t>
      </w:r>
    </w:p>
    <w:p>
      <w:pPr>
        <w:jc w:val="both"/>
      </w:pPr>
      <w:r>
        <w:t>419</w:t>
      </w:r>
    </w:p>
    <w:p>
      <w:pPr>
        <w:jc w:val="both"/>
      </w:pPr>
      <w:r>
        <w:t>456</w:t>
      </w:r>
    </w:p>
    <w:p>
      <w:pPr>
        <w:jc w:val="both"/>
      </w:pPr>
      <w:r>
        <w:t>2.6</w:t>
      </w:r>
    </w:p>
    <w:p>
      <w:pPr>
        <w:jc w:val="both"/>
      </w:pPr>
      <w:r>
        <w:t>Đất di tích, danh thắng</w:t>
      </w:r>
    </w:p>
    <w:p>
      <w:pPr>
        <w:jc w:val="both"/>
      </w:pPr>
      <w:r>
        <w:t>161</w:t>
      </w:r>
    </w:p>
    <w:p>
      <w:pPr>
        <w:jc w:val="both"/>
      </w:pPr>
      <w:r>
        <w:t>172</w:t>
      </w:r>
    </w:p>
    <w:p>
      <w:pPr>
        <w:jc w:val="both"/>
      </w:pPr>
      <w:r>
        <w:t>183</w:t>
      </w:r>
    </w:p>
    <w:p>
      <w:pPr>
        <w:jc w:val="both"/>
      </w:pPr>
      <w:r>
        <w:t>194</w:t>
      </w:r>
    </w:p>
    <w:p>
      <w:pPr>
        <w:jc w:val="both"/>
      </w:pPr>
      <w:r>
        <w:t>206</w:t>
      </w:r>
    </w:p>
    <w:p>
      <w:pPr>
        <w:jc w:val="both"/>
      </w:pPr>
      <w:r>
        <w:t>218</w:t>
      </w:r>
    </w:p>
    <w:p>
      <w:pPr>
        <w:jc w:val="both"/>
      </w:pPr>
      <w:r>
        <w:t>2.7</w:t>
      </w:r>
    </w:p>
    <w:p>
      <w:pPr>
        <w:jc w:val="both"/>
      </w:pPr>
      <w:r>
        <w:t>Đất bãi thải, xử lý chất thải</w:t>
      </w:r>
    </w:p>
    <w:p>
      <w:pPr>
        <w:jc w:val="both"/>
      </w:pPr>
      <w:r>
        <w:t>49</w:t>
      </w:r>
    </w:p>
    <w:p>
      <w:pPr>
        <w:jc w:val="both"/>
      </w:pPr>
      <w:r>
        <w:t>82</w:t>
      </w:r>
    </w:p>
    <w:p>
      <w:pPr>
        <w:jc w:val="both"/>
      </w:pPr>
      <w:r>
        <w:t>115</w:t>
      </w:r>
    </w:p>
    <w:p>
      <w:pPr>
        <w:jc w:val="both"/>
      </w:pPr>
      <w:r>
        <w:t>150</w:t>
      </w:r>
    </w:p>
    <w:p>
      <w:pPr>
        <w:jc w:val="both"/>
      </w:pPr>
      <w:r>
        <w:t>186</w:t>
      </w:r>
    </w:p>
    <w:p>
      <w:pPr>
        <w:jc w:val="both"/>
      </w:pPr>
      <w:r>
        <w:t>221</w:t>
      </w:r>
    </w:p>
    <w:p>
      <w:pPr>
        <w:jc w:val="both"/>
      </w:pPr>
      <w:r>
        <w:t>2.8</w:t>
      </w:r>
    </w:p>
    <w:p>
      <w:pPr>
        <w:jc w:val="both"/>
      </w:pPr>
      <w:r>
        <w:t>Đất tôn giáo, tín ngưỡng</w:t>
      </w:r>
    </w:p>
    <w:p>
      <w:pPr>
        <w:jc w:val="both"/>
      </w:pPr>
      <w:r>
        <w:t>331</w:t>
      </w:r>
    </w:p>
    <w:p>
      <w:pPr>
        <w:jc w:val="both"/>
      </w:pPr>
      <w:r>
        <w:t>345</w:t>
      </w:r>
    </w:p>
    <w:p>
      <w:pPr>
        <w:jc w:val="both"/>
      </w:pPr>
      <w:r>
        <w:t>359</w:t>
      </w:r>
    </w:p>
    <w:p>
      <w:pPr>
        <w:jc w:val="both"/>
      </w:pPr>
      <w:r>
        <w:t>374</w:t>
      </w:r>
    </w:p>
    <w:p>
      <w:pPr>
        <w:jc w:val="both"/>
      </w:pPr>
      <w:r>
        <w:t>389</w:t>
      </w:r>
    </w:p>
    <w:p>
      <w:pPr>
        <w:jc w:val="both"/>
      </w:pPr>
      <w:r>
        <w:t>404</w:t>
      </w:r>
    </w:p>
    <w:p>
      <w:pPr>
        <w:jc w:val="both"/>
      </w:pPr>
      <w:r>
        <w:t>2.9</w:t>
      </w:r>
    </w:p>
    <w:p>
      <w:pPr>
        <w:jc w:val="both"/>
      </w:pPr>
      <w:r>
        <w:t>Đất nghĩa trang, nghĩa địa</w:t>
      </w:r>
    </w:p>
    <w:p>
      <w:pPr>
        <w:jc w:val="both"/>
      </w:pPr>
      <w:r>
        <w:t>1.798</w:t>
      </w:r>
    </w:p>
    <w:p>
      <w:pPr>
        <w:jc w:val="both"/>
      </w:pPr>
      <w:r>
        <w:t>1.821</w:t>
      </w:r>
    </w:p>
    <w:p>
      <w:pPr>
        <w:jc w:val="both"/>
      </w:pPr>
      <w:r>
        <w:t>1.843</w:t>
      </w:r>
    </w:p>
    <w:p>
      <w:pPr>
        <w:jc w:val="both"/>
      </w:pPr>
      <w:r>
        <w:t>1.867</w:t>
      </w:r>
    </w:p>
    <w:p>
      <w:pPr>
        <w:jc w:val="both"/>
      </w:pPr>
      <w:r>
        <w:t>1.891</w:t>
      </w:r>
    </w:p>
    <w:p>
      <w:pPr>
        <w:jc w:val="both"/>
      </w:pPr>
      <w:r>
        <w:t>1.915</w:t>
      </w:r>
    </w:p>
    <w:p>
      <w:pPr>
        <w:jc w:val="both"/>
      </w:pPr>
      <w:r>
        <w:t>2.10</w:t>
      </w:r>
    </w:p>
    <w:p>
      <w:pPr>
        <w:jc w:val="both"/>
      </w:pPr>
      <w:r>
        <w:t>Đất phát triển hạ tầng</w:t>
      </w:r>
    </w:p>
    <w:p>
      <w:pPr>
        <w:jc w:val="both"/>
      </w:pPr>
      <w:r>
        <w:t>23.666</w:t>
      </w:r>
    </w:p>
    <w:p>
      <w:pPr>
        <w:jc w:val="both"/>
      </w:pPr>
      <w:r>
        <w:t>24.288</w:t>
      </w:r>
    </w:p>
    <w:p>
      <w:pPr>
        <w:jc w:val="both"/>
      </w:pPr>
      <w:r>
        <w:t>24.910</w:t>
      </w:r>
    </w:p>
    <w:p>
      <w:pPr>
        <w:jc w:val="both"/>
      </w:pPr>
      <w:r>
        <w:t>25.574</w:t>
      </w:r>
    </w:p>
    <w:p>
      <w:pPr>
        <w:jc w:val="both"/>
      </w:pPr>
      <w:r>
        <w:t>26.241</w:t>
      </w:r>
    </w:p>
    <w:p>
      <w:pPr>
        <w:jc w:val="both"/>
      </w:pPr>
      <w:r>
        <w:t>26.903</w:t>
      </w:r>
    </w:p>
    <w:p>
      <w:pPr>
        <w:jc w:val="both"/>
      </w:pPr>
      <w:r>
        <w:t>Trong đó:</w:t>
      </w:r>
    </w:p>
    <w:p>
      <w:pPr>
        <w:jc w:val="both"/>
      </w:pPr>
      <w:r>
        <w:t>-</w:t>
      </w:r>
    </w:p>
    <w:p>
      <w:pPr>
        <w:jc w:val="both"/>
      </w:pPr>
      <w:r>
        <w:t>Đất cơ sở văn h óa</w:t>
      </w:r>
    </w:p>
    <w:p>
      <w:pPr>
        <w:jc w:val="both"/>
      </w:pPr>
      <w:r>
        <w:t>307</w:t>
      </w:r>
    </w:p>
    <w:p>
      <w:pPr>
        <w:jc w:val="both"/>
      </w:pPr>
      <w:r>
        <w:t>319</w:t>
      </w:r>
    </w:p>
    <w:p>
      <w:pPr>
        <w:jc w:val="both"/>
      </w:pPr>
      <w:r>
        <w:t>331</w:t>
      </w:r>
    </w:p>
    <w:p>
      <w:pPr>
        <w:jc w:val="both"/>
      </w:pPr>
      <w:r>
        <w:t>345</w:t>
      </w:r>
    </w:p>
    <w:p>
      <w:pPr>
        <w:jc w:val="both"/>
      </w:pPr>
      <w:r>
        <w:t>358</w:t>
      </w:r>
    </w:p>
    <w:p>
      <w:pPr>
        <w:jc w:val="both"/>
      </w:pPr>
      <w:r>
        <w:t>371</w:t>
      </w:r>
    </w:p>
    <w:p>
      <w:pPr>
        <w:jc w:val="both"/>
      </w:pPr>
      <w:r>
        <w:t>-</w:t>
      </w:r>
    </w:p>
    <w:p>
      <w:pPr>
        <w:jc w:val="both"/>
      </w:pPr>
      <w:r>
        <w:t>Đất cơ sở y tế</w:t>
      </w:r>
    </w:p>
    <w:p>
      <w:pPr>
        <w:jc w:val="both"/>
      </w:pPr>
      <w:r>
        <w:t>86</w:t>
      </w:r>
    </w:p>
    <w:p>
      <w:pPr>
        <w:jc w:val="both"/>
      </w:pPr>
      <w:r>
        <w:t>94</w:t>
      </w:r>
    </w:p>
    <w:p>
      <w:pPr>
        <w:jc w:val="both"/>
      </w:pPr>
      <w:r>
        <w:t>103</w:t>
      </w:r>
    </w:p>
    <w:p>
      <w:pPr>
        <w:jc w:val="both"/>
      </w:pPr>
      <w:r>
        <w:t>113</w:t>
      </w:r>
    </w:p>
    <w:p>
      <w:pPr>
        <w:jc w:val="both"/>
      </w:pPr>
      <w:r>
        <w:t>122</w:t>
      </w:r>
    </w:p>
    <w:p>
      <w:pPr>
        <w:jc w:val="both"/>
      </w:pPr>
      <w:r>
        <w:t>131</w:t>
      </w:r>
    </w:p>
    <w:p>
      <w:pPr>
        <w:jc w:val="both"/>
      </w:pPr>
      <w:r>
        <w:t>-</w:t>
      </w:r>
    </w:p>
    <w:p>
      <w:pPr>
        <w:jc w:val="both"/>
      </w:pPr>
      <w:r>
        <w:t>Đất cơ sở giáo dục - đào tạo</w:t>
      </w:r>
    </w:p>
    <w:p>
      <w:pPr>
        <w:jc w:val="both"/>
      </w:pPr>
      <w:r>
        <w:t>744</w:t>
      </w:r>
    </w:p>
    <w:p>
      <w:pPr>
        <w:jc w:val="both"/>
      </w:pPr>
      <w:r>
        <w:t>770</w:t>
      </w:r>
    </w:p>
    <w:p>
      <w:pPr>
        <w:jc w:val="both"/>
      </w:pPr>
      <w:r>
        <w:t>796</w:t>
      </w:r>
    </w:p>
    <w:p>
      <w:pPr>
        <w:jc w:val="both"/>
      </w:pPr>
      <w:r>
        <w:t>823</w:t>
      </w:r>
    </w:p>
    <w:p>
      <w:pPr>
        <w:jc w:val="both"/>
      </w:pPr>
      <w:r>
        <w:t>851</w:t>
      </w:r>
    </w:p>
    <w:p>
      <w:pPr>
        <w:jc w:val="both"/>
      </w:pPr>
      <w:r>
        <w:t>878</w:t>
      </w:r>
    </w:p>
    <w:p>
      <w:pPr>
        <w:jc w:val="both"/>
      </w:pPr>
      <w:r>
        <w:t>-</w:t>
      </w:r>
    </w:p>
    <w:p>
      <w:pPr>
        <w:jc w:val="both"/>
      </w:pPr>
      <w:r>
        <w:t>Đất cơ sở thể dục - thể thao</w:t>
      </w:r>
    </w:p>
    <w:p>
      <w:pPr>
        <w:jc w:val="both"/>
      </w:pPr>
      <w:r>
        <w:t>425</w:t>
      </w:r>
    </w:p>
    <w:p>
      <w:pPr>
        <w:jc w:val="both"/>
      </w:pPr>
      <w:r>
        <w:t>492</w:t>
      </w:r>
    </w:p>
    <w:p>
      <w:pPr>
        <w:jc w:val="both"/>
      </w:pPr>
      <w:r>
        <w:t>559</w:t>
      </w:r>
    </w:p>
    <w:p>
      <w:pPr>
        <w:jc w:val="both"/>
      </w:pPr>
      <w:r>
        <w:t>630</w:t>
      </w:r>
    </w:p>
    <w:p>
      <w:pPr>
        <w:jc w:val="both"/>
      </w:pPr>
      <w:r>
        <w:t>703</w:t>
      </w:r>
    </w:p>
    <w:p>
      <w:pPr>
        <w:jc w:val="both"/>
      </w:pPr>
      <w:r>
        <w:t>774</w:t>
      </w:r>
    </w:p>
    <w:p>
      <w:pPr>
        <w:jc w:val="both"/>
      </w:pPr>
      <w:r>
        <w:t>2.11</w:t>
      </w:r>
    </w:p>
    <w:p>
      <w:pPr>
        <w:jc w:val="both"/>
      </w:pPr>
      <w:r>
        <w:t>Đất ở tại đô thị</w:t>
      </w:r>
    </w:p>
    <w:p>
      <w:pPr>
        <w:jc w:val="both"/>
      </w:pPr>
      <w:r>
        <w:t>1.125</w:t>
      </w:r>
    </w:p>
    <w:p>
      <w:pPr>
        <w:jc w:val="both"/>
      </w:pPr>
      <w:r>
        <w:t>1.192</w:t>
      </w:r>
    </w:p>
    <w:p>
      <w:pPr>
        <w:jc w:val="both"/>
      </w:pPr>
      <w:r>
        <w:t>1.259</w:t>
      </w:r>
    </w:p>
    <w:p>
      <w:pPr>
        <w:jc w:val="both"/>
      </w:pPr>
      <w:r>
        <w:t>1.331</w:t>
      </w:r>
    </w:p>
    <w:p>
      <w:pPr>
        <w:jc w:val="both"/>
      </w:pPr>
      <w:r>
        <w:t>1.403</w:t>
      </w:r>
    </w:p>
    <w:p>
      <w:pPr>
        <w:jc w:val="both"/>
      </w:pPr>
      <w:r>
        <w:t>1.475</w:t>
      </w:r>
    </w:p>
    <w:p>
      <w:pPr>
        <w:jc w:val="both"/>
      </w:pPr>
      <w:r>
        <w:t>3</w:t>
      </w:r>
    </w:p>
    <w:p>
      <w:pPr>
        <w:jc w:val="both"/>
      </w:pPr>
      <w:r>
        <w:t>Đất chưa sử dụng</w:t>
      </w:r>
    </w:p>
    <w:p>
      <w:pPr>
        <w:jc w:val="both"/>
      </w:pPr>
      <w:r>
        <w:t>18.206</w:t>
      </w:r>
    </w:p>
    <w:p>
      <w:pPr>
        <w:jc w:val="both"/>
      </w:pPr>
      <w:r>
        <w:t>17.669</w:t>
      </w:r>
    </w:p>
    <w:p>
      <w:pPr>
        <w:jc w:val="both"/>
      </w:pPr>
      <w:r>
        <w:t>17.131</w:t>
      </w:r>
    </w:p>
    <w:p>
      <w:pPr>
        <w:jc w:val="both"/>
      </w:pPr>
      <w:r>
        <w:t>16.558</w:t>
      </w:r>
    </w:p>
    <w:p>
      <w:pPr>
        <w:jc w:val="both"/>
      </w:pPr>
      <w:r>
        <w:t>15.981</w:t>
      </w:r>
    </w:p>
    <w:p>
      <w:pPr>
        <w:jc w:val="both"/>
      </w:pPr>
      <w:r>
        <w:t>15.409</w:t>
      </w:r>
    </w:p>
    <w:p>
      <w:pPr>
        <w:jc w:val="both"/>
      </w:pPr>
      <w:r>
        <w:t>4</w:t>
      </w:r>
    </w:p>
    <w:p>
      <w:pPr>
        <w:jc w:val="both"/>
      </w:pPr>
      <w:r>
        <w:t>Đất đô thị</w:t>
      </w:r>
    </w:p>
    <w:p>
      <w:pPr>
        <w:jc w:val="both"/>
      </w:pPr>
      <w:r>
        <w:t>7.846</w:t>
      </w:r>
    </w:p>
    <w:p>
      <w:pPr>
        <w:jc w:val="both"/>
      </w:pPr>
      <w:r>
        <w:t>9.457</w:t>
      </w:r>
    </w:p>
    <w:p>
      <w:pPr>
        <w:jc w:val="both"/>
      </w:pPr>
      <w:r>
        <w:t>11.069</w:t>
      </w:r>
    </w:p>
    <w:p>
      <w:pPr>
        <w:jc w:val="both"/>
      </w:pPr>
      <w:r>
        <w:t>12.786</w:t>
      </w:r>
    </w:p>
    <w:p>
      <w:pPr>
        <w:jc w:val="both"/>
      </w:pPr>
      <w:r>
        <w:t>14.516</w:t>
      </w:r>
    </w:p>
    <w:p>
      <w:pPr>
        <w:jc w:val="both"/>
      </w:pPr>
      <w:r>
        <w:t>16.229</w:t>
      </w:r>
    </w:p>
    <w:p>
      <w:pPr>
        <w:jc w:val="both"/>
      </w:pPr>
      <w:r>
        <w:t>5</w:t>
      </w:r>
    </w:p>
    <w:p>
      <w:pPr>
        <w:jc w:val="both"/>
      </w:pPr>
      <w:r>
        <w:t>Đất khu bảo tồn thiên nhiên</w:t>
      </w:r>
    </w:p>
    <w:p>
      <w:pPr>
        <w:jc w:val="both"/>
      </w:pPr>
      <w:r>
        <w:t>13.780</w:t>
      </w:r>
    </w:p>
    <w:p>
      <w:pPr>
        <w:jc w:val="both"/>
      </w:pPr>
      <w:r>
        <w:t>13.712</w:t>
      </w:r>
    </w:p>
    <w:p>
      <w:pPr>
        <w:jc w:val="both"/>
      </w:pPr>
      <w:r>
        <w:t>13.712</w:t>
      </w:r>
    </w:p>
    <w:p>
      <w:pPr>
        <w:jc w:val="both"/>
      </w:pPr>
      <w:r>
        <w:t>13.715</w:t>
      </w:r>
    </w:p>
    <w:p>
      <w:pPr>
        <w:jc w:val="both"/>
      </w:pPr>
      <w:r>
        <w:t>13.700</w:t>
      </w:r>
    </w:p>
    <w:p>
      <w:pPr>
        <w:jc w:val="both"/>
      </w:pPr>
      <w:r>
        <w:t>13.429</w:t>
      </w:r>
    </w:p>
    <w:p>
      <w:pPr>
        <w:jc w:val="both"/>
      </w:pPr>
      <w:r>
        <w:t>6</w:t>
      </w:r>
    </w:p>
    <w:p>
      <w:pPr>
        <w:jc w:val="both"/>
      </w:pPr>
      <w:r>
        <w:t>Đất khu du lịch</w:t>
      </w:r>
    </w:p>
    <w:p>
      <w:pPr>
        <w:jc w:val="both"/>
      </w:pPr>
      <w:r>
        <w:t>3.667</w:t>
      </w:r>
    </w:p>
    <w:p>
      <w:pPr>
        <w:jc w:val="both"/>
      </w:pPr>
      <w:r>
        <w:t>7.338</w:t>
      </w:r>
    </w:p>
    <w:p>
      <w:pPr>
        <w:jc w:val="both"/>
      </w:pPr>
      <w:r>
        <w:t>11.250</w:t>
      </w:r>
    </w:p>
    <w:p>
      <w:pPr>
        <w:jc w:val="both"/>
      </w:pPr>
      <w:r>
        <w:t>15.188</w:t>
      </w:r>
    </w:p>
    <w:p>
      <w:pPr>
        <w:jc w:val="both"/>
      </w:pPr>
      <w:r>
        <w:t>19.090</w:t>
      </w:r>
    </w:p>
    <w:p>
      <w:pPr>
        <w:jc w:val="both"/>
      </w:pPr>
      <w:r>
        <w:t>Ghi chú: *Diện tích kế hoạch năm 2011 là số liệu ước thực hiện đến ngày 31 th á ng 12 năm 2011.</w:t>
      </w:r>
    </w:p>
    <w:p>
      <w:pPr>
        <w:jc w:val="both"/>
      </w:pPr>
      <w:r>
        <w:t>2. Kế hoạch chuyển mục đích sử dụng đất:</w:t>
      </w:r>
    </w:p>
    <w:p>
      <w:pPr>
        <w:jc w:val="both"/>
      </w:pPr>
      <w:r>
        <w:t>Đơn vị tính: ha</w:t>
      </w:r>
    </w:p>
    <w:p>
      <w:pPr>
        <w:jc w:val="both"/>
      </w:pPr>
      <w:r>
        <w:t>STT</w:t>
      </w:r>
    </w:p>
    <w:p>
      <w:pPr>
        <w:jc w:val="both"/>
      </w:pPr>
      <w:r>
        <w:t>Loại đất</w:t>
      </w:r>
    </w:p>
    <w:p>
      <w:pPr>
        <w:jc w:val="both"/>
      </w:pPr>
      <w:r>
        <w:t>Diên tích chuy ể n mục đích trong kỳ kế hoạch</w:t>
      </w:r>
    </w:p>
    <w:p>
      <w:pPr>
        <w:jc w:val="both"/>
      </w:pPr>
      <w:r>
        <w:t>Phân theo các năm</w:t>
      </w:r>
    </w:p>
    <w:p>
      <w:pPr>
        <w:jc w:val="both"/>
      </w:pPr>
      <w:r>
        <w:t>Năm 2011</w:t>
      </w:r>
    </w:p>
    <w:p>
      <w:pPr>
        <w:jc w:val="both"/>
      </w:pPr>
      <w:r>
        <w:t>Năm 2012</w:t>
      </w:r>
    </w:p>
    <w:p>
      <w:pPr>
        <w:jc w:val="both"/>
      </w:pPr>
      <w:r>
        <w:t>Năm 2013</w:t>
      </w:r>
    </w:p>
    <w:p>
      <w:pPr>
        <w:jc w:val="both"/>
      </w:pPr>
      <w:r>
        <w:t>Năm 2014</w:t>
      </w:r>
    </w:p>
    <w:p>
      <w:pPr>
        <w:jc w:val="both"/>
      </w:pPr>
      <w:r>
        <w:t>Năm 2015</w:t>
      </w:r>
    </w:p>
    <w:p>
      <w:pPr>
        <w:jc w:val="both"/>
      </w:pPr>
      <w:r>
        <w:t>1</w:t>
      </w:r>
    </w:p>
    <w:p>
      <w:pPr>
        <w:jc w:val="both"/>
      </w:pPr>
      <w:r>
        <w:t>Đất nông nghiệp chuyển sang đất phi nông nghiệp</w:t>
      </w:r>
    </w:p>
    <w:p>
      <w:pPr>
        <w:jc w:val="both"/>
      </w:pPr>
      <w:r>
        <w:t>6.508</w:t>
      </w:r>
    </w:p>
    <w:p>
      <w:pPr>
        <w:jc w:val="both"/>
      </w:pPr>
      <w:r>
        <w:t>1.250</w:t>
      </w:r>
    </w:p>
    <w:p>
      <w:pPr>
        <w:jc w:val="both"/>
      </w:pPr>
      <w:r>
        <w:t>1.251</w:t>
      </w:r>
    </w:p>
    <w:p>
      <w:pPr>
        <w:jc w:val="both"/>
      </w:pPr>
      <w:r>
        <w:t>1.333</w:t>
      </w:r>
    </w:p>
    <w:p>
      <w:pPr>
        <w:jc w:val="both"/>
      </w:pPr>
      <w:r>
        <w:t>1.343</w:t>
      </w:r>
    </w:p>
    <w:p>
      <w:pPr>
        <w:jc w:val="both"/>
      </w:pPr>
      <w:r>
        <w:t>1.331</w:t>
      </w:r>
    </w:p>
    <w:p>
      <w:pPr>
        <w:jc w:val="both"/>
      </w:pPr>
      <w:r>
        <w:t>Trong đó:</w:t>
      </w:r>
    </w:p>
    <w:p>
      <w:pPr>
        <w:jc w:val="both"/>
      </w:pPr>
      <w:r>
        <w:t>1.1</w:t>
      </w:r>
    </w:p>
    <w:p>
      <w:pPr>
        <w:jc w:val="both"/>
      </w:pPr>
      <w:r>
        <w:t>Đất trồng lúa</w:t>
      </w:r>
    </w:p>
    <w:p>
      <w:pPr>
        <w:jc w:val="both"/>
      </w:pPr>
      <w:r>
        <w:t>2.034</w:t>
      </w:r>
    </w:p>
    <w:p>
      <w:pPr>
        <w:jc w:val="both"/>
      </w:pPr>
      <w:r>
        <w:t>391</w:t>
      </w:r>
    </w:p>
    <w:p>
      <w:pPr>
        <w:jc w:val="both"/>
      </w:pPr>
      <w:r>
        <w:t>391</w:t>
      </w:r>
    </w:p>
    <w:p>
      <w:pPr>
        <w:jc w:val="both"/>
      </w:pPr>
      <w:r>
        <w:t>417</w:t>
      </w:r>
    </w:p>
    <w:p>
      <w:pPr>
        <w:jc w:val="both"/>
      </w:pPr>
      <w:r>
        <w:t>420</w:t>
      </w:r>
    </w:p>
    <w:p>
      <w:pPr>
        <w:jc w:val="both"/>
      </w:pPr>
      <w:r>
        <w:t>415</w:t>
      </w:r>
    </w:p>
    <w:p>
      <w:pPr>
        <w:jc w:val="both"/>
      </w:pPr>
      <w:r>
        <w:t>1.2</w:t>
      </w:r>
    </w:p>
    <w:p>
      <w:pPr>
        <w:jc w:val="both"/>
      </w:pPr>
      <w:r>
        <w:t>Đất trồng cây lâu năm</w:t>
      </w:r>
    </w:p>
    <w:p>
      <w:pPr>
        <w:jc w:val="both"/>
      </w:pPr>
      <w:r>
        <w:t>1.649</w:t>
      </w:r>
    </w:p>
    <w:p>
      <w:pPr>
        <w:jc w:val="both"/>
      </w:pPr>
      <w:r>
        <w:t>317</w:t>
      </w:r>
    </w:p>
    <w:p>
      <w:pPr>
        <w:jc w:val="both"/>
      </w:pPr>
      <w:r>
        <w:t>317</w:t>
      </w:r>
    </w:p>
    <w:p>
      <w:pPr>
        <w:jc w:val="both"/>
      </w:pPr>
      <w:r>
        <w:t>338</w:t>
      </w:r>
    </w:p>
    <w:p>
      <w:pPr>
        <w:jc w:val="both"/>
      </w:pPr>
      <w:r>
        <w:t>340</w:t>
      </w:r>
    </w:p>
    <w:p>
      <w:pPr>
        <w:jc w:val="both"/>
      </w:pPr>
      <w:r>
        <w:t>337</w:t>
      </w:r>
    </w:p>
    <w:p>
      <w:pPr>
        <w:jc w:val="both"/>
      </w:pPr>
      <w:r>
        <w:t>1.3</w:t>
      </w:r>
    </w:p>
    <w:p>
      <w:pPr>
        <w:jc w:val="both"/>
      </w:pPr>
      <w:r>
        <w:t>Đất rừng sản xuất</w:t>
      </w:r>
    </w:p>
    <w:p>
      <w:pPr>
        <w:jc w:val="both"/>
      </w:pPr>
      <w:r>
        <w:t>938</w:t>
      </w:r>
    </w:p>
    <w:p>
      <w:pPr>
        <w:jc w:val="both"/>
      </w:pPr>
      <w:r>
        <w:t>180</w:t>
      </w:r>
    </w:p>
    <w:p>
      <w:pPr>
        <w:jc w:val="both"/>
      </w:pPr>
      <w:r>
        <w:t>180</w:t>
      </w:r>
    </w:p>
    <w:p>
      <w:pPr>
        <w:jc w:val="both"/>
      </w:pPr>
      <w:r>
        <w:t>192</w:t>
      </w:r>
    </w:p>
    <w:p>
      <w:pPr>
        <w:jc w:val="both"/>
      </w:pPr>
      <w:r>
        <w:t>194</w:t>
      </w:r>
    </w:p>
    <w:p>
      <w:pPr>
        <w:jc w:val="both"/>
      </w:pPr>
      <w:r>
        <w:t>192</w:t>
      </w:r>
    </w:p>
    <w:p>
      <w:pPr>
        <w:jc w:val="both"/>
      </w:pPr>
      <w:r>
        <w:t>1.4</w:t>
      </w:r>
    </w:p>
    <w:p>
      <w:pPr>
        <w:jc w:val="both"/>
      </w:pPr>
      <w:r>
        <w:t>Đất nuôi trồng thủy sản</w:t>
      </w:r>
    </w:p>
    <w:p>
      <w:pPr>
        <w:jc w:val="both"/>
      </w:pPr>
      <w:r>
        <w:t>255</w:t>
      </w:r>
    </w:p>
    <w:p>
      <w:pPr>
        <w:jc w:val="both"/>
      </w:pPr>
      <w:r>
        <w:t>49</w:t>
      </w:r>
    </w:p>
    <w:p>
      <w:pPr>
        <w:jc w:val="both"/>
      </w:pPr>
      <w:r>
        <w:t>49</w:t>
      </w:r>
    </w:p>
    <w:p>
      <w:pPr>
        <w:jc w:val="both"/>
      </w:pPr>
      <w:r>
        <w:t>52</w:t>
      </w:r>
    </w:p>
    <w:p>
      <w:pPr>
        <w:jc w:val="both"/>
      </w:pPr>
      <w:r>
        <w:t>53</w:t>
      </w:r>
    </w:p>
    <w:p>
      <w:pPr>
        <w:jc w:val="both"/>
      </w:pPr>
      <w:r>
        <w:t>52</w:t>
      </w:r>
    </w:p>
    <w:p>
      <w:pPr>
        <w:jc w:val="both"/>
      </w:pPr>
      <w:r>
        <w:t>2</w:t>
      </w:r>
    </w:p>
    <w:p>
      <w:pPr>
        <w:jc w:val="both"/>
      </w:pPr>
      <w:r>
        <w:t>Chuyển đổi cơ cấu sử dụng đất trong nội bộ đất nông nghiệp</w:t>
      </w:r>
    </w:p>
    <w:p>
      <w:pPr>
        <w:jc w:val="both"/>
      </w:pPr>
      <w:r>
        <w:t>2.1</w:t>
      </w:r>
    </w:p>
    <w:p>
      <w:pPr>
        <w:jc w:val="both"/>
      </w:pPr>
      <w:r>
        <w:t>Đất trồng lúa chuyển sang đất nuôi trồng thủy sản</w:t>
      </w:r>
    </w:p>
    <w:p>
      <w:pPr>
        <w:jc w:val="both"/>
      </w:pPr>
      <w:r>
        <w:t>46</w:t>
      </w:r>
    </w:p>
    <w:p>
      <w:pPr>
        <w:jc w:val="both"/>
      </w:pPr>
      <w:r>
        <w:t>9</w:t>
      </w:r>
    </w:p>
    <w:p>
      <w:pPr>
        <w:jc w:val="both"/>
      </w:pPr>
      <w:r>
        <w:t>9</w:t>
      </w:r>
    </w:p>
    <w:p>
      <w:pPr>
        <w:jc w:val="both"/>
      </w:pPr>
      <w:r>
        <w:t>10</w:t>
      </w:r>
    </w:p>
    <w:p>
      <w:pPr>
        <w:jc w:val="both"/>
      </w:pPr>
      <w:r>
        <w:t>10</w:t>
      </w:r>
    </w:p>
    <w:p>
      <w:pPr>
        <w:jc w:val="both"/>
      </w:pPr>
      <w:r>
        <w:t>8</w:t>
      </w:r>
    </w:p>
    <w:p>
      <w:pPr>
        <w:jc w:val="both"/>
      </w:pPr>
      <w:r>
        <w:t>2.2</w:t>
      </w:r>
    </w:p>
    <w:p>
      <w:pPr>
        <w:jc w:val="both"/>
      </w:pPr>
      <w:r>
        <w:t>Đất rừng sản xuất chuyển sang đất sản xuất nông nghiệp, đất nuôi trồng thủy sản và đất nông nghiệp khác</w:t>
      </w:r>
    </w:p>
    <w:p>
      <w:pPr>
        <w:jc w:val="both"/>
      </w:pPr>
      <w:r>
        <w:t>4.315</w:t>
      </w:r>
    </w:p>
    <w:p>
      <w:pPr>
        <w:jc w:val="both"/>
      </w:pPr>
      <w:r>
        <w:t>829</w:t>
      </w:r>
    </w:p>
    <w:p>
      <w:pPr>
        <w:jc w:val="both"/>
      </w:pPr>
      <w:r>
        <w:t>830</w:t>
      </w:r>
    </w:p>
    <w:p>
      <w:pPr>
        <w:jc w:val="both"/>
      </w:pPr>
      <w:r>
        <w:t>884</w:t>
      </w:r>
    </w:p>
    <w:p>
      <w:pPr>
        <w:jc w:val="both"/>
      </w:pPr>
      <w:r>
        <w:t>890</w:t>
      </w:r>
    </w:p>
    <w:p>
      <w:pPr>
        <w:jc w:val="both"/>
      </w:pPr>
      <w:r>
        <w:t>882</w:t>
      </w:r>
    </w:p>
    <w:p>
      <w:pPr>
        <w:jc w:val="both"/>
      </w:pPr>
      <w:r>
        <w:t>3. Kế hoạch đưa đất chưa sử dụng vào sử dụng:</w:t>
      </w:r>
    </w:p>
    <w:p>
      <w:pPr>
        <w:jc w:val="both"/>
      </w:pPr>
      <w:r>
        <w:t>Đơn vị tính: ha</w:t>
      </w:r>
    </w:p>
    <w:p>
      <w:pPr>
        <w:jc w:val="both"/>
      </w:pPr>
      <w:r>
        <w:t>STT</w:t>
      </w:r>
    </w:p>
    <w:p>
      <w:pPr>
        <w:jc w:val="both"/>
      </w:pPr>
      <w:r>
        <w:t>Mục đích sử dụng</w:t>
      </w:r>
    </w:p>
    <w:p>
      <w:pPr>
        <w:jc w:val="both"/>
      </w:pPr>
      <w:r>
        <w:t>Diện tích đưa vào sử dụng trong kỳ kế hoạch</w:t>
      </w:r>
    </w:p>
    <w:p>
      <w:pPr>
        <w:jc w:val="both"/>
      </w:pPr>
      <w:r>
        <w:t>Phân theo các năm</w:t>
      </w:r>
    </w:p>
    <w:p>
      <w:pPr>
        <w:jc w:val="both"/>
      </w:pPr>
      <w:r>
        <w:t>Năm 2011</w:t>
      </w:r>
    </w:p>
    <w:p>
      <w:pPr>
        <w:jc w:val="both"/>
      </w:pPr>
      <w:r>
        <w:t>Năm 2012</w:t>
      </w:r>
    </w:p>
    <w:p>
      <w:pPr>
        <w:jc w:val="both"/>
      </w:pPr>
      <w:r>
        <w:t>Năm 2013</w:t>
      </w:r>
    </w:p>
    <w:p>
      <w:pPr>
        <w:jc w:val="both"/>
      </w:pPr>
      <w:r>
        <w:t>Năm 2014</w:t>
      </w:r>
    </w:p>
    <w:p>
      <w:pPr>
        <w:jc w:val="both"/>
      </w:pPr>
      <w:r>
        <w:t>Năm 2015</w:t>
      </w:r>
    </w:p>
    <w:p>
      <w:pPr>
        <w:jc w:val="both"/>
      </w:pPr>
      <w:r>
        <w:t>1</w:t>
      </w:r>
    </w:p>
    <w:p>
      <w:pPr>
        <w:jc w:val="both"/>
      </w:pPr>
      <w:r>
        <w:t>Đất nông nghiệp</w:t>
      </w:r>
    </w:p>
    <w:p>
      <w:pPr>
        <w:jc w:val="both"/>
      </w:pPr>
      <w:r>
        <w:t>2.626</w:t>
      </w:r>
    </w:p>
    <w:p>
      <w:pPr>
        <w:jc w:val="both"/>
      </w:pPr>
      <w:r>
        <w:t>504</w:t>
      </w:r>
    </w:p>
    <w:p>
      <w:pPr>
        <w:jc w:val="both"/>
      </w:pPr>
      <w:r>
        <w:t>505</w:t>
      </w:r>
    </w:p>
    <w:p>
      <w:pPr>
        <w:jc w:val="both"/>
      </w:pPr>
      <w:r>
        <w:t>538</w:t>
      </w:r>
    </w:p>
    <w:p>
      <w:pPr>
        <w:jc w:val="both"/>
      </w:pPr>
      <w:r>
        <w:t>542</w:t>
      </w:r>
    </w:p>
    <w:p>
      <w:pPr>
        <w:jc w:val="both"/>
      </w:pPr>
      <w:r>
        <w:t>537</w:t>
      </w:r>
    </w:p>
    <w:p>
      <w:pPr>
        <w:jc w:val="both"/>
      </w:pPr>
      <w:r>
        <w:t>Trong đó:</w:t>
      </w:r>
    </w:p>
    <w:p>
      <w:pPr>
        <w:jc w:val="both"/>
      </w:pPr>
      <w:r>
        <w:t>1.1</w:t>
      </w:r>
    </w:p>
    <w:p>
      <w:pPr>
        <w:jc w:val="both"/>
      </w:pPr>
      <w:r>
        <w:t>Đất trồng cây lâu năm</w:t>
      </w:r>
    </w:p>
    <w:p>
      <w:pPr>
        <w:jc w:val="both"/>
      </w:pPr>
      <w:r>
        <w:t>354</w:t>
      </w:r>
    </w:p>
    <w:p>
      <w:pPr>
        <w:jc w:val="both"/>
      </w:pPr>
      <w:r>
        <w:t>68</w:t>
      </w:r>
    </w:p>
    <w:p>
      <w:pPr>
        <w:jc w:val="both"/>
      </w:pPr>
      <w:r>
        <w:t>68</w:t>
      </w:r>
    </w:p>
    <w:p>
      <w:pPr>
        <w:jc w:val="both"/>
      </w:pPr>
      <w:r>
        <w:t>73</w:t>
      </w:r>
    </w:p>
    <w:p>
      <w:pPr>
        <w:jc w:val="both"/>
      </w:pPr>
      <w:r>
        <w:t>73</w:t>
      </w:r>
    </w:p>
    <w:p>
      <w:pPr>
        <w:jc w:val="both"/>
      </w:pPr>
      <w:r>
        <w:t>72</w:t>
      </w:r>
    </w:p>
    <w:p>
      <w:pPr>
        <w:jc w:val="both"/>
      </w:pPr>
      <w:r>
        <w:t>1.2</w:t>
      </w:r>
    </w:p>
    <w:p>
      <w:pPr>
        <w:jc w:val="both"/>
      </w:pPr>
      <w:r>
        <w:t>Đất rừng phòng hộ</w:t>
      </w:r>
    </w:p>
    <w:p>
      <w:pPr>
        <w:jc w:val="both"/>
      </w:pPr>
      <w:r>
        <w:t>5</w:t>
      </w:r>
    </w:p>
    <w:p>
      <w:pPr>
        <w:jc w:val="both"/>
      </w:pPr>
      <w:r>
        <w:t>1</w:t>
      </w:r>
    </w:p>
    <w:p>
      <w:pPr>
        <w:jc w:val="both"/>
      </w:pPr>
      <w:r>
        <w:t>1</w:t>
      </w:r>
    </w:p>
    <w:p>
      <w:pPr>
        <w:jc w:val="both"/>
      </w:pPr>
      <w:r>
        <w:t>1</w:t>
      </w:r>
    </w:p>
    <w:p>
      <w:pPr>
        <w:jc w:val="both"/>
      </w:pPr>
      <w:r>
        <w:t>1</w:t>
      </w:r>
    </w:p>
    <w:p>
      <w:pPr>
        <w:jc w:val="both"/>
      </w:pPr>
      <w:r>
        <w:t>1</w:t>
      </w:r>
    </w:p>
    <w:p>
      <w:pPr>
        <w:jc w:val="both"/>
      </w:pPr>
      <w:r>
        <w:t>1.3</w:t>
      </w:r>
    </w:p>
    <w:p>
      <w:pPr>
        <w:jc w:val="both"/>
      </w:pPr>
      <w:r>
        <w:t>Đất rừng đặc dụng</w:t>
      </w:r>
    </w:p>
    <w:p>
      <w:pPr>
        <w:jc w:val="both"/>
      </w:pPr>
      <w:r>
        <w:t>5</w:t>
      </w:r>
    </w:p>
    <w:p>
      <w:pPr>
        <w:jc w:val="both"/>
      </w:pPr>
      <w:r>
        <w:t>1</w:t>
      </w:r>
    </w:p>
    <w:p>
      <w:pPr>
        <w:jc w:val="both"/>
      </w:pPr>
      <w:r>
        <w:t>1</w:t>
      </w:r>
    </w:p>
    <w:p>
      <w:pPr>
        <w:jc w:val="both"/>
      </w:pPr>
      <w:r>
        <w:t>1</w:t>
      </w:r>
    </w:p>
    <w:p>
      <w:pPr>
        <w:jc w:val="both"/>
      </w:pPr>
      <w:r>
        <w:t>1</w:t>
      </w:r>
    </w:p>
    <w:p>
      <w:pPr>
        <w:jc w:val="both"/>
      </w:pPr>
      <w:r>
        <w:t>1</w:t>
      </w:r>
    </w:p>
    <w:p>
      <w:pPr>
        <w:jc w:val="both"/>
      </w:pPr>
      <w:r>
        <w:t>1.4</w:t>
      </w:r>
    </w:p>
    <w:p>
      <w:pPr>
        <w:jc w:val="both"/>
      </w:pPr>
      <w:r>
        <w:t>Đất rừng sản xuất</w:t>
      </w:r>
    </w:p>
    <w:p>
      <w:pPr>
        <w:jc w:val="both"/>
      </w:pPr>
      <w:r>
        <w:t>2.093</w:t>
      </w:r>
    </w:p>
    <w:p>
      <w:pPr>
        <w:jc w:val="both"/>
      </w:pPr>
      <w:r>
        <w:t>402</w:t>
      </w:r>
    </w:p>
    <w:p>
      <w:pPr>
        <w:jc w:val="both"/>
      </w:pPr>
      <w:r>
        <w:t>402</w:t>
      </w:r>
    </w:p>
    <w:p>
      <w:pPr>
        <w:jc w:val="both"/>
      </w:pPr>
      <w:r>
        <w:t>429</w:t>
      </w:r>
    </w:p>
    <w:p>
      <w:pPr>
        <w:jc w:val="both"/>
      </w:pPr>
      <w:r>
        <w:t>432</w:t>
      </w:r>
    </w:p>
    <w:p>
      <w:pPr>
        <w:jc w:val="both"/>
      </w:pPr>
      <w:r>
        <w:t>428</w:t>
      </w:r>
    </w:p>
    <w:p>
      <w:pPr>
        <w:jc w:val="both"/>
      </w:pPr>
      <w:r>
        <w:t>1.5</w:t>
      </w:r>
    </w:p>
    <w:p>
      <w:pPr>
        <w:jc w:val="both"/>
      </w:pPr>
      <w:r>
        <w:t>Đất nuôi trồng thủy sản</w:t>
      </w:r>
    </w:p>
    <w:p>
      <w:pPr>
        <w:jc w:val="both"/>
      </w:pPr>
      <w:r>
        <w:t>47</w:t>
      </w:r>
    </w:p>
    <w:p>
      <w:pPr>
        <w:jc w:val="both"/>
      </w:pPr>
      <w:r>
        <w:t>9</w:t>
      </w:r>
    </w:p>
    <w:p>
      <w:pPr>
        <w:jc w:val="both"/>
      </w:pPr>
      <w:r>
        <w:t>9</w:t>
      </w:r>
    </w:p>
    <w:p>
      <w:pPr>
        <w:jc w:val="both"/>
      </w:pPr>
      <w:r>
        <w:t>10</w:t>
      </w:r>
    </w:p>
    <w:p>
      <w:pPr>
        <w:jc w:val="both"/>
      </w:pPr>
      <w:r>
        <w:t>10</w:t>
      </w:r>
    </w:p>
    <w:p>
      <w:pPr>
        <w:jc w:val="both"/>
      </w:pPr>
      <w:r>
        <w:t>9</w:t>
      </w:r>
    </w:p>
    <w:p>
      <w:pPr>
        <w:jc w:val="both"/>
      </w:pPr>
      <w:r>
        <w:t>2</w:t>
      </w:r>
    </w:p>
    <w:p>
      <w:pPr>
        <w:jc w:val="both"/>
      </w:pPr>
      <w:r>
        <w:t>Đất phi nông nghiệp</w:t>
      </w:r>
    </w:p>
    <w:p>
      <w:pPr>
        <w:jc w:val="both"/>
      </w:pPr>
      <w:r>
        <w:t>170</w:t>
      </w:r>
    </w:p>
    <w:p>
      <w:pPr>
        <w:jc w:val="both"/>
      </w:pPr>
      <w:r>
        <w:t>32</w:t>
      </w:r>
    </w:p>
    <w:p>
      <w:pPr>
        <w:jc w:val="both"/>
      </w:pPr>
      <w:r>
        <w:t>32</w:t>
      </w:r>
    </w:p>
    <w:p>
      <w:pPr>
        <w:jc w:val="both"/>
      </w:pPr>
      <w:r>
        <w:t>37</w:t>
      </w:r>
    </w:p>
    <w:p>
      <w:pPr>
        <w:jc w:val="both"/>
      </w:pPr>
      <w:r>
        <w:t>35</w:t>
      </w:r>
    </w:p>
    <w:p>
      <w:pPr>
        <w:jc w:val="both"/>
      </w:pPr>
      <w:r>
        <w:t>34</w:t>
      </w:r>
    </w:p>
    <w:p>
      <w:pPr>
        <w:jc w:val="both"/>
      </w:pPr>
      <w:r>
        <w:t>Trong đó:</w:t>
      </w:r>
    </w:p>
    <w:p>
      <w:pPr>
        <w:jc w:val="both"/>
      </w:pPr>
      <w:r>
        <w:t>2.1</w:t>
      </w:r>
    </w:p>
    <w:p>
      <w:pPr>
        <w:jc w:val="both"/>
      </w:pPr>
      <w:r>
        <w:t>Đất di tích, danh thắng</w:t>
      </w:r>
    </w:p>
    <w:p>
      <w:pPr>
        <w:jc w:val="both"/>
      </w:pPr>
      <w:r>
        <w:t>2</w:t>
      </w:r>
    </w:p>
    <w:p>
      <w:pPr>
        <w:jc w:val="both"/>
      </w:pPr>
      <w:r>
        <w:t>2</w:t>
      </w:r>
    </w:p>
    <w:p>
      <w:pPr>
        <w:jc w:val="both"/>
      </w:pPr>
      <w:r>
        <w:t>2.2</w:t>
      </w:r>
    </w:p>
    <w:p>
      <w:pPr>
        <w:jc w:val="both"/>
      </w:pPr>
      <w:r>
        <w:t>Đất bãi thải, xử lý chất thải</w:t>
      </w:r>
    </w:p>
    <w:p>
      <w:pPr>
        <w:jc w:val="both"/>
      </w:pPr>
      <w:r>
        <w:t>26</w:t>
      </w:r>
    </w:p>
    <w:p>
      <w:pPr>
        <w:jc w:val="both"/>
      </w:pPr>
      <w:r>
        <w:t>5</w:t>
      </w:r>
    </w:p>
    <w:p>
      <w:pPr>
        <w:jc w:val="both"/>
      </w:pPr>
      <w:r>
        <w:t>5</w:t>
      </w:r>
    </w:p>
    <w:p>
      <w:pPr>
        <w:jc w:val="both"/>
      </w:pPr>
      <w:r>
        <w:t>5</w:t>
      </w:r>
    </w:p>
    <w:p>
      <w:pPr>
        <w:jc w:val="both"/>
      </w:pPr>
      <w:r>
        <w:t>5</w:t>
      </w:r>
    </w:p>
    <w:p>
      <w:pPr>
        <w:jc w:val="both"/>
      </w:pPr>
      <w:r>
        <w:t>6</w:t>
      </w:r>
    </w:p>
    <w:p>
      <w:pPr>
        <w:jc w:val="both"/>
      </w:pPr>
      <w:r>
        <w:t>2.3</w:t>
      </w:r>
    </w:p>
    <w:p>
      <w:pPr>
        <w:jc w:val="both"/>
      </w:pPr>
      <w:r>
        <w:t>Đất nghĩa trang, nghĩa địa</w:t>
      </w:r>
    </w:p>
    <w:p>
      <w:pPr>
        <w:jc w:val="both"/>
      </w:pPr>
      <w:r>
        <w:t>26</w:t>
      </w:r>
    </w:p>
    <w:p>
      <w:pPr>
        <w:jc w:val="both"/>
      </w:pPr>
      <w:r>
        <w:t>5</w:t>
      </w:r>
    </w:p>
    <w:p>
      <w:pPr>
        <w:jc w:val="both"/>
      </w:pPr>
      <w:r>
        <w:t>5</w:t>
      </w:r>
    </w:p>
    <w:p>
      <w:pPr>
        <w:jc w:val="both"/>
      </w:pPr>
      <w:r>
        <w:t>5</w:t>
      </w:r>
    </w:p>
    <w:p>
      <w:pPr>
        <w:jc w:val="both"/>
      </w:pPr>
      <w:r>
        <w:t>5</w:t>
      </w:r>
    </w:p>
    <w:p>
      <w:pPr>
        <w:jc w:val="both"/>
      </w:pPr>
      <w:r>
        <w:t>6</w:t>
      </w:r>
    </w:p>
    <w:p>
      <w:pPr>
        <w:jc w:val="both"/>
      </w:pPr>
      <w:r>
        <w:t>2.4</w:t>
      </w:r>
    </w:p>
    <w:p>
      <w:pPr>
        <w:jc w:val="both"/>
      </w:pPr>
      <w:r>
        <w:t>Đất phát triển hạ tầng</w:t>
      </w:r>
    </w:p>
    <w:p>
      <w:pPr>
        <w:jc w:val="both"/>
      </w:pPr>
      <w:r>
        <w:t>6</w:t>
      </w:r>
    </w:p>
    <w:p>
      <w:pPr>
        <w:jc w:val="both"/>
      </w:pPr>
      <w:r>
        <w:t>1</w:t>
      </w:r>
    </w:p>
    <w:p>
      <w:pPr>
        <w:jc w:val="both"/>
      </w:pPr>
      <w:r>
        <w:t>1</w:t>
      </w:r>
    </w:p>
    <w:p>
      <w:pPr>
        <w:jc w:val="both"/>
      </w:pPr>
      <w:r>
        <w:t>1</w:t>
      </w:r>
    </w:p>
    <w:p>
      <w:pPr>
        <w:jc w:val="both"/>
      </w:pPr>
      <w:r>
        <w:t>1</w:t>
      </w:r>
    </w:p>
    <w:p>
      <w:pPr>
        <w:jc w:val="both"/>
      </w:pPr>
      <w:r>
        <w:t>2</w:t>
      </w:r>
    </w:p>
    <w:p>
      <w:pPr>
        <w:jc w:val="both"/>
      </w:pPr>
      <w:r>
        <w:rPr>
          <w:b/>
        </w:rPr>
        <w:t>Điều 3. Căn cứ vào Nghị quyết này, Ủy ban nhân dân tỉnh Bắc Giang có trách nhiệm:</w:t>
      </w:r>
    </w:p>
    <w:p>
      <w:pPr>
        <w:jc w:val="both"/>
      </w:pPr>
      <w:r>
        <w:t>1. Tổ chức thực hiện quy hoạch, kế hoạch sử dụng đất, rà soát quy hoạch của các ngành, lĩnh vực trong Tỉnh có sử dụng đất cho thống nhất với quy hoạch, kế hoạch sử dụng đất đã được Chính phủ phê duyệt; việc xây dựng và tổ chức thực hiện quy hoạch, kế hoạch sử dụng đất phải thống nhất chặt chẽ từ cấp tỉnh đến cấp xã; có giải pháp cụ thể để huy động vốn và các nguồn lực khác để thực hiện phương án quy hoạch, kế hoạch sử dụng đất của Tỉnh.</w:t>
      </w:r>
    </w:p>
    <w:p>
      <w:pPr>
        <w:jc w:val="both"/>
      </w:pPr>
      <w:r>
        <w:t>2. Xác định ranh giới và công khai diện tích đất trồng lúa, rừng phòng hộ, rừng đặc dụng cần bảo vệ nghiêm ngặt; điều tiết phân bổ nguồn lực, bảo đảm lợi ích giữa các khu vực có điều kiện phát triển công nghiệp, đô thị, dịch vụ với các khu vực giữ nhiều đất trồng lúa.</w:t>
      </w:r>
    </w:p>
    <w:p>
      <w:pPr>
        <w:jc w:val="both"/>
      </w:pPr>
      <w:r>
        <w:t>3. Chủ động thu hồi đất theo quy hoạch và kế hoạch, trong đó cần phải thu hồi cả phần diện tích đất bên cạnh công trình kết cấu hạ tầng, vùng phụ cận để tạo nguồn vốn cho phát triển, tạo quỹ đất đầu tư công trình hạ tầng kỹ thuật và xã hội. Ưu tiên cho người bị thu hồi đất được giao đất hoặc mua nhà trên diện tích đất đã thu hồi mở rộng theo quy định của pháp luật. Đẩy mạnh việc đấu giá quyền, sử dụng đất, đấu thầu dự án có sử dụng đất.</w:t>
      </w:r>
    </w:p>
    <w:p>
      <w:pPr>
        <w:jc w:val="both"/>
      </w:pPr>
      <w:r>
        <w:t>4. Tăng cường công tác tuyên truyền pháp luật đất đai để người dân nắm vững các quy định của pháp luật, sử dụng đất đúng mục đích, tiết kiệm, có hiệu quả, bảo vệ môi trường và phát triển bền vững.</w:t>
      </w:r>
    </w:p>
    <w:p>
      <w:pPr>
        <w:jc w:val="both"/>
      </w:pPr>
      <w:r>
        <w:t>5. Quản lý sử dụng đất theo đúng quy hoạch, kế hoạch nhất là khu vực sẽ chuyển mục đích sử dụng phát triển dịch vụ, đô thị; tăng cường công tác thanh tra, kiểm tra việc quản lý, sử dụng đất đai theo quy hoạch nhằm ngăn chặn kịp thời các vi phạm và xử lý nghiêm các trường hợp vi phạm quy hoạch, kế hoạch sử dụng đất; xử lý các trường hợp đã được giao đất, cho thuê đất nhưng không sử dụng, sử dụng sai mục đích.</w:t>
      </w:r>
    </w:p>
    <w:p>
      <w:pPr>
        <w:jc w:val="both"/>
      </w:pPr>
      <w:r>
        <w:t>6. Định kỳ hàng năm, Ủy ban nhân dân tỉnh có Báo cáo kết quả thực hiện quy hoạch, kế hoạch sử dụng đất để Chính phủ tổng hợp báo cáo Quốc hội.</w:t>
      </w:r>
    </w:p>
    <w:p>
      <w:pPr>
        <w:jc w:val="both"/>
      </w:pPr>
      <w:r>
        <w:rPr>
          <w:b/>
        </w:rPr>
        <w:t>Điều 4. Chủ tịch Ủy ban nhân dân tỉnh Bắc Giang, Thủ trưởng các Bộ, ngành có liên quan chịu trách nhiệm thi hành Nghị quyết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legal.giangpham.asia/van-ban/87530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