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734/QĐ-TTg</w:t>
      </w:r>
    </w:p>
    <w:p>
      <w:pPr>
        <w:jc w:val="both"/>
      </w:pPr>
      <w:r>
        <w:t>Hà Nội, Ngày 09 tháng 6 năm 2008</w:t>
      </w:r>
    </w:p>
    <w:p>
      <w:pPr>
        <w:jc w:val="center"/>
      </w:pPr>
      <w:r>
        <w:rPr>
          <w:b/>
        </w:rPr>
        <w:t>QUYẾT ĐỊNH</w:t>
      </w:r>
    </w:p>
    <w:p>
      <w:pPr>
        <w:jc w:val="both"/>
      </w:pPr>
      <w:r>
        <w:t>Về việc tặng thưởng bằng khen của Thủ tướng Chính phủ</w:t>
      </w:r>
    </w:p>
    <w:p>
      <w:pPr>
        <w:jc w:val="both"/>
      </w:pPr>
      <w:r>
        <w:t>__________________________</w:t>
      </w:r>
    </w:p>
    <w:p>
      <w:pPr>
        <w:jc w:val="both"/>
      </w:pPr>
      <w:r>
        <w:t>THỦ TƯỚNG CHÍNH PHỦ</w:t>
      </w:r>
    </w:p>
    <w:p>
      <w:pPr>
        <w:jc w:val="both"/>
      </w:pPr>
      <w:r>
        <w:t>Căn cứ Luật Tổ chức Chính phủ ngày 25 tháng 12 năm 2001;</w:t>
      </w:r>
    </w:p>
    <w:p>
      <w:pPr>
        <w:jc w:val="both"/>
      </w:pPr>
      <w:r>
        <w:t>Căn cứ Luật Thi đua, Khen thưởng ngày 26 tháng 11 năm 2003 và Luật Sửa đổi, bổ sung một số điều của Luật Thi đua, Khen thưởng ngày 14 tháng 6 năm 2005;</w:t>
      </w:r>
    </w:p>
    <w:p>
      <w:pPr>
        <w:jc w:val="both"/>
      </w:pPr>
      <w:r>
        <w:t>Căn cứ Nghị định số 121/2005/NĐ-CP ngày 30 tháng 9 năm 2005 của Chính phủ quy định chi tiết và hướng dẫn thi hành một số điều của Luật Thi đua, Khen thưởng và Luật Sửa đổi, bổ sung một số điều của Luật Thi đua, Khen thưởng;</w:t>
      </w:r>
    </w:p>
    <w:p>
      <w:pPr>
        <w:jc w:val="both"/>
      </w:pPr>
      <w:r>
        <w:t>Xét đề nghị của Chủ tịch Tổng Liên đoàn Lao động Việt Nam (Tờ trình số 637/TLĐ ngày 17 tháng 4 năm 2008) và Trưởng ban Ban Thi đua - Khen thưởng Trung ương (Tờ trình số 724/TTr-BTĐKT ngày 28 tháng 5 năm 2008),</w:t>
      </w:r>
    </w:p>
    <w:p>
      <w:pPr>
        <w:jc w:val="center"/>
      </w:pPr>
      <w:r>
        <w:rPr>
          <w:b/>
        </w:rPr>
        <w:t>QUYẾT ĐỊNH:</w:t>
      </w:r>
    </w:p>
    <w:p>
      <w:pPr>
        <w:jc w:val="both"/>
      </w:pPr>
      <w:r>
        <w:rPr>
          <w:b/>
        </w:rPr>
        <w:t>Điều 1. Tặng thưởng Bằng khen của Thủ tướng Chính phủ cho 1 tập thể và 5 cá nhân (có danh sách kèm theo), đã có thành tích trong công tác từ năm 2003 đến năm 2007, góp phần vào sự nghiệp xây dựng Chủ nghĩa xã hội và bảo vệ Tổ quốc.</w:t>
      </w:r>
    </w:p>
    <w:p>
      <w:pPr>
        <w:jc w:val="both"/>
      </w:pPr>
      <w:r>
        <w:rPr>
          <w:b/>
        </w:rPr>
        <w:t>Điều 2. Chủ tịch Tổng Liên đoàn Lao động Việt Nam, Trưởng ban Ban Thi đua - Khen thưởng Trung ương , các tập thể và cá nhân có tên tại Điều 1 chịu trách nhiệm thi hành Quyết định này./.</w:t>
      </w:r>
    </w:p>
    <w:p>
      <w:pPr>
        <w:jc w:val="both"/>
      </w:pPr>
      <w:r>
        <w:t>KT. THỦ TƯỚNG</w:t>
      </w:r>
    </w:p>
    <w:p>
      <w:pPr>
        <w:jc w:val="both"/>
      </w:pPr>
      <w:r>
        <w:t>PHÓ THỦ TƯỚNG</w:t>
      </w:r>
    </w:p>
    <w:p>
      <w:pPr>
        <w:jc w:val="both"/>
      </w:pPr>
      <w:r>
        <w:t>(Đã ký)</w:t>
      </w:r>
    </w:p>
    <w:p>
      <w:pPr>
        <w:jc w:val="both"/>
      </w:pPr>
      <w:r>
        <w:t>Nguyễn Sinh Hùng</w:t>
      </w:r>
    </w:p>
    <w:p>
      <w:r>
        <w:rPr>
          <w:i/>
        </w:rPr>
        <w:t>Nguồn: Cơ sở dữ liệu quốc gia về văn bản pháp luật (Bộ Tư pháp). VietSmart Legal, legal.giangpham.asia/van-ban/86911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