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1129/QĐ-BXD</w:t>
      </w:r>
    </w:p>
    <w:p>
      <w:pPr>
        <w:jc w:val="both"/>
      </w:pPr>
      <w:r>
        <w:t>Hà Nội, ngày 07 tháng 12 năm 2009</w:t>
      </w:r>
    </w:p>
    <w:p>
      <w:pPr>
        <w:jc w:val="center"/>
      </w:pPr>
      <w:r>
        <w:rPr>
          <w:b/>
        </w:rPr>
        <w:t>QUYẾT ĐỊNH</w:t>
      </w:r>
    </w:p>
    <w:p>
      <w:pPr>
        <w:jc w:val="both"/>
      </w:pPr>
      <w:r>
        <w:t>Về việc công bố định mức dự toán xây dựng</w:t>
      </w:r>
    </w:p>
    <w:p>
      <w:pPr>
        <w:jc w:val="both"/>
      </w:pPr>
      <w:r>
        <w:t>công trình-phần sửa chữa.</w:t>
      </w:r>
    </w:p>
    <w:p>
      <w:pPr>
        <w:jc w:val="both"/>
      </w:pPr>
      <w:r>
        <w:t>__________________________</w:t>
      </w:r>
    </w:p>
    <w:p>
      <w:pPr>
        <w:jc w:val="both"/>
      </w:pPr>
      <w:r>
        <w:t>BỘ TRƯỞNG BỘ XÂY DỰNG</w:t>
      </w:r>
    </w:p>
    <w:p>
      <w:pPr>
        <w:jc w:val="both"/>
      </w:pPr>
      <w:r>
        <w:t>Căn cứ Nghị định số 17/2008/NĐ-CP ngày 04/02/2008 của Chính phủ quy định chức năng, nhiệm vụ, quyền hạn và cơ cấu tổ chức của Bộ Xây dựng;</w:t>
      </w:r>
    </w:p>
    <w:p>
      <w:pPr>
        <w:jc w:val="both"/>
      </w:pPr>
      <w:r>
        <w:t>Căn cứ Nghị định số 99/2007/NĐ-CP ngày 13/06/2007 của Chính phủ về Quản lý chi phí đầu tư xây dựng công trình, Nghị định số 03/2008/NĐ-CP ngày 07/01/2008 của Chính phủ về việc sửa đổi, bổ sung một số điều của Nghị định số 99/2007/NĐ-CP ;</w:t>
      </w:r>
    </w:p>
    <w:p>
      <w:pPr>
        <w:jc w:val="both"/>
      </w:pPr>
      <w:r>
        <w:t>Theo đề nghị của Vụ trưởng Vụ Kinh tế Xây dựng và Viện trưởng Viện Kinh tế Xây dựng.</w:t>
      </w:r>
    </w:p>
    <w:p>
      <w:pPr>
        <w:jc w:val="center"/>
      </w:pPr>
      <w:r>
        <w:rPr>
          <w:b/>
        </w:rPr>
        <w:t>QUYẾT ĐỊNH:</w:t>
      </w:r>
    </w:p>
    <w:p>
      <w:pPr>
        <w:jc w:val="both"/>
      </w:pPr>
      <w:r>
        <w:rPr>
          <w:b/>
        </w:rPr>
        <w:t>Điều 1. Công bố Định mức dự toán xây dựng công trình-Phần sửa chữa kèm theo Quyết định này để các cơ quan, tổ chức, cá nhân có liên quan tham khảo, sử dụng vào việc lập và quản lý chi phí đầu tư xây dựng công trình.</w:t>
      </w:r>
    </w:p>
    <w:p>
      <w:pPr>
        <w:jc w:val="both"/>
      </w:pPr>
      <w:r>
        <w:rPr>
          <w:b/>
        </w:rPr>
        <w:t>Điều 2. Quyết định này có hiệu lực kể từ ngày ký./.</w:t>
      </w:r>
    </w:p>
    <w:p>
      <w:pPr>
        <w:jc w:val="both"/>
      </w:pPr>
      <w:r>
        <w:t>KT. BỘ TRƯỞNG</w:t>
      </w:r>
    </w:p>
    <w:p>
      <w:pPr>
        <w:jc w:val="both"/>
      </w:pPr>
      <w:r>
        <w:t>THỨ TRƯỞNG</w:t>
      </w:r>
    </w:p>
    <w:p>
      <w:pPr>
        <w:jc w:val="both"/>
      </w:pPr>
      <w:r>
        <w:t>(Đã ký)</w:t>
      </w:r>
    </w:p>
    <w:p>
      <w:pPr>
        <w:jc w:val="both"/>
      </w:pPr>
      <w:r>
        <w:t>Trần Văn Sơn</w:t>
      </w:r>
    </w:p>
    <w:p>
      <w:r>
        <w:rPr>
          <w:i/>
        </w:rPr>
        <w:t>Nguồn: Cơ sở dữ liệu quốc gia về văn bản pháp luật (Bộ Tư pháp). VietSmart Legal, legal.giangpham.asia/van-ban/84267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