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64/2012/TT-BNNPTNT</w:t>
      </w:r>
    </w:p>
    <w:p>
      <w:pPr>
        <w:jc w:val="both"/>
      </w:pPr>
      <w:r>
        <w:t>Hà Nội, ngày 24 tháng 12 năm 2012</w:t>
      </w:r>
    </w:p>
    <w:p>
      <w:pPr>
        <w:jc w:val="center"/>
      </w:pPr>
      <w:r>
        <w:rPr>
          <w:b/>
        </w:rPr>
        <w:t>THÔNG TƯ</w:t>
      </w:r>
    </w:p>
    <w:p>
      <w:pPr>
        <w:jc w:val="both"/>
      </w:pPr>
      <w:r>
        <w:t>Ban hành Danh mục bổ sung phân bón được phép sản xuất, kinh doanh và sử dụng tại Việt Nam</w:t>
      </w:r>
    </w:p>
    <w:p>
      <w:pPr>
        <w:jc w:val="both"/>
      </w:pPr>
      <w:r>
        <w:t>Căn cứ Luật Chất lượng, sản phẩm hàng hoá ngày 21/11/2007;</w:t>
      </w:r>
    </w:p>
    <w:p>
      <w:pPr>
        <w:jc w:val="both"/>
      </w:pPr>
      <w:r>
        <w:t>Căn cứ Nghị định số 01/2008/NĐ-CP , ngày 03 tháng 1 năm 2008 của Chính phủ quy định chức năng, nhiệm vụ, quyền hạn và cơ cấu tổ chức của Bộ Nông nghiệp và Phát triển nông thôn; Nghị định số 75/2009/NĐ-CP ngày 10/9/2009 của Chính phủ về việc sửa đổi Điều 3 Nghị định số 01/2008/NĐ-CP của Chính phủ;</w:t>
      </w:r>
    </w:p>
    <w:p>
      <w:pPr>
        <w:jc w:val="both"/>
      </w:pPr>
      <w:r>
        <w:t>Căn cứ Nghị định số 113/2003/NĐ-CP ngày 07/10/2003 của Chính phủ về quản lý sản xuất, kinh doanh phân bón; Nghị định số 191/2007/NĐ-CP ngày 31/12/2007 của Chính phủ sửa đổi, bổ sung một số điều của Nghị định số 113/2003/NĐ-CP ngày 07/10/2003 của Chính phủ về quản lý sản xuất, kinh doanh phân bón;</w:t>
      </w:r>
    </w:p>
    <w:p>
      <w:pPr>
        <w:jc w:val="both"/>
      </w:pPr>
      <w:r>
        <w:t>Căn cứ Nghị định số 132/2008/NĐ-CP ngày 31/12/2008 của Chính phủ Quy định chi tiết thi hành một số điều của Luật Chất lượng sản phẩm, hàng hoá;</w:t>
      </w:r>
    </w:p>
    <w:p>
      <w:pPr>
        <w:jc w:val="both"/>
      </w:pPr>
      <w:r>
        <w:t>Xét đề nghị của Cục trưởng Cục Trồng trọt;</w:t>
      </w:r>
    </w:p>
    <w:p>
      <w:pPr>
        <w:jc w:val="both"/>
      </w:pPr>
      <w:r>
        <w:t>Bộ trưởng Bộ Nông nghiệp và Phát triển nông thôn ban hành Thông tư Danh mục bổ sung phân bón được phép sản xuất, kinh doanh và sử dụng tại Việt Nam,</w:t>
      </w:r>
    </w:p>
    <w:p>
      <w:pPr>
        <w:jc w:val="both"/>
      </w:pPr>
      <w:r>
        <w:rPr>
          <w:b/>
        </w:rPr>
        <w:t>Điều 1. Ban hành kèm theo Thông tư này Danh mục bổ sung phân bón được phép sản xuất, kinh doanh và sử dụng tại Việt Nam bao gồm 02 phụ lục:</w:t>
      </w:r>
    </w:p>
    <w:p>
      <w:pPr>
        <w:jc w:val="both"/>
      </w:pPr>
      <w:r>
        <w:t>1. Danh mục bổ sung phân bón được phép sản xuất, kinh doanh và sử dụng ở Việt Nam (Phụ lục I) gồm 281 loại phân bón được chia thành:</w:t>
      </w:r>
    </w:p>
    <w:p>
      <w:pPr>
        <w:jc w:val="both"/>
      </w:pPr>
      <w:r>
        <w:t>a) Phân hữu cơ: 05 loại;</w:t>
      </w:r>
    </w:p>
    <w:p>
      <w:pPr>
        <w:jc w:val="both"/>
      </w:pPr>
      <w:r>
        <w:t>b) Phân vi sinh vật: 05 loại;</w:t>
      </w:r>
    </w:p>
    <w:p>
      <w:pPr>
        <w:jc w:val="both"/>
      </w:pPr>
      <w:r>
        <w:t>c) Phân hữu cơ vi sinh: 30 loại;</w:t>
      </w:r>
    </w:p>
    <w:p>
      <w:pPr>
        <w:jc w:val="both"/>
      </w:pPr>
      <w:r>
        <w:t>d) Phân hữu cơ sinh học: 17 loại;</w:t>
      </w:r>
    </w:p>
    <w:p>
      <w:pPr>
        <w:jc w:val="both"/>
      </w:pPr>
      <w:r>
        <w:t>đ) Phân hữu cơ khoáng: 19 loại;</w:t>
      </w:r>
    </w:p>
    <w:p>
      <w:pPr>
        <w:jc w:val="both"/>
      </w:pPr>
      <w:r>
        <w:t>e) Phân bón lá: 204 loại;</w:t>
      </w:r>
    </w:p>
    <w:p>
      <w:pPr>
        <w:jc w:val="both"/>
      </w:pPr>
      <w:r>
        <w:t>g) Giá thể: 01 loại.</w:t>
      </w:r>
    </w:p>
    <w:p>
      <w:pPr>
        <w:jc w:val="both"/>
      </w:pPr>
      <w:r>
        <w:t>2. Danh mục phân bón thay thế các loại phân bón đã có trong Danh mục phân bón được phép sản xuất, kinh doanh và sử dụng ở Việt Nam (Phụ lục 2), gồm 76 loại, cụ thể:</w:t>
      </w:r>
    </w:p>
    <w:p>
      <w:pPr>
        <w:jc w:val="both"/>
      </w:pPr>
      <w:r>
        <w:t>a) Phân hữu cơ: 04 loại;</w:t>
      </w:r>
    </w:p>
    <w:p>
      <w:pPr>
        <w:jc w:val="both"/>
      </w:pPr>
      <w:r>
        <w:t>b) Phân vi sinh vật: 02 loại;</w:t>
      </w:r>
    </w:p>
    <w:p>
      <w:pPr>
        <w:jc w:val="both"/>
      </w:pPr>
      <w:r>
        <w:t>c) Phân hữu cơ vi sinh: 04 loại;</w:t>
      </w:r>
    </w:p>
    <w:p>
      <w:pPr>
        <w:jc w:val="both"/>
      </w:pPr>
      <w:r>
        <w:t>d) Phân hữu cơ sinh học: 02 loại;</w:t>
      </w:r>
    </w:p>
    <w:p>
      <w:pPr>
        <w:jc w:val="both"/>
      </w:pPr>
      <w:r>
        <w:t>đ) Phân hữu cơ khoáng: 04 loại;</w:t>
      </w:r>
    </w:p>
    <w:p>
      <w:pPr>
        <w:jc w:val="both"/>
      </w:pPr>
      <w:r>
        <w:t>e) Phân bón lá: 60 loại.</w:t>
      </w:r>
    </w:p>
    <w:p>
      <w:pPr>
        <w:jc w:val="both"/>
      </w:pPr>
      <w:r>
        <w:rPr>
          <w:b/>
        </w:rPr>
        <w:t>Điều 2. Thông tư này có hiệu lực từ ngày 07 tháng 02 năm 2013.</w:t>
      </w:r>
    </w:p>
    <w:p>
      <w:pPr>
        <w:jc w:val="both"/>
      </w:pPr>
      <w:r>
        <w:rPr>
          <w:b/>
        </w:rPr>
        <w:t>Điều 3. Chánh Văn phòng Bộ, Cục trưởng Cục Trồng trọt, Vụ trưởng Vụ Khoa học Công nghệ và Môi trường, Giám đốc Sở Nông nghiệp và Phát triển nông thôn các tỉnh, thành phố trực thuộc Trung ương và Thủ trưởng các đơn vị có liên quan chịu trách nhiệm thi hành Thông tư này./.</w:t>
      </w:r>
    </w:p>
    <w:p>
      <w:pPr>
        <w:jc w:val="both"/>
      </w:pPr>
      <w:r>
        <w:t>KT. BỘ TRƯỞNG</w:t>
      </w:r>
    </w:p>
    <w:p>
      <w:pPr>
        <w:jc w:val="both"/>
      </w:pPr>
      <w:r>
        <w:t>THỨ TRƯỞNG</w:t>
      </w:r>
    </w:p>
    <w:p>
      <w:pPr>
        <w:jc w:val="both"/>
      </w:pPr>
      <w:r>
        <w:t>Bùi Bá Bổng</w:t>
      </w:r>
    </w:p>
    <w:p>
      <w:r>
        <w:rPr>
          <w:i/>
        </w:rPr>
        <w:t>Nguồn: Cơ sở dữ liệu quốc gia về văn bản pháp luật (Bộ Tư pháp). VietSmart Legal, legal.giangpham.asia/van-ban/68126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