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01/2015/NĐ-CP</w:t>
      </w:r>
    </w:p>
    <w:p>
      <w:pPr>
        <w:jc w:val="both"/>
      </w:pPr>
      <w:r>
        <w:t>Hà Nội, ngày 02 tháng 01 năm 2015</w:t>
      </w:r>
    </w:p>
    <w:p>
      <w:pPr>
        <w:jc w:val="center"/>
      </w:pPr>
      <w:r>
        <w:rPr>
          <w:b/>
        </w:rPr>
        <w:t>NGHỊ ĐỊNH</w:t>
      </w:r>
    </w:p>
    <w:p>
      <w:pPr>
        <w:jc w:val="both"/>
      </w:pPr>
      <w:r>
        <w:t>Quy định chi tiết phạm vi địa bàn hoạt động hải quan;</w:t>
      </w:r>
    </w:p>
    <w:p>
      <w:pPr>
        <w:jc w:val="both"/>
      </w:pPr>
      <w:r>
        <w:t>trách nhiệm phối hợp trong phòng, chống buôn lậu,</w:t>
      </w:r>
    </w:p>
    <w:p>
      <w:pPr>
        <w:jc w:val="both"/>
      </w:pPr>
      <w:r>
        <w:t>vận chuyển trái phép hàng hoá qua biên giới</w:t>
      </w:r>
    </w:p>
    <w:p>
      <w:pPr>
        <w:jc w:val="both"/>
      </w:pPr>
      <w:r>
        <w:t>________________________</w:t>
      </w:r>
    </w:p>
    <w:p>
      <w:pPr>
        <w:jc w:val="both"/>
      </w:pPr>
      <w:r>
        <w:t>Căn cứ Luật Tổ chức Chính phủ ngày 25 tháng 12 năm 2001;</w:t>
      </w:r>
    </w:p>
    <w:p>
      <w:pPr>
        <w:jc w:val="both"/>
      </w:pPr>
      <w:r>
        <w:t>Căn cứ Luật Hải quan ngày 23 tháng 6 năm 2014;</w:t>
      </w:r>
    </w:p>
    <w:p>
      <w:pPr>
        <w:jc w:val="both"/>
      </w:pPr>
      <w:r>
        <w:t>Theo đề nghị của Bộ trưởng Bộ Tài chính,</w:t>
      </w:r>
    </w:p>
    <w:p>
      <w:pPr>
        <w:jc w:val="both"/>
      </w:pPr>
      <w:r>
        <w:t>Chính phủ ban hành Nghị định quy định chi tiết phạm vi địa bàn hoạt động hải quan; trách nhiệm phối hợp trong phòng, chống buôn lậu, vận chuyển trái phép hàng hoá qua biên giới.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phạm vi địa bàn hoạt động hải quan; trách nhiệm phối hợp giữa cơ quan hải quan với các cơ quan nhà nước hữu quan, Ủy ban nhân dân các cấp trong công tác phòng, chống buôn lậu, vận chuyển trái phép hàng hoá qua biên giới.</w:t>
      </w:r>
    </w:p>
    <w:p>
      <w:pPr>
        <w:jc w:val="both"/>
      </w:pPr>
      <w:r>
        <w:rPr>
          <w:b/>
        </w:rPr>
        <w:t>Điều 2. Đối tượng áp dụng</w:t>
      </w:r>
    </w:p>
    <w:p>
      <w:pPr>
        <w:jc w:val="both"/>
      </w:pPr>
      <w:r>
        <w:t>1. Cơ quan hải quan, công chức hải quan.</w:t>
      </w:r>
    </w:p>
    <w:p>
      <w:pPr>
        <w:jc w:val="both"/>
      </w:pPr>
      <w:r>
        <w:t>2. Cơ quan công an, bộ đội biên phòng, cảnh sát biển, quản lý thị trường, Ủy ban nhân dân các cấp và các cơ quan hữu quan khác có trách nhiệm trong công tác phòng, chống buôn lậu, vận chuyển trái phép hàng hoá qua biên giới.</w:t>
      </w:r>
    </w:p>
    <w:p>
      <w:pPr>
        <w:jc w:val="both"/>
      </w:pPr>
      <w:r>
        <w:t>3. Tổ chức, cá nhân có quyền và nghĩa vụ liên quan đến hoạt động xuất khẩu, nhập khẩu, quá cảnh hàng hoá; xuất cảnh, nhập cảnh, quá cảnh phương tiện vận tải.</w:t>
      </w:r>
    </w:p>
    <w:p>
      <w:pPr>
        <w:jc w:val="center"/>
      </w:pPr>
      <w:r>
        <w:rPr>
          <w:b/>
        </w:rPr>
        <w:t>Chương II</w:t>
      </w:r>
    </w:p>
    <w:p>
      <w:pPr>
        <w:jc w:val="both"/>
      </w:pPr>
      <w:r>
        <w:t>PHẠM VI CỤ THỂ ĐỊA BÀN HOẠT ĐỘNG HẢI QUAN</w:t>
      </w:r>
    </w:p>
    <w:p>
      <w:pPr>
        <w:jc w:val="both"/>
      </w:pPr>
      <w:r>
        <w:rPr>
          <w:b/>
        </w:rPr>
        <w:t>Điều 3. Phạm vi cụ thể địa bàn hoạt động hải quan tại khu vực cửa khẩu đường bộ, cửa khẩu biên giới đường thuỷ nội địa</w:t>
      </w:r>
    </w:p>
    <w:p>
      <w:pPr>
        <w:jc w:val="both"/>
      </w:pPr>
      <w:r>
        <w:t>Phạm vi cụ thể địa bàn hoạt động hải quan tại khu vực cửa khẩu đường bộ, cửa khẩu biên giới đường thuỷ nội địa là các khu vực có ranh giới xác định tại một cửa khẩu được mở trên tuyến đường bộ, đường thuỷ nội địa trong khu vực biên giới đất liền được quy định tại Phụ lục kèm theo Nghị định này.</w:t>
      </w:r>
    </w:p>
    <w:p>
      <w:pPr>
        <w:jc w:val="both"/>
      </w:pPr>
      <w:r>
        <w:rPr>
          <w:b/>
        </w:rPr>
        <w:t>Điều 4. Phạm vi cụ thể địa bàn hoạt động hải quan tại cửa khẩu ga đường sắt liên vận quốc tế trong nội địa</w:t>
      </w:r>
    </w:p>
    <w:p>
      <w:pPr>
        <w:jc w:val="both"/>
      </w:pPr>
      <w:r>
        <w:t>Phạm vi cụ thể địa bàn hoạt động hải quan tại cửa khẩu ga đường sắt liên vận quốc tế trong nội địa bao gồm:</w:t>
      </w:r>
    </w:p>
    <w:p>
      <w:pPr>
        <w:jc w:val="both"/>
      </w:pPr>
      <w:r>
        <w:t>1. Khu vực nhà ga sử dụng cho các chuyến tàu liên vận quốc tế đi, đến; nơi hành khách xuất cảnh, nhập cảnh; sân ga, khu vực kho hàng hoá xuất khẩu, nhập khẩu, quá cảnh.</w:t>
      </w:r>
    </w:p>
    <w:p>
      <w:pPr>
        <w:jc w:val="both"/>
      </w:pPr>
      <w:r>
        <w:t>2. Bến bãi và các khu vực sử dụng cho các chuyến tàu hoả liên vận quốc tế đi, đến và thực hiện các dịch vụ vận chuyển hàng hoá xuất khẩu, nhập khẩu, quá cảnh.</w:t>
      </w:r>
    </w:p>
    <w:p>
      <w:pPr>
        <w:jc w:val="both"/>
      </w:pPr>
      <w:r>
        <w:t>3. Những khu vực có các chuyến tàu hoả liên vận quốc tế chưa làm thủ tục hải quan, đang chịu sự giám sát, kiểm soát của cơ quan hải quan.</w:t>
      </w:r>
    </w:p>
    <w:p>
      <w:pPr>
        <w:jc w:val="both"/>
      </w:pPr>
      <w:r>
        <w:rPr>
          <w:b/>
        </w:rPr>
        <w:t>Điều 5. Phạm vi cụ thể địa bàn hoạt động hải quan tại cửa khẩu cảng hàng không dân dụng quốc tế</w:t>
      </w:r>
    </w:p>
    <w:p>
      <w:pPr>
        <w:jc w:val="both"/>
      </w:pPr>
      <w:r>
        <w:t>Phạm vi cụ thể địa bàn hoạt động hải quan tại cửa khẩu cảng hàng không có vận chuyển quốc tế là ranh giới cụ thể của cảng hàng không được quy định trong quyết định phê duyệt quy hoạch của Thủ tướng Chính phủ hoặc Bộ trưởng Bộ Giao thông vận tải, bao gồm:</w:t>
      </w:r>
    </w:p>
    <w:p>
      <w:pPr>
        <w:jc w:val="both"/>
      </w:pPr>
      <w:r>
        <w:t>1. Khu vực nhà ga hành khách, hàng hoá xuất khẩu, nhập khẩu.</w:t>
      </w:r>
    </w:p>
    <w:p>
      <w:pPr>
        <w:jc w:val="both"/>
      </w:pPr>
      <w:r>
        <w:t>2. Khu vực cửa hàng kinh doanh hàng miễn thuế.</w:t>
      </w:r>
    </w:p>
    <w:p>
      <w:pPr>
        <w:jc w:val="both"/>
      </w:pPr>
      <w:r>
        <w:t>3. Khu vực xếp dỡ, chuyển tải, khu vực kho bãi chứa hàng hoá xuất khẩu, nhập khẩu được vận chuyển qua đường hàng không; kho lưu giữ hàng hoá, hành lý ký gửi, kho lưu giữ hàng hoá, hành lý thất lạc của hành khách xuất cảnh, nhập cảnh.</w:t>
      </w:r>
    </w:p>
    <w:p>
      <w:pPr>
        <w:jc w:val="both"/>
      </w:pPr>
      <w:r>
        <w:t>4. Khu vực sân đỗ tàu bay.</w:t>
      </w:r>
    </w:p>
    <w:p>
      <w:pPr>
        <w:jc w:val="both"/>
      </w:pPr>
      <w:r>
        <w:t>5. Khu vực chứa và cấp nhiên liệu; khu vực thiết bị phục vụ mặt đất, khu vực sửa chữa, bảo dưỡng máy bay.</w:t>
      </w:r>
    </w:p>
    <w:p>
      <w:pPr>
        <w:jc w:val="both"/>
      </w:pPr>
      <w:r>
        <w:t>6. Đường công vụ.</w:t>
      </w:r>
    </w:p>
    <w:p>
      <w:pPr>
        <w:jc w:val="both"/>
      </w:pPr>
      <w:r>
        <w:rPr>
          <w:b/>
        </w:rPr>
        <w:t>Điều 6. Phạm vi cụ thể địa bàn hoạt động hải quan tại cửa khẩu cảng biển, cảng thuỷ nội địa có hoạt động xuất khẩu, nhập khẩu, xuất cảnh, nhập cảnh, quá cảnh</w:t>
      </w:r>
    </w:p>
    <w:p>
      <w:pPr>
        <w:jc w:val="both"/>
      </w:pPr>
      <w:r>
        <w:t>Phạm vi cụ thể địa bàn hoạt động hải quan tại cửa khẩu cảng biển, cảng thuỷ nội địa có hoạt động xuất khẩu, nhập khẩu, xuất cảnh, nhập cảnh, quá cảnh bao gồm:</w:t>
      </w:r>
    </w:p>
    <w:p>
      <w:pPr>
        <w:jc w:val="both"/>
      </w:pPr>
      <w:r>
        <w:t>1. Khu vực ngăn cách tính từ đường ranh giới phía ngoài của vùng nước cảng có hàng hoá ra vào cảng phải chịu sự giám sát hải quan đến ranh giới các cổng cảng, cụ thể gồm các kho bãi, cầu cảng, nhà xưởng, khu hành chính và dịch vụ, vùng nước trước cầu cảng, vùng neo đậu, chuyển tải, vùng tránh bão, vùng nước của nhiều cảng gần kề nhau và luồng quá cảnh.</w:t>
      </w:r>
    </w:p>
    <w:p>
      <w:pPr>
        <w:jc w:val="both"/>
      </w:pPr>
      <w:r>
        <w:t>2. Khu vực đón trả hoa tiêu vào đến cảng và nơi quy định cho tàu, thuyền xuất cảnh, nhập cảnh, quá cảnh neo đậu để chờ vào cảng biển, cảng thuỷ nội địa, neo đậu để chuyển tải và các luồng lạch từ các khu vực nói trên vào cảng biển, cảng thuỷ nội địa.</w:t>
      </w:r>
    </w:p>
    <w:p>
      <w:pPr>
        <w:jc w:val="both"/>
      </w:pPr>
      <w:r>
        <w:rPr>
          <w:b/>
        </w:rPr>
        <w:t>Điều 7. Phạm vi cụ thể địa bàn hoạt động hải quan tại bưu điện quốc tế</w:t>
      </w:r>
    </w:p>
    <w:p>
      <w:pPr>
        <w:jc w:val="both"/>
      </w:pPr>
      <w:r>
        <w:t>Phạm vi cụ thể địa bàn hoạt động hải quan tại bưu điện quốc tế là khu vực thuộc điểm phục vụ bưu chính thực hiện xuất khẩu, nhập khẩu, lưu giữ bưu gửi với nước ngoài theo điều ước quốc tế của Liên minh bưu chính thế giới và các quy định về bưu chính của nước Cộng hòa xã hội chủ nghĩa Việt Nam.</w:t>
      </w:r>
    </w:p>
    <w:p>
      <w:pPr>
        <w:jc w:val="both"/>
      </w:pPr>
      <w:r>
        <w:rPr>
          <w:b/>
        </w:rPr>
        <w:t>Điều 8. Phạm vi cụ thể địa bàn hoạt động hải quan tại các khu vực ngoài cửa khẩu</w:t>
      </w:r>
    </w:p>
    <w:p>
      <w:pPr>
        <w:jc w:val="both"/>
      </w:pPr>
      <w:r>
        <w:t>Phạm vi cụ thể địa bàn hoạt động hải quan tại các khu vực ngoài cửa khẩu là địa điểm cơ quan hải quan làm thủ tục hải quan hoặc giám sát hải quan hoặc kiểm soát hải quan hoặc kiểm tra thực tế hàng hoá theo quy định của pháp luật về hải quan, bao gồm:</w:t>
      </w:r>
    </w:p>
    <w:p>
      <w:pPr>
        <w:jc w:val="both"/>
      </w:pPr>
      <w:r>
        <w:t>1. Trụ sở cơ quan hải quan.</w:t>
      </w:r>
    </w:p>
    <w:p>
      <w:pPr>
        <w:jc w:val="both"/>
      </w:pPr>
      <w:r>
        <w:t>2. Các khu công nghiệp, khu kinh tế cửa khẩu có doanh nghiệp sản xuất, kinh doanh hàng hoá chịu sự giám sát, kiểm soát hải quan; khu thương mại tự do, khu chế xuất; trụ sở, kho hàng của doanh nghiệp chế xuất; khu vực ưu đãi hải quan khác; khu vực chuyển phát nhanh hàng hoá xuất khẩu, nhập khẩu.</w:t>
      </w:r>
    </w:p>
    <w:p>
      <w:pPr>
        <w:jc w:val="both"/>
      </w:pPr>
      <w:r>
        <w:t>3. Khu vực cảng xuất khẩu, nhập khẩu hàng hoá được thành lập trong nội địa, địa điểm thu gom hàng lẻ (CFS); kho ngoại quan, kho bảo thuế, kho bãi chứa hàng hoá xuất khẩu, nhập khẩu, quá cảnh của các tổ chức vận tải kinh doanh và giao nhận hàng hoá xuất khẩu, nhập khẩu, quá cảnh.</w:t>
      </w:r>
    </w:p>
    <w:p>
      <w:pPr>
        <w:jc w:val="both"/>
      </w:pPr>
      <w:r>
        <w:t>4. Các khu vực trên biển, trên sông, trên bộ khi có phương tiện vận tải neo, đậu, di chuyển để vận chuyển hàng hoá xuất khẩu, nhập khẩu, phương tiện vận tải xuất cảnh, nhập cảnh, quá cảnh; hàng hoá, phương tiện vận tải chuyển tải, chuyển cửa khẩu, quá cảnh đang trong quá trình làm thủ tục hải quan và chịu sự kiểm tra, giám sát, kiểm soát của cơ quan hải quan.</w:t>
      </w:r>
    </w:p>
    <w:p>
      <w:pPr>
        <w:jc w:val="both"/>
      </w:pPr>
      <w:r>
        <w:t>5. Trụ sở người khai hải quan khi kiểm tra sau thông quan, bao gồm: Nơi làm việc, nơi sản xuất, nơi cung ứng các dịch vụ, kho bãi, nhà xưởng, nơi lưu giữ, bảo quản, thuê, gửi hàng hoá xuất khẩu, nhập khẩu của người khai hải quan.</w:t>
      </w:r>
    </w:p>
    <w:p>
      <w:pPr>
        <w:jc w:val="both"/>
      </w:pPr>
      <w:r>
        <w:t>6. Kho chứa hàng miễn thuế, cửa hàng kinh doanh hàng miễn thuế trong nội địa để bán hàng miễn thuế cho hành khách xuất cảnh, nhập cảnh.</w:t>
      </w:r>
    </w:p>
    <w:p>
      <w:pPr>
        <w:jc w:val="both"/>
      </w:pPr>
      <w:r>
        <w:t>7. Khu vực đang tổ chức hội chợ, triển lãm, trưng bày, giới thiệu sản phẩm hàng hoá tạm nhập, tái xuất.</w:t>
      </w:r>
    </w:p>
    <w:p>
      <w:pPr>
        <w:jc w:val="both"/>
      </w:pPr>
      <w:r>
        <w:t>8. Khu vực, địa điểm kiểm tra thực tế hàng hoá xuất khẩu, nhập khẩu tại cơ sở sản xuất, công trình.</w:t>
      </w:r>
    </w:p>
    <w:p>
      <w:pPr>
        <w:jc w:val="both"/>
      </w:pPr>
      <w:r>
        <w:t>9. Địa điểm kiểm tra tập trung theo quyết định của Tổng cục trưởng Tổng cục Hải quan.</w:t>
      </w:r>
    </w:p>
    <w:p>
      <w:pPr>
        <w:jc w:val="both"/>
      </w:pPr>
      <w:r>
        <w:t>10. Khu vực, địa điểm kiểm tra chung giữa Hải quan Việt Nam với Hải quan nước láng giềng tại khu vực cửa khẩu đường bộ trong lãnh thổ Việt Nam theo các điều ước quốc tế mà Việt Nam là thành viên.</w:t>
      </w:r>
    </w:p>
    <w:p>
      <w:pPr>
        <w:jc w:val="both"/>
      </w:pPr>
      <w:r>
        <w:t>11. Khu vực đang lưu giữ hàng hoá xuất khẩu, nhập khẩu chịu sự giám sát hải quan.</w:t>
      </w:r>
    </w:p>
    <w:p>
      <w:pPr>
        <w:jc w:val="both"/>
      </w:pPr>
      <w:r>
        <w:t>12. Nơi có phương tiện vận tải đang vận chuyển hàng hoá chịu sự giám sát, kiểm soát hải quan trên các tuyến đường.</w:t>
      </w:r>
    </w:p>
    <w:p>
      <w:pPr>
        <w:jc w:val="both"/>
      </w:pPr>
      <w:r>
        <w:rPr>
          <w:b/>
        </w:rPr>
        <w:t>Điều 9. Địa bàn hoạt động hải quan là khu vực, địa điểm khác</w:t>
      </w:r>
    </w:p>
    <w:p>
      <w:pPr>
        <w:jc w:val="both"/>
      </w:pPr>
      <w:r>
        <w:t>Phạm vi địa bàn hoạt động hải quan tại khu vực, địa điểm khác đáp ứng yêu cầu quản lý nhà nước, được phép xuất khẩu, nhập khẩu, quá cảnh hàng hoá, xuất cảnh, nhập cảnh, quá cảnh phương tiện vận tải được thành lập theo quyết định của Thủ tướng Chính phủ là ranh giới các khu vực, địa điểm ghi trong quyết định thành lập của Thủ tướng Chính phủ.</w:t>
      </w:r>
    </w:p>
    <w:p>
      <w:pPr>
        <w:jc w:val="center"/>
      </w:pPr>
      <w:r>
        <w:rPr>
          <w:b/>
        </w:rPr>
        <w:t>Chương III</w:t>
      </w:r>
    </w:p>
    <w:p>
      <w:pPr>
        <w:jc w:val="both"/>
      </w:pPr>
      <w:r>
        <w:t>TRÁCH NHIỆM PHỐI HỢP CỦA CƠ QUAN HẢI QUAN, CÁC CƠ QUAN</w:t>
      </w:r>
    </w:p>
    <w:p>
      <w:pPr>
        <w:jc w:val="both"/>
      </w:pPr>
      <w:r>
        <w:t>HỮU QUAN VÀ ỦY BAN NHÂN DÂN CÁC CẤP TRONG PHÒNG, CHỐNG</w:t>
      </w:r>
    </w:p>
    <w:p>
      <w:pPr>
        <w:jc w:val="both"/>
      </w:pPr>
      <w:r>
        <w:t>BUÔN LẬU, VẬN CHUYỂN TRÁI PHÉP HÀNG HOÁ QUA BIÊN GIỚI</w:t>
      </w:r>
    </w:p>
    <w:p>
      <w:pPr>
        <w:jc w:val="both"/>
      </w:pPr>
      <w:r>
        <w:rPr>
          <w:b/>
        </w:rPr>
        <w:t>Điều 10. Nguyên tắc phối hợp trong phòng, chống buôn lậu, vận chuyển trái phép hàng hoá qua biên giới</w:t>
      </w:r>
    </w:p>
    <w:p>
      <w:pPr>
        <w:jc w:val="both"/>
      </w:pPr>
      <w:r>
        <w:t>1. Hoạt động phối hợp giữa các cơ quan nhà nước có thẩm quyền trong phòng, chống buôn lậu, vận chuyển trái phép hàng hoá qua biên giới được thực hiện theo nguyên tắc nhanh chóng, kịp thời, hiệu quả, hiệp đồng hỗ trợ lẫn nhau theo đúng chức năng, nhiệm vụ, quyền hạn của từng cơ quan.</w:t>
      </w:r>
    </w:p>
    <w:p>
      <w:pPr>
        <w:jc w:val="both"/>
      </w:pPr>
      <w:r>
        <w:t>2. Các cơ quan nhà nước có trách nhiệm phối hợp bảo đảm từng lĩnh vực chỉ có một cơ quan quản lý nhà nước chủ trì thực hiện, tránh sơ hở, chồng chéo, đồng thời không cản trở đến hoạt động bình thường của các cơ quan nhà nước khác.</w:t>
      </w:r>
    </w:p>
    <w:p>
      <w:pPr>
        <w:jc w:val="both"/>
      </w:pPr>
      <w:r>
        <w:t>3. Trong quá trình phối hợp nếu có vướng mắc thì các cơ quan nhà nước liên quan trực tiếp trao đổi, giải quyết trên cơ sở quy định của pháp luật; nếu không thống nhất được thì báo cáo cấp trên trực tiếp của mỗi cơ quan để có biện pháp giải quyết. Trường hợp lãnh đạo các Bộ, ngành, Ủy ban nhân dân tỉnh, thành phố trực thuộc Trung ương liên quan không thống nhất được thì báo cáo Thủ tướng Chính phủ xem xét, quyết định.</w:t>
      </w:r>
    </w:p>
    <w:p>
      <w:pPr>
        <w:jc w:val="both"/>
      </w:pPr>
      <w:r>
        <w:rPr>
          <w:b/>
        </w:rPr>
        <w:t>Điều 11. Nội dung phối hợp phòng, chống buôn lậu, vận chuyển trái phép hàng hoá qua biên giới</w:t>
      </w:r>
    </w:p>
    <w:p>
      <w:pPr>
        <w:jc w:val="both"/>
      </w:pPr>
      <w:r>
        <w:t>1. Trao đổi, cung cấp thông tin.</w:t>
      </w:r>
    </w:p>
    <w:p>
      <w:pPr>
        <w:jc w:val="both"/>
      </w:pPr>
      <w:r>
        <w:t>2. Tuần tra, kiểm soát, kiểm tra, truy đuổi, dừng phương tiện vận tải.</w:t>
      </w:r>
    </w:p>
    <w:p>
      <w:pPr>
        <w:jc w:val="both"/>
      </w:pPr>
      <w:r>
        <w:t>3. Ngăn chặn, điều tra, xử lý vi phạm.</w:t>
      </w:r>
    </w:p>
    <w:p>
      <w:pPr>
        <w:jc w:val="both"/>
      </w:pPr>
      <w:r>
        <w:t>4. Đào tạo, nâng cao nghiệp vụ.</w:t>
      </w:r>
    </w:p>
    <w:p>
      <w:pPr>
        <w:jc w:val="both"/>
      </w:pPr>
      <w:r>
        <w:t>5. Tuyên truyền phổ biến chính sách, pháp luật.</w:t>
      </w:r>
    </w:p>
    <w:p>
      <w:pPr>
        <w:jc w:val="both"/>
      </w:pPr>
      <w:r>
        <w:rPr>
          <w:b/>
        </w:rPr>
        <w:t>Điều 12. Trách nhiệm của cơ quan chủ trì và cơ quan phối hợp</w:t>
      </w:r>
    </w:p>
    <w:p>
      <w:pPr>
        <w:jc w:val="both"/>
      </w:pPr>
      <w:r>
        <w:t>1. Khi cơ quan hải quan chủ trì thực hiện nhiệm vụ phòng, chống buôn lậu, vận chuyển trái phép hàng hóa qua biên giới theo quy định của Luật Hải quan:</w:t>
      </w:r>
    </w:p>
    <w:p>
      <w:pPr>
        <w:jc w:val="both"/>
      </w:pPr>
      <w:r>
        <w:t>a) Cơ quan hải quan có trách nhiệm: Bố trí lực lượng, phương tiện, điều kiện vật chất, áp dụng các biện pháp để ngăn chặn, bắt giữ, điều tra, xử lý; phân công nhiệm vụ cụ thể cho các cơ quan phối hợp theo đúng chức năng, nhiệm vụ, quyền hạn của các cơ quan đó và hỗ trợ các cơ quan này hoàn thành nhiệm vụ được phân công;</w:t>
      </w:r>
    </w:p>
    <w:p>
      <w:pPr>
        <w:jc w:val="both"/>
      </w:pPr>
      <w:r>
        <w:t>b) Các cơ quan phối hợp có trách nhiệm: Thực hiện đúng yêu cầu phối hợp của cơ quan hải quan; tổ chức và điều động lực lượng, phương tiện, công cụ hỗ trợ khi cơ quan hải quan yêu cầu theo đúng chức năng, nhiệm vụ, quyền hạn của cơ quan phối hợp.</w:t>
      </w:r>
    </w:p>
    <w:p>
      <w:pPr>
        <w:jc w:val="both"/>
      </w:pPr>
      <w:r>
        <w:t>2. Trách nhiệm của cơ quan hải quan khi phối hợp với các cơ quan hữu quan: Hỗ trợ lực lượng, phương tiện theo yêu cầu; kiểm tra hàng hóa, phương tiện vận tải theo chức năng, nhiệm vụ, quyền hạn được giao; thực hiện nhiệm vụ khác theo sự phân công của cơ quan chủ trì theo đúng quy định của pháp luật hải quan.</w:t>
      </w:r>
    </w:p>
    <w:p>
      <w:pPr>
        <w:jc w:val="both"/>
      </w:pPr>
      <w:r>
        <w:rPr>
          <w:b/>
        </w:rPr>
        <w:t>Điều 13. Phối hợp trong trao đổi, cung cấp thông tin</w:t>
      </w:r>
    </w:p>
    <w:p>
      <w:pPr>
        <w:jc w:val="both"/>
      </w:pPr>
      <w:r>
        <w:t>Cơ quan hải quan, công an, bộ đội biên phòng, cảnh sát biển, quản lý thị trường và các lực lượng thanh tra, kiểm tra, kiểm soát chuyên ngành của cơ quan hữu quan trong phạm vi chức năng, nhiệm vụ, quyền hạn của mình có trách nhiệm trao đổi, cung cấp thông tin liên quan đến hoạt động buôn lậu, vận chuyển trái phép hàng hóa qua biên giới:</w:t>
      </w:r>
    </w:p>
    <w:p>
      <w:pPr>
        <w:jc w:val="both"/>
      </w:pPr>
      <w:r>
        <w:t>1. Thông tin về tình hình vi phạm, hàng hóa vi phạm; phương thức, thủ đoạn vi phạm mới liên quan đến buôn lậu, vận chuyển trái phép hàng hóa qua biên giới.</w:t>
      </w:r>
    </w:p>
    <w:p>
      <w:pPr>
        <w:jc w:val="both"/>
      </w:pPr>
      <w:r>
        <w:t>2. Thông tin về tình hình buôn bán, vận chuyển hàng hóa buôn lậu trên thị trường nội địa.</w:t>
      </w:r>
    </w:p>
    <w:p>
      <w:pPr>
        <w:jc w:val="both"/>
      </w:pPr>
      <w:r>
        <w:t>3. Thông tin về đường dây, ổ nhóm, các tuyến đường, địa bàn trọng điểm liên quan đến buôn lậu, vận chuyển trái phép hàng hóa qua biên giới.</w:t>
      </w:r>
    </w:p>
    <w:p>
      <w:pPr>
        <w:jc w:val="both"/>
      </w:pPr>
      <w:r>
        <w:t>4. Thông tin về hàng hóa, đối tượng buôn lậu, vận chuyển trái phép hàng hóa qua biên giới.</w:t>
      </w:r>
    </w:p>
    <w:p>
      <w:pPr>
        <w:jc w:val="both"/>
      </w:pPr>
      <w:r>
        <w:t>5. Thông tin về vụ việc vi phạm đã bắt giữ, xử lý gồm: Tổ chức, cá nhân vi phạm; tên, chủng loại, xuất xứ hàng hóa vi phạm; cửa khẩu, khu vực biên giới hàng hóa được đưa vào nội địa, tuyến đường vận chuyển trong nội địa; phương thức, thủ đoạn buôn lậu, vận chuyển trái phép hàng hóa qua biên giới.</w:t>
      </w:r>
    </w:p>
    <w:p>
      <w:pPr>
        <w:jc w:val="both"/>
      </w:pPr>
      <w:r>
        <w:t>Việc trao đổi, cung cấp, sử dụng và bảo mật thông tin phải được thực hiện theo đúng quy định của pháp luật.</w:t>
      </w:r>
    </w:p>
    <w:p>
      <w:pPr>
        <w:jc w:val="both"/>
      </w:pPr>
      <w:r>
        <w:rPr>
          <w:b/>
        </w:rPr>
        <w:t>Điều 14. Phối hợp trong tuần tra, kiểm soát, kiểm tra, truy đuổi, dừng phương tiện vận tải</w:t>
      </w:r>
    </w:p>
    <w:p>
      <w:pPr>
        <w:jc w:val="both"/>
      </w:pPr>
      <w:r>
        <w:t>1. Cơ quan hải quan có trách nhiệm phối hợp với các cơ quan nhà nước hữu quan thường xuyên tuần tra, kiểm soát trên các tuyến, địa bàn biên giới và trên các địa bàn trọng điểm trong nội địa để kịp thời phát hiện đối tượng, đường dây, ổ nhóm buôn lậu, vận chuyển trái phép hàng hóa qua biên giới.</w:t>
      </w:r>
    </w:p>
    <w:p>
      <w:pPr>
        <w:jc w:val="both"/>
      </w:pPr>
      <w:r>
        <w:t>2. Bộ đội biên phòng có trách nhiệm phối hợp, hỗ trợ cơ quan hải quan trong tuần tra, kiểm soát, kiểm tra, truy đuổi, dừng phương tiện tại các cửa khẩu biên giới đất liền, vùng nội thủy.</w:t>
      </w:r>
    </w:p>
    <w:p>
      <w:pPr>
        <w:jc w:val="both"/>
      </w:pPr>
      <w:r>
        <w:t>3. Cảnh sát biển có trách nhiệm phối hợp, hỗ trợ cơ quan hải quan trong tuần tra, kiểm soát, kiểm tra, truy đuổi, dừng phương tiện tại vùng nội thủy, lãnh hải, vùng tiếp giáp lãnh hải.</w:t>
      </w:r>
    </w:p>
    <w:p>
      <w:pPr>
        <w:jc w:val="both"/>
      </w:pPr>
      <w:r>
        <w:t>4. Cảnh sát giao thông có trách nhiệm phối hợp, hỗ trợ cơ quan hải quan truy đuổi, dừng phương tiện vận tải ngoài địa bàn hoạt động hải quan.</w:t>
      </w:r>
    </w:p>
    <w:p>
      <w:pPr>
        <w:jc w:val="both"/>
      </w:pPr>
      <w:r>
        <w:t>5. Các cơ quan chức năng khác có trách nhiệm phối hợp, hỗ trợ lực lượng, phương tiện để truy đuổi, dừng phương tiện vận tải; bắt giữ đối tượng, hàng hoá, phương tiện vận tải khi nhận được yêu cầu hỗ trợ của cơ quan hải quan trong trường hợp truy đuổi liên tục từ trong địa bàn hoạt động hải quan ra ngoài địa bàn hoạt động hải quan.</w:t>
      </w:r>
    </w:p>
    <w:p>
      <w:pPr>
        <w:jc w:val="both"/>
      </w:pPr>
      <w:r>
        <w:rPr>
          <w:b/>
        </w:rPr>
        <w:t>Điều 15. Phối hợp trong ngăn chặn, điều tra, xử lý vi phạm</w:t>
      </w:r>
    </w:p>
    <w:p>
      <w:pPr>
        <w:jc w:val="both"/>
      </w:pPr>
      <w:r>
        <w:t>1. Cơ quan hải quan có trách nhiệm phối hợp, hỗ trợ bộ đội biên phòng, cảnh sát biển, công an, quản lý thị trường thực hiện các biện pháp ngăn chặn, điều tra, xử lý vi phạm liên quan đến hoạt động xuất khẩu, nhập khẩu khi có yêu cầu.</w:t>
      </w:r>
    </w:p>
    <w:p>
      <w:pPr>
        <w:jc w:val="both"/>
      </w:pPr>
      <w:r>
        <w:t>2. Trong quá trình thực hiện các biện pháp ngăn chặn, điều tra, xử lý vi phạm, theo đề nghị của cơ quan hải quan thì cơ quan công an, bộ đội biên phòng, cảnh sát biển, quản lý thị trường có trách nhiệm:</w:t>
      </w:r>
    </w:p>
    <w:p>
      <w:pPr>
        <w:jc w:val="both"/>
      </w:pPr>
      <w:r>
        <w:t>a) Phối hợp lực lượng, hỗ trợ điều kiện cơ sở vật chất để thực hiện khám người, phương tiện vận tải, đồ vật, nơi cất giấu tang vật, phương tiện vi phạm hành chính theo thủ tục hành chính và áp giải người vi phạm;</w:t>
      </w:r>
    </w:p>
    <w:p>
      <w:pPr>
        <w:jc w:val="both"/>
      </w:pPr>
      <w:r>
        <w:t>b) Phối hợp, hỗ trợ lực lượng, phương tiện trong việc lấy lời khai, thu thập thông tin, tài liệu, chứng cứ, mở rộng điều tra, xác lập chuyên án;</w:t>
      </w:r>
    </w:p>
    <w:p>
      <w:pPr>
        <w:jc w:val="both"/>
      </w:pPr>
      <w:r>
        <w:t>c) Phối hợp trong việc xử lý các vụ việc vi phạm.</w:t>
      </w:r>
    </w:p>
    <w:p>
      <w:pPr>
        <w:jc w:val="both"/>
      </w:pPr>
      <w:r>
        <w:rPr>
          <w:b/>
        </w:rPr>
        <w:t>Điều 16. Trách nhiệm của Ủy ban nhân dân tỉnh, thành phố trực thuộc Trung ương</w:t>
      </w:r>
    </w:p>
    <w:p>
      <w:pPr>
        <w:jc w:val="both"/>
      </w:pPr>
      <w:r>
        <w:t>1. Lãnh đạo, chỉ đạo Ủy ban nhân dân các cấp tại địa phương thực hiện chủ trương, chính sách của Đảng, Nhà nước, các quy định của pháp luật về phòng, chống buôn lậu, vận chuyển trái phép hàng hoá qua biên giới.</w:t>
      </w:r>
    </w:p>
    <w:p>
      <w:pPr>
        <w:jc w:val="both"/>
      </w:pPr>
      <w:r>
        <w:t>2. Chỉ đạo phối hợp hoạt động của các cơ quan nhà nước hữu quan tại địa phương trong công tác đấu tranh phòng, chống buôn lậu, vận chuyển trái phép hàng hoá qua biên giới trên địa bàn.</w:t>
      </w:r>
    </w:p>
    <w:p>
      <w:pPr>
        <w:jc w:val="both"/>
      </w:pPr>
      <w:r>
        <w:t>3. Hỗ trợ cơ quan hải quan trong việc bố trí kho hàng, kho bãi tạm giữ hàng hoá, phương tiện vi phạm; tạo điều kiện trong đầu tư cơ sở vật chất kỹ thuật để cơ quan hải quan nâng cao năng lực kiểm soát việc thực thi pháp luật, xây dựng ngành hải quan từng bước chính quy, hiện đại.</w:t>
      </w:r>
    </w:p>
    <w:p>
      <w:pPr>
        <w:jc w:val="both"/>
      </w:pPr>
      <w:r>
        <w:t>4. Đề xuất và kiến nghị với Chính phủ, với các Bộ, ngành sửa đổi, bổ sung cơ chế, chính sách có liên quan đến công tác phòng, chống buôn lậu, vận chuyển trái phép hàng hoá qua biên giới.</w:t>
      </w:r>
    </w:p>
    <w:p>
      <w:pPr>
        <w:jc w:val="center"/>
      </w:pPr>
      <w:r>
        <w:rPr>
          <w:b/>
        </w:rPr>
        <w:t>Chương IV</w:t>
      </w:r>
    </w:p>
    <w:p>
      <w:pPr>
        <w:jc w:val="both"/>
      </w:pPr>
      <w:r>
        <w:t>ĐIỀU KHOẢN THI HÀNH</w:t>
      </w:r>
    </w:p>
    <w:p>
      <w:pPr>
        <w:jc w:val="both"/>
      </w:pPr>
      <w:r>
        <w:rPr>
          <w:b/>
        </w:rPr>
        <w:t>Điều 17. Hiệu lực thi hành</w:t>
      </w:r>
    </w:p>
    <w:p>
      <w:pPr>
        <w:jc w:val="both"/>
      </w:pPr>
      <w:r>
        <w:t>Nghị định này có hiệu lực thi hành kể từ ngày 16 tháng 02 năm 2015.</w:t>
      </w:r>
    </w:p>
    <w:p>
      <w:pPr>
        <w:jc w:val="both"/>
      </w:pPr>
      <w:r>
        <w:t>Nghị định này thay thế Nghị định số 107/2002/NĐ-CP ngày 23 tháng 12 năm 2002 của Chính phủ quy định phạm vi địa bàn hoạt động hải quan; quan hệ phối hợp trong phòng, chống buôn lậu, vận chuyển trái phép hàng hoá qua biên giới và các hành vi khác vi phạm pháp luật hải quan.</w:t>
      </w:r>
    </w:p>
    <w:p>
      <w:pPr>
        <w:jc w:val="both"/>
      </w:pPr>
      <w:r>
        <w:rPr>
          <w:b/>
        </w:rPr>
        <w:t>Điều 18.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Trong trường hợp cần thiết phải điều chỉnh phạm vi cụ thể địa bàn hoạt động hải quan tại từng khu vực cửa khẩu đường bộ, cửa khẩu biên giới đường thủy nội địa được quy định tại Phụ lục kèm theo Nghị định này, Bộ Tài chính chủ trì, phối hợp với Bộ Quốc phòng, Bộ Công Thương và Ủy ban nhân dân tỉnh, thành phố sở tại xem xét, trình Chính phủ quyết định./.</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legal.giangpham.asia/van-ban/47250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