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thi hành một số điều của Luật Thuế thu nhập doanh nghiệp</w:t>
      </w:r>
    </w:p>
    <w:p>
      <w:pPr>
        <w:jc w:val="both"/>
      </w:pPr>
      <w:r>
        <w:t>số 14/2008/QH12 và hướng dẫn thi hành Nghị định số 124/2008/NĐ-CP</w:t>
      </w:r>
    </w:p>
    <w:p>
      <w:pPr>
        <w:jc w:val="both"/>
      </w:pPr>
      <w:r>
        <w:t>ngày 11/12/2008, Nghị định số 122/2011/NĐ-CP ngày 27/12/2011</w:t>
      </w:r>
    </w:p>
    <w:p>
      <w:pPr>
        <w:jc w:val="both"/>
      </w:pPr>
      <w:r>
        <w:t>của Chính phủ quy định chi tiết thi hành một số điều</w:t>
      </w:r>
    </w:p>
    <w:p>
      <w:pPr>
        <w:jc w:val="both"/>
      </w:pPr>
      <w:r>
        <w:t>của Luật Thuế thu nhập doanh nghiệp</w:t>
      </w:r>
    </w:p>
    <w:p>
      <w:pPr>
        <w:jc w:val="both"/>
      </w:pPr>
      <w:r>
        <w:t>______________</w:t>
      </w:r>
    </w:p>
    <w:p>
      <w:pPr>
        <w:jc w:val="both"/>
      </w:pPr>
      <w:r>
        <w:t>Căn cứ Luật Thuế thu nhập doanh nghiệp số 14/2008/QH12 ngày 3/6/2008;</w:t>
      </w:r>
    </w:p>
    <w:p>
      <w:pPr>
        <w:jc w:val="both"/>
      </w:pPr>
      <w:r>
        <w:t>Căn cứ Luật Quản lý thuế số 78/2006/QH11 ngày 29/11/2006;</w:t>
      </w:r>
    </w:p>
    <w:p>
      <w:pPr>
        <w:jc w:val="both"/>
      </w:pPr>
      <w:r>
        <w:t>Căn cứ Nghị định số 124/2008/NĐ-CP ngày 11/12/2008 của Chính phủ quy định chi tiết thi hành một số điều của Luật Thuế thu nhập doanh nghiệp;</w:t>
      </w:r>
    </w:p>
    <w:p>
      <w:pPr>
        <w:jc w:val="both"/>
      </w:pPr>
      <w:r>
        <w:t>Căn cứ Nghị định số 122/2011/NĐ-CP ngày 27/12/2011 của Chính phủ sửa đổi, bổ sung một số điều của Nghị định số 124/2008/NĐ-CP của Chính phủ quy định chi tiết và hướng dẫn thi hành một số điều của Luật Thuế thu nhập doanh nghiệp;</w:t>
      </w:r>
    </w:p>
    <w:p>
      <w:pPr>
        <w:jc w:val="both"/>
      </w:pPr>
      <w:r>
        <w:t>Căn cứ Nghị định số 118/2008/NĐ-CP ngày 27/11/2008 của Chính phủ quy định chức năng, nhiệm vụ, quyền hạn và cơ cấu tổ chức của Bộ Tài chính;</w:t>
      </w:r>
    </w:p>
    <w:p>
      <w:pPr>
        <w:jc w:val="both"/>
      </w:pPr>
      <w:r>
        <w:t>Xét đề nghị của Tổng cục trưởng Tổng cục Thuế, Bộ trưởng Bộ Tài chính hướng dẫn thi hành về thuế thu nhập doanh nghiệp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và hướng dẫn thi hành một số điều của Luật Thuế thu nhập doanh nghiệp số 14/2008/QH12 ngày 3/6/2008, Nghị định số 124/2008/NĐ-CP ngày 11/12/2008 của Chính phủ quy định chi tiết thi hành một số điều của Luật Thuế thu nhập doanh nghiệp; Nghị định số 122/2011/NĐ-CP ngày 27/12/2011 sửa đổi, bổ sung một số điều của Nghị định số 124/2008/NĐ-CP của Chính phủ quy định chi tiết và hướng dẫn thi hành một số điều của Luật Thuế thu nhập doanh nghiệp.</w:t>
      </w:r>
    </w:p>
    <w:p>
      <w:pPr>
        <w:jc w:val="both"/>
      </w:pPr>
      <w:r>
        <w:rPr>
          <w:b/>
        </w:rPr>
        <w:t>Điều 2. Người nộp thuế</w:t>
      </w:r>
    </w:p>
    <w:p>
      <w:pPr>
        <w:jc w:val="both"/>
      </w:pPr>
      <w:r>
        <w:t>1. Người nộp thuế thu nhập doanh nghiệp là tổ chức hoạt động sản xuất, kinh doanh hàng hoá, dịch vụ có thu nhập chịu thuế (sau đây gọi là doanh nghiệp), bao gồm:</w:t>
      </w:r>
    </w:p>
    <w:p>
      <w:pPr>
        <w:jc w:val="both"/>
      </w:pPr>
      <w:r>
        <w:t>a) Doanh nghiệp được thành lập và hoạt động theo quy định của Luật Doanh nghiệp, Luật Đầu tư, Luật Tổ chức tín dụng, Luật Kinh doanh bảo hiểm, Luật Chứng khoán, Luật Dầu khí, Luật Thương mại và các văn bản quy phạm pháp luật khác dưới các hình thức: Công ty cổ phần; Công ty trách nhiệm hữu hạn; Công ty hợp danh; Doanh nghiệp tư nhân; Doanh nghiệp Nhà nước; Văn phòng Luật sư, Văn phòng công chứng tư; Các bên trong hợp đồng hợp tác kinh doanh; Các bên trong hợp đồng phân chia sản phẩm dầu khí, Xí nghiệp liên doanh dầu khí, Công ty điều hành chung.</w:t>
      </w:r>
    </w:p>
    <w:p>
      <w:pPr>
        <w:jc w:val="both"/>
      </w:pPr>
      <w:r>
        <w:t>b) Đơn vị sự nghiệp công lập, ngoài công lập có sản xuất kinh doanh hàng hoá, dịch vụ có thu nhập trong tất cả các lĩnh vực.</w:t>
      </w:r>
    </w:p>
    <w:p>
      <w:pPr>
        <w:jc w:val="both"/>
      </w:pPr>
      <w:r>
        <w:t>c) Tổ chức được thành lập và hoạt động theo Luật Hợp tác xã.</w:t>
      </w:r>
    </w:p>
    <w:p>
      <w:pPr>
        <w:jc w:val="both"/>
      </w:pPr>
      <w:r>
        <w:t>d) Doanh nghiệp được thành lập theo quy định của pháp luật nước ngoài (sau đây gọi là doanh nghiệp nước ngoài) có cơ sở thường trú tại Việt Nam.</w:t>
      </w:r>
    </w:p>
    <w:p>
      <w:pPr>
        <w:jc w:val="both"/>
      </w:pPr>
      <w:r>
        <w:t>Cơ sở thường trú của doanh nghiệp nước ngoài là cơ sở sản xuất, kinh doanh mà thông qua cơ sở này, doanh nghiệp nước ngoài tiến hành một phần hoặc toàn bộ hoạt động sản xuất, kinh doanh tại Việt Nam mang lại thu nhập, chủ yếu bao gồm:</w:t>
      </w:r>
    </w:p>
    <w:p>
      <w:pPr>
        <w:jc w:val="both"/>
      </w:pPr>
      <w:r>
        <w:t>- Chi nhánh, văn phòng điều hành, nhà máy, công xưởng, phương tiện vận tải, hầm mỏ, mỏ dầu, khí hoặc địa điểm khai thác tài nguyên thiên nhiên khác tại Việt Nam;</w:t>
      </w:r>
    </w:p>
    <w:p>
      <w:pPr>
        <w:jc w:val="both"/>
      </w:pPr>
      <w:r>
        <w:t>- Địa điểm xây dựng, công trình xây dựng, lắp đặt, lắp ráp;</w:t>
      </w:r>
    </w:p>
    <w:p>
      <w:pPr>
        <w:jc w:val="both"/>
      </w:pPr>
      <w:r>
        <w:t>- Cơ sở cung cấp dịch vụ, bao gồm cả dịch vụ tư vấn thông qua người làm công hay một tổ chức, cá nhân khác;</w:t>
      </w:r>
    </w:p>
    <w:p>
      <w:pPr>
        <w:jc w:val="both"/>
      </w:pPr>
      <w:r>
        <w:t>- Đại lý cho doanh nghiệp nước ngoài;</w:t>
      </w:r>
    </w:p>
    <w:p>
      <w:pPr>
        <w:jc w:val="both"/>
      </w:pPr>
      <w:r>
        <w:t>- Đại diện tại Việt Nam trong trường hợp là đại diện có thẩm quyền ký kết hợp đồng đứng tên doanh nghiệp nước ngoài hoặc đại diện không có thẩm quyền ký kết hợp đồng đứng tên doanh nghiệp nước ngoài nhưng thường xuyên thực hiện việc giao hàng hoá hoặc cung ứng dịch vụ tại Việt Nam.</w:t>
      </w:r>
    </w:p>
    <w:p>
      <w:pPr>
        <w:jc w:val="both"/>
      </w:pPr>
      <w:r>
        <w:t>Trường hợp Hiệp định tránh đánh thuế hai lần mà Cộng hòa xã hội chủ nghĩa Việt Nam ký kết có quy định khác về cơ sở thường trú thì thực hiện theo quy định của Hiệp định đó.</w:t>
      </w:r>
    </w:p>
    <w:p>
      <w:pPr>
        <w:jc w:val="both"/>
      </w:pPr>
      <w:r>
        <w:t>e) Tổ chức khác ngoài các tổ chức nêu tại các điểm a, b, c và d Khoản 1 Điều này có hoạt động sản xuất kinh doanh hàng hoá hoặc dịch vụ và có thu nhập chịu thuế.</w:t>
      </w:r>
    </w:p>
    <w:p>
      <w:pPr>
        <w:jc w:val="both"/>
      </w:pPr>
      <w:r>
        <w:t>2. Tổ chức nước ngoài sản xuất kinh doanh tại Việt Nam không theo Luật Đầu tư, Luật Doanh nghiệp hoặc có thu nhập phát sinh tại Việt Nam nộp thuế thu nhập doanh nghiệp theo hướng dẫn riêng của Bộ Tài chính. Các tổ chức này nếu có hoạt động chuyển nhượng vốn thì thực hiện nộp thuế thu nhập doanh nghiệp theo hướng dẫn tại Điều 14 Chương IV Thông tư này.</w:t>
      </w:r>
    </w:p>
    <w:p>
      <w:pPr>
        <w:jc w:val="center"/>
      </w:pPr>
      <w:r>
        <w:rPr>
          <w:b/>
        </w:rPr>
        <w:t>Chương II</w:t>
      </w:r>
    </w:p>
    <w:p>
      <w:pPr>
        <w:jc w:val="both"/>
      </w:pPr>
      <w:r>
        <w:t>PHƯƠNG PHÁP VÀ CĂN CỨ TÍNH THUẾ</w:t>
      </w:r>
    </w:p>
    <w:p>
      <w:pPr>
        <w:jc w:val="both"/>
      </w:pPr>
      <w:r>
        <w:rPr>
          <w:b/>
        </w:rPr>
        <w:t>Điều 3. Phương pháp tính thuế</w:t>
      </w:r>
    </w:p>
    <w:p>
      <w:pPr>
        <w:jc w:val="both"/>
      </w:pPr>
      <w:r>
        <w:t>1. Số thuế thu nhập doanh nghiệp phải nộp trong kỳ tính thuế bằng thu nhập tính thuế nhân với thuế suất.</w:t>
      </w:r>
    </w:p>
    <w:p>
      <w:pPr>
        <w:jc w:val="both"/>
      </w:pPr>
      <w:r>
        <w:t>Thuế thu nhập doanh nghiệp phải nộp được xác định theo công thức sau:</w:t>
      </w:r>
    </w:p>
    <w:p>
      <w:pPr>
        <w:jc w:val="both"/>
      </w:pPr>
      <w:r>
        <w:t>Thuế TNDN phải nộp</w:t>
      </w:r>
    </w:p>
    <w:p>
      <w:pPr>
        <w:jc w:val="both"/>
      </w:pPr>
      <w:r>
        <w:t>=</w:t>
      </w:r>
    </w:p>
    <w:p>
      <w:pPr>
        <w:jc w:val="both"/>
      </w:pPr>
      <w:r>
        <w:t>Thu nhập tính thuế</w:t>
      </w:r>
    </w:p>
    <w:p>
      <w:pPr>
        <w:jc w:val="both"/>
      </w:pPr>
      <w:r>
        <w:t>x</w:t>
      </w:r>
    </w:p>
    <w:p>
      <w:pPr>
        <w:jc w:val="both"/>
      </w:pPr>
      <w:r>
        <w:t>Thuế suất thuế TNDN</w:t>
      </w:r>
    </w:p>
    <w:p>
      <w:pPr>
        <w:jc w:val="both"/>
      </w:pPr>
      <w:r>
        <w:t>Trường hợp doanh nghiệp nếu có trích quỹ phát triển khoa học và công nghệ thì thuế thu nhập doanh nghiệp phải nộp được xác định như sau:</w:t>
      </w:r>
    </w:p>
    <w:p>
      <w:pPr>
        <w:jc w:val="both"/>
      </w:pPr>
      <w:r>
        <w:t>Thuế TNDN phải nộp</w:t>
      </w:r>
    </w:p>
    <w:p>
      <w:pPr>
        <w:jc w:val="both"/>
      </w:pPr>
      <w:r>
        <w:t>=</w:t>
      </w:r>
    </w:p>
    <w:p>
      <w:pPr>
        <w:jc w:val="both"/>
      </w:pPr>
      <w:r>
        <w:t>(</w:t>
      </w:r>
    </w:p>
    <w:p>
      <w:pPr>
        <w:jc w:val="both"/>
      </w:pPr>
      <w:r>
        <w:t>Thu nhập tính thuế</w:t>
      </w:r>
    </w:p>
    <w:p>
      <w:pPr>
        <w:jc w:val="both"/>
      </w:pPr>
      <w:r>
        <w:t>-</w:t>
      </w:r>
    </w:p>
    <w:p>
      <w:pPr>
        <w:jc w:val="both"/>
      </w:pPr>
      <w:r>
        <w:t>Phần trích lập quỹ KH&amp;CN</w:t>
      </w:r>
    </w:p>
    <w:p>
      <w:pPr>
        <w:jc w:val="both"/>
      </w:pPr>
      <w:r>
        <w:t>)</w:t>
      </w:r>
    </w:p>
    <w:p>
      <w:pPr>
        <w:jc w:val="both"/>
      </w:pPr>
      <w:r>
        <w:t>x</w:t>
      </w:r>
    </w:p>
    <w:p>
      <w:pPr>
        <w:jc w:val="both"/>
      </w:pPr>
      <w:r>
        <w:t>Thuế suất thuế TNDN</w:t>
      </w:r>
    </w:p>
    <w:p>
      <w:pPr>
        <w:jc w:val="both"/>
      </w:pPr>
      <w:r>
        <w:t>Trường hợp doanh nghiệp đã nộp thuế thu nhập doanh nghiệp hoặc loại thuế tương tự thuế thu nhập doanh nghiệp ở ngoài Việt Nam thì doanh nghiệp được trừ số thuế thu nhập doanh nghiệp đã nộp nhưng tối đa không quá số thuế thu nhập doanh nghiệp phải nộp theo quy định của Luật Thuế thu nhập doanh nghiệp.</w:t>
      </w:r>
    </w:p>
    <w:p>
      <w:pPr>
        <w:jc w:val="both"/>
      </w:pPr>
      <w:r>
        <w:t>2. Kỳ tính thuế được xác định theo năm dương lịch. Trường hợp doanh nghiệp áp dụng năm tài chính khác với năm dương lịch thì kỳ tính thuế xác định theo năm tài chính áp dụng. Kỳ tính thuế đầu tiên đối với doanh nghiệp mới thành lập và kỳ tính thuế cuối cùng đối với doanh nghiệp chuyển đổi loại hình doanh nghiệp, chuyển đổi hình thức sở hữu, sáp nhập, chia tách, giải thể, phá sản được xác định phù hợp với kỳ kế toán theo quy định của pháp luật về kế toán.</w:t>
      </w:r>
    </w:p>
    <w:p>
      <w:pPr>
        <w:jc w:val="both"/>
      </w:pPr>
      <w:r>
        <w:t>3. Trường hợp kỳ tính thuế năm đầu tiên của doanh nghiệp mới thành lập kể từ khi được cấp Giấy chứng nhận đăng ký doanh nghiệp hoặc Giấy chứng nhận đăng ký kinh doanh hoặc Giấy phép thành lập hoặc Giấy chứng nhận đầu tư và kỳ tính thuế năm cuối cùng đối với doanh nghiệp chuyển đổi loại hình doanh nghiệp, chuyển đổi hình thức sở hữu, hợp nhất, sáp nhập, chia, tách, giải thể, phá sản có thời gian ngắn hơn 03 tháng thì được cộng với kỳ tính thuế năm tiếp theo (đối với doanh nghiệp mới thành lập) hoặc kỳ tính thuế năm trước đó (đối với doanh nghiệp chuyển đổi loại hình doanh nghiệp, chuyển đổi hình thức sở hữu, hợp nhất, sáp nhập, chia tách, giải thể, phá sản) để hình thành một kỳ tính thuế thu nhập doanh nghiệp. Kỳ tính thuế thu nhập doanh nghiệp năm đầu tiên hoặc kỳ tính thuế thu nhập doanh nghiệp năm cuối cùng không vượt quá 15 tháng.</w:t>
      </w:r>
    </w:p>
    <w:p>
      <w:pPr>
        <w:jc w:val="both"/>
      </w:pPr>
      <w:r>
        <w:t>4. Trường hợp doanh nghiệp thực hiện chuyển đổi kỳ tính thuế thu nhập doanh nghiệp (bao gồm cả chuyển đổi kỳ tính thuế từ năm dương lịch sang năm tài chính hoặc ngược lại) thì kỳ tính thuế thu nhập doanh nghiệp của năm chuyển đổi không vượt quá 12 tháng. Doanh nghiệp đang trong thời gian được hưởng ưu đãi thuế thu nhập doanh nghiệp mà có thực hiện chuyển đổi kỳ tính thuế thì doanh nghiệp được lựa chọn: Ưu đãi trong năm chuyển đổi kỳ tính thuế hoặc nộp thuế theo mức thuế suất phổ thông của năm chuyển đổi kỳ tính thuế và hưởng ưu đãi thuế sang năm tiếp theo.</w:t>
      </w:r>
    </w:p>
    <w:p>
      <w:pPr>
        <w:jc w:val="both"/>
      </w:pPr>
      <w:r>
        <w:t>Ví dụ 1: Doanh nghiệp A (DN A) kỳ tính thuế thu nhập doanh nghiệp năm 2011 áp dụng theo năm dương lịch, đầu năm 2012 lựa chọn chuyển đổi sang năm tài chính từ ngày 01/4 năm này sang ngày 31/03 năm sau, thì kỳ tính thuế thu nhập doanh nghiệp năm chuyển đổi (năm chuyển đổi 2012) được tính từ ngày 01/01/2012 đến hết ngày 31/03/2012 (3 tháng), kỳ tính thuế TNDN năm tiếp theo được tính từ ngày 01/04/2012 đến hết ngày 31/03/2013.</w:t>
      </w:r>
    </w:p>
    <w:p>
      <w:pPr>
        <w:jc w:val="both"/>
      </w:pPr>
      <w:r>
        <w:t>Ví dụ 2: Cũng trường hợp nêu trên nhưng DN A được hưởng ưu đãi thuế thu nhập doanh nghiệp (miễn thuế 2 năm, giảm 50% thuế TNDN trong 3 năm tiếp theo), năm 2009 bắt đầu được miễn thuế thì DN A sẽ hưởng ưu đãi thuế như sau (miễn thuế năm 2009, 2010; giảm 50% thuế năm 2011, 2012, 2013).</w:t>
      </w:r>
    </w:p>
    <w:p>
      <w:pPr>
        <w:jc w:val="both"/>
      </w:pPr>
      <w:r>
        <w:t>Trường hợp doanh nghiệp lựa chọn giảm 50% thuế theo kỳ tính thuế năm chuyển đổi 2012 thì doanh nghiệp tiếp tục thực hiện giảm 50% thuế TNDN năm chuyển đổi và năm tính thuế tiếp theo (năm tài chính 2012 từ 1/4/2012 đến 31/3/2013).</w:t>
      </w:r>
    </w:p>
    <w:p>
      <w:pPr>
        <w:jc w:val="both"/>
      </w:pPr>
      <w:r>
        <w:t>Trường hợp doanh nghiệp lựa chọn không hưởng ưu đãi giảm 50% thuế TNDN đối với kỳ tính thuế TNDN năm chuyển đổi 2012 (kỳ tính thuế năm chuyển đổi 2012 kê khai nộp thuế theo mức thuế suất phổ thông) thì doanh nghiệp được giảm 50% thuế TNDN năm tài chính 2012 (từ 1/4/2012 đến 31/3/2013) và năm tài chính 2013 (từ 1/4/2013 đến 31/3/2014).</w:t>
      </w:r>
    </w:p>
    <w:p>
      <w:pPr>
        <w:jc w:val="both"/>
      </w:pPr>
      <w:r>
        <w:t>5 . Đơn vị sự nghiệp có phát sinh hoạt động kinh doanh hàng hoá, dịch vụ thuộc đối tượng chịu thuế thu nhập doanh nghiệp mà các đơn vị này hạch toán được doanh thu nhưng không hạch toán và xác định được chi phí, thu nhập của hoạt động kinh doanh thì kê khai nộp thuế thu nhập doanh nghiệp tính theo tỷ lệ % trên doanh thu bán hàng hoá, dịch vụ, cụ thể như sau:</w:t>
      </w:r>
    </w:p>
    <w:p>
      <w:pPr>
        <w:jc w:val="both"/>
      </w:pPr>
      <w:r>
        <w:t>+ Đối với dịch vụ: 5%;</w:t>
      </w:r>
    </w:p>
    <w:p>
      <w:pPr>
        <w:jc w:val="both"/>
      </w:pPr>
      <w:r>
        <w:t>+ Đối với kinh doanh hàng hoá: 1%;</w:t>
      </w:r>
    </w:p>
    <w:p>
      <w:pPr>
        <w:jc w:val="both"/>
      </w:pPr>
      <w:r>
        <w:t>+ Đối với hoạt động khác (bao gồm cả hoạt động giáo dục, y tế, biểu diễn nghệ thuật): 2%.</w:t>
      </w:r>
    </w:p>
    <w:p>
      <w:pPr>
        <w:jc w:val="both"/>
      </w:pPr>
      <w:r>
        <w:t>Ví dụ 3: Đơn vị sự nghiệp A có phát sinh hoạt động cho thuê nhà, doanh thu cho thuê nhà một (01) năm là 100 triệu đồng, đơn vị không hạch toán và xác định được chi phí, thu nhập của hoạt động cho thuê nhà nêu trên do vậy đơn vị lựa chọn kê khai nộp thuế thu nhập doanh nghiệp tính theo tỷ lệ % trên doanh thu bán hàng hoá, dịch vụ như sau:</w:t>
      </w:r>
    </w:p>
    <w:p>
      <w:pPr>
        <w:jc w:val="both"/>
      </w:pPr>
      <w:r>
        <w:t>Số thuế TNDN phải nộp = 100.000.000 đồng x 5% = 5.000.000 đồng.</w:t>
      </w:r>
    </w:p>
    <w:p>
      <w:pPr>
        <w:jc w:val="both"/>
      </w:pPr>
      <w:r>
        <w:t>6 . Doanh nghiệp có doanh thu, chi phí, thu nhập chịu thuế và thu nhập tính thuế bằng ngoại tệ thì phải quy đổi ngoại tệ ra đồng Việt Nam theo tỷ giá giao dịch bình quân trên thị trường ngoại tệ liên ngân hàng do Ngân hàng Nhà nước Việt Nam công bố tại thời điểm phát sinh doanh thu, chi phí, thu nhập chịu thuế và thu nhập tính thuế bằng ngoại tệ, trừ trường hợp pháp luật có quy định khác. Đối với loại ngoại tệ không có tỷ giá hối đoái với đồng Việt Nam thì phải quy đổi thông qua một loại ngoại tệ có tỷ giá hối đoái với đồng Việt Nam.</w:t>
      </w:r>
    </w:p>
    <w:p>
      <w:pPr>
        <w:jc w:val="both"/>
      </w:pPr>
      <w:r>
        <w:rPr>
          <w:b/>
        </w:rPr>
        <w:t>Điều 4. Xác định thu nhập tính thuế</w:t>
      </w:r>
    </w:p>
    <w:p>
      <w:pPr>
        <w:jc w:val="both"/>
      </w:pPr>
      <w:r>
        <w:t>1. Thu nhập tính thuế trong kỳ tính thuế được xác định bằng thu nhập chịu thuế trừ thu nhập được miễn thuế và các khoản lỗ được kết chuyển từ các năm trước theo quy định.</w:t>
      </w:r>
    </w:p>
    <w:p>
      <w:pPr>
        <w:jc w:val="both"/>
      </w:pPr>
      <w:r>
        <w:t>Thu nhập tính thuế được xác định theo công thức sau:</w:t>
      </w:r>
    </w:p>
    <w:p>
      <w:pPr>
        <w:jc w:val="both"/>
      </w:pPr>
      <w:r>
        <w:t>Thu nhập tính thuế</w:t>
      </w:r>
    </w:p>
    <w:p>
      <w:pPr>
        <w:jc w:val="both"/>
      </w:pPr>
      <w:r>
        <w:t>=</w:t>
      </w:r>
    </w:p>
    <w:p>
      <w:pPr>
        <w:jc w:val="both"/>
      </w:pPr>
      <w:r>
        <w:t>Thu nhập chịu thuế</w:t>
      </w:r>
    </w:p>
    <w:p>
      <w:pPr>
        <w:jc w:val="both"/>
      </w:pPr>
      <w:r>
        <w:t>-</w:t>
      </w:r>
    </w:p>
    <w:p>
      <w:pPr>
        <w:jc w:val="both"/>
      </w:pPr>
      <w:r>
        <w:t>Thu nhập được miễn thuế</w:t>
      </w:r>
    </w:p>
    <w:p>
      <w:pPr>
        <w:jc w:val="both"/>
      </w:pPr>
      <w:r>
        <w:t>+</w:t>
      </w:r>
    </w:p>
    <w:p>
      <w:pPr>
        <w:jc w:val="both"/>
      </w:pPr>
      <w:r>
        <w:t>Các khoản lỗ được kết chuyển theo quy định</w:t>
      </w:r>
    </w:p>
    <w:p>
      <w:pPr>
        <w:jc w:val="both"/>
      </w:pPr>
      <w:r>
        <w:t>2. Thu nhập chịu thuế</w:t>
      </w:r>
    </w:p>
    <w:p>
      <w:pPr>
        <w:jc w:val="both"/>
      </w:pPr>
      <w:r>
        <w:t>Thu nhập chịu thuế trong kỳ tính thuế bao gồm thu nhập từ hoạt động sản xuất, kinh doanh hàng hoá, dịch vụ và thu nhập khác.</w:t>
      </w:r>
    </w:p>
    <w:p>
      <w:pPr>
        <w:jc w:val="both"/>
      </w:pPr>
      <w:r>
        <w:t>Thu nhập chịu thuế trong kỳ tính thuế xác định như sau:</w:t>
      </w:r>
    </w:p>
    <w:p>
      <w:pPr>
        <w:jc w:val="both"/>
      </w:pPr>
      <w:r>
        <w:t>Thu nhập chịu thuế</w:t>
      </w:r>
    </w:p>
    <w:p>
      <w:pPr>
        <w:jc w:val="both"/>
      </w:pPr>
      <w:r>
        <w:t>=</w:t>
      </w:r>
    </w:p>
    <w:p>
      <w:pPr>
        <w:jc w:val="both"/>
      </w:pPr>
      <w:r>
        <w:t>Doanh thu</w:t>
      </w:r>
    </w:p>
    <w:p>
      <w:pPr>
        <w:jc w:val="both"/>
      </w:pPr>
      <w:r>
        <w:t>-</w:t>
      </w:r>
    </w:p>
    <w:p>
      <w:pPr>
        <w:jc w:val="both"/>
      </w:pPr>
      <w:r>
        <w:t>Chi phí được trừ</w:t>
      </w:r>
    </w:p>
    <w:p>
      <w:pPr>
        <w:jc w:val="both"/>
      </w:pPr>
      <w:r>
        <w:t>+</w:t>
      </w:r>
    </w:p>
    <w:p>
      <w:pPr>
        <w:jc w:val="both"/>
      </w:pPr>
      <w:r>
        <w:t>Các khoản thu nhập khác</w:t>
      </w:r>
    </w:p>
    <w:p>
      <w:pPr>
        <w:jc w:val="both"/>
      </w:pPr>
      <w:r>
        <w:t>Thu nhập từ hoạt động sản xuất kinh doanh hàng hóa, dịch vụ bằng doanh thu của hoạt động sản xuất kinh doanh hàng hóa, dịch vụ trừ chi phí được trừ của hoạt động sản xuất kinh doanh hàng hóa, dịch vụ đó. Doanh nghiệp có nhiều hoạt động sản xuất kinh doanh áp dụng nhiều mức thuế suất khác nhau thì doanh nghiệp phải tính riêng thu nhập của từng hoạt động nhân với thuế suất tương ứng.</w:t>
      </w:r>
    </w:p>
    <w:p>
      <w:pPr>
        <w:jc w:val="both"/>
      </w:pPr>
      <w:r>
        <w:t>Thu nhập từ hoạt động chuyển nhượng bất động sản; chuyển nhượng dự án (không gắn liền với chuyển quyền sử dụng đất, chuyển quyền thuê đất); chuyển nhượng quyền thực hiện dự án, chuyển nhượng quyền thăm dò, khai thác, chế biến khoáng sản theo quy định của pháp luật phải hạch toán riêng để kê khai nộp thuế thu nhập doanh nghiệp với mức thuế suất 25%, không được hưởng ưu đãi thuế thu nhập doanh nghiệp, không được bù trừ với thu nhập hoặc lỗ của các hoạt động sản xuất kinh doanh khác. Trường hợp doanh nghiệp có các hoạt động chuyển nhượng bất động sản; chuyển nhượng dự án (không gắn liền với chuyển quyền sử dụng đất, chuyển quyền thuê đất); chuyển nhượng quyền thực hiện dự án, chuyển nhượng quyền thăm dò, khai thác, chế biến khoáng sản theo quy định của pháp luật thì được bù trừ lãi, lỗ của các hoạt động này với nhau để kê khai nộp thuế thu nhập doanh nghiệp.</w:t>
      </w:r>
    </w:p>
    <w:p>
      <w:pPr>
        <w:jc w:val="both"/>
      </w:pPr>
      <w:r>
        <w:rPr>
          <w:b/>
        </w:rPr>
        <w:t>Điều 5. Doanh thu</w:t>
      </w:r>
    </w:p>
    <w:p>
      <w:pPr>
        <w:jc w:val="both"/>
      </w:pPr>
      <w:r>
        <w:t>1. Doanh thu để tính thu nhập chịu thuế được xác định như sau:</w:t>
      </w:r>
    </w:p>
    <w:p>
      <w:pPr>
        <w:jc w:val="both"/>
      </w:pPr>
      <w:r>
        <w:t>Doanh thu để tính thu nhập chịu thuế là toàn bộ tiền bán hàng hoá, tiền gia công, tiền cung cấp dịch vụ bao gồm cả khoản trợ giá, phụ thu, phụ trội mà doanh nghiệp được hưởng không phân biệt đã thu được tiền hay chưa thu được tiền.</w:t>
      </w:r>
    </w:p>
    <w:p>
      <w:pPr>
        <w:jc w:val="both"/>
      </w:pPr>
      <w:r>
        <w:t>a) Đối với doanh nghiệp nộp thuế giá trị gia tăng theo phương pháp khấu trừ thuế là doanh thu chưa bao gồm thuế giá trị gia tăng.</w:t>
      </w:r>
    </w:p>
    <w:p>
      <w:pPr>
        <w:jc w:val="both"/>
      </w:pPr>
      <w:r>
        <w:t>Ví dụ 4: Doanh nghiệp A là đối tượng nộp thuế giá trị gia tăng theo phương pháp khấu trừ thuế. Hoá đơn giá trị gia tăng gồm các chỉ tiêu như sau:</w:t>
      </w:r>
    </w:p>
    <w:p>
      <w:pPr>
        <w:jc w:val="both"/>
      </w:pPr>
      <w:r>
        <w:t>Giá bán: 100.000 đồng.</w:t>
      </w:r>
    </w:p>
    <w:p>
      <w:pPr>
        <w:jc w:val="both"/>
      </w:pPr>
      <w:r>
        <w:t>Thuế GTGT (10%): 10.000 đồng.</w:t>
      </w:r>
    </w:p>
    <w:p>
      <w:pPr>
        <w:jc w:val="both"/>
      </w:pPr>
      <w:r>
        <w:t>Giá thanh toán : 110.000 đồng.</w:t>
      </w:r>
    </w:p>
    <w:p>
      <w:pPr>
        <w:jc w:val="both"/>
      </w:pPr>
      <w:r>
        <w:t>Doanh thu để tính thu nhập chịu thuế là 100.000 đồng.</w:t>
      </w:r>
    </w:p>
    <w:p>
      <w:pPr>
        <w:jc w:val="both"/>
      </w:pPr>
      <w:r>
        <w:t>b) Đối với doanh nghiệp nộp thuế giá trị gia tăng theo phương pháp trực tiếp trên giá trị gia tăng là doanh thu bao gồm cả thuế giá trị gia tăng.</w:t>
      </w:r>
    </w:p>
    <w:p>
      <w:pPr>
        <w:jc w:val="both"/>
      </w:pPr>
      <w:r>
        <w:t>Ví dụ 5: Doanh nghiệp B là đối tượng nộp thuế giá trị gia tăng theo phương pháp trực tiếp trên giá trị gia tăng. Hoá đơn bán hàng chỉ ghi giá bán là 110.000 đồng (giá đã có thuế GTGT).</w:t>
      </w:r>
    </w:p>
    <w:p>
      <w:pPr>
        <w:jc w:val="both"/>
      </w:pPr>
      <w:r>
        <w:t>Doanh thu để tính thu nhập chịu thuế là 110.000 đồng.</w:t>
      </w:r>
    </w:p>
    <w:p>
      <w:pPr>
        <w:jc w:val="both"/>
      </w:pPr>
      <w:r>
        <w:t>2. Thời điểm xác định doanh thu để tính thu nhập chịu thuế được xác định như sau:</w:t>
      </w:r>
    </w:p>
    <w:p>
      <w:pPr>
        <w:jc w:val="both"/>
      </w:pPr>
      <w:r>
        <w:t>a) Đối với hoạt động bán hàng hoá là thời điểm chuyển giao quyền sở hữu, quyền sử dụng hàng hoá cho người mua.</w:t>
      </w:r>
    </w:p>
    <w:p>
      <w:pPr>
        <w:jc w:val="both"/>
      </w:pPr>
      <w:r>
        <w:t>b) Đối với hoạt động cung ứng dịch vụ là thời điểm hoàn thành việc cung ứng dịch vụ cho người mua hoặc thời điểm lập hoá đơn cung ứng dịch vụ.</w:t>
      </w:r>
    </w:p>
    <w:p>
      <w:pPr>
        <w:jc w:val="both"/>
      </w:pPr>
      <w:r>
        <w:t>Trường hợp thời điểm lập hoá đơn cung ứng dịch vụ xảy ra trước thời điểm dịch vụ hoàn thành thì thời điểm xác định doanh thu tính thuế được tính theo thời điểm lập hoá đơn cung ứng dịch vụ.</w:t>
      </w:r>
    </w:p>
    <w:p>
      <w:pPr>
        <w:jc w:val="both"/>
      </w:pPr>
      <w:r>
        <w:t>c) Trường hợp khác theo quy định của pháp luật.</w:t>
      </w:r>
    </w:p>
    <w:p>
      <w:pPr>
        <w:jc w:val="both"/>
      </w:pPr>
      <w:r>
        <w:t>3. Doanh thu để tính thu nhập chịu thuế trong một số trường hợp xác định như sau:</w:t>
      </w:r>
    </w:p>
    <w:p>
      <w:pPr>
        <w:jc w:val="both"/>
      </w:pPr>
      <w:r>
        <w:t>a) Đối với hàng hoá, dịch vụ bán theo phương thức trả góp, trả chậm là tiền bán hàng hoá, dịch vụ trả tiền một lần, không bao gồm tiền lãi trả góp, tiền lãi trả chậm.</w:t>
      </w:r>
    </w:p>
    <w:p>
      <w:pPr>
        <w:jc w:val="both"/>
      </w:pPr>
      <w:r>
        <w:t>b) Đối với hàng hoá, dịch vụ dùng để trao đổi; biếu, tặng, cho; tiêu dùng nội bộ (không bao gồm hàng hoá, dịch vụ sử dụng để tiếp tục quá trình sản xuất, kinh doanh của doanh nghiệp) được xác định theo giá bán của sản phẩm, hàng hoá, dịch vụ cùng loại hoặc tương đương trên thị trường tại thời điểm trao đổi; biếu, tặng, cho; tiêu dùng nội bộ.</w:t>
      </w:r>
    </w:p>
    <w:p>
      <w:pPr>
        <w:jc w:val="both"/>
      </w:pPr>
      <w:r>
        <w:t>c) Đối với hoạt động gia công hàng hoá là tiền thu về hoạt động gia công bao gồm cả tiền công, chi phí về nhiên liệu, động lực, vật liệu phụ và chi phí khác phục vụ cho việc gia công hàng hoá.</w:t>
      </w:r>
    </w:p>
    <w:p>
      <w:pPr>
        <w:jc w:val="both"/>
      </w:pPr>
      <w:r>
        <w:t>d) Đối với hàng hoá của các đơn vị giao đại lý, ký gửi và nhận đại lý, ký gửi theo hợp đồng đại lý, ký gửi bán đúng giá hưởng hoa hồng được xác định như sau:</w:t>
      </w:r>
    </w:p>
    <w:p>
      <w:pPr>
        <w:jc w:val="both"/>
      </w:pPr>
      <w:r>
        <w:t>- Doanh nghiệp giao hàng hoá cho các đại lý (kể cả đại lý bán hàng đa cấp), ký gửi là tổng số tiền bán hàng hoá.</w:t>
      </w:r>
    </w:p>
    <w:p>
      <w:pPr>
        <w:jc w:val="both"/>
      </w:pPr>
      <w:r>
        <w:t>- Doanh nghiệp nhận làm đại lý, ký gửi bán hàng đúng giá quy định của doanh nghiệp giao đại lý, ký gửi là tiền hoa hồng được hưởng theo hợp đồng đại lý, ký gửi hàng hoá.</w:t>
      </w:r>
    </w:p>
    <w:p>
      <w:pPr>
        <w:jc w:val="both"/>
      </w:pPr>
      <w:r>
        <w:t>e) Đối với hoạt động cho thuê tài sản là số tiền bên thuê trả từng kỳ theo hợp đồng thuê. Trường hợp bên thuê trả tiền trước cho nhiều năm thì doanh thu để tính thu nhập chịu thuế được phân bổ cho số năm trả tiền trước hoặc được xác định theo doanh thu trả tiền một lần.</w:t>
      </w:r>
    </w:p>
    <w:p>
      <w:pPr>
        <w:jc w:val="both"/>
      </w:pPr>
      <w:r>
        <w:t>Doanh nghiệp căn cứ điều kiện thực hiện chế độ kế toán, hoá đơn chứng từ thực tế và việc xác định chi phí, có thể lựa chọn một trong hai phương pháp xác định doanh thu để tính thu nhập chịu thuế như sau:</w:t>
      </w:r>
    </w:p>
    <w:p>
      <w:pPr>
        <w:jc w:val="both"/>
      </w:pPr>
      <w:r>
        <w:t>- Là số tiền cho thuê tài sản của từng năm được xác định bằng (=) số tiền trả trước chia (:) số năm trả tiền trước.</w:t>
      </w:r>
    </w:p>
    <w:p>
      <w:pPr>
        <w:jc w:val="both"/>
      </w:pPr>
      <w:r>
        <w:t>- Là toàn bộ số tiền cho thuê tài sản của số năm trả tiền trước.</w:t>
      </w:r>
    </w:p>
    <w:p>
      <w:pPr>
        <w:jc w:val="both"/>
      </w:pPr>
      <w: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năm miễn thuế, giảm thuế căn cứ vào tổng số thuế thu nhập doanh nghiệp của số năm trả tiền trước chia (:) số năm bên thuê trả tiền trước.</w:t>
      </w:r>
    </w:p>
    <w:p>
      <w:pPr>
        <w:jc w:val="both"/>
      </w:pPr>
      <w:r>
        <w:t>g) Đối với hoạt động tín dụng, hoạt động cho thuê tài chính là tiền lãi cho vay, doanh thu về cho thuê tài chính phải thu phát sinh trong kỳ tính thuế.</w:t>
      </w:r>
    </w:p>
    <w:p>
      <w:pPr>
        <w:jc w:val="both"/>
      </w:pPr>
      <w:r>
        <w:t>h) Đối với hoạt động vận tải là toàn bộ doanh thu vận chuyển hành khách, hàng hoá, hành lý phát sinh trong kỳ tính thuế.</w:t>
      </w:r>
    </w:p>
    <w:p>
      <w:pPr>
        <w:jc w:val="both"/>
      </w:pPr>
      <w:r>
        <w:t>i) Đối với hoạt động cung cấp điện, nước sạch là số tiền cung cấp điện, nước sạch ghi trên hoá đơn giá trị gia tăng. Thời điểm xác định doanh thu để tính thu nhập chịu thuế là ngày xác nhận chỉ số công tơ điện và được ghi trên hoá đơn tính tiền điện, tiền nước sạch.</w:t>
      </w:r>
    </w:p>
    <w:p>
      <w:pPr>
        <w:jc w:val="both"/>
      </w:pPr>
      <w:r>
        <w:t>Ví dụ 6: Hoá đơn tiền điện ghi chỉ số công tơ từ ngày 5/12 đến ngày 5/1. Doanh thu của hoá đơn này được tính vào tháng 1.</w:t>
      </w:r>
    </w:p>
    <w:p>
      <w:pPr>
        <w:jc w:val="both"/>
      </w:pPr>
      <w:r>
        <w:t>k) Đối với hoạt động kinh doanh sân gôn là tiền bán thẻ hội viên, bán vé chơi gôn và các khoản thu khác trong kỳ tính thuế được xác định như sau:</w:t>
      </w:r>
    </w:p>
    <w:p>
      <w:pPr>
        <w:jc w:val="both"/>
      </w:pPr>
      <w:r>
        <w:t>- Đối với hình thức bán vé, bán thẻ chơi gôn theo ngày, doanh thu kinh doanh sân gôn làm căn cứ xác định thu nhập tính thuế thu nhập doanh nghiệp là số tiền thu được từ bán vé, bán thẻ phát sinh trong kỳ tính thuế.</w:t>
      </w:r>
    </w:p>
    <w:p>
      <w:pPr>
        <w:jc w:val="both"/>
      </w:pPr>
      <w:r>
        <w:t>- Đối với hình thức bán vé, bán thẻ hội viên loại thẻ trả trước cho nhiều năm, doanh thu làm căn cứ xác định thu nhập tính thuế thu nhập doanh nghiệp của từng năm là số tiền bán thẻ thực thu được chia cho số năm sử dụng thẻ.</w:t>
      </w:r>
    </w:p>
    <w:p>
      <w:pPr>
        <w:jc w:val="both"/>
      </w:pPr>
      <w:r>
        <w:t>l) Đối với lĩnh vực kinh doanh bảo hiểm, doanh thu để tính thu nhập chịu thuế là toàn bộ số tiền thu được do cung ứng dịch vụ bảo hiểm và hàng hoá, dịch vụ khác, kể cả phụ thu và phí thu thêm mà doanh nghiệp bảo hiểm được hưởng chưa có thuế giá trị gia tăng, bao gồm:</w:t>
      </w:r>
    </w:p>
    <w:p>
      <w:pPr>
        <w:jc w:val="both"/>
      </w:pPr>
      <w:r>
        <w:t>- Doanh thu từ hoạt động kinh doanh bảo hiểm:</w:t>
      </w:r>
    </w:p>
    <w:p>
      <w:pPr>
        <w:jc w:val="both"/>
      </w:pPr>
      <w:r>
        <w:t>Đối với hoạt động kinh doanh bảo hiểm và tái bảo hiểm là số tiền phải thu về thu phí bảo hiểm gốc; thu phí nhận tái bảo hiểm; thu hoa hồng nhượng tái bảo hiểm; thu phí quản lý đơn bảo hiểm; thu phí về dịch vụ đại lý bao gồm giám định tổn thất, xét giải quyết bồi thường, yêu cầu người thứ ba bồi hoàn, xử lý hàng bồi thường 100% (không kể giám định hộ giữa các doanh nghiệp thành viên hạch toán nội bộ trong cùng một doanh nghiệp bảo hiểm hạch toán độc lập) sau khi đã trừ đi các khoản phải chi để giảm thu như: hoàn phí bảo hiểm; giảm phí bảo hiểm; hoàn phí nhận tái bảo hiểm; giảm phí nhận tái bảo hiểm; hoàn hoa hồng nhượng tái bảo hiểm; giảm hoa hồng nhượng tái bảo hiểm.</w:t>
      </w:r>
    </w:p>
    <w:p>
      <w:pPr>
        <w:jc w:val="both"/>
      </w:pPr>
      <w:r>
        <w:t>Trường hợp các doanh nghiệp bảo hiểm tham gia đồng bảo hiểm, doanh thu để tính thu nhập chịu thuế của từng bên là tiền thu phí bảo hiểm gốc được phân bổ theo tỷ lệ đồng bảo hiểm cho mỗi bên chưa bao gồm thuế giá trị gia tăng.</w:t>
      </w:r>
    </w:p>
    <w:p>
      <w:pPr>
        <w:jc w:val="both"/>
      </w:pPr>
      <w:r>
        <w:t>Đối với hợp đồng bảo hiểm thoả thuận trả tiền theo từng kỳ thì doanh thu để tính thu nhập chịu thuế là số tiền phải thu phát sinh trong từng kỳ.</w:t>
      </w:r>
    </w:p>
    <w:p>
      <w:pPr>
        <w:jc w:val="both"/>
      </w:pPr>
      <w:r>
        <w:t>Trường hợp có thực hiện các nghiệp vụ thu hộ giữa các doanh nghiệp trực thuộc hoặc giữa doanh nghiệp hạch toán phụ thuộc với trụ sở chính của doanh nghiệp bảo hiểm thì doanh thu để tính thu nhập chịu thuế không bao gồm phần doanh thu thu hộ.</w:t>
      </w:r>
    </w:p>
    <w:p>
      <w:pPr>
        <w:jc w:val="both"/>
      </w:pPr>
      <w:r>
        <w:t>- Doanh thu hoạt động môi giới bảo hiểm: Các khoản thu hoa hồng môi giới bảo hiểm sau khi trừ các khoản hoa hồng môi giới bảo hiểm, giảm và hoàn hoa hồng môi giới bảo hiểm.</w:t>
      </w:r>
    </w:p>
    <w:p>
      <w:pPr>
        <w:jc w:val="both"/>
      </w:pPr>
      <w:r>
        <w:t>m) Đối với hoạt động xây dựng, lắp đặt là giá trị công trình, giá trị hạng mục công trình hoặc giá trị khối lượng công trình xây dựng, lắp đặt nghiệm thu.</w:t>
      </w:r>
    </w:p>
    <w:p>
      <w:pPr>
        <w:jc w:val="both"/>
      </w:pPr>
      <w:r>
        <w:t>- Trường hợp xây dựng, lắp đặt có bao thầu nguyên vật liệu, máy móc, thiết bị là số tiền từ hoạt động xây dựng, lắp đặt bao gồm cả giá trị nguyên vật liệu, máy móc, thiết bị.</w:t>
      </w:r>
    </w:p>
    <w:p>
      <w:pPr>
        <w:jc w:val="both"/>
      </w:pPr>
      <w:r>
        <w:t>- Trường hợp xây dựng, lắp đặt không bao thầu nguyên vật liệu, máy móc, thiết bị là số tiền từ hoạt động xây dựng, lắp đặt không bao gồm giá trị nguyên vật liệu, máy móc, thiết bị.</w:t>
      </w:r>
    </w:p>
    <w:p>
      <w:pPr>
        <w:jc w:val="both"/>
      </w:pPr>
      <w:r>
        <w:t>n) Đối với hoạt động kinh doanh dưới hình thức hợp đồng hợp tác kinh doanh:</w:t>
      </w:r>
    </w:p>
    <w:p>
      <w:pPr>
        <w:jc w:val="both"/>
      </w:pPr>
      <w:r>
        <w:t>- Trường hợp các bên tham gia hợp đồng hợp tác kinh doanh phân chia kết quả kinh doanh bằng doanh thu bán hàng hoá, dịch vụ thì doanh thu tính thuế là doanh thu của từng bên được chia theo hợp đồng.</w:t>
      </w:r>
    </w:p>
    <w:p>
      <w:pPr>
        <w:jc w:val="both"/>
      </w:pPr>
      <w:r>
        <w:t>- Trường hợp các bên tham gia hợp đồng hợp tác kinh doanh phân chia kết quả kinh doanh bằng sản phẩm thì doanh thu tính thuế là doanh thu của sản phẩm được chia cho từng bên theo hợp đồng.</w:t>
      </w:r>
    </w:p>
    <w:p>
      <w:pPr>
        <w:jc w:val="both"/>
      </w:pPr>
      <w:r>
        <w:t>- Trường hợp các bên tham gia hợp đồng hợp tác kinh doanh phân chia kết quả kinh doanh bằng lợi nhuận trước thuế thu nhập doanh nghiệp thì doanh thu để xác định thu nhập trước thuế là số tiền bán hàng hoá, dịch vụ theo hợp đồng. Các bên tham gia hợp đồng hợp tác kinh doanh phải cử ra một bên làm đại diện có trách nhiệm xuất hoá đơn, ghi nhận doanh thu, chi phí, xác định lợi nhuận trước thuế thu nhập doanh nghiệp chia cho từng bên tham gia hợp đồng hợp tác kinh doanh. Mỗi bên tham gia hợp đồng hợp tác kinh doanh tự thực hiện nghĩa vụ thuế thu nhập doanh nghiệp của mình theo quy định hiện hành.</w:t>
      </w:r>
    </w:p>
    <w:p>
      <w:pPr>
        <w:jc w:val="both"/>
      </w:pPr>
      <w:r>
        <w:t>- Trường hợp các bên tham gia hợp đồng hợp tác kinh doanh phân chia kết quả kinh doanh bằng lợi nhuận sau thuế thu nhập doanh nghiệp thì doanh thu để xác định thu nhập chịu thuế là số tiền bán hàng hoá, dịch vụ theo hợp đồng. Các bên tham gia hợp đồng hợp tác kinh doanh phải cử ra một bên làm đại diện có trách nhiệm xuất hoá đơn, ghi nhận doanh thu, chi phí và kê khai nộp thuế thu nhập doanh nghiệp thay cho các bên còn lại tham gia hợp đồng hợp tác kinh doanh.</w:t>
      </w:r>
    </w:p>
    <w:p>
      <w:pPr>
        <w:jc w:val="both"/>
      </w:pPr>
      <w:r>
        <w:t>o) Đối với hoạt động kinh doanh trò chơi có thưởng (casino, trò chơi điện tử có thưởng, kinh doanh giải trí có đặt cược) là số tiền thu từ hoạt động này bao gồm cả thuế tiêu thụ đặc biệt trừ số tiền đã trả thưởng cho khách.</w:t>
      </w:r>
    </w:p>
    <w:p>
      <w:pPr>
        <w:jc w:val="both"/>
      </w:pPr>
      <w:r>
        <w:t>p) Đối với hoạt động kinh doanh chứng khoán là các khoản thu từ dịch vụ môi giới, tự doanh chứng khoán, bảo lãnh phát hành chứng khoán, quản lý danh mục đầu tư, tư vấn tài chính và đầu tư chứng khoán, quản lý quỹ đầu tư, phát hành chứng chỉ quỹ, dịch vụ tổ chức thị trường và các dịch vụ chứng khoán khác theo quy định của pháp luật.</w:t>
      </w:r>
    </w:p>
    <w:p>
      <w:pPr>
        <w:jc w:val="both"/>
      </w:pPr>
      <w:r>
        <w:t>q) Đối với dịch vụ tài chính phái sinh là số tiền thu từ việc cung ứng các dịch vụ tài chính phái sinh thực hiện trong kỳ tính thuế.</w:t>
      </w:r>
    </w:p>
    <w:p>
      <w:pPr>
        <w:jc w:val="both"/>
      </w:pPr>
      <w:r>
        <w:rPr>
          <w:b/>
        </w:rPr>
        <w:t>Điều 6. Các khoản chi được trừ và không được trừ khi xác định thu nhập chịu thuế</w:t>
      </w:r>
    </w:p>
    <w:p>
      <w:pPr>
        <w:jc w:val="both"/>
      </w:pPr>
      <w:r>
        <w:t>1. Trừ các khoản chi nêu tại Khoản 2 Điều này, doanh nghiệp được trừ mọi khoản chi nếu đáp ứng đủ các điều kiện sau:</w:t>
      </w:r>
    </w:p>
    <w:p>
      <w:pPr>
        <w:jc w:val="both"/>
      </w:pPr>
      <w:r>
        <w:t>a) Khoản chi thực tế phát sinh liên quan đến hoạt động sản xuất, kinh doanh của doanh nghiệp;</w:t>
      </w:r>
    </w:p>
    <w:p>
      <w:pPr>
        <w:jc w:val="both"/>
      </w:pPr>
      <w:r>
        <w:t>b) Khoản chi có đủ hoá đơn, chứng từ hợp pháp theo quy định của pháp luật.</w:t>
      </w:r>
    </w:p>
    <w:p>
      <w:pPr>
        <w:jc w:val="both"/>
      </w:pPr>
      <w:r>
        <w:t>2. Các khoản chi không được trừ khi xác định thu nhập chịu thuế bao gồm:</w:t>
      </w:r>
    </w:p>
    <w:p>
      <w:pPr>
        <w:jc w:val="both"/>
      </w:pPr>
      <w:r>
        <w:t>2.1. Khoản chi không đáp ứng đủ các điều kiện quy định tại Khoản 1 Điều này.</w:t>
      </w:r>
    </w:p>
    <w:p>
      <w:pPr>
        <w:jc w:val="both"/>
      </w:pPr>
      <w:r>
        <w:t>Trường hợp doanh nghiệp có chi phí liên quan đến phần giá trị tổn thất do thiên tai, dịch bệnh, hoả hoạn và trường hợp bất khả kháng khác không được bồi thường thì khoản chi này được tính vào chi phí được trừ khi xác định thu nhập chịu thuế, cụ thể như sau:</w:t>
      </w:r>
    </w:p>
    <w:p>
      <w:pPr>
        <w:jc w:val="both"/>
      </w:pPr>
      <w:r>
        <w:t>Doanh nghiệp phải tự xác định rõ tổng giá trị tổn thất do thiên tai, dịch bệnh, hoả hoạn và trường hợp bất khả kháng khác theo quy định của pháp luật.</w:t>
      </w:r>
    </w:p>
    <w:p>
      <w:pPr>
        <w:jc w:val="both"/>
      </w:pPr>
      <w:r>
        <w:t>Phần giá trị tổn thất do thiên tai, dịch bệnh, hoả hoạn và trường hợp bất khả kháng khác không được bồi thường được xác định bằng tổng giá trị tổn thất trừ phần bồi thường do tổ chức, cá nhân chịu trách nhiệm thanh toán theo quy định của pháp luật.</w:t>
      </w:r>
    </w:p>
    <w:p>
      <w:pPr>
        <w:jc w:val="both"/>
      </w:pPr>
      <w:r>
        <w:t>a) Hồ sơ đối với tài sản, hàng hoá bị tổn thất do thiên tai, dịch bệnh, hoả hoạn được tính vào chi phí được trừ như sau:</w:t>
      </w:r>
    </w:p>
    <w:p>
      <w:pPr>
        <w:jc w:val="both"/>
      </w:pPr>
      <w:r>
        <w:t>- Văn bản của doanh nghiệp gửi cơ quan thuế trực tiếp quản lý giải trình về tài sản, hàng hoá bị tổn thất do thiên tai, dịch bệnh, hoả hoạn.</w:t>
      </w:r>
    </w:p>
    <w:p>
      <w:pPr>
        <w:jc w:val="both"/>
      </w:pPr>
      <w:r>
        <w:t>- Biên bản kiểm kê giá trị tài sản, hàng hoá bị tổn thất do doanh nghiệp lập.</w:t>
      </w:r>
    </w:p>
    <w:p>
      <w:pPr>
        <w:jc w:val="both"/>
      </w:pPr>
      <w:r>
        <w:t>Biên bản kiểm kê giá trị tài sản, hàng hoá tổn thất phải xác định rõ giá trị tài sản, hàng hoá bị tổn thất, nguyên nhân tổn thất, trách nhiệm của tổ chức, cá nhân về những tổn thất; chủng loại, số lượng, giá trị tài sản, hàng hoá có thể thu hồi được (nếu có); bảng kê xuất nhập tồn hàng hoá bị tổn thất có xác nhận do đại diện hợp pháp của doanh nghiệp ký và chịu trách nhiệm trước pháp luật.</w:t>
      </w:r>
    </w:p>
    <w:p>
      <w:pPr>
        <w:jc w:val="both"/>
      </w:pPr>
      <w:r>
        <w:t>- Văn bản xác nhận của Uỷ ban nhân dân cấp xã, phường, Ban quản lý Khu công nghiệp, Khu chế xuất, Khu kinh tế nơi xảy ra sự việc thiên tai, dịch bệnh, hoả hoạn là trong thời gian đó có xảy ra thiên tai, dịch bệnh, hoả hoạn.</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b) Hàng hoá bị hư hỏng do hết hạn sử dụng, bị hư hỏng do thay đổi quá trình sinh hoá tự nhiên không được bồi thường thì được tính vào chi phí được trừ khi xác định thu nhập chịu thuế.</w:t>
      </w:r>
    </w:p>
    <w:p>
      <w:pPr>
        <w:jc w:val="both"/>
      </w:pPr>
      <w:r>
        <w:t>Hồ sơ đối với hàng hoá bị hư hỏng do hết hạn sử dụng, bị hư hỏng do thay đổi quá trình sinh hoá tự nhiên được tính vào chi phí được trừ như sau:</w:t>
      </w:r>
    </w:p>
    <w:p>
      <w:pPr>
        <w:jc w:val="both"/>
      </w:pPr>
      <w:r>
        <w:t>- Văn bản của doanh nghiệp gửi cơ quan thuế trực tiếp quản lý giải trình về hàng hoá bị bị hư hỏng do hết hạn sử dụng, bị hư hỏng do thay đổi quá trình sinh hoá tự nhiên.</w:t>
      </w:r>
    </w:p>
    <w:p>
      <w:pPr>
        <w:jc w:val="both"/>
      </w:pPr>
      <w:r>
        <w:t>- Biên bản kiểm kê giá trị hàng hoá bị hư hỏng do doanh nghiệp lập.</w:t>
      </w:r>
    </w:p>
    <w:p>
      <w:pPr>
        <w:jc w:val="both"/>
      </w:pPr>
      <w:r>
        <w:t>Biên bản kiểm kê giá trị hàng hoá hư hỏng phải xác định rõ giá trị hàng hoá bị hư hỏng, nguyên nhân hư hỏng; chủng loại, số lượng, giá trị hàng hoá có thể thu hồi được (nếu có) kèm theo bảng kê xuất nhập tồn hàng hoá bị hư hỏng có xác nhận do đại diện hợp pháp của doanh nghiệp ký và chịu trách nhiệm trước pháp luật.</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c) Doanh nghiệp gửi cơ quan thuế trực tiếp quản lý văn bản giải trình về tài sản, hàng hoá bị tổn thất do thiên tai, dịch bệnh, hoả hoạn; hàng hoá bị hư hỏng do hết hạn sử dụng, bị hư hỏng do thay đổi quá trình sinh hoá tự nhiên không được bồi thường chậm nhất khi nộp hồ sơ kê khai quyết toán thuế thu nhập doanh nghiệp theo quy định của năm xảy ra tài sản, hàng hóa bị tổn thất, bị hư hỏng. Các hồ sơ khác (bao gồm Biên bản kiểm kê giá trị tài sản, hàng hoá bị tổn thất, bị hư hỏng; Văn bản xác nhận của Uỷ ban nhân dân cấp xã, phường, Ban quản lý Khu công nghiệp, Khu chế xuất, Khu kinh tế; Hồ sơ bồi thường thiệt hại được cơ quan bảo hiểm chấp nhận bồi thường (nếu có); Hồ sơ quy định trách nhiệm của tổ chức, cá nhân phải bồi thường (nếu có) và các tài liệu khác) được lưu tại doanh nghiệp và xuất trình với cơ quan thuế khi cơ quan thuế yêu cầu.</w:t>
      </w:r>
    </w:p>
    <w:p>
      <w:pPr>
        <w:jc w:val="both"/>
      </w:pPr>
      <w:r>
        <w:t>2.2. Chi khấu hao tài sản cố định thuộc một trong các trường hợp sau:</w:t>
      </w:r>
    </w:p>
    <w:p>
      <w:pPr>
        <w:jc w:val="both"/>
      </w:pPr>
      <w:r>
        <w:t>a) Chi khấu hao đối với tài sản cố định không sử dụng cho hoạt động sản xuất, kinh doanh hàng hoá, dịch vụ.</w:t>
      </w:r>
    </w:p>
    <w:p>
      <w:pPr>
        <w:jc w:val="both"/>
      </w:pPr>
      <w:r>
        <w:t>Riêng tài sản cố định phục vụ cho người lao động làm việc tại doanh nghiệp như: nhà nghỉ giữa ca, nhà ăn giữa ca, nhà thay quần áo, nhà vệ sinh, phòng hoặc trạm y tế để khám chữa bệnh, cơ sở đào tạo, dạy nghề và các thiết bị, nội thất đủ điều kiện là tài sản cố định lắp đặt trong nhà nghỉ giữa ca, nhà ăn giữa ca, nhà thay quần áo, nhà vệ sinh, phòng hoặc trạm y tế để khám chữa bệnh, cơ sở đào tạo, dạy nghề; bể chứa nước sạch, nhà để xe, xe đưa đón người lao động, nhà ở trực tiếp cho người lao động do doanh nghiệp đầu tư, xây dựng được trích khấu hao tính vào chi phí được trừ khi xác định thu nhập chịu thuế.</w:t>
      </w:r>
    </w:p>
    <w:p>
      <w:pPr>
        <w:jc w:val="both"/>
      </w:pPr>
      <w:r>
        <w:t>b) Chi khấu hao đối với tài sản cố định không có giấy tờ chứng minh được thuộc quyền sở hữu của doanh nghiệp (trừ tài sản cố định thuê mua tài chính).</w:t>
      </w:r>
    </w:p>
    <w:p>
      <w:pPr>
        <w:jc w:val="both"/>
      </w:pPr>
      <w:r>
        <w:t>c) Chi khấu hao đối với tài sản cố định không được quản lý, theo dõi, hạch toán trong sổ sách kế toán của doanh nghiệp theo chế độ quản lý tài sản cố định và hạch toán kế toán hiện hành.</w:t>
      </w:r>
    </w:p>
    <w:p>
      <w:pPr>
        <w:jc w:val="both"/>
      </w:pPr>
      <w:r>
        <w:t>d) Phần trích khấu hao vượt mức quy định hiện hành của Bộ Tài chính về chế độ quản lý, sử dụng và trích khấu hao tài sản cố định.</w:t>
      </w:r>
    </w:p>
    <w:p>
      <w:pPr>
        <w:jc w:val="both"/>
      </w:pPr>
      <w:r>
        <w:t>Doanh nghiệp thực hiện thông báo phương pháp trích khấu hao tài sản cố định mà doanh nghiệp lựa chọn áp dụng với cơ quan thuế trực tiếp quản lý trước khi thực hiện trích khấu hao (ví dụ: thông báo lựa chọn thực hiện phương pháp khấu hao đường thẳng...). Hàng năm doanh nghiệp tự quyết định mức trích khấu hao tài sản cố định theo quy định hiện hành của Bộ Tài chính về chế độ quản lý, sử dụng và trích khấu hao tài sản cố định kể cả trường hợp khấu hao nhanh (nếu đáp ứng điều kiện).</w:t>
      </w:r>
    </w:p>
    <w:p>
      <w:pPr>
        <w:jc w:val="both"/>
      </w:pPr>
      <w:r>
        <w:t>Doanh nghiệp hoạt động có hiệu quả kinh tế cao được trích khấu hao nhanh nhưng tối đa không quá 2 lần mức khấu hao xác định theo phương pháp đường thẳng để nhanh chóng đổi mới công nghệ. Khi thực hiện trích khấu hao nhanh, doanh nghiệp phải đảm bảo kinh doanh có lãi.</w:t>
      </w:r>
    </w:p>
    <w:p>
      <w:pPr>
        <w:jc w:val="both"/>
      </w:pPr>
      <w:r>
        <w:t>Tài sản cố định góp vốn, tài sản cố định điều chuyển khi chia, tách, hợp nhất, sáp nhập, chuyển đổi loại hình có đánh giá lại theo quy định thì doanh nghiệp nhận tài sản cố định này được tính khấu hao vào chi phí được trừ theo nguyên giá đánh giá lại. Đối với loại tài sản khác không đủ tiêu chuẩn là tài sản cố định có góp vốn, điều chuyển khi chia, tách, hợp nhất, sáp nhập, chuyển đổi loại hình và tài sản này có đánh giá lại theo quy định thì doanh nghiệp nhận tài sản này được tính vào chi phí được trừ theo giá đánh giá lại.</w:t>
      </w:r>
    </w:p>
    <w:p>
      <w:pPr>
        <w:jc w:val="both"/>
      </w:pPr>
      <w:r>
        <w:t>Đối với tài sản cố định tự làm nguyên giá tài sản cố định được trích khấu hao tính vào chi phí được trừ là tổng các chi phí sản xuất để hình thành nên tài sản đó.</w:t>
      </w:r>
    </w:p>
    <w:p>
      <w:pPr>
        <w:jc w:val="both"/>
      </w:pPr>
      <w:r>
        <w:t>Đối với tài sản là công cụ, dụng cụ, bao bì luân chuyển, … không đáp ứng đủ điều kiện xác định là tài sản cố định theo quy định thì chi phí mua tài sản nêu trên được phân bổ dần vào chi phí hoạt động sản xuất kinh doanh trong kỳ nhưng tối đa không quá 2 năm.</w:t>
      </w:r>
    </w:p>
    <w:p>
      <w:pPr>
        <w:jc w:val="both"/>
      </w:pPr>
      <w:r>
        <w:t>e) Phần trích khấu hao tương ứng với phần nguyên giá vượt trên 1,6 tỷ đồng/xe đối với ô tô chở người từ 9 chỗ ngồi trở xuống mới đăng ký sử dụng và hạch toán trích khấu hao tài sản cố định từ ngày 01/01/2009 trở đi (trừ ô tô chuyên kinh doanh vận tải hành khách, du lịch và khách sạn); phần trích khấu hao đối với tài sản cố định là tàu bay dân dụng và du thuyền không sử dụng cho mục đích kinh doanh vận chuyển hàng hoá, hành khách, khách du lịch.</w:t>
      </w:r>
    </w:p>
    <w:p>
      <w:pPr>
        <w:jc w:val="both"/>
      </w:pPr>
      <w:r>
        <w:t>Ô tô chở người từ 9 chỗ ngồi trở xuống chuyên kinh doanh vận tải hành khách, du lịch và khách sạn là các ô tô được đăng ký tên doanh nghiệp mà doanh nghiệp này trong Giấy chứng nhận đăng ký doanh nghiệp hoặc Giấy chứng nhận đăng ký kinh doanh có đăng ký một trong các ngành nghề: vận tải hành khách, du lịch, kinh doanh khách sạn và được cấp phép kinh doanh quy định tại các văn bản pháp luật về kinh doanh vận tải, hành khách, du lịch, khách sạn.</w:t>
      </w:r>
    </w:p>
    <w:p>
      <w:pPr>
        <w:jc w:val="both"/>
      </w:pPr>
      <w:r>
        <w:t>Tàu bay dân dụng và du thuyền không sử dụng cho mục đích kinh doanh vận chuyển hàng hoá, hành khách, khách du lịch là tàu bay dân dụng, du thuyền của các doanh nghiệp đăng ký và hạch toán trích khấu hao tài sản cố định nhưng trong Giấy chứng nhận đăng ký kinh doanh hoặc Giấy chứng nhận đăng ký doanh nghiệp của doanh nghiệp không đăng ký ngành nghề vận tải hàng hoá, vận tải hành khách, du lịch.</w:t>
      </w:r>
    </w:p>
    <w:p>
      <w:pPr>
        <w:jc w:val="both"/>
      </w:pPr>
      <w:r>
        <w:t>g) Khấu hao đối với tài sản cố định đã khấu hao hết giá trị.</w:t>
      </w:r>
    </w:p>
    <w:p>
      <w:pPr>
        <w:jc w:val="both"/>
      </w:pPr>
      <w:r>
        <w:t>h) Khấu hao đối với công trình trên đất vừa sử dụng cho sản xuất kinh doanh vừa sử dụng cho mục đích khác thì không được tính khấu hao vào chi phí được trừ đối với giá trị công trình trên đất tương ứng phần diện tích không sử dụng vào hoạt động sản xuất kinh doanh.</w:t>
      </w:r>
    </w:p>
    <w:p>
      <w:pPr>
        <w:jc w:val="both"/>
      </w:pPr>
      <w:r>
        <w:t>Trường hợp công trình trên đất như trụ sở văn phòng, nhà xưởng, cửa hàng kinh doanh phục vụ cho hoạt động sản xuất kinh doanh được xây dựng trên đất thuê, đất mượn của các tổ chức, cá nhân, hộ gia đình (không trực tiếp thuê đất của nhà nước hoặc thuê đất trong khu công nghiệp) doanh nghiệp chỉ được trích khấu hao tính vào chi phí được trừ theo đúng mức trích khấu hao tài sản cố định quy định hiện hành của Bộ Tài chính đối với các công trình này nếu đáp ứng các điều kiện sau:</w:t>
      </w:r>
    </w:p>
    <w:p>
      <w:pPr>
        <w:jc w:val="both"/>
      </w:pPr>
      <w:r>
        <w:t>- Có hợp đồng thuê đất, mượn đất giữa doanh nghiệp với đơn vị có đất và đại diện doanh nghiệp phải chịu trách nhiệm trước pháp luật về tính chính xác của hợp đồng.</w:t>
      </w:r>
    </w:p>
    <w:p>
      <w:pPr>
        <w:jc w:val="both"/>
      </w:pPr>
      <w:r>
        <w:t>- Hóa đơn thanh toán khối lượng công trình xây dựng bàn giao kèm theo hợp đồng xây dựng công trình, thanh lý hợp đồng, quyết toán giá trị công trình xây dựng mang tên, địa chỉ và mã số thuế của doanh nghiệp .</w:t>
      </w:r>
    </w:p>
    <w:p>
      <w:pPr>
        <w:jc w:val="both"/>
      </w:pPr>
      <w:r>
        <w:t>- Công trình trên đất được quản lý, theo dõi hạch toán theo quy định hiện hành về quản lý tài sản cố định.</w:t>
      </w:r>
    </w:p>
    <w:p>
      <w:pPr>
        <w:jc w:val="both"/>
      </w:pPr>
      <w:r>
        <w:t>i) Trường hợp tài sản cố định thuộc quyền sở hữu của doanh nghiệp đang dùng cho sản xuất kinh doanh nhưng phải tạm thời dừng do sản xuất theo mùa vụ với thời gian dưới 09 tháng; tạm thời dừng để sửa chữa, để di dời di chuyển địa điểm, để bảo trì, bảo dưỡng theo định kỳ, với thời gian dưới 12 tháng, sau đó tài sản cố định tiếp tục đưa vào phục vụ cho hoạt động sản xuất kinh doanh thì trong khoảng thời gian tạm dừng đó, doanh nghiệp được trích khấu hao và khoản chi phí khấu hao tài sản cố định trong thời gian tạm dừng được tính vào chi phí được trừ khi xác định thu nhập chịu thuế.</w:t>
      </w:r>
    </w:p>
    <w:p>
      <w:pPr>
        <w:jc w:val="both"/>
      </w:pPr>
      <w:r>
        <w:t>Doanh nghiệp phải lưu giữ và cung cấp đầy đủ hồ sơ, lý do của việc tạm dừng tài sản cố định khi cơ quan thuế yêu cầu.</w:t>
      </w:r>
    </w:p>
    <w:p>
      <w:pPr>
        <w:jc w:val="both"/>
      </w:pPr>
      <w:r>
        <w:t>k) Quyền sử dụng đất lâu dài không được trích khấu hao và phân bổ vào chi phí được trừ khi xác định thu nhập chịu thuế; quyền sử dụng đất có thời hạn nếu có đầy đủ hoá đơn chứng từ và thực hiện đúng các thủ tục theo quy định của pháp luật, có tham gia vào hoạt động sản xuất kinh doanh thì được phân bổ dần vào chi phí được trừ theo thời hạn được phép sử dụng đất ghi trong giấy chứng nhận quyền sử dụng đất.</w:t>
      </w:r>
    </w:p>
    <w:p>
      <w:pPr>
        <w:jc w:val="both"/>
      </w:pPr>
      <w:r>
        <w:t>Trường hợp doanh nghiệp mua tài sản cố định hữu hình là nhà cửa, vật kiến trúc gắn liền với quyền sử dụng đất lâu dài thì giá trị quyền sử dụng đất phải xác định riêng và ghi nhận là tài sản cố định vô hình; Tài sản cố định hữu hình là nhà cửa, vật kiến trúc thì nguyên giá là giá mua thực tế phải trả cộng (+) các khoản chi phí liên quan trực tiếp đến việc đưa tài sản cố định hữu hình vào sử dụng. Giá trị quyền sử dụng đất được xác định theo giá ghi trên hợp đồng mua bất động sản (tài sản) phù hợp với giá thị trường nhưng không được thấp hơn giá đất do Uỷ ban nhân dân tỉnh, thành phố trực thuộc trung ương quy định tại thời điểm mua tài sản. Trường hợp doanh nghiệp mua tài sản cố định hữu hình là nhà cửa, vật kiến trúc gắn liền với quyền sử dụng đất lâu dài không tách riêng được giá trị quyền sử dụng đất thì giá trị quyền sử dụng được xác định theo giá do Uỷ ban nhân dân tỉnh, thành phố trực thuộc trung ương quy định tại thời điểm mua tài sản.</w:t>
      </w:r>
    </w:p>
    <w:p>
      <w:pPr>
        <w:jc w:val="both"/>
      </w:pPr>
      <w:r>
        <w:t>2.3. Chi nguyên liệu, vật liệu, nhiên liệu, năng lượng, hàng hoá phần vượt mức tiêu hao hợp lý.</w:t>
      </w:r>
    </w:p>
    <w:p>
      <w:pPr>
        <w:jc w:val="both"/>
      </w:pPr>
      <w:r>
        <w:t>Doanh nghiệp tự xây dựng, quản lý định mức tiêu hao nguyên liệu, vật liệu, nhiên liệu, năng lượng, hàng hoá sử dụng vào sản xuất, kinh doanh. Định mức này được xây dựng từ đầu năm hoặc đầu kỳ sản xuất sản phẩm và lưu tại doanh nghiệp đồng thời xuất trình đầy đủ với cơ quan thuế khi cơ quan thuế yêu cầu.</w:t>
      </w:r>
    </w:p>
    <w:p>
      <w:pPr>
        <w:jc w:val="both"/>
      </w:pPr>
      <w:r>
        <w:t>Riêng định mức chính của những sản phẩm chủ yếu của doanh nghiệp thì doanh nghiệp có trách nhiệm thông báo cho cơ quan thuế quản lý trực tiếp trong thời hạn 03 tháng đầu năm hoặc 03 tháng kể từ khi bắt đầu đi vào sản xuất, kinh doanh (đối với doanh nghiệp mới thành lập hoặc trường hợp doanh nghiệp có bổ sung sản xuất những sản phẩm mới mà sản phẩm này thuộc diện phải thông báo định mức nhưng chưa được thông báo). Danh mục định mức chính của những sản phẩm chủ yếu của doanh nghiệp do doanh nghiệp quyết định.</w:t>
      </w:r>
    </w:p>
    <w:p>
      <w:pPr>
        <w:jc w:val="both"/>
      </w:pPr>
      <w:r>
        <w:t>Trường hợp doanh nghiệp trong thời gian sản xuất kinh doanh có điều chỉnh, bổ sung định mức tiêu hao nguyên vật liệu đã thông báo với cơ quan thuế thì phải thông báo lại cho cơ quan thuế quản lý trực tiếp biết. Thời hạn cuối cùng của việc thông báo cho cơ quan thuế việc điều chỉnh, bổ sung định mức tiêu hao là thời hạn nộp tờ khai quyết toán thuế thu nhập doanh nghiệp theo quy định của năm quyết toán. Trường hợp một số nguyên liệu, vật liệu, nhiên liệu, hàng hoá Nhà nước đã ban hành định mức tiêu hao thì thực hiện theo định mức của Nhà nước đã ban hành. Trường hợp doanh nghiệp không thông báo định mức cho cơ quan thuế đúng thời hạn quy định thì cơ quan thuế khi thanh tra, kiểm tra có quyền ấn định chi phí nguyên liệu, vật liệu, hàng hoá. Việc ấn định chi phí nguyên liệu, vật liệu, hàng hoá được căn cứ theo pháp luật về quản lý thuế.</w:t>
      </w:r>
    </w:p>
    <w:p>
      <w:pPr>
        <w:jc w:val="both"/>
      </w:pPr>
      <w:r>
        <w:t>2.4. Chi phí của doanh nghiệp mua hàng hoá, dịch vụ không có hoá đơn, được phép lập Bảng kê thu mua hàng hoá, dịch vụ mua vào (theo mẫu số 01/TNDN kèm theo Thông tư này) nhưng không lập Bảng kê kèm theo chứng từ thanh toán cho người bán hàng, cung cấp dịch vụ trong các trường hợp: mua hàng hoá là nông sản, lâm sản, thủy sản của người sản xuất, đánh bắt trực tiếp bán ra; mua sản phẩm thủ công làm bằng đay, cói, tre, nứa, lá, song, mây, rơm, vỏ dừa, sọ dừa hoặc nguyên liệu tận dụng từ sản phẩm nông nghiệp của người sản xuất thủ công không kinh doanh trực tiếp bán ra; mua đất, đá, cát, sỏi của người dân tự khai thác trực tiếp bán ra; mua phế liệu của người trực tiếp thu nhặt; mua đồ dùng, tài sản của hộ gia đình, cá nhân đã qua sử dụng trực tiếp bán ra và một số dịch vụ mua của cá nhân không kinh doanh.</w:t>
      </w:r>
    </w:p>
    <w:p>
      <w:pPr>
        <w:jc w:val="both"/>
      </w:pPr>
      <w:r>
        <w:t>Bảng kê thu mua hàng hoá, dịch vụ do người đại diện theo pháp luật hoặc người được uỷ quyền của doanh nghiệp ký và chịu trách nhiệm trước pháp luật về tính chính xác, trung thực. Trường hợp giá mua hàng hoá, dịch vụ trên bảng kê cao hơn giá thị trường tại thời điểm mua hàng thì cơ quan thuế căn cứ vào giá thị trường tại thời điểm mua hàng, dịch vụ cùng loại hoặc tương tự trên thị trường xác định lại mức giá để tính lại chi phí được trừ khi xác định thu nhập chịu thuế.</w:t>
      </w:r>
    </w:p>
    <w:p>
      <w:pPr>
        <w:jc w:val="both"/>
      </w:pPr>
      <w:r>
        <w:t>2.5. Chi tiền lương, tiền công, tiền thưởng cho người lao động thuộc một trong các trường hợp sau:</w:t>
      </w:r>
    </w:p>
    <w:p>
      <w:pPr>
        <w:jc w:val="both"/>
      </w:pPr>
      <w:r>
        <w:t>a) Chi tiền lương, tiền công và các khoản phải trả khác cho người lao động doanh nghiệp đã hạch toán vào chi phí sản xuất kinh doanh trong kỳ nhưng thực tế không chi trả hoặc không có chứng từ thanh toán theo quy định của pháp luật.</w:t>
      </w:r>
    </w:p>
    <w:p>
      <w:pPr>
        <w:jc w:val="both"/>
      </w:pPr>
      <w:r>
        <w:t>b) Các khoản tiền thưởng, tiền mua bảo hiểm nhân thọ cho người lao động không được ghi cụ thể điều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 Trường hợp hợp đồng lao động của doanh nghiệp ký với lao động là người nước ngoài có ghi khoản chi về tiền học cho con của người nước ngoài học tại Việt Nam theo bậc học phổ thông được doanh nghiệp trả có tính chất tiền lương, tiền công, khoản chi này không trái với các quy định của pháp luật về tiền lương, tiền công và có đầy đủ hoá đơn, chứng từ theo quy định thì được tính vào chi phí được trừ khi xác định thu nhập chịu thuế thu nhập doanh nghiệp.</w:t>
      </w:r>
    </w:p>
    <w:p>
      <w:pPr>
        <w:jc w:val="both"/>
      </w:pPr>
      <w:r>
        <w:t>- Trường hợp hợp đồng lao động của doanh nghiệp ký với người lao động có ghi khoản chi về tiền nhà do doanh nghiệp trả cho người lao động, khoản chi trả này có tính chất tiền lương, tiền công, không trái với các quy định của pháp luật về tiền lương, tiền công và có đầy đủ hoá đơn, chứng từ theo quy định thì được tính vào chi phí được trừ khi xác định thu nhập chịu thuế thu nhập doanh nghiệp.</w:t>
      </w:r>
    </w:p>
    <w:p>
      <w:pPr>
        <w:jc w:val="both"/>
      </w:pPr>
      <w:r>
        <w:t>c) Chi tiền lương, tiền công và các khoản phụ cấp phải trả cho người lao động nhưng hết thời hạn nộp hồ sơ quyết toán thuế năm thực tế chưa chi trừ trường hợp doanh nghiệp có trích lập quỹ dự phòng để bổ sung vào quỹ tiền lương của năm sau liền kề nhằm bảo đảm việc trả lương không bị gián đoạn và không được sử dụng vào mục đích khác. Mức dự phòng hàng năm do doanh nghiệp quyết định nhưng không quá 17% quỹ tiền lương thực hiện.</w:t>
      </w:r>
    </w:p>
    <w:p>
      <w:pPr>
        <w:jc w:val="both"/>
      </w:pPr>
      <w:r>
        <w:t>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pPr>
        <w:jc w:val="both"/>
      </w:pPr>
      <w:r>
        <w:t>Việc trích lập dự phòng tiền lương phải đảm bảo sau khi trích lập, doanh nghiệp không bị lỗ, nếu doanh nghiệp bị lỗ thì không được trích đủ 17%.</w:t>
      </w:r>
    </w:p>
    <w:p>
      <w:pPr>
        <w:jc w:val="both"/>
      </w:pPr>
      <w:r>
        <w:t>Trường hợp năm trước doanh nghiệp có trích lập quỹ dự phòng tiền lương nhưng đến ngày 31/12 của năm sau doanh nghiệp chưa sử dụng hoặc sử dụng không hết quỹ dự phòng tiền lương thì doanh nghiệp phải ghi giảm chi phí của năm sau.</w:t>
      </w:r>
    </w:p>
    <w:p>
      <w:pPr>
        <w:jc w:val="both"/>
      </w:pPr>
      <w:r>
        <w:t>Ví dụ 7: Khi nộp hồ sơ quyết toán thuế năm 2011 DN A có trích quỹ dự phòng tiền lương là 10 tỷ đồng, đến ngày 31/12/2012, DN A mới chi số tiền từ quỹ dự phòng tiền lương năm 2011 là 7 tỷ đồng thì DN A phải ghi giảm chi phí tiền lương năm sau (năm 2012) là 3 tỷ đồng (10 tỷ – 7 tỷ). Khi lập hồ sơ quyết toán năm 2012 nếu DN A có nhu cầu trích lập thì tiếp tục trích lập quỹ dự phòng tiền lương theo quy định.</w:t>
      </w:r>
    </w:p>
    <w:p>
      <w:pPr>
        <w:jc w:val="both"/>
      </w:pPr>
      <w:r>
        <w:t>d) Tiền lương, tiền công của chủ doanh nghiệp tư nhân, chủ công ty trách nhiệm hữu hạn một thành viên (do một cá nhân làm chủ); thù lao trả cho các sáng lập viên, thành viên của hội đồng thành viên, hội đồng quản trị không trực tiếp tham gia điều hành sản xuất, kinh doanh.</w:t>
      </w:r>
    </w:p>
    <w:p>
      <w:pPr>
        <w:jc w:val="both"/>
      </w:pPr>
      <w:r>
        <w:t>2.6. Phần chi trang phục bằng hiện vật cho người lao động không có hoá đơn, chứng từ; phần chi trang phục bằng tiền, bằng hiện vật cho người lao động vượt quá 05 (năm) triệu đồng/người/năm.</w:t>
      </w:r>
    </w:p>
    <w:p>
      <w:pPr>
        <w:jc w:val="both"/>
      </w:pPr>
      <w:r>
        <w:t>Trường hợp doanh nghiệp có chi trang phục cả bằng tiền và hiện vật cho người lao động thì mức chi tối đa để tính vào chi phí được trừ khi xác định thu nhập chịu thuế không vượt quá 05 (năm) triệu đồng/người/năm.</w:t>
      </w:r>
    </w:p>
    <w:p>
      <w:pPr>
        <w:jc w:val="both"/>
      </w:pPr>
      <w:r>
        <w:t>Đối với những ngành kinh doanh có tính chất đặc thù thì chi phí này được thực hiện theo quy định cụ thể của Bộ Tài chính.</w:t>
      </w:r>
    </w:p>
    <w:p>
      <w:pPr>
        <w:jc w:val="both"/>
      </w:pPr>
      <w:r>
        <w:t>2.7. Chi thưởng sáng kiến, cải tiến mà doanh nghiệp không có quy chế quy định cụ thể về việc chi thưởng sáng kiến, cải tiến, không có hội đồng nghiệm thu sáng kiến, cải tiến.</w:t>
      </w:r>
    </w:p>
    <w:p>
      <w:pPr>
        <w:jc w:val="both"/>
      </w:pPr>
      <w:r>
        <w:t>2.8. Chi phụ cấp tàu xe đi nghỉ phép không đúng theo quy định của Bộ Luật Lao động; Phần chi phụ cấp cho người lao động đi công tác trong nước và nước ngoài vượt quá 02 lần mức quy định theo hướng dẫn của Bộ Tài chính đối với cán bộ công chức, viên chức Nhà nước.</w:t>
      </w:r>
    </w:p>
    <w:p>
      <w:pPr>
        <w:jc w:val="both"/>
      </w:pPr>
      <w:r>
        <w:t>Chi phí đi lại và tiền thuê chỗ ở cho người lao động đi công tác nếu có đầy đủ hóa đơn chứng từ hợp pháp theo quy định được tính vào chi phí được trừ khi xác định thu nhập chịu thuế. Trường hợp doanh nghiệp có khoán tiền đi lại và tiền ở cho người lao động thì được tính vào chi phí được trừ khoản chi khoán tiền đi lại và tiền ở theo quy định của Bộ Tài chính đối với cán bộ công chức, viên chức Nhà nước.</w:t>
      </w:r>
    </w:p>
    <w:p>
      <w:pPr>
        <w:jc w:val="both"/>
      </w:pPr>
      <w:r>
        <w:t>Trường hợp doanh nghiệp có mua vé máy bay qua website thương mại điện tử cho người lao động đi công tác để phục hoạt động sản xuất kinh doanh của doanh nghiệp thì chứng từ làm căn cứ để tính vào chi phí được trừ là vé máy bay điện tử, thẻ lên máy bay (boarding pass) và chứng từ thanh toán của doanh nghiệp có cá nhân tham gia hành trình vận chuyển.</w:t>
      </w:r>
    </w:p>
    <w:p>
      <w:pPr>
        <w:jc w:val="both"/>
      </w:pPr>
      <w:r>
        <w:t>2.9. Các khoản chi sau không đúng đối tượng, không đúng mục đích hoặc mức chi vượt quá quy định.</w:t>
      </w:r>
    </w:p>
    <w:p>
      <w:pPr>
        <w:jc w:val="both"/>
      </w:pPr>
      <w:r>
        <w:t>a) Các khoản chi thêm cho lao động nữ được tính vào chi phí được trừ bao gồm:</w:t>
      </w:r>
    </w:p>
    <w:p>
      <w:pPr>
        <w:jc w:val="both"/>
      </w:pPr>
      <w:r>
        <w:t>- Chi cho công tác đào tạo lại nghề cho lao động nữ trong trường hợp nghề cũ không còn phù hợp phải chuyển đổi sang nghề khác theo quy hoạch phát triển của doanh nghiệp.</w:t>
      </w:r>
    </w:p>
    <w:p>
      <w:pPr>
        <w:jc w:val="both"/>
      </w:pPr>
      <w:r>
        <w:t>Khoản chi này bao gồm: học phí (nếu có) + chênh lệch tiền lương ngạch bậc (đảm bảo 100% lương cho người đi học).</w:t>
      </w:r>
    </w:p>
    <w:p>
      <w:pPr>
        <w:jc w:val="both"/>
      </w:pPr>
      <w:r>
        <w:t>- Chi phí tiền lương và phụ cấp (nếu có) cho giáo viên dạy ở nhà trẻ, mẫu giáo do doanh nghiệp tổ chức và quản lý.</w:t>
      </w:r>
    </w:p>
    <w:p>
      <w:pPr>
        <w:jc w:val="both"/>
      </w:pPr>
      <w:r>
        <w:t>- Chi phí tổ chức khám sức khoẻ thêm trong năm như khám bệnh nghề nghiệp, mãn tính hoặc phụ khoa cho nữ công nhân viên.</w:t>
      </w:r>
    </w:p>
    <w:p>
      <w:pPr>
        <w:jc w:val="both"/>
      </w:pPr>
      <w:r>
        <w:t>- Chi bồi dưỡng cho lao động nữ sau khi sinh con lần thứ nhất hoặc lần thứ hai.</w:t>
      </w:r>
    </w:p>
    <w:p>
      <w:pPr>
        <w:jc w:val="both"/>
      </w:pPr>
      <w:r>
        <w:t>- Phụ cấp làm thêm giờ cho lao động nữ trong trường hợp vì lý do khách quan người lao động nữ không nghỉ sau khi sinh con, nghỉ cho con bú mà ở lại làm việc cho doanh nghiệp được trả theo chế độ hiện hành; kể cả trường hợp trả lương theo sản phẩm mà lao động nữ vẫn làm việc trong thời gian không nghỉ theo chế độ.</w:t>
      </w:r>
    </w:p>
    <w:p>
      <w:pPr>
        <w:jc w:val="both"/>
      </w:pPr>
      <w:r>
        <w:t>b) Các khoản chi thêm cho người dân tộc thiểu số được tính vào chi phí được trừ bao gồm: học phí đi học (nếu có) cộng chênh lệch tiền lương ngạch bậc (đảm bảo 100% lương cho người đi học); tiền hỗ trợ về nhà ở, bảo hiểm xã hội, bảo hiểm y tế cho người dân tộc thiểu số trong trường hợp chưa được Nhà nước hỗ trợ theo chế độ quy định.</w:t>
      </w:r>
    </w:p>
    <w:p>
      <w:pPr>
        <w:jc w:val="both"/>
      </w:pPr>
      <w:r>
        <w:t>2.10. Phần trích nộp các quỹ bảo hiểm bắt buộc cho người lao động vượt mức quy định; phần trích nộp kinh phí công đoàn cho người lao động vượt mức quy định.</w:t>
      </w:r>
    </w:p>
    <w:p>
      <w:pPr>
        <w:jc w:val="both"/>
      </w:pPr>
      <w:r>
        <w:t>2.11. Khoản trích lập Quỹ dự phòng trợ cấp mất việc làm (trừ trường hợp doanh nghiệp không thuộc diện bắt buộc tham gia bảo hiểm thất nghiệp theo quy định của pháp luật được phép trích lập quỹ dự phòng trợ cấp mất việc làm); khoản chi trả trợ cấp mất việc làm cho người lao động không theo đúng chế độ hiện hành.</w:t>
      </w:r>
    </w:p>
    <w:p>
      <w:pPr>
        <w:jc w:val="both"/>
      </w:pPr>
      <w:r>
        <w:t>2.12. Chi đóng góp hình thành nguồn chi phí quản lý cho cấp trên.</w:t>
      </w:r>
    </w:p>
    <w:p>
      <w:pPr>
        <w:jc w:val="both"/>
      </w:pPr>
      <w:r>
        <w:t>Phần chi đóng góp vào các quỹ của Hiệp hội (các Hiệp hội này được thành lập theo quy định của pháp luật) vượt quá mức quy định của Hiệp hội.</w:t>
      </w:r>
    </w:p>
    <w:p>
      <w:pPr>
        <w:jc w:val="both"/>
      </w:pPr>
      <w:r>
        <w:t>2.13. Chi trả tiền điện, tiền nước đối với những hợp đồng điện nước do chủ sở hữu cho thuê địa điểm sản xuất, kinh doanh ký trực tiếp với đơn vị cung cấp điện, nước không có đủ chứng từ thuộc một trong các trường hợp sau:</w:t>
      </w:r>
    </w:p>
    <w:p>
      <w:pPr>
        <w:jc w:val="both"/>
      </w:pPr>
      <w:r>
        <w:t>a) Trường hợp doanh nghiệp thuê địa điểm sản xuất kinh doanh trực tiếp thanh toán tiền điện, nước cho nhà cung cấp điện, nước không có bảng kê (theo mẫu số 02/TNDN ban hành kèm theo Thông tư này) kèm theo các hoá đơn thanh toán tiền điện, nước và hợp đồng thuê địa điểm sản xuất kinh doanh.</w:t>
      </w:r>
    </w:p>
    <w:p>
      <w:pPr>
        <w:jc w:val="both"/>
      </w:pPr>
      <w:r>
        <w:t>b) Trường hợp doanh nghiệp thuê địa điểm sản xuất kinh doanh thanh toán tiền điện, nước với chủ sở hữu cho thuê địa điểm kinh doanh không có bảng kê (theo mẫu số 02/TNDN ban hành kèm theo Thông tư này) kèm theo chứng từ thanh toán tiền điện, nước đối với người cho thuê địa điểm sản xuất kinh doanh phù hợp với số lượng điện, nước thực tế tiêu thụ và hợp đồng thuê địa điểm sản xuất kinh doanh.</w:t>
      </w:r>
    </w:p>
    <w:p>
      <w:pPr>
        <w:jc w:val="both"/>
      </w:pPr>
      <w:r>
        <w:t>2.14. Phần chi phí thuê tài sản cố định vượt quá mức phân bổ theo số năm mà bên đi thuê trả tiền trước.</w:t>
      </w:r>
    </w:p>
    <w:p>
      <w:pPr>
        <w:jc w:val="both"/>
      </w:pPr>
      <w:r>
        <w:t>Ví dụ 8: Doanh nghiệp A thuê tài sản cố định trong 4 năm với số tiền thuê là: 400 triệu đồng và thanh toán một lần. Chi phí thuê tài sản cố định được hạch toán vào chi phí hàng năm là 100 triệu đồng. Chi phí thuê tài sản cố định hàng năm vượt trên 100 triệu đồng thì phần vượt trên 100 triệu đồng không được tính vào chi phí hợp lý khi xác định thu nhập chịu thuế.</w:t>
      </w:r>
    </w:p>
    <w:p>
      <w:pPr>
        <w:jc w:val="both"/>
      </w:pPr>
      <w:r>
        <w:t>Đối với chi phí sửa chữa tài sản cố định đi thuê mà trong hợp đồng thuê tài sản quy định bên đi thuê có trách nhiệm sửa chữa tài sản trong thời gian thuê thì chi phí sửa chữa tài sản cố định đi thuê được phép hạch toán vào chi phí hoặc phân bổ dần vào chi phí nhưng thời gian tối đa không quá 03 năm.</w:t>
      </w:r>
    </w:p>
    <w:p>
      <w:pPr>
        <w:jc w:val="both"/>
      </w:pPr>
      <w:r>
        <w:t>Trường hợp doanh nghiệp có chi các khoản chi phí để có các tài sản không thuộc tài sản cố định: chi về mua và sử dụng các tài liệu kỹ thuật, bằng sáng chế, giấy phép chuyển giao công nghệ, nhãn hiệu thương mại, lợi thế kinh doanh... thì các khoản chi này được phân bổ dần vào chi phí kinh doanh nhưng tối đa không quá 03 năm.</w:t>
      </w:r>
    </w:p>
    <w:p>
      <w:pPr>
        <w:jc w:val="both"/>
      </w:pPr>
      <w:r>
        <w:t>2.15. Phần chi phí trả lãi tiền vay vốn sản xuất kinh doanh của đối tượng không phải là tổ chức tín dụng hoặc tổ chức kinh tế vượt quá 150% mức lãi suất cơ bản do Ngân hàng Nhà nước Việt Nam công bố tại thời điểm vay.</w:t>
      </w:r>
    </w:p>
    <w:p>
      <w:pPr>
        <w:jc w:val="both"/>
      </w:pPr>
      <w:r>
        <w:t>2.16. Chi trả lãi tiền vay để góp vốn điều lệ hoặc chi trả lãi tiền vay tương ứng với phần vốn điều lệ đã đăng ký còn thiếu theo tiến độ góp vốn ghi trong điều lệ của doanh nghiệp kể cả trường hợp doanh nghiệp đã đi vào sản xuất kinh doanh.</w:t>
      </w:r>
    </w:p>
    <w:p>
      <w:pPr>
        <w:jc w:val="both"/>
      </w:pPr>
      <w:r>
        <w:t>2.17. Trích, lập và sử dụng các khoản dự phòng giảm giá hàng tồn kho, dự phòng tổn thất các khoản đầu tư tài chính, dự phòng nợ phải thu khó đòi và dự phòng bảo hành sản phẩm, hàng hoá, công trình xây lắp không theo đúng hướng dẫn của Bộ Tài chính về trích lập dự phòng.</w:t>
      </w:r>
    </w:p>
    <w:p>
      <w:pPr>
        <w:jc w:val="both"/>
      </w:pPr>
      <w:r>
        <w:t>2.18. Các khoản chi phí trích trước theo kỳ hạn, theo chu kỳ mà đến hết kỳ hạn, hết chu kỳ chưa chi hoặc chi không hết.</w:t>
      </w:r>
    </w:p>
    <w:p>
      <w:pPr>
        <w:jc w:val="both"/>
      </w:pPr>
      <w:r>
        <w:t>Các khoản trích trước bao gồm: trích trước về sửa chữa lớn tài sản cố định theo chu kỳ, các khoản trích trước đối với hoạt động đã hạch toán doanh thu nhưng còn tiếp tục phải thực hiện nghĩa vụ theo hợp đồng (kể cả trường hợp doanh nghiệp có hoạt động cho thuê tài sản trong nhiều năm nhưng có thu tiền trước và đã hạch toán toàn bộ vào doanh thu của năm thu tiền) và các khoản trích trước khác.</w:t>
      </w:r>
    </w:p>
    <w:p>
      <w:pPr>
        <w:jc w:val="both"/>
      </w:pPr>
      <w:r>
        <w:t>Trường hợp doanh nghiệp có hoạt động sản xuất kinh doanh đã ghi nhận doanh thu tính thuế thu nhập doanh nghiệp nhưng chưa phát sinh đầy đủ chi phí thì được trích trước các khoản chi phí theo quy định vào chi phí được trừ tương ứng với doanh thu đã ghi nhận khi xác định thu nhập chịu thuế thu nhập doanh nghiệp. Khi kết thúc hợp đồng, doanh nghiệp phải tính toán xác định chính xác số chi phí thực tế căn cứ các hoá đơn, chứng từ hợp pháp thực tế đã phát sinh để điều chỉnh tăng chi phí (trường hợp chi phí thực tế phát sinh lớn hơn số đã trích trước) hoặc giảm chi phí (trường hợp chi phí thực tế phát sinh nhỏ hơn số đã trích trước) vào kỳ tính thuế kết thúc hợp đồng.</w:t>
      </w:r>
    </w:p>
    <w:p>
      <w:pPr>
        <w:jc w:val="both"/>
      </w:pPr>
      <w:r>
        <w:t>Đối với những tài sản cố định việc sửa chữa có tính chu kỳ thì doanh nghiệp được trích trước chi phí sửa chữa theo dự toán vào chi phí hàng năm. Nếu số thực chi sửa chữa lớn hơn số trích theo dự toán thì doanh nghiệp được tính thêm vào chi phí được trừ số chênh lệch này.</w:t>
      </w:r>
    </w:p>
    <w:p>
      <w:pPr>
        <w:jc w:val="both"/>
      </w:pPr>
      <w:r>
        <w:t>2.19. Phần chi vượt quá 10% tổng số chi được trừ, bao gồm: chi quảng cáo, tiếp thị, khuyến mại, hoa hồng môi giới; chi tiếp tân, khánh tiết, hội nghị; chi hỗ trợ tiếp thị, chi hỗ trợ chi phí, chiết khấu thanh toán; chi báo biếu, báo tặng của cơ quan báo chí liên quan trực tiếp đến hoạt động sản xuất, kinh doanh. Đối với doanh nghiệp thành lập mới là phần chi vượt quá 15% tổng số chi được trừ trong ba năm đầu, kể từ khi được thành lập. Tổng số chi được trừ không bao gồm các khoản chi khống chế quy định tại điểm này; đối với hoạt động thương mại, tổng số chi được trừ không bao gồm giá mua của hàng hoá bán ra;</w:t>
      </w:r>
    </w:p>
    <w:p>
      <w:pPr>
        <w:jc w:val="both"/>
      </w:pPr>
      <w:r>
        <w:t>Các khoản chi quảng cáo, tiếp thị, khuyến mại, hoa hồng môi giới bị khống chế nêu trên không bao gồm:</w:t>
      </w:r>
    </w:p>
    <w:p>
      <w:pPr>
        <w:jc w:val="both"/>
      </w:pPr>
      <w:r>
        <w:t>- Khoản hoa hồng môi giới bảo hiểm theo quy định của pháp luật về kinh doanh bảo hiểm; hoa hồng trả cho các đại lý bán hàng hóa, dịch vụ đúng giá.</w:t>
      </w:r>
    </w:p>
    <w:p>
      <w:pPr>
        <w:jc w:val="both"/>
      </w:pPr>
      <w:r>
        <w:t>- Khoản hoa hồng trả cho nhà phân phối của các công ty bán hàng đa cấp. Đối với tổ chức nhận được khoản hoa hồng thì phải kê khai tính vào thu nhập chịu thuế, đối với cá nhân nhận được hoa hồng thì phải khấu trừ thuế thu nhập cá nhân trước khi chi trả thu nhập.</w:t>
      </w:r>
    </w:p>
    <w:p>
      <w:pPr>
        <w:jc w:val="both"/>
      </w:pPr>
      <w:r>
        <w:t>- Các khoản chi phát sinh trong nước hoặc ngoài nước (nếu có) như: Chi phí nghiên cứu thị trường: thăm dò, khảo sát, phỏng vấn, thu thập, phân tích và đánh giá thông tin; chi phí phát triển và hỗ trợ nghiên cứu thị trường; chi phí thuê tư vấn thực hiện công việc nghiên cứu, phát triển và hỗ trợ nghiên cứu thị trường; Chi phí trưng bày, giới thiệu sản phẩm và tổ chức hội chợ, triển lãm thương mại: chi phí mở phòng hoặc gian hàng trưng bày, giới thiệu sản phẩm; chi phí thuê không gian để trưng bày, giới thiệu sản phẩm; chi phí vật liệu, công cụ hỗ trợ trưng bày, giới thiệu sản phẩm; chi phí vận chuyển sản phẩm trưng bày, giới thiệu.</w:t>
      </w:r>
    </w:p>
    <w:p>
      <w:pPr>
        <w:jc w:val="both"/>
      </w:pPr>
      <w:r>
        <w:t>- Chi báo biếu, báo tặng cho các đối tượng là người có công với cách mạng, thương binh, bệnh binh; cán bộ, chiến sĩ ở hải đảo, vùng sâu, vùng xa, vùng đặc biệt khó khăn.</w:t>
      </w:r>
    </w:p>
    <w:p>
      <w:pPr>
        <w:jc w:val="both"/>
      </w:pPr>
      <w:r>
        <w:t>Mức giới hạn chi phí được trừ không vượt quá 15% trong 3 năm đầu không áp dụng đối với doanh nghiệp được thành lập mới do hợp nhất, chia, tách, sáp nhập, chuyển đổi hình thức doanh nghiệp, chuyển đổi sở hữu.</w:t>
      </w:r>
    </w:p>
    <w:p>
      <w:pPr>
        <w:jc w:val="both"/>
      </w:pPr>
      <w:r>
        <w:t>2.20 . Lỗ chênh lệch tỷ giá hối đoái do đánh giá lại các khoản mục tiền tệ có gốc ngoại tệ cuối kỳ tính thuế (trừ lỗ chênh lệch tỷ giá hối đoái do đánh giá lại các khoản nợ phải trả có gốc ngoại tệ cuối kỳ tính thuế).</w:t>
      </w:r>
    </w:p>
    <w:p>
      <w:pPr>
        <w:jc w:val="both"/>
      </w:pPr>
      <w:r>
        <w:t>Chênh lệch tỷ giá phát sinh trong quá trình đầu tư xây dựng cơ bản để hình thành tài sản cố định thực hiện theo hướng dẫn tại Thông tư của Bộ tài chính về xử lý các khoản chênh lệch tỷ giá trong doanh nghiệp.</w:t>
      </w:r>
    </w:p>
    <w:p>
      <w:pPr>
        <w:jc w:val="both"/>
      </w:pPr>
      <w:r>
        <w:t>2.21. Chi tài trợ cho giáo dục không đúng đối tượng quy định tại tiết a điểm này hoặc không có hồ sơ xác định khoản tài trợ nêu tại tiết b dưới đây:</w:t>
      </w:r>
    </w:p>
    <w:p>
      <w:pPr>
        <w:jc w:val="both"/>
      </w:pPr>
      <w:r>
        <w:t>a) Tài trợ cho giáo dục gồm: tài trợ cho các trường học công lập, dân lập và tư thục thuộc hệ thống giáo dục quốc dân theo quy định của pháp luật về giáo dục mà khoản tài trợ này không phải là để góp vốn, mua cổ phần trong các trường học; Tài trợ cơ sở vật chất phục vụ giảng dạy, học tập và hoạt động của trường học; Tài trợ cho các hoạt động thường xuyên của trường; Tài trợ học bổng cho học sinh, sinh viên thuộc các cơ sở giáo dục phổ thông, cơ sở giáo dục nghề nghiệp và cơ sở sở giáo dục đại học được quy định tại Luật Giáo dục trực tiếp cho học sinh, sinh viên hoặc thông qua cơ quan, tổ chức có chức năng huy động tài trợ theo quy định của pháp luật; Tài trợ cho các cuộc thi về các môn học được giảng dạy trong trường học mà đối tượng tham gia dự thi là người học; tài trợ để thành lập các Quỹ khuyến học giáo dục theo quy định của pháp luật về giáo dục đào tạo.</w:t>
      </w:r>
    </w:p>
    <w:p>
      <w:pPr>
        <w:jc w:val="both"/>
      </w:pPr>
      <w:r>
        <w:t>b) Hồ sơ xác định khoản tài trợ cho giáo dục gồm: Biên bản xác nhận khoản tài trợ có chữ ký của người đại diện cơ sở kinh doanh là nhà tài trợ, đại diện của cơ sở giáo dục hợp pháp là đơn vị nhận tài trợ, học sinh, sinh viên (hoặc cơ quan, tổ chức có chức năng huy động tài trợ) nhận tài trợ (theo mẫu số 03/TNDN ban hành kèm theo Thông tư này); kèm theo hoá đơn, chứng từ mua hàng hoá (nếu tài trợ bằng hiện vật) hoặc chứng từ chi tiền (nếu tài trợ bằng tiền).</w:t>
      </w:r>
    </w:p>
    <w:p>
      <w:pPr>
        <w:jc w:val="both"/>
      </w:pPr>
      <w:r>
        <w:t>2.22. Chi tài trợ cho y tế không đúng đối tượng quy định tại tiết a điểm này hoặc không có hồ sơ xác định khoản tài trợ nêu tại tiết b dưới đây:</w:t>
      </w:r>
    </w:p>
    <w:p>
      <w:pPr>
        <w:jc w:val="both"/>
      </w:pPr>
      <w:r>
        <w:t>a) Tài trợ cho y tế gồm: tài trợ cho các cơ sở y tế được thành lập theo quy định pháp luật về y tế mà khoản tài trợ này không phải là để góp vốn, mua cổ phần trong các bệnh viện, trung tâm y tế đó; tài trợ thiết bị y tế, dụng cụ y tế, thuốc chữa bệnh; tài trợ cho các hoạt động thường xuyên của bệnh viện, trung tâm y tế; chi tài trợ bằng tiền cho người bị bệnh thông qua một cơ quan, tổ chức có chức năng huy động tài trợ theo quy định của pháp luật.</w:t>
      </w:r>
    </w:p>
    <w:p>
      <w:pPr>
        <w:jc w:val="both"/>
      </w:pPr>
      <w:r>
        <w:t>b) Hồ sơ xác định khoản tài trợ cho y tế gồm: Biên bản xác nhận khoản tài trợ có chữ ký của người đại diện doanh nghiệp là nhà tài trợ, đại diện của đơn vị nhận tài trợ (hoặc cơ quan, tổ chức có chức năng huy động tài trợ) theo mẫu số 04/TNDN ban hành kèm theo Thông tư này kèm theo hoá đơn, chứng từ mua hàng hoá (nếu tài trợ bằng hiện vật) hoặc chứng từ chi tiền (nếu tài trợ bằng tiền).</w:t>
      </w:r>
    </w:p>
    <w:p>
      <w:pPr>
        <w:jc w:val="both"/>
      </w:pPr>
      <w:r>
        <w:t>2.23. Chi tài trợ cho việc khắc phục hậu quả thiên tai không đúng đối tượng quy định tại tiết a điểm này hoặc không có hồ sơ xác định khoản tài trợ nêu tại tiết b dưới đây:</w:t>
      </w:r>
    </w:p>
    <w:p>
      <w:pPr>
        <w:jc w:val="both"/>
      </w:pPr>
      <w:r>
        <w:t>a) Tài trợ cho khắc phục hậu quả thiên tai gồm: tài trợ bằng tiền hoặc hiện vật để khắc phục hậu quả thiên tai trực tiếp cho tổ chức được thành lập và hoạt động theo quy định của pháp luật; cá nhân bị thiệt hại do thiên tai thông qua một cơ quan, tổ chức có chức năng huy động tài trợ theo quy định của pháp luật.</w:t>
      </w:r>
    </w:p>
    <w:p>
      <w:pPr>
        <w:jc w:val="both"/>
      </w:pPr>
      <w:r>
        <w:t>b) Hồ sơ xác định khoản tài trợ cho việc khắc phục hậu quả thiên tai gồm: Biên bản xác nhận khoản tài trợ có chữ ký của người đại diện doanh nghiệp là nhà tài trợ, đại diện của tổ chức bị thiệt hại do thiên tai (hoặc cơ quan, tổ chức có chức năng huy động tài trợ) là đơn vị nhận tài trợ (theo mẫu số 05/TNDN ban hành kèm theo Thông tư này) kèm theo hoá đơn, chứng từ mua hàng hoá (nếu tài trợ bằng hiện vật) hoặc chứng từ chi tiền (nếu tài trợ bằng tiền).</w:t>
      </w:r>
    </w:p>
    <w:p>
      <w:pPr>
        <w:jc w:val="both"/>
      </w:pPr>
      <w:r>
        <w:t>2.24. Chi tài trợ làm nhà tình nghĩa cho người nghèo không đúng đối tượng quy định tại tiết a điểm này hoặc không có hồ sơ xác định khoản tài trợ nêu tại tiết b dưới đây:</w:t>
      </w:r>
    </w:p>
    <w:p>
      <w:pPr>
        <w:jc w:val="both"/>
      </w:pPr>
      <w:r>
        <w:t>a) Đối tượng nhận tài trợ là hộ nghèo theo quy định của Thủ tướng Chính phủ. Hình thức tài trợ: tài trợ bằng tiền hoặc hiện vật để xây nhà tình nghĩa cho hộ nghèo bằng cách trực tiếp hoặc thông qua một cơ quan, tổ chức có chức năng huy động tài trợ theo quy định của pháp luật.</w:t>
      </w:r>
    </w:p>
    <w:p>
      <w:pPr>
        <w:jc w:val="both"/>
      </w:pPr>
      <w:r>
        <w:t>b) Hồ sơ xác định khoản tài trợ làm nhà tình nghĩa cho người nghèo gồm: Biên bản xác nhận khoản tài trợ có chữ ký của người đại diện doanh nghiệp là nhà tài trợ, người được hưởng tài trợ (hoặc cơ quan, tổ chức có chức năng huy động tài trợ) là bên nhận tài trợ (theo mẫu số 06/TNDN ban hành kèm theo Thông tư này); văn bản xác nhận hộ nghèo của chính quyền địa phương; kèm theo hoá đơn, chứng từ mua hàng hoá (nếu tài trợ bằng hiện vật) hoặc chứng từ chi tiền (nếu tài trợ bằng tiền).</w:t>
      </w:r>
    </w:p>
    <w:p>
      <w:pPr>
        <w:jc w:val="both"/>
      </w:pPr>
      <w:r>
        <w:t>2.25. Phần chi phí quản lý kinh doanh do công ty ở nước ngoài phân bổ cho cơ sở thường trú tại Việt Nam vượt mức chi phí tính theo công thức sau:</w:t>
      </w:r>
    </w:p>
    <w:p>
      <w:pPr>
        <w:jc w:val="both"/>
      </w:pPr>
      <w:r>
        <w:t>Chi phí quản lý kinh doanh do công ty ở nước ngoài phân bổ cho cơ sở thường trú tại Việt Nam trong kỳ tính thuế</w:t>
      </w:r>
    </w:p>
    <w:p>
      <w:pPr>
        <w:jc w:val="both"/>
      </w:pPr>
      <w:r>
        <w:t>=</w:t>
      </w:r>
    </w:p>
    <w:p>
      <w:pPr>
        <w:jc w:val="both"/>
      </w:pPr>
      <w:r>
        <w:t>Doanh thu tính thuế của cơ sở thường trú tại Việt Nam trong kỳ tính thuế</w:t>
      </w:r>
    </w:p>
    <w:p>
      <w:pPr>
        <w:jc w:val="both"/>
      </w:pPr>
      <w:r>
        <w:t>X</w:t>
      </w:r>
    </w:p>
    <w:p>
      <w:pPr>
        <w:jc w:val="both"/>
      </w:pPr>
      <w:r>
        <w:t>Tổng số chi phí quản lý kinh doanh của công ty ở nước ngoài trong kỳ tính thuế.</w:t>
      </w:r>
    </w:p>
    <w:p>
      <w:pPr>
        <w:jc w:val="both"/>
      </w:pPr>
      <w:r>
        <w:t>_________________________________</w:t>
      </w:r>
    </w:p>
    <w:p>
      <w:pPr>
        <w:jc w:val="both"/>
      </w:pPr>
      <w:r>
        <w:t>Tổng doanh thu của công ty ở nước ngoài, bao gồm cả doanh thu của các cơ sở thường trú ở các nước khác trong kỳ tính thuế</w:t>
      </w:r>
    </w:p>
    <w:p>
      <w:pPr>
        <w:jc w:val="both"/>
      </w:pPr>
      <w:r>
        <w:t>Các khoản chi phí quản lý kinh doanh của công ty nước ngoài phân bổ cho cơ sở thường trú tại Việt Nam chỉ được tính từ khi cơ sở thường trú tại Việt Nam được thành lập.</w:t>
      </w:r>
    </w:p>
    <w:p>
      <w:pPr>
        <w:jc w:val="both"/>
      </w:pPr>
      <w:r>
        <w:t>Căn cứ để xác định chi phí và doanh thu của công ty ở nước ngoài là báo cáo tài chính của công ty ở nước ngoài đã được kiểm toán bởi một công ty kiểm toán độc lập trong đó thể hiện rõ doanh thu của công ty ở nước ngoài, chi phí quản lý của công ty ở nước ngoài, phần chi phí quản lý công ty ở nước ngoài phân bổ cho cơ sở thường trú tại Việt Nam.</w:t>
      </w:r>
    </w:p>
    <w:p>
      <w:pPr>
        <w:jc w:val="both"/>
      </w:pPr>
      <w:r>
        <w:t>Cơ sở thường trú của công ty ở nước ngoài tại Việt Nam chưa thực hiện chế độ kế toán, hoá đơn, chứng từ; chưa thực hiện nộp thuế theo phương pháp kê khai thì không được tính vào chi phí hợp lý khoản chi phí quản lý kinh doanh do công ty ở nước ngoài phân bổ.</w:t>
      </w:r>
    </w:p>
    <w:p>
      <w:pPr>
        <w:jc w:val="both"/>
      </w:pPr>
      <w:r>
        <w:t>2.26. Các khoản chi được bù đắp bằng nguồn kinh phí khác; Các khoản chi đã được chi từ quỹ phát triển khoa học và công nghệ của doanh nghiệp.</w:t>
      </w:r>
    </w:p>
    <w:p>
      <w:pPr>
        <w:jc w:val="both"/>
      </w:pPr>
      <w:r>
        <w:t>2.27. Các khoản chi không tương ứng với doanh thu tính thuế.</w:t>
      </w:r>
    </w:p>
    <w:p>
      <w:pPr>
        <w:jc w:val="both"/>
      </w:pPr>
      <w:r>
        <w:t>Trường hợp doanh nghiệp có các khoản thực chi cho hoạt động phòng, chống HIV/AIDS nơi làm việc theo hướng dẫn của Bộ Y tế bao gồm: 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 thì khoản chi này được tính vào chi phí được trừ khi xác định thu nhâp chịu thuế.</w:t>
      </w:r>
    </w:p>
    <w:p>
      <w:pPr>
        <w:jc w:val="both"/>
      </w:pPr>
      <w:r>
        <w:t>2.28. Các khoản chi của hoạt động kinh doanh bảo hiểm, kinh doanh xổ số, kinh doanh chứng khoán và một số hoạt động kinh doanh đặc thù khác không thực hiện đúng theo văn bản hướng dẫn riêng của Bộ Tài chính.</w:t>
      </w:r>
    </w:p>
    <w:p>
      <w:pPr>
        <w:jc w:val="both"/>
      </w:pPr>
      <w:r>
        <w:t>2.29. Các khoản tiền phạt về vi phạm hành chính bao gồm: vi phạm luật giao thông, vi phạm chế độ đăng ký kinh doanh, vi phạm chế độ kế toán thống kê, vi phạm pháp luật về thuế và các khoản phạt về vi phạm hành chính khác theo quy định của pháp luật.</w:t>
      </w:r>
    </w:p>
    <w:p>
      <w:pPr>
        <w:jc w:val="both"/>
      </w:pPr>
      <w:r>
        <w:t>2.30. Chi về đầu tư xây dựng cơ bản trong giai đoạn đầu tư để hình thành tài sản cố định; chi ủng hộ địa phương; chi ủng hộ các đoàn thể, tổ chức xã hội; chi từ thiện trừ khoản chi tài trợ cho giáo dục, y tế, khắc phục hậu quả thiên tai và làm nhà tình nghĩa cho người nghèo nêu tại điểm 2.21, 2.22, 2.23, 2.24 Khoản 2 Điều này; chi phí mua thẻ hội viên sân gôn, chi phí chơi gôn.</w:t>
      </w:r>
    </w:p>
    <w:p>
      <w:pPr>
        <w:jc w:val="both"/>
      </w:pPr>
      <w:r>
        <w:t>Khi bắt đầu hoạt động sản xuất kinh doanh, doanh nghiệp chưa phát sinh doanh thu nhưng có phát sinh các khoản chi thường xuyên để duy trì hoạt động sản xuất kinh doanh của doanh nghiệp (không phải là các khoản chi đầu tư xây dựng để hình thành tài sản cố định) mà các khoản chi này đáp ứng các điều kiện theo quy định thì khoản chi này được tính vào chi phí được trừ khi xác định thu nhập chịu thuế.</w:t>
      </w:r>
    </w:p>
    <w:p>
      <w:pPr>
        <w:jc w:val="both"/>
      </w:pPr>
      <w:r>
        <w:t>2.3 1 . Thuế giá trị gia tăng đầu vào đã được khấu trừ hoặc hoàn thuế; thuế giá trị gia tăng đầu vào của tài sản cố định là ô tô từ 9 chỗ ngồi trở xuống vượt mức quy định được khấu trừ theo quy định tại các văn bản pháp luật về thuế giá trị gia tăng; thuế thu nhập doanh nghiệp; thuế thu nhập cá nhân.</w:t>
      </w:r>
    </w:p>
    <w:p>
      <w:pPr>
        <w:jc w:val="both"/>
      </w:pPr>
      <w:r>
        <w:t>- Thuế thu nhập cá nhân không được tính vào chi phí được trừ khi xác định thu nhập chịu thuế là số tiền thuế do doanh nghiệp khấu trừ trên thu nhập của người nộp thuế để nộp vào ngân sách nhà nước. Trường hợp doanh nghiệp ký hợp đồng lao động quy định tiền lương, tiền công trả cho người lao động không bao gồm thuế thu nhập cá nhân thì thuế thu nhập cá nhân doanh nghiệp nộp thay là khoản chi phí tiền lương được tính vào chi phí được trừ khi xác định thu nhập chịu thuế.</w:t>
      </w:r>
    </w:p>
    <w:p>
      <w:pPr>
        <w:jc w:val="both"/>
      </w:pPr>
      <w:r>
        <w:t>- Thuế thu nhập doanh nghiệp nộp thay nhà thầu nước ngoài (thuế nhà thầu) được tính vào chi phí được trừ khi xác định thu nhập chịu thuế trong trường hợp thoả thuận tại hợp đồng nhà thầu, nhà thầu phụ nước ngoài, doanh thu nhà thầu, nhà thầu phụ nước ngoài nhận được không bao gồm thuế thu nhập doanh nghiệp (thuế nhà thầu).</w:t>
      </w:r>
    </w:p>
    <w:p>
      <w:pPr>
        <w:jc w:val="both"/>
      </w:pPr>
      <w:r>
        <w:rPr>
          <w:b/>
        </w:rPr>
        <w:t>Điều 7. Thu nhập khác</w:t>
      </w:r>
    </w:p>
    <w:p>
      <w:pPr>
        <w:jc w:val="both"/>
      </w:pPr>
      <w:r>
        <w:t>Thu nhập khác là các khoản thu nhập chịu thuế trong kỳ tính thuế mà khoản thu nhập này không thuộc các ngành, nghề lĩnh vực kinh doanh ghi trong đăng ký kinh doanh của doanh nghiệp. Thu nhập khác bao gồm các khoản thu nhập sau:</w:t>
      </w:r>
    </w:p>
    <w:p>
      <w:pPr>
        <w:jc w:val="both"/>
      </w:pPr>
      <w:r>
        <w:t>1. Thu nhập từ chuyển nhượng vốn, chuyển nhượng chứng khoán theo hướng dẫn tại Chương IV Thông tư này.</w:t>
      </w:r>
    </w:p>
    <w:p>
      <w:pPr>
        <w:jc w:val="both"/>
      </w:pPr>
      <w:r>
        <w:t>2. Thu nhập từ chuyển nhượng bất động sản theo hướng dẫn tại Chương V Thông tư này.</w:t>
      </w:r>
    </w:p>
    <w:p>
      <w:pPr>
        <w:jc w:val="both"/>
      </w:pPr>
      <w:r>
        <w:t>3. Thu nhập từ chuyển nhượng dự án (không gắn liền với chuyển quyền sử dụng đất, chuyển quyền thuê đất); thu nhập từ chuyển nhượng quyền thực hiện dự án, chuyển nhượng quyền thăm dò, khai thác, chế biến khoáng sản theo quy định của pháp luật.</w:t>
      </w:r>
    </w:p>
    <w:p>
      <w:pPr>
        <w:jc w:val="both"/>
      </w:pPr>
      <w:r>
        <w:t>4. Thu nhập từ quyền sở hữu, quyền sử dụng tài sản bao gồm cả tiền thu về bản quyền dưới mọi hình thức trả cho quyền sở hữu, quyền sử dụng tài sản; thu về quyền sở hữu trí tuệ; thu nhập từ chuyển giao công nghệ theo quy định của pháp luật. Cho thuê tài sản dưới mọi hình thức.</w:t>
      </w:r>
    </w:p>
    <w:p>
      <w:pPr>
        <w:jc w:val="both"/>
      </w:pPr>
      <w:r>
        <w:t>Thu nhập từ tiền bản quyền sở hữu trí tuệ, chuyển giao công nghệ được xác định bằng tổng số tiền thu được trừ (-) giá vốn hoặc chi phí tạo ra quyền sở hữu trí tuệ, công nghệ được chuyển giao, trừ (-) chi phí duy trì, nâng cấp, phát triển quyền sở hữu trí tuệ, công nghệ được chuyển giao và các khoản chi được trừ khác.</w:t>
      </w:r>
    </w:p>
    <w:p>
      <w:pPr>
        <w:jc w:val="both"/>
      </w:pPr>
      <w:r>
        <w:t>Thu nhập về cho thuê tài sản được xác định bằng doanh thu từ hoạt động cho thuê trừ (-) các khoản chi: chi phí khấu hao, duy tu, sửa chữa, bảo dưỡng tài sản, chi phí thuê tài sản để cho thuê lại (nếu có) và các chi được trừ khác có liên quan đến việc cho thuê tài sản.</w:t>
      </w:r>
    </w:p>
    <w:p>
      <w:pPr>
        <w:jc w:val="both"/>
      </w:pPr>
      <w:r>
        <w:t>5. Thu nhập từ chuyển nhượng tài sản, thanh lý tài sản (trừ bất động sản), các loại giấy tờ có giá khác. Khoản thu nhập này được xác định bằng (=) doanh thu thu được do chuyển nhượng tài sản, thanh lý tài sản trừ (-) giá trị còn lại của tài sản chuyển nhượng, thanh lý ghi trên sổ sách kế toán tại thời điểm chuyển nhượng, thanh lý và các khoản chi phí được trừ liên quan đến việc chuyển nhượng, thanh lý tài sản.</w:t>
      </w:r>
    </w:p>
    <w:p>
      <w:pPr>
        <w:jc w:val="both"/>
      </w:pPr>
      <w:r>
        <w:t>6. Thu nhập từ lãi tiền gửi, lãi cho vay vốn, phí bảo lãnh tín dụng và các khoản phí khác trong hợp đồng cho vay vốn.</w:t>
      </w:r>
    </w:p>
    <w:p>
      <w:pPr>
        <w:jc w:val="both"/>
      </w:pPr>
      <w:r>
        <w:t>- Trường hợp khoản thu từ lãi tiền gửi, lãi cho vay vốn phát sinh cao hơn các khoản chi trả lãi tiền vay theo quy định, sau khi bù trừ phần chênh lệch còn lại tính vào thu nhập khác khi xác định thu nhập chịu thuế.</w:t>
      </w:r>
    </w:p>
    <w:p>
      <w:pPr>
        <w:jc w:val="both"/>
      </w:pPr>
      <w:r>
        <w:t>- Trường hợp khoản thu từ lãi tiền gửi, lãi cho vay vốn phát sinh thấp hơn các khoản chi trả lãi tiền vay theo quy định, sau khi bù trừ phần chênh lệch còn lại giảm trừ vào thu nhập sản xuất kinh doanh chính khi xác định thu nhập chịu thuế.</w:t>
      </w:r>
    </w:p>
    <w:p>
      <w:pPr>
        <w:jc w:val="both"/>
      </w:pPr>
      <w:r>
        <w:t>7. Thu nhập từ hoạt động bán ngoại tệ: bằng tổng số tiền thu từ bán ngoại tệ trừ (-) tổng giá mua của số lượng ngoại tệ bán ra.</w:t>
      </w:r>
    </w:p>
    <w:p>
      <w:pPr>
        <w:jc w:val="both"/>
      </w:pPr>
      <w:r>
        <w:t>8 . Thu nhập từ chênh lệch tỷ giá, được xác định cụ thể như sau:</w:t>
      </w:r>
    </w:p>
    <w:p>
      <w:pPr>
        <w:jc w:val="both"/>
      </w:pPr>
      <w:r>
        <w:t>Trong năm tính thuế doanh nghiệp có chênh lệch tỷ giá phát sinh trong kỳ và chênh lệch tỷ giá do đánh giá lại các khoản nợ phải trả có gốc ngoại tệ cuối năm tài chính, thì:</w:t>
      </w:r>
    </w:p>
    <w:p>
      <w:pPr>
        <w:jc w:val="both"/>
      </w:pPr>
      <w:r>
        <w:t>- Khoản chênh lệch tỷ giá phát sinh trong kỳ liên quan trực tiếp đến doanh thu, chi phí của hoạt động sản xuất kinh doanh chính của doanh nghiệp được tính vào chi phí hoặc thu nhập của hoạt động sản xuất kinh doanh chính của doanh nghiệp. Khoản chênh lệch tỷ giá phát sinh trong kỳ không liên quan trực tiếp đến doanh thu, chi phí của hoạt động sản xuất kinh doanh chính của doanh nghiệp, nếu phát sinh lỗ chênh lệch tỷ giá tính vào chi phí sản xuất kinh doanh chính, nếu phát sinh lãi chênh lệch tỷ giá tính vào thu nhập khác.</w:t>
      </w:r>
    </w:p>
    <w:p>
      <w:pPr>
        <w:jc w:val="both"/>
      </w:pPr>
      <w:r>
        <w:t>- Lãi chênh lệch tỷ giá do đánh giá lại các khoản nợ phải trả bằng ngoại tệ cuối năm tài chính được bù trừ với lỗ chênh lệch tỷ giá do đánh giá lại các khoản nợ phải trả bằng ngoại tệ cuối năm tài chính. Sau khi bù trừ nếu còn lãi chênh lệch tỷ giá thì tính vào thu nhập khác, nếu lỗ chênh lệch tỷ giá thì tính vào chi phí sản xuất kinh doanh chính khi xác định thu nhập chịu thuế.</w:t>
      </w:r>
    </w:p>
    <w:p>
      <w:pPr>
        <w:jc w:val="both"/>
      </w:pPr>
      <w:r>
        <w:t>Các khoản chênh lệch tỷ giá nêu trên không bao gồm chênh lệch tỷ giá hối đoái do đánh giá lại số dư cuối năm là: tiền mặt, tiền gửi, tiền đang chuyển, các khoản nợ phải thu có gốc ngoại tệ.</w:t>
      </w:r>
    </w:p>
    <w:p>
      <w:pPr>
        <w:jc w:val="both"/>
      </w:pPr>
      <w:r>
        <w:t>9 . Hoàn nhập các khoản dự phòng (trừ hoàn nhập dự phòng giảm giá hàng tồn kho, dự phòng tổn thất các khoản đầu tư tài chính, dự phòng nợ khó đòi; Hoàn nhập dự phòng bảo hành sản phẩm, hàng hoá đã trích nhưng hết thời gian trích lập không sử dụng hoặc sử dụng không hết; Hoàn nhập trích lập quỹ dự phòng tiền lương).</w:t>
      </w:r>
    </w:p>
    <w:p>
      <w:pPr>
        <w:jc w:val="both"/>
      </w:pPr>
      <w:r>
        <w:t>10. Khoản nợ khó đòi đã xoá nay đòi được.</w:t>
      </w:r>
    </w:p>
    <w:p>
      <w:pPr>
        <w:jc w:val="both"/>
      </w:pPr>
      <w:r>
        <w:t>11. Khoản nợ phải trả không xác định được chủ nợ.</w:t>
      </w:r>
    </w:p>
    <w:p>
      <w:pPr>
        <w:jc w:val="both"/>
      </w:pPr>
      <w:r>
        <w:t>12. Thu nhập từ hoạt động sản xuất kinh doanh của những năm trước bị bỏ sót phát hiện ra.</w:t>
      </w:r>
    </w:p>
    <w:p>
      <w:pPr>
        <w:jc w:val="both"/>
      </w:pPr>
      <w:r>
        <w:t>13. Trường hợp doanh nghiệp có khoản thu về tiền phạt, tiền bồi thường do bên đối tác vi phạm hợp đồng phát sinh cao hơn khoản chi tiền phạt, tiền bồi thường do vi phạm hợp đồng (các khoản phạt này không thuộc các khoản tiền phạt về vi phạm hành chính theo quy định của pháp luật về xử lý vi phạm hành chính), sau khi bù trừ phần chênh lệch còn lại tính vào thu nhập khác.</w:t>
      </w:r>
    </w:p>
    <w:p>
      <w:pPr>
        <w:jc w:val="both"/>
      </w:pPr>
      <w:r>
        <w:t>Trường hợp doanh nghiệp có khoản thu về tiền phạt, tiền bồi thường do bên đối tác vi phạm hợp đồng phát sinh thấp hơn khoản chi tiền phạt, tiền bồi thường do vi phạm hợp đồng (các khoản phạt này không thuộc các khoản tiền phạt về vi phạm hành chính theo quy định của pháp luật về xử lý vi phạm hành chính), sau khi bù trừ phần chênh lệch còn lại tính giảm trừ vào thu nhập khác. Trường hợp đơn vị trong năm không phát sinh thu nhập khác thì được giảm trừ vào thu nhập hoạt động sản xuất kinh doanh.</w:t>
      </w:r>
    </w:p>
    <w:p>
      <w:pPr>
        <w:jc w:val="both"/>
      </w:pPr>
      <w:r>
        <w:t>14. Chênh lệch tăng do đánh giá lại tài sản theo quy định của pháp luật để góp vốn, để điều chuyển tài sản khi chia, tách, hợp nhất, sáp nhập, chuyển đổi loại hình doanh nghiệp, được xác định cụ thể như sau:</w:t>
      </w:r>
    </w:p>
    <w:p>
      <w:pPr>
        <w:jc w:val="both"/>
      </w:pPr>
      <w:r>
        <w:t>Chênh lệch tăng do đánh giá lại tài sản (không bao gồm quyền sử dụng đất) là phần chênh lệch giữa giá trị đánh giá lại với giá trị còn lại của tài sản ghi trên sổ sách kế toán và tính một lần vào thu nhập khác trong kỳ tính thuế khi xác định thu nhập chịu thuế thu nhập doanh nghiệp tại doanh nghiệp có tài sản đánh giá lại.</w:t>
      </w:r>
    </w:p>
    <w:p>
      <w:pPr>
        <w:jc w:val="both"/>
      </w:pPr>
      <w:r>
        <w:t>Chênh lệch tăng do đánh giá lại giá trị quyền sử dụng đất để điều chuyển khi chia, tách, hợp nhất, sáp nhập, chuyển đổi loại hình doanh nghiệp; để góp vốn vào các dự án đầu tư xây dựng nhà, hạ tầng để bán tính một lần vào thu nhập khác trong kỳ tính thuế khi xác định thu nhập chịu thuế thu nhập doanh nghiệp tại doanh nghiệp có quyền sử dụng đất đánh giá lại.</w:t>
      </w:r>
    </w:p>
    <w:p>
      <w:pPr>
        <w:jc w:val="both"/>
      </w:pPr>
      <w:r>
        <w:t>Riêng chênh lệch tăng do đánh giá lại giá trị quyền sử dụng đất góp vốn vào doanh nghiệp để thực hiện sản xuất kinh doanh được tính dần vào thu nhập khác của doanh nghiệp có quyền sử dụng đất đánh giá lại trong thời gian tối đa không quá 10 năm bắt đầu từ năm giá trị quyền sử dụng đất được đem góp vốn. Doanh nghiệp phải có thông báo số năm doanh nghiệp phân bổ vào thu nhập khác khi nộp hồ sơ khai quyết toán thuế thu nhập doanh nghiệp của năm bắt đầu kê khai khoản thu nhập này (năm có đánh giá lại giá trị quyền sử dụng đất đem góp vốn). Trường hợp nếu bên góp vốn thực hiện chuyển nhượng vốn góp trước thời hạn 10 năm thì thu nhập từ hoạt động chuyển nhượng vốn góp bằng giá trị quyền sử dụng đất phải tính vào thu nhập kinh doanh bất động sản trong kỳ.</w:t>
      </w:r>
    </w:p>
    <w:p>
      <w:pPr>
        <w:jc w:val="both"/>
      </w:pPr>
      <w:r>
        <w:t>Chênh lệch do đánh giá lại giá trị quyền sử dụng đất bao gồm: Đối với quyền sử dụng đất lâu dài là chênh lệch giữa giá trị đánh giá lại và giá trị của quyền sử dụng đất ghi trên sổ sách kế toán; Đối với quyền sử dụng đất có thời hạn là chênh lệch giữa giá trị đánh giá lại và giá trị còn lại chưa phân bổ của quyền sử dụng đất.</w:t>
      </w:r>
    </w:p>
    <w:p>
      <w:pPr>
        <w:jc w:val="both"/>
      </w:pPr>
      <w:r>
        <w:t>Doanh nghiệp nhận tài sản góp vốn, nhận tài sản điều chuyển khi chia, tách, hợp nhất, sáp nhập, chuyển đổi loại hình doanh nghiệp được trích khấu hao hoặc phân bổ dần vào chi phí theo giá đánh giá lại (trừ trường hợp giá trị quyền sử dụng đất không được trích khấu hao hoặc phân bổ vào chi phí theo quy định).</w:t>
      </w:r>
    </w:p>
    <w:p>
      <w:pPr>
        <w:jc w:val="both"/>
      </w:pPr>
      <w:r>
        <w:t>15. Quà biếu, quà tặng bằng tiền, bằng hiện vật; thu nhập nhận được bằng tiền, bằng hiện vật từ khoản hỗ trợ tiếp thị, hỗ trợ chi phí, chiết khấu thanh toán, thưởng khuyến mại và các khoản hỗ trợ khác.</w:t>
      </w:r>
    </w:p>
    <w:p>
      <w:pPr>
        <w:jc w:val="both"/>
      </w:pPr>
      <w:r>
        <w:t>16. Tiền đền bù về tài sản cố định trên đất và tiền hỗ trợ di dời sau khi trừ các khoản chi phí liên quan như chi phí di dời (chi phí vận chuyển, lắp đặt), giá trị còn lại của tài sản cố định và các chi phí khác (nếu có). Riêng tiền đền bù về tài sản cố định trên đất và tiền hỗ trợ di dời của các doanh nghiệp di chuyển địa điểm theo quy hoạch của cơ quan Nhà nước có thẩm quyền mà giá trị của các khoản hỗ trợ, đền bù sau khi trừ các chi phí liên quan (nếu có) thì phần còn lại doanh nghiệp sử dụng theo quy định của pháp luật có liên quan.</w:t>
      </w:r>
    </w:p>
    <w:p>
      <w:pPr>
        <w:jc w:val="both"/>
      </w:pPr>
      <w:r>
        <w:t>17. Các khoản thu nhập liên quan đến việc tiêu thụ hàng hoá, cung cấp dịch vụ không tính trong doanh thu như: thưởng giải phóng tàu nhanh, tiền thưởng phục vụ trong ngành ăn uống, khách sạn sau khi đã trừ các khoản chi phí để tạo ra khoản thu nhập đó.</w:t>
      </w:r>
    </w:p>
    <w:p>
      <w:pPr>
        <w:jc w:val="both"/>
      </w:pPr>
      <w:r>
        <w:t>18. Thu nhập về tiêu thụ phế liệu, phế phẩm sau khi đã trừ chi phí thu hồi và chi phí tiêu thụ, được xác định cụ thể như sau:</w:t>
      </w:r>
    </w:p>
    <w:p>
      <w:pPr>
        <w:jc w:val="both"/>
      </w:pPr>
      <w:r>
        <w:t>- Trường hợp doanh nghiệp phát sinh khoản thu nhập từ bán phế liệu, phế phẩm được tạo ra trong quá trình sản xuất của các sản phẩm đang được hưởng ưu đãi thuế thu nhập doanh nghiệp thì khoản thu nhập này được hưởng ưu đãi thuế thu nhập doanh nghiệp.</w:t>
      </w:r>
    </w:p>
    <w:p>
      <w:pPr>
        <w:jc w:val="both"/>
      </w:pPr>
      <w:r>
        <w:t>- Trường hợp doanh nghiệp phát sinh khoản thu nhập từ bán phế liệu, phế phẩm được tạo ra trong quá trình sản xuất của các sản phẩm không được hưởng ưu đãi thuế thu nhập doanh nghiệp thì khoản thu nhập nhập này được tính vào thu nhập khác, không được áp dụng ưu đãi thuế thu nhập doanh nghiệp.</w:t>
      </w:r>
    </w:p>
    <w:p>
      <w:pPr>
        <w:jc w:val="both"/>
      </w:pPr>
      <w:r>
        <w:t>19. Khoản tiền hoàn thuế xuất khẩu, nhập khẩu của hàng hoá đã thực xuất khẩu, thực nhập khẩu phát sinh trong năm quyết toán thuế thu nhập doanh nghiệp được tính giảm trừ chi phí trong năm quyết toán. Trường hợp khoản tiền hoàn thuế xuất, nhập khẩu của hàng hoá đã thực xuất khẩu, thực nhập khẩu phát sinh của các năm quyết toán thuế thu nhập doanh nghiệp trước thì tính vào thu nhập khác của năm quyết toán. Khoản thu nhập này liên quan trực tiếp đến lĩnh vực sản xuất kinh doanh đang được hưởng ưu đãi thuế thu nhập doanh nghiệp thì khoản thu nhập này được hưởng ưu đãi thuế thu nhập doanh nghiệp. Khoản thu nhập này không liên quan trực tiếp lĩnh vực sản xuất kinh doanh được hưởng ưu đãi thuế thu nhập doanh nghiệp thì khoản thu nhập này được tính vào thu nhập khác, không được áp dụng ưu đãi thuế thu nhập doanh nghiệp.</w:t>
      </w:r>
    </w:p>
    <w:p>
      <w:pPr>
        <w:jc w:val="both"/>
      </w:pPr>
      <w:r>
        <w:t>20. Các khoản thu nhập từ các hoạt động góp vốn cổ phần, liên doanh, liên kết kinh tế trong nước được chia từ thu nhập trước khi nộp thuế thu nhập doanh nghiệp.</w:t>
      </w:r>
    </w:p>
    <w:p>
      <w:pPr>
        <w:jc w:val="both"/>
      </w:pPr>
      <w:r>
        <w:t>21. Thu nhập nhận được từ hoạt động sản xuất, kinh doanh hàng hoá, dịch vụ ở nước ngoài.</w:t>
      </w:r>
    </w:p>
    <w:p>
      <w:pPr>
        <w:jc w:val="both"/>
      </w:pPr>
      <w:r>
        <w:t>- Doanh nghiệp Việt Nam đầu tư ra nước ngoài có thu nhập từ hoạt động sản xuất, kinh doanh tại nước ngoài, thực hiện kê khai và nộp thuế thu nhập doanh nghiệp theo qui định của Luật Thuế thu nhập doanh nghiệp hiện hành của Việt nam, kể cả trường hợp doanh nghiệp đang được hưởng ưu đãi miễn, giảm thuế thu nhập theo qui định của nước doanh nghiệp đầu tư. Mức thuế suất thuế thu nhập doanh nghiệp để tính và kê khai thuế đối với các khoản thu nhập từ nước ngoài là 25%, không áp dụng mức thuế suất ưu đãi (nếu có) mà doanh nghiệp Việt nam đầu tư ra nước ngoài đang được hưởng theo Luật Thuế thu nhập doanh nghiệp hiện hành.</w:t>
      </w:r>
    </w:p>
    <w:p>
      <w:pPr>
        <w:jc w:val="both"/>
      </w:pPr>
      <w:r>
        <w:t>Cơ quan thuế có quyền ấn định thu nhập chịu thuế từ hoạt động sản xuất kinh doanh tại nước ngoài của doanh nghiệp Việt Nam đầu tư ra nước ngoài đối với các trường hợp vi phạm qui định về kê khai, nộp thuế.</w:t>
      </w:r>
    </w:p>
    <w:p>
      <w:pPr>
        <w:jc w:val="both"/>
      </w:pPr>
      <w:r>
        <w:t>- 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(kể cả thuế đối với tiền lãi cổ phần), nhưng số thuế được trừ không vượt quá số thuế thu nhập tính theo qui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w:t>
      </w:r>
    </w:p>
    <w:p>
      <w:pPr>
        <w:jc w:val="both"/>
      </w:pPr>
      <w:r>
        <w:t>Hồ sơ đính kèm khi kê khai và nộp thuế của doanh nghiệp Việt Nam đầu tư ra nước ngoài đối với khoản thu nhập từ dự án đầu tư tại nước ngoài bao gồm:</w:t>
      </w:r>
    </w:p>
    <w:p>
      <w:pPr>
        <w:jc w:val="both"/>
      </w:pPr>
      <w:r>
        <w:t>+ Văn bản của doanh nghiệp về việc phân chia lợi nhuận của dự án đầu tư tại nước ngoài.</w:t>
      </w:r>
    </w:p>
    <w:p>
      <w:pPr>
        <w:jc w:val="both"/>
      </w:pPr>
      <w:r>
        <w:t>+ Báo cáo tài chính của doanh nghiệp đã được tổ chức kiểm toán độc lập xác nhận.</w:t>
      </w:r>
    </w:p>
    <w:p>
      <w:pPr>
        <w:jc w:val="both"/>
      </w:pPr>
      <w:r>
        <w:t>+ Tờ khai thuế thu nhập của doanh nghiệp thuộc dự án đầu tư tại nước ngoài (bản sao có xác nhận của đại diện có thẩm quyền của dự án đầu tư tại nước ngoài);</w:t>
      </w:r>
    </w:p>
    <w:p>
      <w:pPr>
        <w:jc w:val="both"/>
      </w:pPr>
      <w:r>
        <w:t>+ Biên bản quyết toán thuế đối với doanh nghiệp (nếu có);</w:t>
      </w:r>
    </w:p>
    <w:p>
      <w:pPr>
        <w:jc w:val="both"/>
      </w:pPr>
      <w:r>
        <w:t>+ Xác nhận số thuế đã nộp tại nước ngoài hoặc chứng từ chứng minh số thuế đã nộp ở nước ngoài.</w:t>
      </w:r>
    </w:p>
    <w:p>
      <w:pPr>
        <w:jc w:val="both"/>
      </w:pPr>
      <w:r>
        <w:t>- Trường hợp dự án đầu tư tại nước ngoài chưa phát sinh thu nhập chịu thuế (hoặc đang phát sinh lỗ), khi kê khai quyết toán thuế thu nhập doanh nghiệp hàng năm, doanh nghiệp Việt Nam đầu tư ra nước ngoài chỉ phải nộp Báo cáo tài chính có xác nhận của cơ quan kiểm toán độc lập hoặc của cơ quan có thẩm quyền của nước doanh nghiệp đầu tư và Tờ khai thuế thu nhập của dự án đầu tư tại nước ngoài (nộp 1 bản sao có xác nhận của đại diện có thẩm quyền của dự án đầu tư tại nước ngoài và có đóng dấu của doanh nghiệp). Số lỗ phát sinh từ dự án đầu tư ở nước ngoài không được trừ vào số thu nhập phát sinh của doanh nghiệp trong nước khi tính thuế thu nhập doanh nghiệp.</w:t>
      </w:r>
    </w:p>
    <w:p>
      <w:pPr>
        <w:jc w:val="both"/>
      </w:pPr>
      <w:r>
        <w:t>- Khoản thu nhập từ dự án đầu tư tại nước ngoài được kê khai vào quyết toán thuế thu nhập doanh nghiệp của năm tiếp sau năm tài chính phát sinh khoản thu nhập tại nước ngoài hoặc kê khai vào quyết toán thuế thu nhập doanh nghiệp của năm tài chính cùng với năm phát sinh khoản thu nhập tại nước ngoài nếu doanh nghiệp có đủ cơ sở và chứng từ xác định được số thu nhập và số thuế thu nhập đã nộp của dự án đầu tư tại nước ngoài.</w:t>
      </w:r>
    </w:p>
    <w:p>
      <w:pPr>
        <w:jc w:val="both"/>
      </w:pPr>
      <w:r>
        <w:t>Đối với khoản thu nhập từ hoạt động sản xuất, kinh doanh của dự án đầu tư tại nước đã ký Hiệp định tránh đánh thuế hai lần với Việt Nam, doanh nghiệp Việt nam đầu tư ra nước ngoài kê khai và nộp thuế theo qui định tại Hiệp định.</w:t>
      </w:r>
    </w:p>
    <w:p>
      <w:pPr>
        <w:jc w:val="both"/>
      </w:pPr>
      <w:r>
        <w:t>22. Các khoản thu nhập nhận được bằng tiền hoặc hiện vật từ các nguồn tài trợ trừ khoản tài trợ nêu tại Khoản 7 Điều 8.</w:t>
      </w:r>
    </w:p>
    <w:p>
      <w:pPr>
        <w:jc w:val="both"/>
      </w:pPr>
      <w:r>
        <w:t>23. Các khoản thu nhập khác theo quy định của pháp luật.</w:t>
      </w:r>
    </w:p>
    <w:p>
      <w:pPr>
        <w:jc w:val="both"/>
      </w:pPr>
      <w:r>
        <w:rPr>
          <w:b/>
        </w:rPr>
        <w:t>Điều 8. Thu nhập được miễn thuế</w:t>
      </w:r>
    </w:p>
    <w:p>
      <w:pPr>
        <w:jc w:val="both"/>
      </w:pPr>
      <w:r>
        <w:t>1. Thu nhập từ trồng trọt, chăn nuôi, nuôi trồng thủy sản của tổ chức được thành lập theo Luật Hợp tác xã.</w:t>
      </w:r>
    </w:p>
    <w:p>
      <w:pPr>
        <w:jc w:val="both"/>
      </w:pPr>
      <w:r>
        <w:t>2 . Thu nhập từ việc thực hiện dịch vụ kỹ thuật trực tiếp phục vụ nông nghiệp gồm: thu nhập từ dịch vụ tưới, tiêu nước; cày, bừa đất; nạo vét kênh, mương nội đồng; dịch vụ phòng trừ sâu, bệnh cho cây trồng, vật nuôi; dịch vụ thu hoạch sản phẩm nông nghiệp.</w:t>
      </w:r>
    </w:p>
    <w:p>
      <w:pPr>
        <w:jc w:val="both"/>
      </w:pPr>
      <w:r>
        <w:t>3. Thu nhập từ việc thực hiện hợp đồng nghiên cứu khoa học và phát triển công nghệ; Thu nhập từ doanh thu bán sản phẩm trong thời kỳ sản xuất thử nghiệm và thu nhập từ doanh thu bán sản phẩm làm ra từ công nghệ mới lần đầu tiên áp dụng tại Việt Nam, kể cả thu nhập từ chuyển nhượng chứng chỉ giảm phát thải (CERs). Thời gian miễn thuế tối đa không quá một (01) năm, kể từ ngày bắt đầu thực hiện hợp đồng nghiên cứu khoa học và phát triển công nghệ; ngày bắt đầu sản xuất thử nghiệm sản phẩm; ngày bắt đầu áp dụng công nghệ mới lần đầu tiên áp dụng tại Việt Nam để sản xuất sản phẩm; ngày bắt đầu được cấp chứng chỉ giảm phát thải (CERs).</w:t>
      </w:r>
    </w:p>
    <w:p>
      <w:pPr>
        <w:jc w:val="both"/>
      </w:pPr>
      <w:r>
        <w:t>a) Thu nhập từ việc thực hiện hợp đồng nghiên cứu khoa học và phát triển công nghệ được miễn thuế phải đảm bảo các điều kiện sau:</w:t>
      </w:r>
    </w:p>
    <w:p>
      <w:pPr>
        <w:jc w:val="both"/>
      </w:pPr>
      <w:r>
        <w:t>- Có chứng nhận đăng ký hoạt động nghiên cứu khoa học;</w:t>
      </w:r>
    </w:p>
    <w:p>
      <w:pPr>
        <w:jc w:val="both"/>
      </w:pPr>
      <w:r>
        <w:t>- Được cơ quan quản lý Nhà nước về khoa học có thẩm quyền xác nhận;</w:t>
      </w:r>
    </w:p>
    <w:p>
      <w:pPr>
        <w:jc w:val="both"/>
      </w:pPr>
      <w:r>
        <w:t>b) Thu nhập từ doanh thu bán sản phẩm làm ra từ công nghệ mới lần đầu tiên được áp dụng tại Việt Nam được miễn thuế phải đảm bảo công nghệ mới lần đầu tiên áp dụng tại Việt Nam được cơ quan quản lý Nhà nước về khoa học có thẩm quyền xác nhận.</w:t>
      </w:r>
    </w:p>
    <w:p>
      <w:pPr>
        <w:jc w:val="both"/>
      </w:pPr>
      <w:r>
        <w:t>c) Thu nhập từ chuyển nhượng chứng chỉ giảm phát thải (CERs) được miễn thuế phải đảm bảo khi bán hoặc chuyển nhượng chứng chỉ giảm phát thải (CERs) phải được cơ quan có thẩm quyền về môi trường xác nhận theo quy định.</w:t>
      </w:r>
    </w:p>
    <w:p>
      <w:pPr>
        <w:jc w:val="both"/>
      </w:pPr>
      <w:r>
        <w:t>4. Thu nhập từ hoạt động sản xuất, kinh doanh hàng hoá, dịch vụ của doanh nghiệp có số lao động là người khuyết tật, người sau cai nghiện ma tuý, người nhiễm HIV bình quân trong năm chiếm từ 30% trở lên trong tổng số lao động bình quân trong năm của doanh nghiệp.</w:t>
      </w:r>
    </w:p>
    <w:p>
      <w:pPr>
        <w:jc w:val="both"/>
      </w:pPr>
      <w:r>
        <w:t>Thu nhập được miễn thuế quy định tại Khoản này không bao gồm thu nhập khác quy định tại Điều 7 Thông tư này.</w:t>
      </w:r>
    </w:p>
    <w:p>
      <w:pPr>
        <w:jc w:val="both"/>
      </w:pPr>
      <w:r>
        <w:t>Doanh nghiệp thuộc diện được miễn thuế quy định tại Khoản này là doanh nghiệp có số lao động bình quân trong năm ít nhất từ 20 người trở lên và không bao gồm các doanh nghiệp hoạt động trong lĩnh vực tài chính, kinh doanh bất động sản.</w:t>
      </w:r>
    </w:p>
    <w:p>
      <w:pPr>
        <w:jc w:val="both"/>
      </w:pPr>
      <w:r>
        <w:t>Doanh nghiệp có thu nhập được miễn thuế theo quy định tại Khoản này phải đáp ứng đủ các điều kiện sau:</w:t>
      </w:r>
    </w:p>
    <w:p>
      <w:pPr>
        <w:jc w:val="both"/>
      </w:pPr>
      <w:r>
        <w:t>a) Đối với doanh nghiệp có sử dụng lao động là người khuyết tật (bao gồm cả thương binh, bệnh binh) phải có xác nhận của cơ quan y tế có thẩm quyền về số lao động là người khuyết tật.</w:t>
      </w:r>
    </w:p>
    <w:p>
      <w:pPr>
        <w:jc w:val="both"/>
      </w:pPr>
      <w:r>
        <w:t>b) Đối với doanh nghiệp có sử dụng lao động là người sau cai nghiện ma túy phải có giấy chứng nhận hoàn thành cai nghiện của các cơ sở cai nghiện hoặc xác nhận của cơ quan có thẩm quyền liên quan.</w:t>
      </w:r>
    </w:p>
    <w:p>
      <w:pPr>
        <w:jc w:val="both"/>
      </w:pPr>
      <w:r>
        <w:t>c) Đối với doanh nghiệp có sử dụng lao động là người nhiễm HIV phải có xác nhận của cơ quan y tế có thẩm quyền về số lao động là người nhiễm HIV.</w:t>
      </w:r>
    </w:p>
    <w:p>
      <w:pPr>
        <w:jc w:val="both"/>
      </w:pPr>
      <w:r>
        <w:t>5 . Thu nhập từ hoạt động dạy nghề dành riêng cho người dân tộc thiểu số, người khuyết tật, trẻ em có hoàn cảnh đặc biệt khó khăn, đối tượng tệ nạn xã hội, người đang cai nghiện, người sau cai nghiện, người nhiễm HIV/AIDS. Trường hợp cơ sở dạy nghề có cả đối tượng khác thì phần thu nhập được miễn thuế được xác định tương ứng với tỷ lệ học viên là người dân tộc thiểu số, người khuyết tật, trẻ em có hoàn cảnh đặc biệt khó khăn, đối tượng tệ nạn xã hội, người đang cai nghiện, người sau cai nghiện, người nhiễm HIV/AIDS trong tổng số học viên.</w:t>
      </w:r>
    </w:p>
    <w:p>
      <w:pPr>
        <w:jc w:val="both"/>
      </w:pPr>
      <w:r>
        <w:t>Thu nhập từ hoạt động dạy nghề được miễn thuế tại Khoản này phải đáp ứng đủ các điều kiện sau:</w:t>
      </w:r>
    </w:p>
    <w:p>
      <w:pPr>
        <w:jc w:val="both"/>
      </w:pPr>
      <w:r>
        <w:t>- Cơ sở dạy nghề được thành lập và hoạt động theo quy định của các văn bản hướng dẫn về dạy nghề.</w:t>
      </w:r>
    </w:p>
    <w:p>
      <w:pPr>
        <w:jc w:val="both"/>
      </w:pPr>
      <w:r>
        <w:t>- Có danh sách các học viên là người dân tộc thiểu số, người khuyết tật, trẻ em có hoàn cảnh đặc biệt khó khăn, đối tượng tệ nạn xã hội, người đang cai nghiện, người sau cai nghiện, người nhiễm HIV/AIDS.</w:t>
      </w:r>
    </w:p>
    <w:p>
      <w:pPr>
        <w:jc w:val="both"/>
      </w:pPr>
      <w:r>
        <w:t>6 . Thu nhập được chia từ hoạt động góp vốn, mua cổ phần, liên doanh, liên kết kinh tế với doanh nghiệp trong nước, sau khi bên nhận góp vốn, phát hành cổ phiếu, liên doanh, liên kết đã nộp thuế thu nhập doanh nghiệp theo quy định của Luật Thuế thu nhập doanh nghiệp, kể cả trường hợp bên nhận góp vốn, phát hành cổ phiếu, bên liên doanh, liên kết được miễn thuế, giảm thuế.</w:t>
      </w:r>
    </w:p>
    <w:p>
      <w:pPr>
        <w:jc w:val="both"/>
      </w:pPr>
      <w:r>
        <w:t>Ví dụ 9: Doanh nghiệp B nhận vốn góp của doanh nghiệp A. Thu nhập trước thuế tương ứng với phần vốn góp của doanh nghiệp A trong doanh nghiệp B là 100 triệu đồng.</w:t>
      </w:r>
    </w:p>
    <w:p>
      <w:pPr>
        <w:jc w:val="both"/>
      </w:pPr>
      <w:r>
        <w:t>- Trường hợp 1: Doanh nghiệp B không được ưu đãi thuế thu nhập doanh nghiệp và doanh nghiệp B đã nộp đủ thuế thu nhập doanh nghiệp bao gồm cả khoản thu nhập của doanh nghiệp A nhận được thì thu nhập mà doanh nghiệp A nhận được từ hoạt động góp vốn là 75 triệu đồng [(100 triệu – (100 triệu x 25%)], doanh nghiệp A được miễn thuế thu nhập doanh nghiệp đối với 75 triệu đồng này.</w:t>
      </w:r>
    </w:p>
    <w:p>
      <w:pPr>
        <w:jc w:val="both"/>
      </w:pPr>
      <w:r>
        <w:t>- Trường hợp 2: Doanh nghiệp B được giảm 50% số thuế thu nhập doanh nghiệp phải nộp và doanh nghiệp B đã nộp đủ thuế thu nhập doanh nghiệp bao gồm cả khoản thu nhập của doanh nghiệp A nhận được theo số thuế thu nhập được giảm thì thu nhập mà doanh nghiệp A nhận được từ hoạt động góp vốn là 87,5 triệu đồng [100 triệu – (100 triệu x 25% x 50%)], doanh nghiệp A được miễn thuế thu nhập doanh nghiệp đối với 87,5 triệu đồng này.</w:t>
      </w:r>
    </w:p>
    <w:p>
      <w:pPr>
        <w:jc w:val="both"/>
      </w:pPr>
      <w:r>
        <w:t>- Trường hợp 3: Doanh nghiệp B được miễn thuế thu nhập doanh nghiệp thì thu nhập mà doanh nghiệp A nhận được từ hoạt động góp vốn là 100 triệu đồng, doanh nghiệp A được miễn thuế thu nhập doanh nghiệp đối với 100 triệu đồng này.</w:t>
      </w:r>
    </w:p>
    <w:p>
      <w:pPr>
        <w:jc w:val="both"/>
      </w:pPr>
      <w:r>
        <w:t>7. Khoản tài trợ nhận được để sử dụng cho hoạt động giáo dục, nghiên cứu khoa học, văn hoá, nghệ thuật, từ thiện, nhân đạo và hoạt động xã hội khác tại Việt Nam.</w:t>
      </w:r>
    </w:p>
    <w:p>
      <w:pPr>
        <w:jc w:val="both"/>
      </w:pPr>
      <w:r>
        <w:t>Trường hợp tổ chức nhận tài trợ sử dụng không đúng mục đích các khoản tài trợ trên thì tổ chức nhận tài trợ phải tính nộp thuế thu nhập doanh nghiệp theo mức thuế suất 25% trên số tiền nhận tài trợ sử dụng không đúng mục đích.</w:t>
      </w:r>
    </w:p>
    <w:p>
      <w:pPr>
        <w:jc w:val="both"/>
      </w:pPr>
      <w:r>
        <w:t>Tổ chức nhận tài trợ quy định tại Khoản này phải được thành lập và hoạt động theo quy định của pháp luật, thực hiện đúng quy định của pháp luật về kế toán thống kê.</w:t>
      </w:r>
    </w:p>
    <w:p>
      <w:pPr>
        <w:jc w:val="both"/>
      </w:pPr>
      <w:r>
        <w:rPr>
          <w:b/>
        </w:rPr>
        <w:t>Điều 9. Xác định lỗ và chuyển lỗ</w:t>
      </w:r>
    </w:p>
    <w:p>
      <w:pPr>
        <w:jc w:val="both"/>
      </w:pPr>
      <w:r>
        <w:t>1. Lỗ phát sinh trong kỳ tính thuế là số chênh lệch âm về thu nhập chịu thuế.</w:t>
      </w:r>
    </w:p>
    <w:p>
      <w:pPr>
        <w:jc w:val="both"/>
      </w:pPr>
      <w:r>
        <w:t>2. Doanh nghiệp sau khi quyết toán thuế mà bị lỗ thì phải chuyển toàn bộ và liên tục số lỗ vào thu nhập chịu thuế của những năm tiếp theo. Thời gian chuyển lỗ tính liên tục không quá 5 năm, kể từ năm tiếp sau năm phát sinh lỗ.</w:t>
      </w:r>
    </w:p>
    <w:p>
      <w:pPr>
        <w:jc w:val="both"/>
      </w:pPr>
      <w:r>
        <w:t>Doanh nghiệp tạm thời chuyển lỗ vào thu nhập chịu thuế của các quý của năm sau khi lập tờ khai tạm nộp quý và chuyển chính thức vào năm sau khi lập tờ khai quyết toán thuế năm.</w:t>
      </w:r>
    </w:p>
    <w:p>
      <w:pPr>
        <w:jc w:val="both"/>
      </w:pPr>
      <w:r>
        <w:t>Ví dụ 10: Năm 2011 DN A có phát sinh lỗ là 10 tỷ đồng, năm 2012 DN A có phát sinh thu nhập chịu thuế là 12 tỷ đồng thì toàn bộ số lỗ phát sinh năm 2011 là 10 tỷ đồng, DN A phải chuyển toàn bộ vào thu nhập chịu thuế năm 2012.</w:t>
      </w:r>
    </w:p>
    <w:p>
      <w:pPr>
        <w:jc w:val="both"/>
      </w:pPr>
      <w:r>
        <w:t>Ví dụ 11: Năm 2011 DN B có phát sinh lỗ là 20 tỷ đồng, năm 2012 DN B có phát sinh thu nhập chịu thuế là 15 tỷ đồng thì:</w:t>
      </w:r>
    </w:p>
    <w:p>
      <w:pPr>
        <w:jc w:val="both"/>
      </w:pPr>
      <w:r>
        <w:t>+ DN B phải chuyển toàn bộ số lỗ 15 tỷ đồng vào thu nhập chịu thuế năm 2012;</w:t>
      </w:r>
    </w:p>
    <w:p>
      <w:pPr>
        <w:jc w:val="both"/>
      </w:pPr>
      <w:r>
        <w:t>+ Số lỗ còn lại 5 tỷ đồng, DN B phải theo dõi và chuyển toàn bộ liên tục theo nguyên tắc chuyển lỗ của năm 2011 nêu trên vào các năm tiếp theo, nhưng tối đa không quá 5 năm, kể từ năm tiếp sau năm phát sinh lỗ.</w:t>
      </w:r>
    </w:p>
    <w:p>
      <w:pPr>
        <w:jc w:val="both"/>
      </w:pPr>
      <w:r>
        <w:t>- Doanh nghiệp có số lỗ giữa các quý trong cùng một năm tài chính thì được bù trừ số lỗ của quý trước vào các quý tiếp theo của năm tài chính đó. Khi quyết toán thuế thu nhập doanh nghiệp, doanh nghiệp xác định số lỗ của cả năm và chuyển toàn bộ và liên tục số lỗ vào thu nhập chịu thuế của những năm tiếp sau năm phát sinh lỗ theo quy định nêu trên.</w:t>
      </w:r>
    </w:p>
    <w:p>
      <w:pPr>
        <w:jc w:val="both"/>
      </w:pPr>
      <w:r>
        <w:t>- Doanh nghiệp tự xác định số lỗ được trừ vào thu nhập chịu thuế theo nguyên tắc nêu trên. Trường hợp trong thời gian chuyển lỗ có phát sinh tiếp số lỗ thì số lỗ phát sinh này (không bao gồm số lỗ của kỳ trước chuyển sang) sẽ được chuyển lỗ toàn bộ và liên tục không quá 5 năm, kể từ năm tiếp sau năm phát sinh lỗ.</w:t>
      </w:r>
    </w:p>
    <w:p>
      <w:pPr>
        <w:jc w:val="both"/>
      </w:pPr>
      <w:r>
        <w:t>Trường hợp cơ quan có thẩm quyền kiểm tra, thanh tra quyết toán thuế thu nhập doanh nghiệp xác định số lỗ doanh nghiệp được chuyển khác với số lỗ do doanh nghiệp tự xác định thì số lỗ được chuyển xác định theo kết luận của cơ quan kiểm tra, thanh tra nhưng đảm bảo chuyển lỗ toàn bộ và liên tục không quá 5 năm, kể từ năm tiếp sau năm phát sinh lỗ theo quy định.</w:t>
      </w:r>
    </w:p>
    <w:p>
      <w:pPr>
        <w:jc w:val="both"/>
      </w:pPr>
      <w:r>
        <w:t>Quá thời hạn 5 năm kể từ năm tiếp sau năm phát sinh lỗ, nếu số lỗ phát sinh chưa chuyển hết thì sẽ không được chuyển vào thu nhập của các năm tiếp sau.</w:t>
      </w:r>
    </w:p>
    <w:p>
      <w:pPr>
        <w:jc w:val="both"/>
      </w:pPr>
      <w:r>
        <w:t>3. Doanh nghiệp chuyển đổi loại hình doanh nghiệp, chuyển đổi hình thức sở hữu (kể cả giao, bán doanh nghiệp Nhà nước), sáp nhập, hợp nhất, chia, tách, giải thể, phá sản phải thực hiện quyết toán thuế với cơ quan thuế đến thời điểm có quyết định chuyển đổi loại hình doanh nghiệp, chuyển đổi hình thức sở hữu, sáp nhập, hợp nhất, chia, tách, giải thể, phá sản của cơ quan có thẩm quyền. Số lỗ của doanh nghiệp phát sinh trước khi chuyển đổi, sáp nhập, hợp nhất phải được theo dõi chi tiết theo năm phát sinh và bù trừ vào thu nhập chịu thuế cùng năm của doanh nghiệp sau khi chuyển đổi, sáp nhập, hợp nhất hoặc được tiếp tục chuyển vào thu nhập chịu thuế của các năm tiếp theo của doanh nghiệp sau khi chuyển đổi, sáp nhập, hợp nhất để đảm bảo nguyên tắc chuyển lỗ tính liên tục không quá 5 năm, kể từ năm tiếp sau năm phát sinh lỗ.</w:t>
      </w:r>
    </w:p>
    <w:p>
      <w:pPr>
        <w:jc w:val="both"/>
      </w:pPr>
      <w:r>
        <w:rPr>
          <w:b/>
        </w:rPr>
        <w:t>Điều 10. Trích lập quỹ phát triển khoa học và công nghệ của doanh nghiệp</w:t>
      </w:r>
    </w:p>
    <w:p>
      <w:pPr>
        <w:jc w:val="both"/>
      </w:pPr>
      <w:r>
        <w:t>1. Doanh nghiệp được thành lập, hoạt động theo quy định của pháp luật Việt Nam được trích tối đa 10% thu nhập tính thuế hàng năm trước khi tính thuế thu nhập doanh nghiệp để lập Quỹ phát triển khoa học và công nghệ của doanh nghiệp. Doanh nghiệp tự xác định mức trích lập Quỹ phát triển khoa học công nghệ theo quy định trước khi tính thuế thu nhập doanh nghiệp. Hàng năm nếu doanh nghiệp có trích lập quỹ phát triển khoa học công nghệ thì doanh nghiệp phải lập Báo cáo trích, sử dụng Quỹ phát triển khoa học công nghệ và kê khai mức trích lập, số tiền trích lập vào tờ khai quyết toán thuế thu nhập doanh nghiệp. Báo cáo việc sử dụng Quỹ phát triển khoa học công nghệ được nộp cùng tờ khai quyết toán thuế thu nhập doanh nghiệp.</w:t>
      </w:r>
    </w:p>
    <w:p>
      <w:pPr>
        <w:jc w:val="both"/>
      </w:pPr>
      <w:r>
        <w:t>2. Trong thời hạn 5 năm, kể từ khi trích lập, nếu Quỹ phát triển khoa học và công nghệ không được sử dụng hoặc sử dụng không hết 70% hoặc sử dụng không đúng mục đích thì doanh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w:t>
      </w:r>
    </w:p>
    <w:p>
      <w:pPr>
        <w:jc w:val="both"/>
      </w:pPr>
      <w:r>
        <w:t>Số tiền sử dụng không đúng mục đích thì sẽ không được tính vào tổng số tiền sử dụng cho mục đích phát triển khoa học và công nghệ.</w:t>
      </w:r>
    </w:p>
    <w:p>
      <w:pPr>
        <w:jc w:val="both"/>
      </w:pPr>
      <w:r>
        <w:t>- Thuế suất thuế thu nhập doanh nghiệp dùng để tính số thuế thu hồi là thuế suất áp dụng cho doanh nghiệp trong thời gian trích lập quỹ.</w:t>
      </w:r>
    </w:p>
    <w:p>
      <w:pPr>
        <w:jc w:val="both"/>
      </w:pPr>
      <w:r>
        <w:t>- Lãi suất tính lãi đối với số thuế thu hồi tính trên phần quỹ không sử dụng hết là lãi suất trái phiếu kho bạc loại kỳ hạn một năm áp dụng tại thời điểm thu hồi và thời gian tính lãi là hai năm.</w:t>
      </w:r>
    </w:p>
    <w:p>
      <w:pPr>
        <w:jc w:val="both"/>
      </w:pPr>
      <w:r>
        <w:t>3. Quỹ phát triển khoa học và công nghệ của doanh nghiệp chỉ được sử dụng cho đầu tư nghiên cứu khoa học và phát triển công nghệ của doanh nghiệp tại Việt Nam. Các khoản chi từ Quỹ phát triển khoa học và công nghệ phải có đầy đủ hóa đơn, chứng từ hợp pháp theo quy định của pháp luật.</w:t>
      </w:r>
    </w:p>
    <w:p>
      <w:pPr>
        <w:jc w:val="both"/>
      </w:pPr>
      <w:r>
        <w:t>4. Doanh nghiệp không được tính các khoản đã chi từ Quỹ phát triển khoa học và công nghệ của doanh nghiệp vào chi phí hoạt động sản xuất kinh doanh khi xác định thu nhập chịu thuế trong kỳ tính thuế. Trường hợp doanh nghiệp có chi đầu tư nghiên cứu khoa học và phát triển công nghệ của doanh nghiệp từ quỹ phát triển khoa học công nghệ mà không đủ thì phần chênh lệch còn lại giữa số thực chi và số đã trích quỹ sẽ được tính vào chi phí hoạt động sản xuất kinh doanh khi xác định thu nhập chịu thuế.</w:t>
      </w:r>
    </w:p>
    <w:p>
      <w:pPr>
        <w:jc w:val="both"/>
      </w:pPr>
      <w:r>
        <w:t>5. Doanh nghiệp đang hoạt động mà có sự thay đổi về hình thức sở hữu, hợp nhất, sáp nhập thì doanh nghiệp mới thành lập từ việc thay đổi hình thức sở hữu, hợp nhất, sáp nhập được kế thừa và chịu trách nhiệm về việc quản lý, sử dụng Quỹ phát triển khoa học và công nghệ của doanh nghiệp trước khi chuyển đổi, hợp nhất, sáp nhập.</w:t>
      </w:r>
    </w:p>
    <w:p>
      <w:pPr>
        <w:jc w:val="both"/>
      </w:pPr>
      <w:r>
        <w:t>Doanh nghiệp nếu có Quỹ phát triển khoa học và công nghệ chưa sử dụng hết khi chia, tách thì doanh nghiệp mới thành lập từ việc chia, tách được kế thừa và chịu trách nhiệm về việc quản lý, sử dụng Quỹ phát triển khoa học và công nghệ của doanh nghiệp trước khi chia, tách. Việc phân chia Quỹ phát triển khoa học và công nghệ do doanh nghiệp quyết định và đăng ký với cơ quan thuế.</w:t>
      </w:r>
    </w:p>
    <w:p>
      <w:pPr>
        <w:jc w:val="both"/>
      </w:pPr>
      <w:r>
        <w:rPr>
          <w:b/>
        </w:rPr>
        <w:t>Điều 11. Thuế suất thuế thu nhập doanh nghiệp</w:t>
      </w:r>
    </w:p>
    <w:p>
      <w:pPr>
        <w:jc w:val="both"/>
      </w:pPr>
      <w:r>
        <w:t>1. Thuế suất thuế thu nhập doanh nghiệp là 25%, trừ trường hợp quy định tại khoản 2 Điều này và các trường hợp được áp dụng thuế suất ưu đãi.</w:t>
      </w:r>
    </w:p>
    <w:p>
      <w:pPr>
        <w:jc w:val="both"/>
      </w:pPr>
      <w:r>
        <w:t>2. Thuế suất thuế thu nhập doanh nghiệp đối với hoạt động tìm kiếm, thăm dò, khai thác dầu khí tại Việt Nam từ 32% đến 50%. Căn cứ vào vị trí khai thác, điều kiện khai thác và trữ lượng mỏ doanh nghiệp có dự án đầu tư tìm kiếm, thăm dò, khai thác dầu khí gửi hồ sơ dự án đầu tư đến Bộ Tài chính để trình Thủ tướng Chính phủ quyết định mức thuế suất cụ thể cho từng dự án, từng cơ sở kinh doanh.</w:t>
      </w:r>
    </w:p>
    <w:p>
      <w:pPr>
        <w:jc w:val="both"/>
      </w:pPr>
      <w:r>
        <w:t>Thuế suất thuế thu nhập doanh nghiệp đối với hoạt động tìm kiếm, thăm dò, khai thác các mỏ tài nguyên quý hiếm (trừ dầu khí) áp dụng thuế suất 50%; Trường hợp các mỏ tài nguyên quý hiếm có từ 70% diện tích được giao trở lên ở địa bàn có điều kiện kinh tế xã hội đặc biệt khó khăn thuộc danh mục địa bàn ưu đãi thuế thu nhập doanh nghiệp ban hành kèm theo Nghị định số 124/2008/NĐ-CP ngày 11/12/2008 của Chính phủ áp dụng thuế suất thuế thu nhập doanh nghiệp 40%.</w:t>
      </w:r>
    </w:p>
    <w:p>
      <w:pPr>
        <w:jc w:val="both"/>
      </w:pPr>
      <w:r>
        <w:t>Tài nguyên quý hiếm tại khoản này bao gồm: bạch kim, vàng, bạc, thiếc, wonfram, antimoan, đá quý, đất hiếm.</w:t>
      </w:r>
    </w:p>
    <w:p>
      <w:pPr>
        <w:jc w:val="center"/>
      </w:pPr>
      <w:r>
        <w:rPr>
          <w:b/>
        </w:rPr>
        <w:t>Chương III</w:t>
      </w:r>
    </w:p>
    <w:p>
      <w:pPr>
        <w:jc w:val="both"/>
      </w:pPr>
      <w:r>
        <w:t>NƠI NỘP THUẾ</w:t>
      </w:r>
    </w:p>
    <w:p>
      <w:pPr>
        <w:jc w:val="both"/>
      </w:pPr>
      <w:r>
        <w:rPr>
          <w:b/>
        </w:rPr>
        <w:t>Điều 12. Nguyên tắc xác định</w:t>
      </w:r>
    </w:p>
    <w:p>
      <w:pPr>
        <w:jc w:val="both"/>
      </w:pPr>
      <w:r>
        <w:t>Doanh nghiệp nộp thuế tại nơi có trụ sở chính. Trường hợp doanh nghiệp có cơ sở sản xuất (bao gồm cả cơ sở gia công, lắp ráp) hạch toán phụ thuộc hoạt động tại địa bàn tỉnh, thành phố trực thuộc trung ương khác với địa bàn nơi doanh nghiệp đóng trụ sở chính thì số thuế được tính nộp ở nơi có trụ sở chính và ở nơi có cơ sở sản xuất.</w:t>
      </w:r>
    </w:p>
    <w:p>
      <w:pPr>
        <w:jc w:val="both"/>
      </w:pPr>
      <w:r>
        <w:t>Việc phân bổ số thuế phải nộp quy định tại khoản này không áp dụng đối với trường hợp doanh nghiệp có các công trình, hạng mục công trình hay cơ sở xây dựng xây dựng hạch toán phụ thuộc.</w:t>
      </w:r>
    </w:p>
    <w:p>
      <w:pPr>
        <w:jc w:val="both"/>
      </w:pPr>
      <w:r>
        <w:rPr>
          <w:b/>
        </w:rPr>
        <w:t>Điều 13. Xác định số thuế phải nộp</w:t>
      </w:r>
    </w:p>
    <w:p>
      <w:pPr>
        <w:jc w:val="both"/>
      </w:pPr>
      <w:r>
        <w:t>Số thuế thu nhập doanh nghiệp tính nộp ở tỉnh, thành phố trực thuộc Trung ương nơi có cơ sở sản xuất hạch toán phụ thuộc được xác định bằng số thuế thu nhập doanh nghiệp phải nộp trong kỳ nhân (x) tỷ lệ chi phí của cơ sở sản xuất hạch toán phụ thuộc với tổng chi phí của doanh nghiệp.</w:t>
      </w:r>
    </w:p>
    <w:p>
      <w:pPr>
        <w:jc w:val="both"/>
      </w:pPr>
      <w:r>
        <w:t>Tỷ lệ chi phí được xác định bằng tỷ lệ chi phí giữa tổng chi phí của cơ sở sản xuất hạch toán phụ thuộc với tổng chi phí của doanh nghiệp. Tỷ lệ chi phí được xác định như sau:</w:t>
      </w:r>
    </w:p>
    <w:p>
      <w:pPr>
        <w:jc w:val="both"/>
      </w:pPr>
      <w:r>
        <w:t>Tỷ lệ chi phí của cơ sở sản xuất hạch toán phụ thuộc</w:t>
      </w:r>
    </w:p>
    <w:p>
      <w:pPr>
        <w:jc w:val="both"/>
      </w:pPr>
      <w:r>
        <w:t>=</w:t>
      </w:r>
    </w:p>
    <w:p>
      <w:pPr>
        <w:jc w:val="both"/>
      </w:pPr>
      <w:r>
        <w:t>Tổng chi phí của cơ sở sản xuất hạch toán phụ thuộc</w:t>
      </w:r>
    </w:p>
    <w:p>
      <w:pPr>
        <w:jc w:val="both"/>
      </w:pPr>
      <w:r>
        <w:t>_______________________________________________</w:t>
      </w:r>
    </w:p>
    <w:p>
      <w:pPr>
        <w:jc w:val="both"/>
      </w:pPr>
      <w:r>
        <w:t>Tổng chi phí của doanh nghiệp</w:t>
      </w:r>
    </w:p>
    <w:p>
      <w:pPr>
        <w:jc w:val="both"/>
      </w:pPr>
      <w:r>
        <w:t>Số liệu để xác định tỷ lệ chi phí được căn cứ vào số liệu quyết toán thuế thu nhập của doanh nghiệp năm trước liền kề năm tính thuế do doanh nghiệp tự xác định để làm căn cứ xác định số thuế phải nộp và được sử dụng để kê khai, nộp thuế thu nhập doanh nghiệp cho các năm sau.</w:t>
      </w:r>
    </w:p>
    <w:p>
      <w:pPr>
        <w:jc w:val="both"/>
      </w:pPr>
      <w:r>
        <w:t>Trường hợp doanh nghiệp đang hoạt động có các cơ sở sản xuất hạch toán phụ thuộc ở các địa phương, số liệu để xác định tỷ lệ chi phí của trụ sở chính và các cơ sở sản xuất hạch toán phụ thuộc do doanh nghiệp tự xác định căn cứ theo số liệu quyết toán thuế thu nhập doanh nghiệp năm 2008 và tỷ lệ này được sử dụng ổn định từ năm 2009 trở đi.</w:t>
      </w:r>
    </w:p>
    <w:p>
      <w:pPr>
        <w:jc w:val="both"/>
      </w:pPr>
      <w:r>
        <w:t>Trường hợp doanh nghiệp mới thành lập, doanh nghiệp đang hoạt động có thành lập thêm hoặc thu hẹp các cơ sở sản xuất hạch toán phụ thuộc ở các địa phương thì doanh nghiệp phải tự xác định tỷ lệ chi phí cho kỳ tính thuế đầu tiên đối với các trường hợp này. Từ kỳ tính thuế tiếp theo tỷ lệ chi phí được xác định theo nguyên tắc nêu trên.</w:t>
      </w:r>
    </w:p>
    <w:p>
      <w:pPr>
        <w:jc w:val="both"/>
      </w:pPr>
      <w:r>
        <w:t>Đơn vị hạch toán phụ thuộc các doanh nghiệp hạch toán toàn ngành có thu nhập ngoài hoạt động kinh doanh chính thì nộp thuế tại tỉnh, thành phố trực thuộc Trung ương nơi phát sinh hoạt động sản xuất kinh doanh đó.</w:t>
      </w:r>
    </w:p>
    <w:p>
      <w:pPr>
        <w:jc w:val="center"/>
      </w:pPr>
      <w:r>
        <w:rPr>
          <w:b/>
        </w:rPr>
        <w:t>Chương IV</w:t>
      </w:r>
    </w:p>
    <w:p>
      <w:pPr>
        <w:jc w:val="both"/>
      </w:pPr>
      <w:r>
        <w:t>THU NHẬP TỪ CHUYỂN NHƯỢNG VỐN, CHUYỂN NHƯỢNG CHỨNG KHOÁN</w:t>
      </w:r>
    </w:p>
    <w:p>
      <w:pPr>
        <w:jc w:val="both"/>
      </w:pPr>
      <w:r>
        <w:rPr>
          <w:b/>
        </w:rPr>
        <w:t>Điều 14. Thu nhập từ chuyển nhượng vốn</w:t>
      </w:r>
    </w:p>
    <w:p>
      <w:pPr>
        <w:jc w:val="both"/>
      </w:pPr>
      <w:r>
        <w:t>1 . Phạm vi áp dụng:</w:t>
      </w:r>
    </w:p>
    <w:p>
      <w:pPr>
        <w:jc w:val="both"/>
      </w:pPr>
      <w:r>
        <w:t>Thu nhập từ chuyển nhượng vốn của doanh nghiệp là thu nhập có được từ chuyển nhượng một phần hoặc toàn bộ số vốn của doanh nghiệp đã đầu tư cho một hoặc nhiều tổ chức, cá nhân khác (bao gồm cả trường hợp bán toàn bộ doanh nghiệp). Thời điểm chuyển nhượng vốn là thời điểm chuyển quyền sở hữu vốn.</w:t>
      </w:r>
    </w:p>
    <w:p>
      <w:pPr>
        <w:jc w:val="both"/>
      </w:pPr>
      <w:r>
        <w:t>Trường hợp doanh nghiệp có chuyển nhượng vốn không nhận bằng tiền mà nhận bằng tài sản, lợi ích vật chất khác (cổ phiếu, chứng chỉ quỹ...) có phát sinh thu nhập thì phải chịu thuế thu nhập doanh nghiệp. Giá trị tài sản, cổ phiếu, chứng chỉ quỹ…được xác định theo giá bán của sản phẩm trên thị trường tại thời điểm nhận tài sản.</w:t>
      </w:r>
    </w:p>
    <w:p>
      <w:pPr>
        <w:jc w:val="both"/>
      </w:pPr>
      <w:r>
        <w:t>2. Căn cứ tính thuế:</w:t>
      </w:r>
    </w:p>
    <w:p>
      <w:pPr>
        <w:jc w:val="both"/>
      </w:pPr>
      <w:r>
        <w:t>a) Thu nhập tính thuế từ chuyển nhượng vốn được xác định:</w:t>
      </w:r>
    </w:p>
    <w:p>
      <w:pPr>
        <w:jc w:val="both"/>
      </w:pPr>
      <w:r>
        <w:t>Thu nhập tính thuế</w:t>
      </w:r>
    </w:p>
    <w:p>
      <w:pPr>
        <w:jc w:val="both"/>
      </w:pPr>
      <w:r>
        <w:t>=</w:t>
      </w:r>
    </w:p>
    <w:p>
      <w:pPr>
        <w:jc w:val="both"/>
      </w:pPr>
      <w:r>
        <w:t>Giá chuyển nhượng</w:t>
      </w:r>
    </w:p>
    <w:p>
      <w:pPr>
        <w:jc w:val="both"/>
      </w:pPr>
      <w:r>
        <w:t>-</w:t>
      </w:r>
    </w:p>
    <w:p>
      <w:pPr>
        <w:jc w:val="both"/>
      </w:pPr>
      <w:r>
        <w:t>Giá mua của phần vốn chuyển nhượng</w:t>
      </w:r>
    </w:p>
    <w:p>
      <w:pPr>
        <w:jc w:val="both"/>
      </w:pPr>
      <w:r>
        <w:t>-</w:t>
      </w:r>
    </w:p>
    <w:p>
      <w:pPr>
        <w:jc w:val="both"/>
      </w:pPr>
      <w:r>
        <w:t>Chi phí chuyển nhượng</w:t>
      </w:r>
    </w:p>
    <w:p>
      <w:pPr>
        <w:jc w:val="both"/>
      </w:pPr>
      <w:r>
        <w:t>Trong đó:</w:t>
      </w:r>
    </w:p>
    <w:p>
      <w:pPr>
        <w:jc w:val="both"/>
      </w:pPr>
      <w:r>
        <w:t>- Giá chuyển nhượng được xác định là tổng giá trị thực tế mà bên chuyển nhượng thu được theo hợp đồng chuyển nhượng.</w:t>
      </w:r>
    </w:p>
    <w:p>
      <w:pPr>
        <w:jc w:val="both"/>
      </w:pPr>
      <w:r>
        <w:t>Trường hợp hợp đồng chuyển nhượng vốn quy định việc thanh toán theo hình thức trả góp, trả chậm thì doanh thu của hợp đồng chuyển nhượng không bao gồm lãi trả góp, lãi trả chậm theo thời hạn quy định trong hợp đồng.</w:t>
      </w:r>
    </w:p>
    <w:p>
      <w:pPr>
        <w:jc w:val="both"/>
      </w:pPr>
      <w:r>
        <w:t>Trường hợp hợp đồng chuyển nhượng không quy định giá thanh toán hoặc cơ quan thuế có cơ sở để xác định giá thanh toán không phù hợp theo giá thị trường, cơ quan thuế có quyền kiểm tra và ấn định giá chuyển nhượng. Doanh nghiệp có chuyển nhượng một phần vốn góp trong doanh nghiệp mà giá chuyển nhượng đối với phần vốn góp này không phù hợp theo giá thị trường thì cơ quan thuế được ấn định lại toàn bộ giá trị của doanh nghiệp tại thời điểm chuyển nhượng để xác định lại giá chuyển nhượng tương ứng với tỷ lệ phần vốn góp chuyển nhượng.</w:t>
      </w:r>
    </w:p>
    <w:p>
      <w:pPr>
        <w:jc w:val="both"/>
      </w:pPr>
      <w:r>
        <w:t>Căn cứ ấn định giá chuyển nhượng dựa vào tài liệu điều tra của cơ quan thuế hoặc căn cứ giá chuyển nhượng vốn của các trường hợp khác ở cùng thời gian, cùng tổ chức kinh tế hoặc các hợp đồng chuyển nhượng tương tự tại thời điểm chuyển nhượng. Trường hợp việc ấn định giá chuyển nhượng của cơ quan thuế không phù hợp thì được căn cứ theo giá thẩm định của các tổ chức định giá chuyên nghiệp có thẩm quyền xác định giá chuyển nhượng tại thời điểm chuyển nhượng theo đúng quy định.</w:t>
      </w:r>
    </w:p>
    <w:p>
      <w:pPr>
        <w:jc w:val="both"/>
      </w:pPr>
      <w:r>
        <w:t>- Giá mua của phần vốn chuyển nhượng được xác định đối với từng trường hợp như sau:</w:t>
      </w:r>
    </w:p>
    <w:p>
      <w:pPr>
        <w:jc w:val="both"/>
      </w:pPr>
      <w:r>
        <w:t>+ Nếu là chuyển nhượng vốn góp thành lập doanh nghiệp là giá trị phần vốn góp trên cơ sở sổ sách, hồ sơ, chứng từ kế toán tại thời điểm chuyển nhượng vốn và được các bên tham gia đầu tư vốn hoặc tham gia hợp đồng hợp tác kinh doanh xác nhận, hoặc kết quả kiểm toán của công ty kiểm toán độc lập đối với doanh nghiệp 100% vốn nước ngoài.</w:t>
      </w:r>
    </w:p>
    <w:p>
      <w:pPr>
        <w:jc w:val="both"/>
      </w:pPr>
      <w:r>
        <w:t>+ Nếu là phần vốn do mua lại thì giá mua là giá trị vốn tại thời điểm mua, Giá mua được xác định căn cứ vào hợp đồng mua lại phần vốn góp, chứng từ thanh toán.</w:t>
      </w:r>
    </w:p>
    <w:p>
      <w:pPr>
        <w:jc w:val="both"/>
      </w:pPr>
      <w:r>
        <w:t>Trường hợp doanh nghiệp hạch toán kế toán bằng đồng ngoại tệ (đã được Bộ Tài chính chấp thuận) có chuyển nhượng vốn góp bằng ngoại tệ thì giá chuyển nhượng và giá mua của phần vốn chuyển nhượng được xác định bằng đồng ngoại tệ; Trường hợp doanh nghiệp hạch toán kế toán bằng đồng Việt Nam có chuyển nhượng vốn góp bằng ngoại tệ thì giá chuyển nhượng phải được xác định bằng đồng Việt Nam theo tỷ giá giao dịch bình quân trên thị trường ngoại tệ liên ngân hàng do Ngân hàng Nhà nước Việt Nam công bố tại thời điểm chuyển nhượng.</w:t>
      </w:r>
    </w:p>
    <w:p>
      <w:pPr>
        <w:jc w:val="both"/>
      </w:pPr>
      <w:r>
        <w:t>- Chi phí chuyển nhượng là các khoản chi thực tế liên quan trực tiếp đến việc chuyển nhượng, có chứng từ, hoá đơn hợp pháp. Trường hợp chi phí chuyển nhượng phát sinh ở nước ngoài thì các chứng từ gốc đó phải được một cơ quan công chứng hoặc kiểm toán độc lập của nước có chi phí phát sinh xác nhận và chứng từ phải được dịch ra tiếng Việt (có xác nhận của đại diện có thẩm quyền).</w:t>
      </w:r>
    </w:p>
    <w:p>
      <w:pPr>
        <w:jc w:val="both"/>
      </w:pPr>
      <w:r>
        <w:t>Chi phí chuyển nhượng bao gồm: chi phí để làm các thủ tục pháp lý cần thiết cho việc chuyển nhượng; các khoản phí và lệ phí phải nộp khi làm thủ tục chuyển nhượng; các chi phí giao dịch, đàm phán, ký kết hợp đồng chuyển nhượng và các chi phí khác có chứng từ chứng minh.</w:t>
      </w:r>
    </w:p>
    <w:p>
      <w:pPr>
        <w:jc w:val="both"/>
      </w:pPr>
      <w:r>
        <w:t>Ví dụ 12: Doanh nghiệp A góp 400 tỷ đồng gồm 320 tỷ đồng là giá trị nhà xưởng và 80 tỷ đồng tiền mặt để thành lập doanh nghiệp liên doanh sản xuất giấy vệ sinh sau đó doanh nghiệp A chuyển nhượng phần vốn góp nêu trên cho doanh nghiệp B với giá là 550 tỷ đồng. Vốn góp của doanh nghiệp A tại thời điểm chuyển nhượng trên sổ sách kế toán là 400 tỷ đồng, chi phí liên quan đến việc chuyển nhượng vốn là 70 tỷ đồng. Thu nhập để tính thuế thu nhập từ chuyển nhượng vốn trong trường hợp này là 80 tỷ đồng (550 - 400 - 70).</w:t>
      </w:r>
    </w:p>
    <w:p>
      <w:pPr>
        <w:jc w:val="both"/>
      </w:pPr>
      <w:r>
        <w:t>b) Doanh nghiệp có thu nhập từ chuyển nhượng vốn thì khoản thu nhập này được xác định là khoản thu nhập khác và kê khai vào thu nhập chịu thuế khi tính thuế thu nhập doanh nghiệp.</w:t>
      </w:r>
    </w:p>
    <w:p>
      <w:pPr>
        <w:jc w:val="both"/>
      </w:pPr>
      <w:r>
        <w:t>c) Đối với tổ chức nước ngoài kinh doanh tại Việt Nam hoặc có thu nhập tại Việt Nam mà tổ chức này không hoạt động theo Luật Đầu tư, Luật Doanh nghiệp (gọi chung là nhà thầu nước ngoài) có hoạt động chuyển nhượng vốn thì thực hiện kê khai, nộp thuế như sau:</w:t>
      </w:r>
    </w:p>
    <w:p>
      <w:pPr>
        <w:jc w:val="both"/>
      </w:pPr>
      <w:r>
        <w:t>Tổ chức, cá nhân nhận chuyển nhượng vốn có trách nhiệm xác định, kê khai, khấu trừ và nộp thay tổ chức nước ngoài số thuế thu nhập doanh nghiệp phải nộp. Trường hợp bên nhận chuyển nhượng vốn cũng là tổ chức nước ngoài không hoạt động theo Luật Đầu tư, Luật Doanh nghiệp thì doanh nghiệp thành lập theo pháp luật Việt Nam nơi các tổ chức nước ngoài đầu tư vốn có trách nhiệm kê khai và nộp thay số thuế thu nhập doanh nghiệp phải nộp từ hoạt động chuyển nhượng vốn của tổ chức nước ngoài.</w:t>
      </w:r>
    </w:p>
    <w:p>
      <w:pPr>
        <w:jc w:val="both"/>
      </w:pPr>
      <w:r>
        <w:t>Việc kê khai thuế, nộp thuế được thực hiện theo quy định tại các văn bản quy phạm pháp luật về quản lý thuế .</w:t>
      </w:r>
    </w:p>
    <w:p>
      <w:pPr>
        <w:jc w:val="both"/>
      </w:pPr>
      <w:r>
        <w:rPr>
          <w:b/>
        </w:rPr>
        <w:t>Điều 15. Thu nhập từ chuyển nhượng chứng khoán</w:t>
      </w:r>
    </w:p>
    <w:p>
      <w:pPr>
        <w:jc w:val="both"/>
      </w:pPr>
      <w:r>
        <w:t>1. Phạm vi áp dụng:</w:t>
      </w:r>
    </w:p>
    <w:p>
      <w:pPr>
        <w:jc w:val="both"/>
      </w:pPr>
      <w:r>
        <w:t>Thu nhập từ chuyển nhượng chứng khoán của doanh nghiệp là thu nhập có được từ việc chuyển nhượng cổ phiếu, trái phiếu, chứng chỉ quỹ và các loại chứng khoán khác theo quy định.</w:t>
      </w:r>
    </w:p>
    <w:p>
      <w:pPr>
        <w:jc w:val="both"/>
      </w:pPr>
      <w:r>
        <w:t>Trường hợp Công ty cổ phần thực hiện phát hành thêm cổ phiếu để huy động vốn thì phần chênh lệch giữa giá phát hành và mệnh giá không tính vào thu nhập chịu thuế để tính thuế thu nhập doanh nghiệp.</w:t>
      </w:r>
    </w:p>
    <w:p>
      <w:pPr>
        <w:jc w:val="both"/>
      </w:pPr>
      <w:r>
        <w:t>Trường hợp Công ty cổ phần tiến hành chia, tách, hợp nhất, sáp nhập mà thực hiện hoán đổi cổ phiếu tại thời điểm chia, tách, hợp nhất, sáp nhập nếu phát sinh thu nhập thì phần thu nhập này phải chịu thuế thu nhập doanh nghiệp.</w:t>
      </w:r>
    </w:p>
    <w:p>
      <w:pPr>
        <w:jc w:val="both"/>
      </w:pPr>
      <w:r>
        <w:t>Trường hợp doanh nghiệp có chuyển nhượng chứng khoán không nhận bằng tiền mà nhận bằng tài sản, lợi ích vật chất khác (cổ phiếu, chứng chỉ quỹ...) có phát sinh thu nhập thì phải chịu thuế thu nhập doanh nghiệp. Giá trị tài sản, cổ phiếu, chứng chỉ quỹ…được xác định theo giá bán của sản phẩm trên thị trường tại thời điểm nhận tài sản.</w:t>
      </w:r>
    </w:p>
    <w:p>
      <w:pPr>
        <w:jc w:val="both"/>
      </w:pPr>
      <w:r>
        <w:t>2. Căn cứ tính thuế:</w:t>
      </w:r>
    </w:p>
    <w:p>
      <w:pPr>
        <w:jc w:val="both"/>
      </w:pPr>
      <w:r>
        <w:t>Thu nhập tính thuế từ chuyển nhượng chứng khoán trong kỳ được xác định bằng giá bán chứng khoán trừ (-) giá mua của chứng khoán chuyển nhượng, trừ (-) các chi phí liên quan đến việc chuyển nhượng.</w:t>
      </w:r>
    </w:p>
    <w:p>
      <w:pPr>
        <w:jc w:val="both"/>
      </w:pPr>
      <w:r>
        <w:t>- Giá bán chứng khoán được xác định như sau:</w:t>
      </w:r>
    </w:p>
    <w:p>
      <w:pPr>
        <w:jc w:val="both"/>
      </w:pPr>
      <w:r>
        <w:t>+ Đối với chứng khoán niêm yết và chứng khoán của công ty đại chúng chưa niêm yết nhưng thực hiện đăng ký giao dịch tại trung tâm giao dịch chứng khoán thì giá bán chứng khoán là giá thực tế bán chứng khoán (là giá khớp lệnh hoặc giá thoả thuận) theo thông báo của Sở giao dịch chứng khoán, trung tâm giao dịch chứng khoán.</w:t>
      </w:r>
    </w:p>
    <w:p>
      <w:pPr>
        <w:jc w:val="both"/>
      </w:pPr>
      <w:r>
        <w:t>+ Đối với chứng khoán của các công ty không thuộc các trường hợp nêu trên thì giá bán chứng khoán là giá chuyển nhượng ghi trên hợp đồng chuyển nhượng.</w:t>
      </w:r>
    </w:p>
    <w:p>
      <w:pPr>
        <w:jc w:val="both"/>
      </w:pPr>
      <w:r>
        <w:t>- Giá mua của chứng khoán được xác định như sau:</w:t>
      </w:r>
    </w:p>
    <w:p>
      <w:pPr>
        <w:jc w:val="both"/>
      </w:pPr>
      <w:r>
        <w:t>+ Đối với chứng khoán niêm yết và chứng khoán của công ty đại chúng chưa niêm yết nhưng thực hiện đăng ký giao dịch tại trung tâm giao dịch chứng khoán thì giá mua chứng khoán là giá thực mua chứng khoán (là giá khớp lệnh hoặc giá thoả thuận) theo thông báo của Sở giao dịch chứng khoán, trung tâm giao dịch chứng khoán.</w:t>
      </w:r>
    </w:p>
    <w:p>
      <w:pPr>
        <w:jc w:val="both"/>
      </w:pPr>
      <w:r>
        <w:t>+ Đối với chứng khoán mua thông qua đấu giá thì giá mua chứng khoán là mức giá ghi trên thông báo kết quả trúng đấu giá cổ phần của tổ chức thực hiện đấu giá cổ phần và giấy nộp tiền.</w:t>
      </w:r>
    </w:p>
    <w:p>
      <w:pPr>
        <w:jc w:val="both"/>
      </w:pPr>
      <w:r>
        <w:t>+ Đối với chứng khoán không thuộc các trường hợp nêu trên: giá mua chứng khoán là giá chuyển nhượng ghi trên hợp đồng chuyển nhượng.</w:t>
      </w:r>
    </w:p>
    <w:p>
      <w:pPr>
        <w:jc w:val="both"/>
      </w:pPr>
      <w:r>
        <w:t>- Chi phí chuyển nhượng là các khoản chi thực tế liên quan trực tiếp đến việc chuyển nhượng, có chứng từ, hoá đơn hợp pháp.</w:t>
      </w:r>
    </w:p>
    <w:p>
      <w:pPr>
        <w:jc w:val="both"/>
      </w:pPr>
      <w:r>
        <w:t>Chi phí chuyển nhượng bao gồm: chi phí để làm các thủ tục pháp lý cần thiết cho việc chuyển nhượng; Các khoản phí và lệ phí phải nộp khi làm thủ tục chuyển nhượng; Phí lưu ký chứng khoán theo quy định của Uỷ ban chứng khoán Nhà nước và chứng từ thu của công ty chứng khoán; Phí ủy thác chứng khoán căn cứ vào chứng từ thu của đơn vị nhận ủy thác; Các chi phí giao dịch, đàm phán, ký kết hợp đồng chuyển nhượng và các chi phí khác có chứng từ chứng minh.</w:t>
      </w:r>
    </w:p>
    <w:p>
      <w:pPr>
        <w:jc w:val="both"/>
      </w:pPr>
      <w:r>
        <w:t>Doanh nghiệp có thu nhập từ chuyển nhượng chứng khoán thì khoản thu nhập này được xác định là khoản thu nhập khác và kê khai vào thu nhập chịu thuế khi tính thuế thu nhập doanh nghiệp.</w:t>
      </w:r>
    </w:p>
    <w:p>
      <w:pPr>
        <w:jc w:val="center"/>
      </w:pPr>
      <w:r>
        <w:rPr>
          <w:b/>
        </w:rPr>
        <w:t>Chương V</w:t>
      </w:r>
    </w:p>
    <w:p>
      <w:pPr>
        <w:jc w:val="both"/>
      </w:pPr>
      <w:r>
        <w:t>THU NHẬP TỪ CHUYỂN NHƯỢNG BẤT ĐỘNG SẢN</w:t>
      </w:r>
    </w:p>
    <w:p>
      <w:pPr>
        <w:jc w:val="both"/>
      </w:pPr>
      <w:r>
        <w:rPr>
          <w:b/>
        </w:rPr>
        <w:t>Điều 16. Đối tượng chịu thuế</w:t>
      </w:r>
    </w:p>
    <w:p>
      <w:pPr>
        <w:jc w:val="both"/>
      </w:pPr>
      <w:r>
        <w:t>1. Doanh nghiệp thuộc diện chịu thuế thu nhập từ chuyển nhượng bất động sản bao gồm: Doanh nghiệp thuộc mọi thành phần kinh tế, mọi ngành nghề có thu nhập từ hoạt động chuyển nhượng bất động sản; Doanh nghiệp kinh doanh bất động sản có thu nhập từ hoạt động cho thuê lại đất.</w:t>
      </w:r>
    </w:p>
    <w:p>
      <w:pPr>
        <w:jc w:val="both"/>
      </w:pPr>
      <w:r>
        <w:t>2. Thu nhập từ hoạt động chuyển nhượng bất động sản bao gồm: thu nhập từ chuyển nhượng quyền sử dụng đất, chuyển nhượng quyền thuê đất (gồm cả chuyển nhượng dự án gắn với chuyển nhượng quyền sử dụng đất, quyền thuê đất theo quy định của pháp luật); Thu nhập từ hoạt động cho thuê lại đất của doanh nghiệp kinh doanh bất động sản theo quy định của pháp luật về đất đai không phân biệt có hay không có kết cấu hạ tầng, công trình kiến trúc gắn liền với đất; Thu nhập từ chuyển nhượng nhà, công trình xây dựng gắn liền với đất, kể cả các tài sản gắn liền với nhà, công trình xây dựng đó nếu không tách riêng giá trị tài sản khi chuyển nhượng không phân biệt có hay không có chuyển nhượng quyền sử dụng đất, chuyển nhượng quyền thuê đất; Thu nhập từ chuyển nhượng các tài sản gắn liền với đất; Thu nhập từ chuyển nhượng quyền sở hữu hoặc quyền sử dụng nhà ở.</w:t>
      </w:r>
    </w:p>
    <w:p>
      <w:pPr>
        <w:jc w:val="both"/>
      </w:pPr>
      <w:r>
        <w:t>Thu nhập từ cho thuê lại đất của doanh nghiệp kinh doanh bất động sản không bao gồm trường hợp doanh nghiệp chỉ cho thuê nhà, cơ sở hạ tầng, công trình kiến trúc trên đất.</w:t>
      </w:r>
    </w:p>
    <w:p>
      <w:pPr>
        <w:jc w:val="both"/>
      </w:pPr>
      <w:r>
        <w:rPr>
          <w:b/>
        </w:rPr>
        <w:t>Điều 17. Căn cứ tính thuế</w:t>
      </w:r>
    </w:p>
    <w:p>
      <w:pPr>
        <w:jc w:val="both"/>
      </w:pPr>
      <w:r>
        <w:t>Căn cứ tính thuế thu nhập từ chuyển nhượng bất động sản là thu nhập tính thuế và thuế suất.</w:t>
      </w:r>
    </w:p>
    <w:p>
      <w:pPr>
        <w:jc w:val="both"/>
      </w:pPr>
      <w:r>
        <w:t>Thu nhập tính thuế bằng (=) thu nhập chịu thuế trừ (-) các khoản lỗ của hoạt động chuyển nhượng bất động sản của các năm trước (nếu có).</w:t>
      </w:r>
    </w:p>
    <w:p>
      <w:pPr>
        <w:jc w:val="both"/>
      </w:pPr>
      <w:r>
        <w:t>1. Thu nhập chịu thuế.</w:t>
      </w:r>
    </w:p>
    <w:p>
      <w:pPr>
        <w:jc w:val="both"/>
      </w:pPr>
      <w:r>
        <w:t>Thu nhập chịu thuế từ chuyển nhượng bất động sản được xác định bằng doanh thu thu được từ hoạt động chuyển nhượng bất động sản trừ giá vốn của bất động sản và các khoản chi phí được trừ liên quan đến hoạt động chuyển nhượng bất động sản.</w:t>
      </w:r>
    </w:p>
    <w:p>
      <w:pPr>
        <w:jc w:val="both"/>
      </w:pPr>
      <w:r>
        <w:t>a) Doanh thu từ hoạt động chuyển nhượng bất động sản.</w:t>
      </w:r>
    </w:p>
    <w:p>
      <w:pPr>
        <w:jc w:val="both"/>
      </w:pPr>
      <w:r>
        <w:t>a.1) Doanh thu từ hoạt động chuyển nhượng bất động sản được xác định theo giá thực tế chuyển nhượng bất động sản theo hợp đồng chuyển nhượng, mua bán bất động sản phù hợp với quy định của pháp luật (bao gồm cả các khoản phụ thu và phí thu thêm nếu có).</w:t>
      </w:r>
    </w:p>
    <w:p>
      <w:pPr>
        <w:jc w:val="both"/>
      </w:pPr>
      <w:r>
        <w:t>Trường hợp giá chuyển quyền sử dụng đất theo hợp đồng chuyển nhượng, mua bán bất động sản thấp hơn giá đất do Uỷ ban nhân dân tỉnh, thành phố trực thuộc Trung ương quy định tại thời điểm ký hợp đồng chuyển nhượng bất động sản thì tính theo giá đất do Uỷ ban nhân dân tỉnh, thành phố trực thuộc Trung ương quy định tại thời điểm ký hợp đồng chuyển nhượng bất động sản.</w:t>
      </w:r>
    </w:p>
    <w:p>
      <w:pPr>
        <w:jc w:val="both"/>
      </w:pPr>
      <w:r>
        <w:t>- Thời điểm xác định doanh thu tính thuế là thời điểm bên bán bàn giao bất động sản cho bên mua, không phụ thuộc việc bên mua đã đăng ký quyền sở hữu tài sản, quyền sử dụng đất, xác lập quyền sử dụng đất tại cơ quan nhà nước có thẩm quyền.</w:t>
      </w:r>
    </w:p>
    <w:p>
      <w:pPr>
        <w:jc w:val="both"/>
      </w:pPr>
      <w:r>
        <w:t>- Trường hợp doanh nghiệp được nhà nước giao đất, cho thuê đất để thực hiện dự án đầu tư cơ sở hạ tầng, nhà để chuyển nhượng hoặc cho thuê, có thu tiền ứng trước của khách hàng theo tiến độ dưới mọi hình thức thì thời điểm xác định doanh thu tính thuế thu nhập doanh nghiệp tạm nộp là thời điểm thu tiền của khách hàng, cụ thể:</w:t>
      </w:r>
    </w:p>
    <w:p>
      <w:pPr>
        <w:jc w:val="both"/>
      </w:pPr>
      <w:r>
        <w:t>+ Trường hợp doanh nghiệp có thu tiền của khách hàng mà xác định được chi phí tương ứng với doanh thu đã ghi nhận (bao gồm cả chi phí trích trước của phần dự toán hạng mục công trình chưa hoàn thành tương ứng với doanh thu đã ghi nhận) thì doanh nghiệp kê khai nộp thuế thu nhập doanh nghiệp tạm nộp theo doanh thu trừ chi phí.</w:t>
      </w:r>
    </w:p>
    <w:p>
      <w:pPr>
        <w:jc w:val="both"/>
      </w:pPr>
      <w:r>
        <w:t>+ Trường hợp doanh nghiệp có thu tiền của khách hàng mà chưa xác định được chi phí tương ứng với doanh thu thì doanh nghiệp kê khai tạm nộp thuế thu nhập doanh nghiệp theo tỷ lệ 1% trên doanh thu thu được tiền và doanh thu này chưa phải tính vào doanh thu tính thuế thu nhập doanh nghiệp trong năm.</w:t>
      </w:r>
    </w:p>
    <w:p>
      <w:pPr>
        <w:jc w:val="both"/>
      </w:pPr>
      <w:r>
        <w:t>+ Khi bàn giao bất động sản, doanh nghiệp quyết toán lại số thuế thu nhập doanh nghiệp phải nộp. Trường hợp số thuế thu nhập doanh nghiệp đã tạm nộp thấp hơn số thuế thu nhập doanh nghiệp phải nộp thì doanh nghiệp phải nộp đủ số thuế còn thiếu vào Ngân sách Nhà nước. Trường hợp số thuế thu nhập doanh nghiệp đã tạm nộp lớn hơn số thuế phải nộp thì doanh nghiệp được trừ số thuế nộp thừa vào số thuế thu nhập doanh nghiệp phải nộp của kỳ tiếp theo hoặc được hoàn lại số thuế đã nộp thừa.</w:t>
      </w:r>
    </w:p>
    <w:p>
      <w:pPr>
        <w:jc w:val="both"/>
      </w:pPr>
      <w:r>
        <w:t>a.2) Doanh thu để tính thu nhập chịu thuế trong một số trường hợp được xác định như sau:</w:t>
      </w:r>
    </w:p>
    <w:p>
      <w:pPr>
        <w:jc w:val="both"/>
      </w:pPr>
      <w:r>
        <w:t>- Trường hợp doanh nghiệp có cho thuê lại đất thì doanh thu để tính thu nhập chịu thuế là số tiền bên thuê trả từng kỳ theo hợp đồng thuê. Trường hợp bên thuê trả tiền thuê trước cho nhiều năm thì doanh thu để tính thu nhập chịu thuế được phân bổ cho số năm trả tiền trước hoặc được xác định theo doanh thu trả tiền một lần. Việc chọn hình thức doanh thu trả tiền một lần chỉ được xác định khi doanh nghiệp đã đảm bảo hoàn thành các trách nhiệm tài chính đối với Nhà nước, đảm bảo các nghĩa vụ đối với các bên thuê lại đất cho hết thời hạn cho thuê lại đất.</w:t>
      </w:r>
    </w:p>
    <w:p>
      <w:pPr>
        <w:jc w:val="both"/>
      </w:pPr>
      <w:r>
        <w:t>Trường hợp doanh nghiệp đang trong thời gian hưởng ưu đãi thuế thu nhập doanh nghiệp lựa chọn phương pháp xác định doanh thu để tính thu nhập chịu thuế là toàn bộ số tiền thuê bên thuê trả trước cho nhiều năm thì việc xác định số thuế thu nhập doanh nghiệp từng năm miễn thuế, giảm thuế căn cứ vào tổng số thuế thu nhập doanh nghiệp của số năm trả tiền trước chia (:) số năm bên thuê trả tiền trước.</w:t>
      </w:r>
    </w:p>
    <w:p>
      <w:pPr>
        <w:jc w:val="both"/>
      </w:pPr>
      <w:r>
        <w:t>Trường hợp trước năm 2012 doanh nghiệp có cho thuê lại đất thu tiền trả trước cho nhiều năm và đã xác định doanh thu tính thuế theo hình thức phân bổ cho số năm trả tiền trước, nếu đến năm 2012 doanh nghiệp vẫn còn trong thời hạn cho thuê lại đất thì được lựa chọn xác định doanh thu tính thuế phân bổ hàng năm hoặc theo doanh thu trả tiền một lần cho số năm còn lại của thời hạn cho thuê lại đất.</w:t>
      </w:r>
    </w:p>
    <w:p>
      <w:pPr>
        <w:jc w:val="both"/>
      </w:pPr>
      <w:r>
        <w:t>- Trường hợp tổ chức tín dụng nhận giá trị quyền sử dụng đất bảo đảm tiền vay để thay thế cho việc thực hiện nghĩa vụ được bảo đảm nếu có chuyển quyền sử dụng đất là tài sản thế chấp bảo đảm tiền vay thì doanh thu để tính thu nhập chịu thuế là giá chuyển nhượng quyền sử dụng đất do các bên thoả thuận.</w:t>
      </w:r>
    </w:p>
    <w:p>
      <w:pPr>
        <w:jc w:val="both"/>
      </w:pPr>
      <w:r>
        <w:t>- Trường hợp chuyển quyền sử dụng đất là tài sản kê biên bảo đảm thi hành án thì doanh thu để tính thu nhập chịu thuế là giá chuyển nhượng quyền sử dụng đất do các bên đương sự thoả thuận hoặc giá do Hội đồng định giá xác định.</w:t>
      </w:r>
    </w:p>
    <w:p>
      <w:pPr>
        <w:jc w:val="both"/>
      </w:pPr>
      <w:r>
        <w:t>Việc xác định doanh thu đối với các trường hợp nêu tại tiết a2 phải đảm bảo các nguyên tắc nêu tại tiết a1 điểm này.</w:t>
      </w:r>
    </w:p>
    <w:p>
      <w:pPr>
        <w:jc w:val="both"/>
      </w:pPr>
      <w:r>
        <w:t>b) Chi phí chuyển nhượng bất động sản:</w:t>
      </w:r>
    </w:p>
    <w:p>
      <w:pPr>
        <w:jc w:val="both"/>
      </w:pPr>
      <w:r>
        <w:t>b.1) Nguyên tắc xác định chi phí:</w:t>
      </w:r>
    </w:p>
    <w:p>
      <w:pPr>
        <w:jc w:val="both"/>
      </w:pPr>
      <w:r>
        <w:t>- Các khoản chi được trừ để xác định thu nhập chịu thuế của hoạt động chuyển nhượng bất động sản trong kỳ tính thuế phải tương ứng với doanh thu để tính thu nhập chịu thuế.</w:t>
      </w:r>
    </w:p>
    <w:p>
      <w:pPr>
        <w:jc w:val="both"/>
      </w:pPr>
      <w:r>
        <w:t>- Trường hợp dự án đầu tư hoàn thành từng phần và chuyển nhượng dần theo tiến độ hoàn thành thì các khoản chi phí chung sử dụng cho dự án, chi phí trực tiếp sử dụng cho phần dự án đã hoàn thành được phân bổ theo m 2 đất chuyển quyền để xác định thu nhập chịu thuế của diện tích đất chuyển quyền; bao gồm: Chi phí đường giao thông nội bộ; khuôn viên cây xanh; chi phí đầu tư xây dựng hệ thống cấp, thoát nước; trạm biến thế điện; chi phí bồi thường về tài sản trên đất; Chi phí bồi thường, hỗ trợ, tái định cư và kinh phí tổ chức thực hiện bồi thường giải phóng mặt bằng được cấp có thẩm quyền phê duyệt còn lại chưa được trừ vào tiền sử dụng đất, tiền thuê đất theo quy định của chính sách thu tiền sử dụng đất, thu tiền thuê đất, tiền sử dụng đất, tiền thuê đất phải nộp Ngân sách Nhà nước, các chi phí khác đầu tư trên đất liên quan đến chuyển quyền sử dụng đất, chuyển quyền thuê đất.</w:t>
      </w:r>
    </w:p>
    <w:p>
      <w:pPr>
        <w:jc w:val="both"/>
      </w:pPr>
      <w:r>
        <w:t>Việc phân bổ các chi phí trên được thực hiện theo công thức sau:</w:t>
      </w:r>
    </w:p>
    <w:p>
      <w:pPr>
        <w:jc w:val="both"/>
      </w:pPr>
      <w:r>
        <w:t>Chi phí phân bổ cho diện tích đất đã chuyển nhượng</w:t>
      </w:r>
    </w:p>
    <w:p>
      <w:pPr>
        <w:jc w:val="both"/>
      </w:pPr>
      <w:r>
        <w:t>=</w:t>
      </w:r>
    </w:p>
    <w:p>
      <w:pPr>
        <w:jc w:val="both"/>
      </w:pPr>
      <w:r>
        <w:t>Tổng chi phí đầu tư kết cấu hạ tầng</w:t>
      </w:r>
    </w:p>
    <w:p>
      <w:pPr>
        <w:jc w:val="both"/>
      </w:pPr>
      <w:r>
        <w:t>x</w:t>
      </w:r>
    </w:p>
    <w:p>
      <w:pPr>
        <w:jc w:val="both"/>
      </w:pPr>
      <w:r>
        <w:t>Diện tích đất đã chuyển nhượng</w:t>
      </w:r>
    </w:p>
    <w:p>
      <w:pPr>
        <w:jc w:val="both"/>
      </w:pPr>
      <w:r>
        <w:t>_____________________________________________</w:t>
      </w:r>
    </w:p>
    <w:p>
      <w:pPr>
        <w:jc w:val="both"/>
      </w:pPr>
      <w:r>
        <w:t>Tổng diện tích đất được giao làm dự án (trừ diện tích đất sử dụng vào mục đích công cộng theo quy định của pháp luật về đất đai).</w:t>
      </w:r>
    </w:p>
    <w:p>
      <w:pPr>
        <w:jc w:val="both"/>
      </w:pPr>
      <w:r>
        <w:t>Trường hợp một phần diện tích của dự án không chuyển nhượng được sử dụng vào hoạt động kinh doanh khác thì các khoản chi phí chung nêu trên cũng phân bổ cho cả phần diện tích này để theo dõi, hạch toán, kê khai nộp thuế thu nhập doanh nghiệp đối với hoạt động kinh doanh khác.</w:t>
      </w:r>
    </w:p>
    <w:p>
      <w:pPr>
        <w:jc w:val="both"/>
      </w:pPr>
      <w:r>
        <w:t>Trường hợp doanh nghiệp có hoạt động đầu tư xây dựng cơ sở hạ tầng kéo dài trong nhiều năm và chỉ quyết toán giá trị kết cấu hạ tầng khi toàn bộ công việc hoàn tất thì khi tổng hợp chi phí chuyển nhượng bất động sản cho phần diện tích đất đã chuyển quyền, doanh nghiệp được tạm phân bổ chi phí đầu tư kết cấu hạ tầng thực tế đã phát sinh theo tỷ lệ diện tích đất đã chuyển quyền theo công thức nêu trên và trích trước các khoản chi phí đầu tư xây dựng cơ sở hạ tầng tương ứng với doanh thu đã ghi nhận khi xác định thu nhập chịu thuế. Sau khi hoàn tất quá trình đầu tư xây dựng, doanh nghiệp tính toán, điều chỉnh lại phần chi phí đầu tư kết cấu hạ tầng đã tạm phân bổ và trích trước cho phần diện tích đã chuyển quyền cho phù hợp với tổng giá trị kết cấu hạ tầng. Trường hợp khi điều chỉnh lại phát sinh số thuế nộp thừa so với số thuế thu nhập từ chuyển nhượng bất động sản phải nộp thì doanh nghiệp được trừ số thuế nộp thừa vào số thuế phải nộp của kỳ tính thuế tiếp theo hoặc được hoàn trả theo quy định hiện hành; nếu số thuế đã nộp chưa đủ thì doanh nghiệp có trách nhiệm nộp đủ số thuế còn thiếu theo quy định.</w:t>
      </w:r>
    </w:p>
    <w:p>
      <w:pPr>
        <w:jc w:val="both"/>
      </w:pPr>
      <w:r>
        <w:t>b.2) Chi phí chuyển nhượng bất động sản được trừ bao gồm:</w:t>
      </w:r>
    </w:p>
    <w:p>
      <w:pPr>
        <w:jc w:val="both"/>
      </w:pPr>
      <w:r>
        <w:t>- Giá vốn của đất chuyển quyền được xác định phù hợp với nguồn gốc quyền sử dụng đất, cụ thể như sau:</w:t>
      </w:r>
    </w:p>
    <w:p>
      <w:pPr>
        <w:jc w:val="both"/>
      </w:pPr>
      <w:r>
        <w:t>+ Đối với đất Nhà nước giao có thu tiền sử dụng đất, thu tiền cho thuê đất thì giá vốn là số tiền sử dụng đất, số tiền cho thuê đất thực nộp Ngân sách nhà nước;</w:t>
      </w:r>
    </w:p>
    <w:p>
      <w:pPr>
        <w:jc w:val="both"/>
      </w:pPr>
      <w:r>
        <w:t>+ Đối với đất nhận quyền sử dụng của tổ chức, cá nhân khác thì căn cứ vào hợp đồng và chứng từ trả tiền hợp pháp khi nhận quyền sử dụng đất, quyền thuê đất; trường hợp không có hợp đồng và chứng từ trả tiền hợp pháp thì giá vốn được tính theo giá do Uỷ ban nhân dân tỉnh, thành phố trực thuộc Trung ương quy định tại thời điểm doanh nghiệp nhận chuyển nhượng bất động sản.</w:t>
      </w:r>
    </w:p>
    <w:p>
      <w:pPr>
        <w:jc w:val="both"/>
      </w:pPr>
      <w:r>
        <w:t>+ Đối với đất có nguồn gốc do góp vốn thì giá vốn là giá trị quyền sử dụng đất, quyền thuê đất theo biên bản định giá tài sản khi góp vốn;</w:t>
      </w:r>
    </w:p>
    <w:p>
      <w:pPr>
        <w:jc w:val="both"/>
      </w:pPr>
      <w:r>
        <w:t>+ Trường hợp doanh nghiệp đổi công trình lấy đất của Nhà nước thì giá vốn được xác định theo giá trị công trình đã đổi, trừ trường hợp thực hiện theo quy định riêng của cơ quan nhà nước có thẩm quyền.</w:t>
      </w:r>
    </w:p>
    <w:p>
      <w:pPr>
        <w:jc w:val="both"/>
      </w:pPr>
      <w:r>
        <w:t>+ Giá trúng đấu giá trong trường hợp đấu giá quyền sử dụng đất, quyền thuê đất;</w:t>
      </w:r>
    </w:p>
    <w:p>
      <w:pPr>
        <w:jc w:val="both"/>
      </w:pPr>
      <w:r>
        <w:t>+ Đối với đất của doanh nghiệp có nguồn gốc do thừa kế theo pháp luật dân sự; do được cho, biếu, tặng mà không xác định được giá vốn thì xác định theo giá các loại đất do Ủy ban nhân dân tỉnh, thành phố trực thuộc Trung ương quyết định căn cứ vào Bảng khung giá các loại đất do Chính phủ quy định tại thời điểm thừa kế, cho, biếu, tặng.</w:t>
      </w:r>
    </w:p>
    <w:p>
      <w:pPr>
        <w:jc w:val="both"/>
      </w:pPr>
      <w:r>
        <w:t>Trường hợp đất của doanh nghiệp được thừa kế, cho, biếu, tặng trước năm 1994 thì giá vốn được xác định theo giá các loại đất do Ủy ban nhân dân tỉnh, thành phố trực thuộc Trung ương quyết định năm 1994 căn cứ vào Bảng khung giá các loại đất quy định tại Nghị định số 87/CP ngày 17 tháng 8 năm 1994 của Chính phủ.</w:t>
      </w:r>
    </w:p>
    <w:p>
      <w:pPr>
        <w:jc w:val="both"/>
      </w:pPr>
      <w:r>
        <w:t>+ Đối với đất thế chấp bảo đảm tiền vay, đất là tài sản kê biên để bảo đảm thi hành án thì giá vốn đất được xác định tùy theo từng trường hợp cụ thể theo hướng dẫn tại các điểm nêu trên.</w:t>
      </w:r>
    </w:p>
    <w:p>
      <w:pPr>
        <w:jc w:val="both"/>
      </w:pPr>
      <w:r>
        <w:t>- Chi phí đền bù thiệt hại về đất.</w:t>
      </w:r>
    </w:p>
    <w:p>
      <w:pPr>
        <w:jc w:val="both"/>
      </w:pPr>
      <w:r>
        <w:t>- Chi phí đền bù thiệt hại về hoa màu.</w:t>
      </w:r>
    </w:p>
    <w:p>
      <w:pPr>
        <w:jc w:val="both"/>
      </w:pPr>
      <w:r>
        <w:t>- ­Chi phí bồi thường, hỗ trợ, tái định cư và chi phí tổ chức thực hiện bồi thường, hỗ trợ, tái định cư theo quy định của pháp luật.</w:t>
      </w:r>
    </w:p>
    <w:p>
      <w:pPr>
        <w:jc w:val="both"/>
      </w:pPr>
      <w:r>
        <w:t>Các khoản chi phí bồi thường, đền bù, hỗ trợ, tái định cư và chi phí tổ chức thực hiện bồi thường, hỗ trợ, tái định cư nêu trên nếu không có hoá đơn thì được lập Bảng kê ghi rõ: tên; địa chỉ của người nhận; số tiền đền bù, hỗ trợ; chữ ký của người nhận tiền và được Chính quyền phường, xã nơi có đất được đền bù, hỗ trợ xác nhận theo đúng quy định của pháp luật về bồi thường, hỗ trợ và tái định cư khi Nhà nước thu hồi đất.</w:t>
      </w:r>
    </w:p>
    <w:p>
      <w:pPr>
        <w:jc w:val="both"/>
      </w:pPr>
      <w:r>
        <w:t>- Các loại phí, lệ phí theo quy định của pháp luật liên quan đến cấp quyền sử dụng đất.</w:t>
      </w:r>
    </w:p>
    <w:p>
      <w:pPr>
        <w:jc w:val="both"/>
      </w:pPr>
      <w:r>
        <w:t>- Chi phí cải tạo đất, san lấp mặt bằng.</w:t>
      </w:r>
    </w:p>
    <w:p>
      <w:pPr>
        <w:jc w:val="both"/>
      </w:pPr>
      <w:r>
        <w:t>- Chi phí đầu t­ư xây dựng kết cấu hạ tầng như đường giao thông, điện, cấp nước, thoát nước, bưu chính viễn thông…</w:t>
      </w:r>
    </w:p>
    <w:p>
      <w:pPr>
        <w:jc w:val="both"/>
      </w:pPr>
      <w:r>
        <w:t>- Giá trị kết cấu hạ tầng, công trình kiến trúc có trên đất.</w:t>
      </w:r>
    </w:p>
    <w:p>
      <w:pPr>
        <w:jc w:val="both"/>
      </w:pPr>
      <w:r>
        <w:t>- Các khoản chi phí khác liên quan đến bất động sản được chuyển nhượng.</w:t>
      </w:r>
    </w:p>
    <w:p>
      <w:pPr>
        <w:jc w:val="both"/>
      </w:pPr>
      <w:r>
        <w:t>Trường hợp doanh nghiệp có hoạt động kinh doanh nhiều ngành nghề khác nhau thì phải hạch toán riêng các khoản chi phí. Trường hợp không hạch toán riêng được chi phí của từng hoạt động thì chi phí chung được phân bổ theo tỷ lệ giữa doanh thu từ chuyển nhượng bất động sản so với tổng doanh thu của doanh nghiệp.</w:t>
      </w:r>
    </w:p>
    <w:p>
      <w:pPr>
        <w:jc w:val="both"/>
      </w:pPr>
      <w:r>
        <w:t>Không được tính vào chi phí chuyển nhượng bất động sản các khoản chi phí đã được Nhà nước thanh toán hoặc thanh toán bằng nguồn vốn khác.</w:t>
      </w:r>
    </w:p>
    <w:p>
      <w:pPr>
        <w:jc w:val="both"/>
      </w:pPr>
      <w:r>
        <w:t>2. Thuế suất thuế thu nhập doanh nghiệp đối với hoạt động chuyển nhượng bất động sản là 25%.</w:t>
      </w:r>
    </w:p>
    <w:p>
      <w:pPr>
        <w:jc w:val="both"/>
      </w:pPr>
      <w:r>
        <w:t>3. Xác định số thuế thu nhập doanh nghiệp phải nộp:</w:t>
      </w:r>
    </w:p>
    <w:p>
      <w:pPr>
        <w:jc w:val="both"/>
      </w:pPr>
      <w:r>
        <w:t>Số thuế thu nhập doanh nghiệp trong kỳ tính thuế đối với hoạt động chuyển nhượng bất động sản bằng thu nhập tính thuế từ hoạt động chuyển nhượng bất động sản nhân (x) với thuế suất 25%.</w:t>
      </w:r>
    </w:p>
    <w:p>
      <w:pPr>
        <w:jc w:val="both"/>
      </w:pPr>
      <w:r>
        <w:t>Thu nhập từ chuyển nhượng bất động sản phải xác định riêng để kê khai nộp thuế. Không áp dụng mức thuế suất ưu đãi; thời gian miễn thuế, giảm thuế theo hướng dẫn tại Chương VI Thông tư này đối với thu nhập từ hoạt động chuyển nhượng bất động sản.</w:t>
      </w:r>
    </w:p>
    <w:p>
      <w:pPr>
        <w:jc w:val="both"/>
      </w:pPr>
      <w:r>
        <w:t>Trường hợp hoạt động chuyển nhượng bất động sản bị lỗ thì khoản lỗ này không được bù trừ với thu nhập từ hoạt động sản xuất kinh doanh và thu nhập khác mà được chuyển lỗ vào thu nhập chịu thuế từ hoạt động chuyển nhượng bất động sản của các năm sau (nếu có). Thời gian chuyển lỗ tối đa không quá 5 năm liên tục, kể từ năm tiếp sau năm phát sinh lỗ.</w:t>
      </w:r>
    </w:p>
    <w:p>
      <w:pPr>
        <w:jc w:val="both"/>
      </w:pPr>
      <w:r>
        <w:t>Hồ sơ khai thuế, nộp thuế, chứng từ nộp thuế thu nhập từ chuyển nhượng bất động sản phát sinh tại địa phương nơi có bất động sản chuyển nhượng là căn cứ làm thủ tục quyết toán thuế nơi đặt trụ sở chính.</w:t>
      </w:r>
    </w:p>
    <w:p>
      <w:pPr>
        <w:jc w:val="both"/>
      </w:pPr>
      <w:r>
        <w:t>4. Trường hợp tổ chức tín dụng nhận giá trị bất động sản là tài sản bảo đảm tiền vay để thay thế cho việc thực hiện nghĩa vụ được bảo đảm thì tổ chức tín dụng khi được phép chuyển nhượng bất động sản theo quy định của pháp luật phải kê khai nộp thuế thu nhập từ hoạt động chuyển nhượng bất động sản vào Ngân sách Nhà nước. Trường hợp bán đấu giá bất động sản là tài sản bảo đảm tiền vay thì số tiền thu được thực hiện thanh toán theo quy định của Chính phủ về bảo đảm tiền vay của các tổ chức tín dụng và kê khai nộp thuế theo quy định. Sau khi thanh toán các khoản trên, số tiền còn lại được trả cho các tổ chức kinh doanh đã thế chấp bất động sản để bảo đảm tiền vay.</w:t>
      </w:r>
    </w:p>
    <w:p>
      <w:pPr>
        <w:jc w:val="both"/>
      </w:pPr>
      <w:r>
        <w:t>Trường hợp tổ chức tín dụng được phép chuyển nhượng bất động sản đã được thế chấp theo quy định của pháp luật để thu hồi vốn nếu không xác định được giá vốn của bất động sản thì giá vốn được xác định bằng (=) vốn vay phải trả theo hợp đồng thế chấp bất động sản cộng (+) chi phí lãi vay chưa trả đến thời điểm phát mãi bất động sản thế chấp theo hợp đồng tín dụng cộng (+) các khoản chi phí phát sinh khi chuyển nhượng bất động sản nếu có hóa đơn, chứng từ hợp pháp.</w:t>
      </w:r>
    </w:p>
    <w:p>
      <w:pPr>
        <w:jc w:val="both"/>
      </w:pPr>
      <w:r>
        <w:t>5. Trường hợp cơ quan thi hành án bán đấu giá bất động sản là tài sản bảo đảm thi hành án thì số tiền thu được thực hiện theo quy định tại Nghị định của Chính phủ về kê biên, đấu giá quyền sử dụng đất để bảo đảm thi hành án. Tổ chức được uỷ quyền bán đấu giá bất động sản thực hiện kê khai, khấu trừ tiền thuế thu nhập từ chuyển nhượng bất động sản nộp vào Ngân sách Nhà nước. Trên các chứng từ ghi rõ kê khai, nộp thuế thay về bán tài sản đảm bảo thi hành án.</w:t>
      </w:r>
    </w:p>
    <w:p>
      <w:pPr>
        <w:jc w:val="both"/>
      </w:pPr>
      <w:r>
        <w:t>Trường hợp cơ quan thi hành án chuyển nhượng bất động sản là tài sản đảm bảo thi hành án nếu không xác định được giá vốn của bất động sản thì giá vốn được xác định bằng (=) số tiền nợ phải trả nợ theo quyết định của Toà án để thi hành án cộng (+) các khoản chi phí phát sinh khi chuyển nhượng bất động sản nếu có hóa đơn chứng từ hợp pháp.</w:t>
      </w:r>
    </w:p>
    <w:p>
      <w:pPr>
        <w:jc w:val="center"/>
      </w:pPr>
      <w:r>
        <w:rPr>
          <w:b/>
        </w:rPr>
        <w:t>Chương VI</w:t>
      </w:r>
    </w:p>
    <w:p>
      <w:pPr>
        <w:jc w:val="both"/>
      </w:pPr>
      <w:r>
        <w:t>ƯU ĐÃI THUẾ THU NHẬP DOANH NGHIỆP</w:t>
      </w:r>
    </w:p>
    <w:p>
      <w:pPr>
        <w:jc w:val="both"/>
      </w:pPr>
      <w:r>
        <w:rPr>
          <w:b/>
        </w:rPr>
        <w:t>Điều 18. Điều kiện, nguyên tắc áp dụng ưu đãi thuế thu nhập doanh nghiệp</w:t>
      </w:r>
    </w:p>
    <w:p>
      <w:pPr>
        <w:jc w:val="both"/>
      </w:pPr>
      <w:r>
        <w:t>1. Điều kiện áp dụng ưu đãi thuế thu nhập doanh nghiệp: Các ưu đãi về thuế thu nhập doanh nghiệp chỉ áp dụng đối với doanh nghiệp thực hiện chế độ kế toán, hoá đơn, chứng từ theo quy định và đăng ký, nộp thuế thu nhập doanh nghiệp theo kê khai.</w:t>
      </w:r>
    </w:p>
    <w:p>
      <w:pPr>
        <w:jc w:val="both"/>
      </w:pPr>
      <w:r>
        <w:t>2. Nguyên tắc áp dụng ưu đãi thuế thu nhập doanh nghiệp</w:t>
      </w:r>
    </w:p>
    <w:p>
      <w:pPr>
        <w:jc w:val="both"/>
      </w:pPr>
      <w:r>
        <w:t>a) Trong thời gian đang được hưởng ưu đãi thuế thu nhập doanh nghiệp nếu doanh nghiệp thực hiện nhiều hoạt động sản xuất, kinh doanh thì doanh nghiệp phải hạch toán riêng thu nhập từ hoạt động sản xuất, kinh doanh được hưởng ưu đãi thuế thu nhập doanh nghiệp (bao gồm mức thuế suất ưu đãi, mức miễn thuế, giảm thuế) và thu nhập từ hoạt động kinh doanh không được hưởng ưu đãi thuế để kê khai nộp thuế riêng.</w:t>
      </w:r>
    </w:p>
    <w:p>
      <w:pPr>
        <w:jc w:val="both"/>
      </w:pPr>
      <w:r>
        <w:t>Trường hợp trong kỳ tính thuế, doanh nghiệp không hạch toán riêng thu nhập từ hoạt động sản xuất kinh doanh được hưởng ưu đãi thuế và thu nhập từ hoạt động sản xuất kinh doanh không được hưởng ưu đãi thuế thì phần thu nhập của hoạt động sản xuất kinh doanh ưu đãi thuế xác định bằng (=) tổng thu nhập tính thuế (không bao gồm thu nhập khác) nhân (x) với tỷ lệ phần trăm (%) doanh thu hoặc chi phí được trừ của hoạt động sản xuất kinh doanh ưu đãi thuế so với tổng doanh thu hoặc tổng chi phí được trừ của doanh nghiệp trong kỳ tính thuế.</w:t>
      </w:r>
    </w:p>
    <w:p>
      <w:pPr>
        <w:jc w:val="both"/>
      </w:pPr>
      <w:r>
        <w:t>b) Doanh nghiệp thành lập mới từ dự án đầu tư được hưởng ưu đãi thuế thu nhập doanh nghiệp là doanh nghiệp đăng ký kinh doanh doanh lần đầu, trừ các trường hợp sau:</w:t>
      </w:r>
    </w:p>
    <w:p>
      <w:pPr>
        <w:jc w:val="both"/>
      </w:pPr>
      <w:r>
        <w:t>b.1) Doanh nghiệp thành lập trong các trường hợp chia, tách, sáp nhập, hợp nhất theo quy định của pháp luật.</w:t>
      </w:r>
    </w:p>
    <w:p>
      <w:pPr>
        <w:jc w:val="both"/>
      </w:pPr>
      <w:r>
        <w:t>b.2) Doanh nghiệp thành lập do chuyển đổi hình thức doanh nghiệp, chuyển đổi sở hữu (bao gồm cả trường hợp thành lập doanh nghiệp mới nhưng tài sản, địa điểm kinh doanh, ngành nghề kinh doanh ... vẫn kế thừa của doanh nghiệp cũ để tiếp tục hoạt động sản xuất kinh doanh).</w:t>
      </w:r>
    </w:p>
    <w:p>
      <w:pPr>
        <w:jc w:val="both"/>
      </w:pPr>
      <w:r>
        <w:t>b.3) Doanh nghiệp tư nhân, Công ty trách nhiệm hữu hạn mới thành lập mà chủ doanh nghiệp là chủ hộ kinh doanh cá thể và không có thay đổi về ngành nghề kinh doanh trước đây.</w:t>
      </w:r>
    </w:p>
    <w:p>
      <w:pPr>
        <w:jc w:val="both"/>
      </w:pPr>
      <w:r>
        <w:t>b.4) Doanh nghiệp tư nhân, Công ty hợp danh, Công ty trách nhiệm hữu hạn, Công ty cổ phần hoặc Hợp tác xã mới thành lập mà người đại diện theo pháp luật là người có số vốn góp cao nhất đã tham gia hoạt động kinh doanh với vai trò là người đại diện theo pháp luật, thành viên hợp danh hoặc người có số vốn góp cao nhất trong các doanh nghiệp đang hoạt động hoặc đã giải thể nhưng chưa được 12 tháng tính từ thời điểm giải thể doanh nghiệp cũ đến thời điểm thành lập doanh nghiệp mới.</w:t>
      </w:r>
    </w:p>
    <w:p>
      <w:pPr>
        <w:jc w:val="both"/>
      </w:pPr>
      <w:r>
        <w:t>c) Dự án đầu tư là tập hợp các đề xuất bỏ vốn trung và dài hạn để tiến hành các hoạt động đầu tư theo quy định của pháp luật về đầu tư.</w:t>
      </w:r>
    </w:p>
    <w:p>
      <w:pPr>
        <w:jc w:val="both"/>
      </w:pPr>
      <w:r>
        <w:t>Trường hợp doanh nghiệp thành lập mới từ dự án đầu tư mà dự án đầu tư trong nước có quy mô vốn đầu tư dưới mười lăm (15) tỷ đồng Việt Nam và không thuộc Danh mục lĩnh vực đầu tư có điều kiện thì hồ sơ để xác định dự án đầu tư là giấy chứng nhận đăng ký doanh nghiệp.</w:t>
      </w:r>
    </w:p>
    <w:p>
      <w:pPr>
        <w:jc w:val="both"/>
      </w:pPr>
      <w:r>
        <w:t>Trường hợp doanh nghiệp thành lập mới từ dự án đầu tư mà dự án đầu tư trong nước có quy mô vốn đầu tư từ mười lăm (15) tỷ đồng Việt Nam đến dưới ba trăm (300) tỷ đồng Việt Nam và không thuộc Danh mục lĩnh vực đầu tư có điều kiện thì nhà đầu tư làm thủ tục đăng ký đầu tư theo mẫu tại cơ quan nhà nước quản lý đầu tư cấp tỉnh.</w:t>
      </w:r>
    </w:p>
    <w:p>
      <w:pPr>
        <w:jc w:val="both"/>
      </w:pPr>
      <w:r>
        <w:t>3. Việc ưu đãi thuế thu nhập doanh nghiệp theo diện doanh nghiệp mới thành lập từ dự án đầu tư chỉ áp dụng đối với thu nhập từ hoạt động sản xuất kinh doanh đáp ứng điều kiện ưu đãi đầu tư ghi trong giấy chứng nhận đăng ký kinh doanh lần đầu của doanh nghiệp. Đối với doanh nghiệp đang hoạt động sản xuất kinh doanh nếu có sự thay đổi giấy chứng nhận đăng ký kinh doanh nhưng sự thay đổi đó không làm thay đổi việc đáp ứng các điều kiện ưu đãi thuế theo quy định thì doanh nghiệp tiếp tục được hưởng ưu đãi thuế cho thời gian còn lại. Doanh nghiệp đang hoạt động có thực hiện bổ sung ngành nghề kinh doanh, bổ sung quy mô hoạt động kinh doanh (đầu tư lắp đặt dây chuyền sản xuất mới, mở rộng quy mô...) thì thu nhập từ hoạt động kinh doanh của ngành nghề bổ sung, quy mô hoạt động bổ sung không thuộc diện ưu đãi thuế thu nhập doanh nghiệp.</w:t>
      </w:r>
    </w:p>
    <w:p>
      <w:pPr>
        <w:jc w:val="both"/>
      </w:pPr>
      <w:r>
        <w:t>4. Trường hợp doanh nghiệp thành lập mới từ dự án đầu tư tại địa bàn ưu đãi đầu tư được hưởng ưu đãi thuế thu nhập doanh nghiệp theo địa bàn ưu đãi đầu tư nếu có thu nhập từ hoạt động sản xuất kinh doanh tại địa bàn ưu đãi đầu tư và ngoài địa bàn ưu đãi đầu tư thì doanh nghiệp phải tính riêng thu nhập từ hoạt động sản xuất kinh doanh tại địa bàn ưu đãi đầu tư để được hưởng ưu đãi thuế thu nhập doanh nghiệp.</w:t>
      </w:r>
    </w:p>
    <w:p>
      <w:pPr>
        <w:jc w:val="both"/>
      </w:pPr>
      <w:r>
        <w:t>5. Trong cùng một kỳ tính thuế nếu có một khoản thu nhập thuộc diện áp dụng thuế suất thuế thu nhập doanh nghiệp ưu đãi và thời gian miễn thuế, giảm thuế theo nhiều trường hợp khác nhau thì doanh nghiệp tự lựa chọn một trong những trường hợp ưu đãi thuế thu nhập doanh nghiệp có lợi nhất.</w:t>
      </w:r>
    </w:p>
    <w:p>
      <w:pPr>
        <w:jc w:val="both"/>
      </w:pPr>
      <w:r>
        <w:t>6. Trong thời gian được ưu đãi thuế thu nhập doanh nghiệp, nếu trong năm tính thuế mà doanh nghiệp không đáp ứng đủ một trong các điều kiện ưu đãi thuế quy định tại Thông tư này thì doanh nghiệp không được hưởng ưu đãi trong năm tính thuế đó mà phải nộp thuế thu nhập doanh nghiệp theo mức thuế suất 25%.</w:t>
      </w:r>
    </w:p>
    <w:p>
      <w:pPr>
        <w:jc w:val="both"/>
      </w:pPr>
      <w:r>
        <w:t>7. Trường hợp trong cùng kỳ tính thuế, doanh nghiệp có phát sinh hoạt động kinh doanh được hưởng ưu đãi thuế bị lỗ, hoạt động kinh doanh không được hưởng ưu đãi thuế, thu nhập khác của các hoạt động kinh doanh (không bao gồm thu nhập từ hoạt động chuyển nhượng bất động sản, chuyển nhượng dự án (không gắn liền với chuyển quyền sử dụng đất, chuyển quyền thuê đất); thu nhập từ chuyển nhượng quyền thực hiện dự án, chuyển nhượng quyền thăm dò, khai thác, chế biến khoáng sản theo quy định của pháp luật) có thu nhập (hoặc ngược lại) thì doanh nghiệp bù trừ vào thu nhập chịu thuế của các hoạt động có thu nhập do doanh nghiệp lựa chọn.</w:t>
      </w:r>
    </w:p>
    <w:p>
      <w:pPr>
        <w:jc w:val="both"/>
      </w:pPr>
      <w:r>
        <w:t>Trường hợp trong các kỳ tính thuế trước, doanh nghiệp đang bị lỗ (nếu còn trong thời hạn chuyển lỗ) thì doanh nghiệp phải chuyển lỗ tương ứng với các hoạt động có thu nhập. Nếu doanh nghiệp không tách riêng được lỗ của từng hoạt động thì doanh nghiệp chuyển lỗ vào thu nhập của hoạt động được hưởng ưu đãi thuế thu nhập doanh nghiệp trước sau đó vẫn còn lỗ thì chuyển vào thu nhập của hoạt động không được hưởng ưu đãi thuế thu nhập doanh nghiệp (không bao gồm thu nhập từ hoạt động chuyển nhượng bất động sản, chuyển nhượng dự án (không gắn liền với chuyển quyền sử dụng đất, chuyển quyền thuê đất); thu nhập từ chuyển nhượng quyền thực hiện dự án, chuyển nhượng quyền thăm dò, khai thác, chế biến khoáng sản theo quy định của pháp luật). Sau khi chuyển lỗ theo nguyên tắc nêu trên nếu doanh nghiệp còn phát sinh lỗ và lãi của các hoạt động kinh doanh khác nhau (không bao gồm thu nhập từ hoạt động chuyển nhượng bất động sản, chuyển nhượng dự án (không gắn liền với chuyển quyền sử dụng đất, chuyển quyền thuê đất); thu nhập từ chuyển nhượng quyền thực hiện dự án, chuyển nhượng quyền thăm dò, khai thác, chế biến khoáng sản theo quy định của pháp luật) thì doanh nghiệp được bù trừ vào thu nhập chịu thuế của các hoạt động có thu nhập. Phần thu nhập còn lại sau khi bù trừ áp dụng mức thuế suất thuế thu nhập doanh nghiệp theo mức thuế suất của hoạt động còn thu nhập.</w:t>
      </w:r>
    </w:p>
    <w:p>
      <w:pPr>
        <w:jc w:val="both"/>
      </w:pPr>
      <w:r>
        <w:t>Ví dụ 13: Trong kỳ tính thuế năm 2012, DN A có phát sinh:</w:t>
      </w:r>
    </w:p>
    <w:p>
      <w:pPr>
        <w:jc w:val="both"/>
      </w:pPr>
      <w:r>
        <w:t>- Lỗ từ hoạt động sản xuất phần mềm được ưu đãi thuế là 1 tỷ đồng.</w:t>
      </w:r>
    </w:p>
    <w:p>
      <w:pPr>
        <w:jc w:val="both"/>
      </w:pPr>
      <w:r>
        <w:t>- Lãi từ hoạt động kinh doanh máy tính không thuộc diện ưu đãi thuế là 1 tỷ đồng.</w:t>
      </w:r>
    </w:p>
    <w:p>
      <w:pPr>
        <w:jc w:val="both"/>
      </w:pPr>
      <w:r>
        <w:t>- Lãi từ hoạt động chuyển nhượng chứng khoán (thu nhập khác của hoạt động kinh doanh) là 2 tỷ đồng.</w:t>
      </w:r>
    </w:p>
    <w:p>
      <w:pPr>
        <w:jc w:val="both"/>
      </w:pPr>
      <w:r>
        <w:t>Trường hợp này DN A được lựa chọn bù trừ giữa lỗ từ hoạt động sản xuất phần mềm và lãi từ hoạt động kinh doanh máy tính hoặc lãi từ hoạt động chuyển nhượng chứng khoán; phần thu nhập còn lại sẽ nộp thuế TNDN theo thuế suất của phần có thu nhập.</w:t>
      </w:r>
    </w:p>
    <w:p>
      <w:pPr>
        <w:jc w:val="both"/>
      </w:pPr>
      <w:r>
        <w:t>Cụ thể: Bù trừ lỗ 1 tỷ đồng sản xuất phần mềm với lãi 1 tỷ đồng của hoạt động kinh doanh máy tính hoặc hoạt động chuyển nhượng chứng khoán.</w:t>
      </w:r>
    </w:p>
    <w:p>
      <w:pPr>
        <w:jc w:val="both"/>
      </w:pPr>
      <w:r>
        <w:t>=&gt; DN còn thu nhập là 2 tỷ đồng và phải nộp thuế TNDN với mức thuế suất 25% (2 tỷ đồng x 25%).</w:t>
      </w:r>
    </w:p>
    <w:p>
      <w:pPr>
        <w:jc w:val="both"/>
      </w:pPr>
      <w:r>
        <w:t>Ví dụ 14: Trong kỳ tính thuế năm 2012, DN B có phát sinh:</w:t>
      </w:r>
    </w:p>
    <w:p>
      <w:pPr>
        <w:jc w:val="both"/>
      </w:pPr>
      <w:r>
        <w:t>- Lãi từ hoạt động sản xuất phần mềm được ưu đãi thuế là 2 tỷ đồng (hoạt động này đang áp dụng thuế suất thuế TNDN 10%).</w:t>
      </w:r>
    </w:p>
    <w:p>
      <w:pPr>
        <w:jc w:val="both"/>
      </w:pPr>
      <w:r>
        <w:t>- Lãi từ hoạt động kinh doanh máy tính không thuộc diện ưu đãi thuế là 2 tỷ đồng.</w:t>
      </w:r>
    </w:p>
    <w:p>
      <w:pPr>
        <w:jc w:val="both"/>
      </w:pPr>
      <w:r>
        <w:t>- Lỗ từ hoạt động kinh doanh chứng khoán (thu nhập khác của hoạt động kinh doanh) là 1 tỷ đồng.</w:t>
      </w:r>
    </w:p>
    <w:p>
      <w:pPr>
        <w:jc w:val="both"/>
      </w:pPr>
      <w:r>
        <w:t>Kỳ tính thuế năm 2011, DN B có lỗ từ hoạt động kinh doanh máy tính là 1 tỷ đồng thì khi xác định thu nhập chịu thuế của năm 2012, DN B phải thực hiện chuyển lỗ như sau:</w:t>
      </w:r>
    </w:p>
    <w:p>
      <w:pPr>
        <w:jc w:val="both"/>
      </w:pPr>
      <w:r>
        <w:t>Cụ thể:</w:t>
      </w:r>
    </w:p>
    <w:p>
      <w:pPr>
        <w:jc w:val="both"/>
      </w:pPr>
      <w:r>
        <w:t>- Bù trừ giữa lãi và lỗ phát sinh trong năm 2012: doanh nghiệp lựa chọn bù trừ lỗ của hoạt động kinh doanh chứng khoán vào thu nhập của hoạt động kinh doanh máy tính, hoạt động kinh doanh máy tính còn lãi là (2 tỷ - 1 tỷ) = 1 tỷ đồng.</w:t>
      </w:r>
    </w:p>
    <w:p>
      <w:pPr>
        <w:jc w:val="both"/>
      </w:pPr>
      <w:r>
        <w:t>- Chuyển lỗ của hoạt động kinh doanh máy tính năm 2011 để bù trừ với lãi của hoạt động kinh doanh máy tính năm 2012: (1 tỷ - 1 tỷ = 0 tỷ)</w:t>
      </w:r>
    </w:p>
    <w:p>
      <w:pPr>
        <w:jc w:val="both"/>
      </w:pPr>
      <w:r>
        <w:t>- Kê khai, tính và nộp thuế TNDN của hoạt động được ưu đãi thuế:</w:t>
      </w:r>
    </w:p>
    <w:p>
      <w:pPr>
        <w:jc w:val="both"/>
      </w:pPr>
      <w:r>
        <w:t>2 tỷ đồng x 10% = 200 triệu đồng</w:t>
      </w:r>
    </w:p>
    <w:p>
      <w:pPr>
        <w:jc w:val="both"/>
      </w:pPr>
      <w:r>
        <w:t>=&gt; Thuế TNDN phải nộp là: 200 triệu đồng</w:t>
      </w:r>
    </w:p>
    <w:p>
      <w:pPr>
        <w:jc w:val="both"/>
      </w:pPr>
      <w:r>
        <w:t>Ví dụ 15: Trong kỳ tính thuế năm 2012, DN C có phát sinh:</w:t>
      </w:r>
    </w:p>
    <w:p>
      <w:pPr>
        <w:jc w:val="both"/>
      </w:pPr>
      <w:r>
        <w:t>- Lãi từ hoạt động sản xuất phần mềm được ưu đãi thuế là 2 tỷ đồng (hoạt động này đang áp dụng thuế suất thuế TNDN 10% ).</w:t>
      </w:r>
    </w:p>
    <w:p>
      <w:pPr>
        <w:jc w:val="both"/>
      </w:pPr>
      <w:r>
        <w:t>- Lãi từ hoạt động kinh doanh máy tính không thuộc diện ưu đãi thuế là 2 tỷ đồng.</w:t>
      </w:r>
    </w:p>
    <w:p>
      <w:pPr>
        <w:jc w:val="both"/>
      </w:pPr>
      <w:r>
        <w:t>- Lỗ từ hoạt động kinh doanh chứng khoán (thu nhập khác của hoạt động kinh doanh) là 1 tỷ đồng.</w:t>
      </w:r>
    </w:p>
    <w:p>
      <w:pPr>
        <w:jc w:val="both"/>
      </w:pPr>
      <w:r>
        <w:t>Kỳ tính thuế năm 2011, DN C có lỗ là 2 tỷ đồng tuy nhiên doanh nghiệp không tách riêng được khoản lỗ này là của hoạt động nào do vậy DN C phải thực hiện bù trừ lỗ vào thu nhập của hoạt động đang được ưu đãi trước (hoạt động sản xuất phần mềm).</w:t>
      </w:r>
    </w:p>
    <w:p>
      <w:pPr>
        <w:jc w:val="both"/>
      </w:pPr>
      <w:r>
        <w:t>Cụ thể: - Bù trừ giữa lãi và lỗ phát sinh năm 2012: doanh nghiệp lựa chọn bù trừ lỗ hoạt động kinh doanh chứng khoán vào hoạt động kinh doanh máy tính, hoạt động kinh doanh máy tính còn lãi là (2 tỷ - 1 tỷ) = 1 tỷ đồng</w:t>
      </w:r>
    </w:p>
    <w:p>
      <w:pPr>
        <w:jc w:val="both"/>
      </w:pPr>
      <w:r>
        <w:t>- Chuyển lỗ của năm 2011 để bù trừ với lãi của hoạt động sản xuất phần mềm năm 2012: 2 tỷ - 2 tỷ = 0 tỷ</w:t>
      </w:r>
    </w:p>
    <w:p>
      <w:pPr>
        <w:jc w:val="both"/>
      </w:pPr>
      <w:r>
        <w:t>Kê khai nộp thuế TNDN với mức thuế suất 25% của hoạt động kinh doanh không được hưởng ưu đãi thuế, cụ thể: 1 tỷ x 25% = 250 triệu đồng.</w:t>
      </w:r>
    </w:p>
    <w:p>
      <w:pPr>
        <w:jc w:val="both"/>
      </w:pPr>
      <w:r>
        <w:t>8 . Việc ưu đãi thuế thu nhập doanh nghiệp không áp dụng đối với:</w:t>
      </w:r>
    </w:p>
    <w:p>
      <w:pPr>
        <w:jc w:val="both"/>
      </w:pPr>
      <w:r>
        <w:t>a) Các khoản thu nhập khác quy định tại Điều 7 Thông tư này.</w:t>
      </w:r>
    </w:p>
    <w:p>
      <w:pPr>
        <w:jc w:val="both"/>
      </w:pPr>
      <w:r>
        <w:t>b) Thu nhập từ hoạt động tìm kiếm, thăm dò, khai thác dầu khí và tài nguyên quí hiếm khác.</w:t>
      </w:r>
    </w:p>
    <w:p>
      <w:pPr>
        <w:jc w:val="both"/>
      </w:pPr>
      <w:r>
        <w:t>c) Thu nhập từ kinh doanh trò chơi có thưởng, cá cược theo quy định của pháp luật.</w:t>
      </w:r>
    </w:p>
    <w:p>
      <w:pPr>
        <w:jc w:val="both"/>
      </w:pPr>
      <w:r>
        <w:t>d) Thu nhập từ hoạt động khai thác khoáng sản.</w:t>
      </w:r>
    </w:p>
    <w:p>
      <w:pPr>
        <w:jc w:val="both"/>
      </w:pPr>
      <w:r>
        <w:t>e) Thu nhập từ kinh doanh dịch vụ thuộc đối tượng chịu thuế tiêu thụ đặc biệt theo quy định của Luật thuế tiêu thụ đặc biệt.</w:t>
      </w:r>
    </w:p>
    <w:p>
      <w:pPr>
        <w:jc w:val="both"/>
      </w:pPr>
      <w:r>
        <w:t>9. Doanh nghiệp thành lập từ chuyển đổi loại hình doanh nghiệp, chuyển đổi sở hữu, chia, tách, sáp nhập, hợp nhất chịu trách nhiệm trả các khoản nợ tiền thuế, tiền phạt về thuế thu nhập doanh nghiệp của doanh nghiệp bị chuyển đổi, chia, tách, sáp nhập, hợp nhất và được kế thừa các ưu đãi về thuế thu nhập doanh nghiệp cho thời gian còn lại nếu tiếp tục đáp ứng các điều kiện ưu đãi thuế thu nhập doanh nghiệp.</w:t>
      </w:r>
    </w:p>
    <w:p>
      <w:pPr>
        <w:jc w:val="both"/>
      </w:pPr>
      <w:r>
        <w:t>10. Doanh nghiệp trong thời gian đang được hưởng ưu đãi thuế thu nhập doanh nghiệp theo quy định, cơ quan có thẩm quyền kiểm tra, thanh tra kiểm tra phát hiện:</w:t>
      </w:r>
    </w:p>
    <w:p>
      <w:pPr>
        <w:jc w:val="both"/>
      </w:pPr>
      <w:r>
        <w:t>- Tăng số thuế thu nhập doanh nghiệp được hưởng ưu đãi thuế so với đơn vị tự kê khai (kể cả trường hợp doanh nghiệp chưa kê khai để được hưởng ưu đãi thuế) thì doanh nghiệp được hưởng ưu đãi thuế thu nhập doanh nghiệp theo quy định đối với số thuế thu nhập doanh nghiệp do kiểm tra, thanh tra phát hiện (bao gồm số thuế thu nhập doanh nghiệp tăng thêm và số thuế thu nhập doanh nghiệp thuộc đối tượng được ưu đãi thuế theo quy định đã kê khai nhưng chưa xác định số thuế được ưu đãi).</w:t>
      </w:r>
    </w:p>
    <w:p>
      <w:pPr>
        <w:jc w:val="both"/>
      </w:pPr>
      <w:r>
        <w:t>- Giảm số thuế thu nhập doanh nghiệp được hưởng ưu đãi thuế so với đơn vị tự kê khai thì doanh nghiệp chỉ được hưởng ưu đãi thuế thu nhập doanh nghiệp theo theo quy định đối với số thuế thu nhập doanh nghiệp do kiểm tra, thanh tra phát hiện.</w:t>
      </w:r>
    </w:p>
    <w:p>
      <w:pPr>
        <w:jc w:val="both"/>
      </w:pPr>
      <w:r>
        <w:t>- Tuỳ theo mức độ vi phạm của doanh nghiệp, cơ quan có thẩm quyền kiểm tra, thanh tra áp dụng các mức xử phạt vi phạm pháp luật về thuế theo quy định.</w:t>
      </w:r>
    </w:p>
    <w:p>
      <w:pPr>
        <w:jc w:val="both"/>
      </w:pPr>
      <w:r>
        <w:rPr>
          <w:b/>
        </w:rPr>
        <w:t>Điều 19. Thuế suất ưu đãi</w:t>
      </w:r>
    </w:p>
    <w:p>
      <w:pPr>
        <w:jc w:val="both"/>
      </w:pPr>
      <w:r>
        <w:t>1. Thuế suất ưu đãi 10% trong thời hạn mười lăm năm (15 năm) áp dụng đối với:</w:t>
      </w:r>
    </w:p>
    <w:p>
      <w:pPr>
        <w:jc w:val="both"/>
      </w:pPr>
      <w:r>
        <w:t>a) Doanh nghiệp thành lập mới từ dự án đầu tư tại địa bàn có điều kiện kinh tế - xã hội đặc biệt khó khăn quy định tại Phụ lục ban hành kèm theo Nghị định số 124/2008/NĐ-CP ngày 11/12/2008 của Chính phủ.</w:t>
      </w:r>
    </w:p>
    <w:p>
      <w:pPr>
        <w:jc w:val="both"/>
      </w:pPr>
      <w:r>
        <w:t>b) Doanh nghiệp thành lập mới từ dự án đầu tư tại khu kinh tế, khu công nghệ cao được thành lập theo Quyết định của Thủ tướng Chính phủ;</w:t>
      </w:r>
    </w:p>
    <w:p>
      <w:pPr>
        <w:jc w:val="both"/>
      </w:pPr>
      <w:r>
        <w:t>c) Doanh nghiệp thành lập mới từ dự án đầu tư thuộc các lĩnh vực:</w:t>
      </w:r>
    </w:p>
    <w:p>
      <w:pPr>
        <w:jc w:val="both"/>
      </w:pPr>
      <w:r>
        <w:t>- Công nghệ cao theo quy định của pháp luật; nghiên cứu khoa học và phát triển công nghệ;</w:t>
      </w:r>
    </w:p>
    <w:p>
      <w:pPr>
        <w:jc w:val="both"/>
      </w:pPr>
      <w:r>
        <w:t>-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w:t>
      </w:r>
    </w:p>
    <w:p>
      <w:pPr>
        <w:jc w:val="both"/>
      </w:pPr>
      <w:r>
        <w:t>- Sản xuất sản phẩm phần mềm.</w:t>
      </w:r>
    </w:p>
    <w:p>
      <w:pPr>
        <w:jc w:val="both"/>
      </w:pPr>
      <w:r>
        <w:t>2. Doanh nghiệp thành lập mới từ dự án đầu tư thuộc lĩnh vực quy định tại điểm c Khoản 1 Điều này thuộc loại dự án có quy mô lớn, công nghệ cao hoặc mới cần đặc biệt thu hút đầu tư thì thời gian áp dụng thuế suất ưu đãi 10% có thể kéo dài thêm nhưng tổng thời gian áp dụng thuế suất 10% không quá 30 năm theo Quyết định của Thủ tướng Chính phủ căn cứ theo đề nghị của Bộ trưởng Bộ Tài chính.</w:t>
      </w:r>
    </w:p>
    <w:p>
      <w:pPr>
        <w:jc w:val="both"/>
      </w:pPr>
      <w:r>
        <w:t>3. Thuế suất ưu đãi 10% trong suốt thời gian hoạt động áp dụng đối với:</w:t>
      </w:r>
    </w:p>
    <w:p>
      <w:pPr>
        <w:jc w:val="both"/>
      </w:pPr>
      <w:r>
        <w:t>a) Phần thu nhập của doanh nghiệp có được từ hoạt động trong lĩnh vực giáo dục - đào tạo, dạy nghề, y tế, văn hoá, thể thao và môi trường (sau đây gọi chung là lĩnh vực xã hội hoá).</w:t>
      </w:r>
    </w:p>
    <w:p>
      <w:pPr>
        <w:jc w:val="both"/>
      </w:pPr>
      <w:r>
        <w:t>Danh mục chi tiết các hoạt động trong lĩnh vực xã hội hoá được thực hiện theo danh mục do Thủ tướng Chính phủ quy định.</w:t>
      </w:r>
    </w:p>
    <w:p>
      <w:pPr>
        <w:jc w:val="both"/>
      </w:pPr>
      <w:r>
        <w:t>b) Phần thu nhập của doanh nghiệp có được từ hoạt động xuất bản theo quy định của Luật Xuất bản.</w:t>
      </w:r>
    </w:p>
    <w:p>
      <w:pPr>
        <w:jc w:val="both"/>
      </w:pPr>
      <w:r>
        <w:t>Hoạt động xuất bản bao gồm các lĩnh vực xuất bản, in và phát hành xuất bản phẩm theo quy định tại Luật Xuất bản.</w:t>
      </w:r>
    </w:p>
    <w:p>
      <w:pPr>
        <w:jc w:val="both"/>
      </w:pPr>
      <w:r>
        <w:t>Xuất bản phẩm thực hiện theo quy định tại Điều 4 của Luật Xuất bản và Điều 2 Nghị định số 111/2005/NĐ-CP ngày 26/8/2005 của Chính phủ. Trường hợp các quy định của Luật Xuất bản, Nghị định số 111/2005/NĐ-CP và các văn bản quy phạm pháp luật có liên quan đến lĩnh vực xuất bản có sự thay đổi thì áp dụng theo các quy định mới tương ứng, phù hợp với các văn bản này.</w:t>
      </w:r>
    </w:p>
    <w:p>
      <w:pPr>
        <w:jc w:val="both"/>
      </w:pPr>
      <w:r>
        <w:t>4. Thuế suất ưu đãi 20% trong thời gian mười năm (10 năm) áp dụng đối với doanh nghiệp thành lập mới từ dự án đầu tư tại địa bàn có điều kiện kinh tế - xã hội khó khăn quy định tại Phụ lục ban hành kèm theo Nghị định số 124/2008/NĐ-CP ngày 11/12/2008 của Chính phủ.</w:t>
      </w:r>
    </w:p>
    <w:p>
      <w:pPr>
        <w:jc w:val="both"/>
      </w:pPr>
      <w:r>
        <w:t>5. Thuế suất ưu đãi 20% trong suốt thời gian hoạt động được áp dụng đối với Hợp tác xã dịch vụ nông nghiệp, Quỹ tín dụng nhân dân và Tổ chức tài chính vi mô.</w:t>
      </w:r>
    </w:p>
    <w:p>
      <w:pPr>
        <w:jc w:val="both"/>
      </w:pPr>
      <w:r>
        <w:t>Đối với Hợp tác xã dịch vụ nông nghiệp, quỹ tín dụng nhân dân và tổ chức tài chính vi mô thành lập mới tại địa bàn có điều kiện kinh tế - xã hội đặc biệt khó khăn quy định tại Phụ lục ban hành kèm theo Nghị định số 124/2008/NĐ-CP ngày 11/12/2008 của Chính phủ sau khi hết thời hạn áp dụng thuế suất 10% quy định tại điểm a Khoản 1 Điều này thì chuyển sang áp dụng mức thuế suất 20%.</w:t>
      </w:r>
    </w:p>
    <w:p>
      <w:pPr>
        <w:jc w:val="both"/>
      </w:pPr>
      <w:r>
        <w:t>Tổ chức tài chính vi mô quy định tại Khoản này là tổ chức được thành lập và hoạt động theo quy định của Luật các tổ chức tín dụng.</w:t>
      </w:r>
    </w:p>
    <w:p>
      <w:pPr>
        <w:jc w:val="both"/>
      </w:pPr>
      <w:r>
        <w:t>6. Thời gian áp dụng thuế suất ưu đãi quy định tại Điều này được tính liên tục từ năm đầu tiên doanh nghiệp có doanh thu từ hoạt động được hưởng ưu đãi thuế.</w:t>
      </w:r>
    </w:p>
    <w:p>
      <w:pPr>
        <w:jc w:val="both"/>
      </w:pPr>
      <w:r>
        <w:t>7. Hết thời gian áp dụng mức thuế suất ưu đãi tại Khoản 1, Khoản 2, Khoản 4 Điều này, doanh nghiệp chuyển sang áp dụng mức thuế suất 25%.</w:t>
      </w:r>
    </w:p>
    <w:p>
      <w:pPr>
        <w:jc w:val="both"/>
      </w:pPr>
      <w:r>
        <w:rPr>
          <w:b/>
        </w:rPr>
        <w:t>Điều 20. Ưu đãi về thời gian miễn thuế, giảm thuế</w:t>
      </w:r>
    </w:p>
    <w:p>
      <w:pPr>
        <w:jc w:val="both"/>
      </w:pPr>
      <w:r>
        <w:t>1. Miễn thuế 4 năm, giảm 50% số thuế phải nộp trong 9 năm tiếp theo đối với:</w:t>
      </w:r>
    </w:p>
    <w:p>
      <w:pPr>
        <w:jc w:val="both"/>
      </w:pPr>
      <w:r>
        <w:t>a) Doanh nghiệp thành lập mới từ dự án đầu tư tại địa bàn có điều kiện kinh tế - xã hội đặc biệt khó khăn quy định tại Phụ lục ban hành kèm theo Nghị định số 124/2008/NĐ-CP ngày 11/12/2008 của Chính phủ.</w:t>
      </w:r>
    </w:p>
    <w:p>
      <w:pPr>
        <w:jc w:val="both"/>
      </w:pPr>
      <w:r>
        <w:t>b) Doanh nghiệp thành lập mới từ dự án đầu tư tại khu kinh tế, khu công nghệ cao được thành lập theo Quyết định của Thủ tướng Chính phủ;</w:t>
      </w:r>
    </w:p>
    <w:p>
      <w:pPr>
        <w:jc w:val="both"/>
      </w:pPr>
      <w:r>
        <w:t>c) Doanh nghiệp thành lập mới từ dự án đầu tư thuộc các lĩnh vực:</w:t>
      </w:r>
    </w:p>
    <w:p>
      <w:pPr>
        <w:jc w:val="both"/>
      </w:pPr>
      <w:r>
        <w:t>- Công nghệ cao theo quy định của pháp luật; nghiên cứu khoa học và phát triển công nghệ;</w:t>
      </w:r>
    </w:p>
    <w:p>
      <w:pPr>
        <w:jc w:val="both"/>
      </w:pPr>
      <w:r>
        <w:t>-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w:t>
      </w:r>
    </w:p>
    <w:p>
      <w:pPr>
        <w:jc w:val="both"/>
      </w:pPr>
      <w:r>
        <w:t>Để được hưởng ưu đãi thuế thu nhập doanh nghiệp theo trường hợp doanh nghiệp thành lập mới từ dự án đầu tư vào các ngành nghề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 thì doanh nghiệp phải phát sinh doanh thu, thu nhập từ quá trình hoạt động của các dự án đầu tư nêu trên. Trường hợp các doanh nghiệp thực hiện thi công, xây dựng các công trình này thì phần thu nhập từ hoạt động thi công, xây dựng các công trình này không được hưởng ưu đãi thuế thu nhập doanh nghiệp.</w:t>
      </w:r>
    </w:p>
    <w:p>
      <w:pPr>
        <w:jc w:val="both"/>
      </w:pPr>
      <w:r>
        <w:t>- Sản xuất sản phẩm phần mềm.</w:t>
      </w:r>
    </w:p>
    <w:p>
      <w:pPr>
        <w:jc w:val="both"/>
      </w:pPr>
      <w:r>
        <w:t>d) Doanh nghiệp thành lập mới trong lĩnh vực xã hội hoá thực hiện tại địa bàn có điều kiện kinh tế - xã hội khó khăn hoặc đặc biệt khó khăn quy định tại Phụ lục ban hành kèm theo Nghị định số 124/2008/NĐ-CP ngày 11/12/2008 của Chính phủ.</w:t>
      </w:r>
    </w:p>
    <w:p>
      <w:pPr>
        <w:jc w:val="both"/>
      </w:pPr>
      <w:r>
        <w:t>2. Miễn thuế 4 năm, giảm 50% số thuế phải nộp trong 5 năm tiếp theo đối với doanh nghiệp thành lập mới trong lĩnh vực xã hội hoá thực hiện tại địa bàn không thuộc danh mục địa bàn có điều kiện kinh tế - xã hội khó khăn hoặc đặc biệt khó khăn quy định tại Phụ lục ban hành kèm theo Nghị định số 124/2008/NĐ-CP ngày 11/12/2008 của Chính phủ.</w:t>
      </w:r>
    </w:p>
    <w:p>
      <w:pPr>
        <w:jc w:val="both"/>
      </w:pPr>
      <w:r>
        <w:t>3. Miễn thuế 2 năm và giảm 50% số thuế phải nộp trong 4 năm tiếp theo đối với doanh nghiệp thành lập mới từ dự án đầu tư tại địa bàn có điều kiện kinh tế - xã hội khó khăn quy định tại Phụ lục ban hành kèm theo Nghị định số 124/2008/NĐ-CP ngày 11/12/2008 của Chính phủ.</w:t>
      </w:r>
    </w:p>
    <w:p>
      <w:pPr>
        <w:jc w:val="both"/>
      </w:pPr>
      <w:r>
        <w:t>4. Thời gian miễn thuế, giảm thuế quy định tại Điều này được tính liên tục từ năm đầu tiên doanh nghiệp có thu nhập chịu thuế từ dự án đầu tư được hưởng ưu đãi thuế; Trường hợp doanh nghiệp không có thu nhập chịu thuế trong ba năm đầu, kể từ năm đầu tiên có doanh thu từ dự án đầu tư thì thời gian miễn thuế, giảm thuế được tính từ năm thứ tư.</w:t>
      </w:r>
    </w:p>
    <w:p>
      <w:pPr>
        <w:jc w:val="both"/>
      </w:pPr>
      <w:r>
        <w:t>Ví dụ 16: Năm 2009, doanh nghiệp A thành lập mới từ dự án đầu tư sản xuất sản phẩm phần mềm, nếu năm 2009 doanh nghiệp A đã có thu nhập chịu thuế từ dự án sản xuất sản phẩm phầm mềm thì thời gian miễn giảm thuế được tính liên tục kể từ năm 2009. Trường hợp dự án sản xuất sản phẩm phầm mềm của doanh nghiệp A phát sinh doanh thu từ năm 2009, đến năm 2012 doanh nghiệp A vẫn chưa có thu nhập chịu thuế thì thời gian miễn giảm thuế được tính liên tục kể từ năm 2012.</w:t>
      </w:r>
    </w:p>
    <w:p>
      <w:pPr>
        <w:jc w:val="both"/>
      </w:pPr>
      <w:r>
        <w:t>5. Năm miễn thuế, giảm thuế xác định phù hợp với kỳ tính thuế. Thời điểm bắt đầu tính thời gian miễn thuế, giảm thuế tính liên tục kể từ kỳ tính thuế đầu tiên doanh nghiệp bắt đầu có thu nhập chịu thuế (chưa trừ số lỗ các kỳ tính thuế trước chuyển sang). Trường hợp, kỳ tính thuế đầu tiên doanh nghiệp có thu nhập chịu thuế, nhưng thời gian hoạt động sản xuất, kinh doanh hàng hoá, dịch vụ dưới 12 tháng thì doanh nghiệp có quyền đăng ký với cơ quan thuế tính thời gian miễn thuế, giảm thuế ngay kỳ tính thuế đầu tiên đó hoặc tính từ kỳ tính thuế tiếp theo. Trường hợp doanh nghiệp đăng ký thời gian miễn giảm thuế vào kỳ tính thuế tiếp theo thì phải xác định số thuế phải nộp của kỳ tính thuế đầu tiên để nộp vào Ngân sách Nhà nước theo quy định. Kỳ tính thuế hướng dẫn tại Khoản 3 Điều 3 không áp dụng để xác định ưu đãi miễn thuế, giảm thuế theo quy định tại Khoản này.</w:t>
      </w:r>
    </w:p>
    <w:p>
      <w:pPr>
        <w:jc w:val="both"/>
      </w:pPr>
      <w:r>
        <w:rPr>
          <w:b/>
        </w:rPr>
        <w:t>Điều 21. Các trường hợp giảm thuế khác</w:t>
      </w:r>
    </w:p>
    <w:p>
      <w:pPr>
        <w:jc w:val="both"/>
      </w:pPr>
      <w:r>
        <w:t>1. Doanh nghiệp hoạt động trong lĩnh vực sản xuất, xây dựng, vận tải được giảm số thuế thu nhập doanh nghiệp phải nộp tương ứng với số tiền thực chi thêm cho lao động nữ hướng dẫn tại tiết a điểm 2.9 Khoản 2 Điều 6 Thông tư này nếu hạch toán riêng được.</w:t>
      </w:r>
    </w:p>
    <w:p>
      <w:pPr>
        <w:jc w:val="both"/>
      </w:pPr>
      <w:r>
        <w:t>Các đơn vị sự nghiệp, cơ quan văn phòng thuộc các Tổng công ty không trực tiếp sản xuất kinh doanh thì không giảm thuế theo điểm này.</w:t>
      </w:r>
    </w:p>
    <w:p>
      <w:pPr>
        <w:jc w:val="both"/>
      </w:pPr>
      <w:r>
        <w:t>2. Doanh nghiệp sử dụng lao động là người dân tộc thiểu số được giảm thuế thu nhập doanh nghiệp phải nộp tương ứng với số tiền thực chi thêm cho lao động là người dân tộc thiểu số hướng dẫn tại tiết b điểm 2.9 Khoản 2 Điều 6 Thông tư này nếu hạch toán riêng được.</w:t>
      </w:r>
    </w:p>
    <w:p>
      <w:pPr>
        <w:jc w:val="both"/>
      </w:pPr>
      <w:r>
        <w:rPr>
          <w:b/>
        </w:rPr>
        <w:t>Điều 22. Thủ tục thực hiện ưu đãi thuế thu nhập doanh nghiệp</w:t>
      </w:r>
    </w:p>
    <w:p>
      <w:pPr>
        <w:jc w:val="both"/>
      </w:pPr>
      <w:r>
        <w:t>Doanh nghiệp tự xác định các điều kiện ưu đãi thuế, mức thuế suất ưu đãi, thời gian miễn thuế, giảm thuế, số lỗ được trừ (-) vào thu nhập tính thuế để tự kê khai và tự quyết toán thuế với cơ quan thuế.</w:t>
      </w:r>
    </w:p>
    <w:p>
      <w:pPr>
        <w:jc w:val="both"/>
      </w:pPr>
      <w:r>
        <w:t>Cơ quan thuế khi kiểm tra, thanh tra đối với doanh nghiệp phải kiểm tra các điều kiện được hưởng ưu đãi thuế, số thuế thu nhập doanh nghiệp được miễn thuế, giảm thuế, số lỗ được trừ vào thu nhập chịu thuế theo đúng điều kiện thực tế mà doanh nghiệp đáp ứng được. Trường hợp doanh nghiệp không đảm bảo các điều kiện để áp dụng thuế suất ưu đãi và thời gian miễn thuế, giảm thuế thì cơ quan thuế xử lý truy thu thuế và xử phạt vi phạm hành chính về thuế theo quy định.</w:t>
      </w:r>
    </w:p>
    <w:p>
      <w:pPr>
        <w:jc w:val="center"/>
      </w:pPr>
      <w:r>
        <w:rPr>
          <w:b/>
        </w:rPr>
        <w:t>Chương VII</w:t>
      </w:r>
    </w:p>
    <w:p>
      <w:pPr>
        <w:jc w:val="both"/>
      </w:pPr>
      <w:r>
        <w:t>TỔ CHỨC THỰC HIỆN</w:t>
      </w:r>
    </w:p>
    <w:p>
      <w:pPr>
        <w:jc w:val="both"/>
      </w:pPr>
      <w:r>
        <w:rPr>
          <w:b/>
        </w:rPr>
        <w:t>Điều 23. Hiệu lực thi hành</w:t>
      </w:r>
    </w:p>
    <w:p>
      <w:pPr>
        <w:jc w:val="both"/>
      </w:pPr>
      <w:r>
        <w:t>1. Thông tư này có hiệu lực từ ngày 10 tháng 9 năm 2012 và áp dụng cho kỳ tính thuế thu nhập doanh nghiệp từ năm 2012 trở đi.</w:t>
      </w:r>
    </w:p>
    <w:p>
      <w:pPr>
        <w:jc w:val="both"/>
      </w:pPr>
      <w:r>
        <w:t>2. Doanh nghiệp đang được hưởng ưu đãi thuế thu nhập doanh nghiệp (bao gồm mức thuế suất ưu đãi, thời gian miễn thuế, giảm thuế) theo quy định tại các văn bản quy phạm pháp luật trước đây về thuế thu nhập doanh nghiệp hoặc theo Giấy phép đầu tư hoặc Giấy chứng nhận ưu đãi đầu tư đã cấp thì tiếp tục được hưởng các mức ưu đãi này cho thời gian còn lại. Trường hợp mức ưu đãi về thuế thu nhập doanh nghiệp bao gồm cả thuế suất ưu đãi và thời gian miễn thuế, giảm thuế thấp hơn mức ưu đãi theo quy định của Thông tư này thì được áp dụng ưu đãi thuế theo quy định của Thông tư này cho thời gian còn lại tính từ kỳ tính thuế năm 2009.</w:t>
      </w:r>
    </w:p>
    <w:p>
      <w:pPr>
        <w:jc w:val="both"/>
      </w:pPr>
      <w:r>
        <w:t>Việc xác định thời gian còn lại để được hưởng ưu đãi thuế được tính liên tục kể từ khi thực hiện quy định ưu đãi tại các văn bản quy phạm pháp luật trước đây về thuế thu nhập doanh nghiệp hoặc theo Giấy phép đầu tư hoặc Giấy chứng nhận ưu đãi đầu tư đã cấp.</w:t>
      </w:r>
    </w:p>
    <w:p>
      <w:pPr>
        <w:jc w:val="both"/>
      </w:pPr>
      <w:r>
        <w:t>Khoảng thời gian ưu đãi còn lại bằng số năm doanh nghiệp còn được hưởng ưu đãi thuế (thuế suất ưu đãi, thời gian miễn thuế, giảm thuế) theo hướng dẫn tại Thông tư này trừ (-) đi số năm doanh nghiệp đã hưởng ưu đãi thuế (thuế suất ưu đãi, thời gian miễn thuế, giảm thuế) theo các văn bản quy phạm pháp luật trước đây về thuế thu nhập doanh nghiệp hoặc theo Giấy phép đầu tư hoặc Giấy chứng nhận ưu đãi đầu tư đã cấp đến hết năm 2008. Việc xác định khoảng thời gian ưu đãi còn lại nêu trên phải đảm bảo nguyên tắc:</w:t>
      </w:r>
    </w:p>
    <w:p>
      <w:pPr>
        <w:jc w:val="both"/>
      </w:pPr>
      <w:r>
        <w:t>- Đến hết kỳ tính thuế năm 2008, doanh nghiệp đã hết thời gian được hưởng ưu đãi về thuế suất theo các văn bản quy phạm pháp luật trước đây về thuế thu nhập doanh nghiệp hoặc theo Giấy phép đầu tư hoặc Giấy chứng nhận ưu đãi đầu tư đã cấp thì không được chuyển sang áp dụng ưu đãi về thuế (thuế suất ưu đãi, thời gian miễn thuế, giảm thuế) cho thời gian còn lại theo hướng dẫn tại Thông tư này.</w:t>
      </w:r>
    </w:p>
    <w:p>
      <w:pPr>
        <w:jc w:val="both"/>
      </w:pPr>
      <w:r>
        <w:t>- Đến hết kỳ tính thuế năm 2008, doanh nghiệp đang trong thời gian được hưởng ưu đãi thuế (thuế suất ưu đãi, thời gian miễn thuế, giảm thuế) theo các văn bản quy phạm pháp luật trước đây về thuế thu nhập doanh nghiệp hoặc theo Giấy phép đầu tư hoặc Giấy chứng nhận ưu đãi đầu tư đã cấp thì tiếp tục hưởng số năm được áp dụng thuế suất và mức thuế suất ưu đãi, thời gian miễn thuế, giảm thuế cho thời gian còn lại theo hướng dẫn tại Thông tư này.</w:t>
      </w:r>
    </w:p>
    <w:p>
      <w:pPr>
        <w:jc w:val="both"/>
      </w:pPr>
      <w:r>
        <w:t>- Đến hết kỳ tính thuế năm 2008, doanh nghiệp đang được hưởng thuế suất ưu đãi, nhưng vừa hết thời gian được miễn thuế theo các văn bản quy phạm pháp luật trước đây về thuế thu nhập doanh nghiệp hoặc theo Giấy phép đầu tư hoặc Giấy chứng nhận ưu đãi đầu tư đã cấp thì không hưởng thời gian miễn thuế mà chỉ hưởng toàn bộ số năm giảm thuế theo hướng dẫn tại Thông tư này, tiếp tục hưởng số năm áp dụng thuế suất và mức thuế suất ưu đãi cho thời gian còn lại theo hướng dẫn tại Thông tư này.</w:t>
      </w:r>
    </w:p>
    <w:p>
      <w:pPr>
        <w:jc w:val="both"/>
      </w:pPr>
      <w:r>
        <w:t>- Đến hết kỳ tính thuế năm 2008, doanh nghiệp đang được hưởng thuế suất ưu đãi, đang trong thời gian giảm thuế theo các văn bản quy phạm pháp luật trước đây về thuế thu nhập doanh nghiệp hoặc theo Giấy phép đầu tư hoặc Giấy chứng nhận ưu đãi đầu tư đã cấp thì số năm giảm thuế còn lại bằng số năm giảm thuế theo hướng dẫn tại Thông tư này trừ (-) số năm doanh nghiệp đã giảm thuế đến hết kỳ tính thuế năm 2008, tiếp tục hưởng số năm áp dụng thuế suất và mức thuế suất ưu đãi cho thời gian còn lại theo hướng dẫn tại Thông tư này.</w:t>
      </w:r>
    </w:p>
    <w:p>
      <w:pPr>
        <w:jc w:val="both"/>
      </w:pPr>
      <w:r>
        <w:t>- Đến hết kỳ tính thuế năm 2008, doanh nghiệp đã hết thời gian miễn thuế, giảm thuế theo các văn bản quy phạm pháp luật trước đây về thuế thu nhập doanh nghiệp hoặc theo Giấy phép đầu tư hoặc Giấy chứng nhận ưu đãi đầu tư đã cấp thì không thuộc diện hưởng ưu đãi thuế (thuế suất ưu đãi, thời gian miễn thuế, giảm thuế) theo hướng dẫn tại Thông tư này.</w:t>
      </w:r>
    </w:p>
    <w:p>
      <w:pPr>
        <w:jc w:val="both"/>
      </w:pPr>
      <w:r>
        <w:t>3. Doanh nghiệp thuộc diện hưởng thời gian miễn thuế, giảm thuế theo quy định tại các văn bản quy phạm pháp luật trước đây về thuế thu nhập doanh nghiệp hoặc theo Giấy phép đầu tư hoặc Giấy chứng nhận ưu đãi đầu tư đã cấp mà đến hết kỳ tính thuế năm 2008 nếu:</w:t>
      </w:r>
    </w:p>
    <w:p>
      <w:pPr>
        <w:jc w:val="both"/>
      </w:pPr>
      <w:r>
        <w:t>a) Chưa có doanh thu thì thời gian miễn thuế, giảm thuế được tính từ năm đầu tiên doanh nghiệp có thu nhập chịu thuế; trường hợp không có thu nhập chịu thuế trong 3 năm đầu kể từ năm đầu tiên có doanh thu thì thời gian miễn thuế, giảm thuế được tính từ năm thứ tư.</w:t>
      </w:r>
    </w:p>
    <w:p>
      <w:pPr>
        <w:jc w:val="both"/>
      </w:pPr>
      <w:r>
        <w:t>b) Đã có doanh thu nhưng chưa đủ 3 năm, kể từ khi có doanh thu thì thời gian miễn thuế, giảm thuế được tính từ năm đầu tiên có thu nhập chịu thuế; trường hợp không có thu nhập chịu thuế trong 3 năm đầu kể từ năm đầu tiên có doanh thu thì thời gian miễn thuế, giảm thuế được tính từ năm thứ tư, cụ thể như sau:</w:t>
      </w:r>
    </w:p>
    <w:p>
      <w:pPr>
        <w:jc w:val="both"/>
      </w:pPr>
      <w:r>
        <w:t>Doanh nghiệp có kỳ tính thuế đầu tiên từ năm 2007 trở đi và đã có doanh thu thì thời gian miễn giảm thuế được tính liên tục kể từ năm đầu tiên có thu nhập chịu thuế. Trường hợp đến hết năm 2009 mà chưa có thu nhập chịu thuế thì thời gian miễn giảm thuế được tính từ năm 2010.</w:t>
      </w:r>
    </w:p>
    <w:p>
      <w:pPr>
        <w:jc w:val="both"/>
      </w:pPr>
      <w:r>
        <w:t>c) Đã có doanh thu từ 3 năm trở lên thì thời gian miễn thuế, giảm thuế được tính từ năm tính thuế 2009, cụ thể như sau:</w:t>
      </w:r>
    </w:p>
    <w:p>
      <w:pPr>
        <w:jc w:val="both"/>
      </w:pPr>
      <w:r>
        <w:t>Doanh nghiệp có kỳ tính thuế đầu tiên trước năm 2007 đã có doanh thu nhưng chưa có thu nhập chịu thuế và chưa tính thời gian miễn giảm thuế thì thời gian miễn giảm thuế được tính từ kỳ tính thuế năm 2009.</w:t>
      </w:r>
    </w:p>
    <w:p>
      <w:pPr>
        <w:jc w:val="both"/>
      </w:pPr>
      <w:r>
        <w:t>4. Doanh nghiệp hoạt động trong các lĩnh vực khác nhưng có phát sinh thu nhập từ hoạt động trong lĩnh vực giáo dục - đào tạo, dạy nghề, y tế, văn hoá, thể thao và môi trường (sau đây gọi chung là lĩnh vực xã hội hoá) nếu đủ điều kiện thuộc Danh mục loại hình, tiêu chí quy mô, tiêu chuẩn về lĩnh vực xã hội hoá do Thủ tướng Chính phủ quy định thì áp dụng thuế suất thuế thu nhập doanh nghiệp 10% trong suốt thời gian hoạt động đối với phần thu nhập có được từ hoạt động trong lĩnh vực giáo dục - đào tạo, dạy nghề, y tế, văn hoá, thể thao và môi trường kể từ ngày 01/01/2009.</w:t>
      </w:r>
    </w:p>
    <w:p>
      <w:pPr>
        <w:jc w:val="both"/>
      </w:pPr>
      <w:r>
        <w:t>Doanh nghiệp có hoạt động trong lĩnh vực xã hội hoá trước ngày 01/01/2009 và đủ điều kiện thuộc Danh mục loại hình, tiêu chí quy mô, tiêu chuẩn về lĩnh vực xã hội do Thủ tướng Chính phủ quy định mà đang áp dụng mức thuế suất cao hơn mức 10% đối với phần thu nhập từ hoạt động xã hội hoá thì được chuyển sang áp dụng mức thuế suất 10% đối với phần thu nhập từ hoạt động xã hội hoá kể từ ngày 01/01/2009.</w:t>
      </w:r>
    </w:p>
    <w:p>
      <w:pPr>
        <w:jc w:val="both"/>
      </w:pPr>
      <w:r>
        <w:t>5. Doanh nghiệp đang hoạt động từ năm 2009 có dự án đầu tư xây dựng dây chuyền sản xuất mới, mở rộng quy mô, đổi mới công nghệ, cải thiện môi trường sinh thái, nâng cao năng lực sản xuất thì phần thu nhập từ dự án đầu tư này sẽ không được hưởng ưu đãi thuế thu nhập doanh nghiệp. Các dự án đầu tư trước năm 2009 đang được hưởng ưu đãi thuế thu nhập doanh nghiệp (theo diện ưu đãi đầu tư mở rộng) thì tiếp tục được hưởng ưu đãi cho thời gian còn lại và phần thu nhập tăng thêm của các dự án đầu tư mở rộng đang áp dụng thuế suất 28% được chuyển sang áp dụng thuế suất 25% .</w:t>
      </w:r>
    </w:p>
    <w:p>
      <w:pPr>
        <w:jc w:val="both"/>
      </w:pPr>
      <w:r>
        <w:t>Doanh nghiệp có dự án đầu tư mở rộng sản xuất đến ngày 31 tháng 12 năm 2008 đang đầu tư xây dựng dở dang và trong năm 2009 hoàn thành đi vào sản xuất, kinh doanh thì tiếp tục được hưởng thời gian miễn giảm thuế thu nhập doanh nghiệp đối với phần thu nhập tăng thêm từ dự án đầu tư mở rộng mang lại theo Thông tư số 134/2007/TT-BTC ngày 23/11/2007 của Bộ Tài chính; Phần thu nhập tăng thêm của dự án này áp dụng thuế suất 25% và thời gian miễn giảm thuế thu nhập doanh nghiệp đối với phần thu nhập tăng thêm tính từ năm 2009 dự án đi vào sản xuất, kinh doanh. Doanh nghiệp phải có thông báo với cơ quan thuế các dự án đầu tư mở rộng sản xuất đang đầu tư xây dựng dở dang khi nộp tờ khai quyết toán thuế thu nhập doanh nghiệp của kỳ tính thuế năm 2008.</w:t>
      </w:r>
    </w:p>
    <w:p>
      <w:pPr>
        <w:jc w:val="both"/>
      </w:pPr>
      <w:r>
        <w:t>Doanh nghiệp có dự án đầu tư mở rộng sản xuất đến ngày 31/12/2008 đang đầu tư xây dựng dở dang, trong năm 2009 dự án vẫn tiếp tục quá trình đầu tư xây dựng dở dang và từ năm 2010 trở đi mới hoàn thành đi vào sản xuất, kinh doanh thì doanh nghiệp không được ưu đãi thuế TNDN đối với phần thu nhập tăng thêm từ dự án đầu tư mở rộng mang lại.</w:t>
      </w:r>
    </w:p>
    <w:p>
      <w:pPr>
        <w:jc w:val="both"/>
      </w:pPr>
      <w:r>
        <w:t>6 . Từ ngày 01/01/2009, hợp tác xã dịch vụ nông nghiệp có thu nhập từ hoạt động dịch vụ nông nghiệp và quỹ tín dụng nhân dân được áp dụng thuế suất 20% kể cả trường hợp hợp tác xã dịch vụ nông nghiệp và quỹ tín dụng nhân dân được thành lập trước ngày 01/01/2009 nhưng chưa được hưởng ưu đãi thuế suất thuế thu nhập doanh nghiệp hoặc đã hết thời gian hưởng ưu đãi thuế suất thuế thu nhập doanh nghiệp (không bao gồm trường hợp hợp tác xã dịch vụ nông nghiệp và quỹ tín dụng nhân dân đang được áp dụng thuế suất 10%).</w:t>
      </w:r>
    </w:p>
    <w:p>
      <w:pPr>
        <w:jc w:val="both"/>
      </w:pPr>
      <w:r>
        <w:t>7. Không áp dụng ưu đãi thuế thu nhập doanh nghiệp đối với thu nhập từ hoạt động khai thác khoáng sản của các doanh nghiệp được thành lập và cấp giấy phép đầu tư về hoạt động khai thác khoáng sản từ ngày 01/01/2009. Trường hợp doanh nghiệp khai thác khoáng sản hoạt động trước ngày 01/01/2009 đang hưởng ưu đãi thuế thu nhập doanh nghiệp theo quy định tại các văn bản quy phạm pháp luật trước đây về thuế thu nhập doanh nghiệp hoặc theo Giấy phép đầu tư hoặc Giấy chứng nhận ưu đãi đầu tư đã cấp thì tiếp tục được hưởng các mức ưu đãi này cho thời gian còn lại.</w:t>
      </w:r>
    </w:p>
    <w:p>
      <w:pPr>
        <w:jc w:val="both"/>
      </w:pPr>
      <w:r>
        <w:t>8. Doanh nghiệp có phát sinh thu nhập từ hoạt động xuất bản theo quy định của Luật Xuất bản được áp dụng thuế suất thuế thu nhập doanh nghiệp 10% trong suốt thời gian hoạt động kể từ kỳ tính thuế năm 2012. Doanh nghiệp đang hoạt động có áp dụng mức thuế suất cao hơn mức thuế suất 10% đối với phần thu nhập từ hoạt động xuất bản theo quy định của Luật Xuất bản thì được chuyển sang áp dụng mức thuế suất 10% đối với phần thu nhập từ hoạt động xuất bản kể từ kỳ tính thuế năm 2012.</w:t>
      </w:r>
    </w:p>
    <w:p>
      <w:pPr>
        <w:jc w:val="both"/>
      </w:pPr>
      <w:r>
        <w:t>9. Thông tư này thay thế Thông tư số 130/2008/TT-BTC ngày 26/12/2008, Thông tư số 177/2009/TT-BTC ngày 10/9/2009, Thông tư số 40/2010/TT-BTC ngày 23/3/2010, Thông tư số 18/2011/TT-BTC ngày 10/2/2011 của Bộ Tài chính.</w:t>
      </w:r>
    </w:p>
    <w:p>
      <w:pPr>
        <w:jc w:val="both"/>
      </w:pPr>
      <w:r>
        <w:t>10. Bãi bỏ các nội dung hướng dẫn về thuế thu nhập doanh nghiệp do Bộ Tài chính và các ngành ban hành không phù hợp với hướng dẫn tại Thông tư này.</w:t>
      </w:r>
    </w:p>
    <w:p>
      <w:pPr>
        <w:jc w:val="both"/>
      </w:pPr>
      <w:r>
        <w:t>11. Việc giải quyết những tồn tại về thuế, quyết toán thuế, miễn thuế, giảm thuế và xử lý vi phạm pháp luật về thuế thu nhập doanh nghiệp trước kỳ tính thuế năm 2012 thực hiện theo các quy định tương ứng hướng dẫn về thuế thu nhập doanh nghiệp ban hành trước kỳ tính thuế năm 2012.</w:t>
      </w:r>
    </w:p>
    <w:p>
      <w:pPr>
        <w:jc w:val="both"/>
      </w:pPr>
      <w:r>
        <w:t>12. Trường hợp nước Cộng hoà Xã hội Chủ nghĩa Việt Nam có tham gia ký kết một Hiệp định hoặc Điều ước quốc tế mà Hiệp định hoặc Điều ước quốc tế đó có quy định về việc nộp thuế thu nhập doanh nghiệp khác với nội dung hướng dẫn tại Thông tư này thì thực hiện theo quy định của Điều ước quốc tế đó.</w:t>
      </w:r>
    </w:p>
    <w:p>
      <w:pPr>
        <w:jc w:val="both"/>
      </w:pPr>
      <w:r>
        <w:rPr>
          <w:b/>
        </w:rPr>
        <w:t>Điều 24. Trách nhiệm thi hành</w:t>
      </w:r>
    </w:p>
    <w:p>
      <w:pPr>
        <w:jc w:val="both"/>
      </w:pPr>
      <w:r>
        <w:t>1. Cơ quan thuế các cấp có trách nhiệm phổ biến, hướng dẫn các doanh nghiệp thực hiện theo nội dung Thông tư này.</w:t>
      </w:r>
    </w:p>
    <w:p>
      <w:pPr>
        <w:jc w:val="both"/>
      </w:pPr>
      <w:r>
        <w:t>2. Doanh nghiệp thuộc đối tượng điều chỉnh của Thông tư này thực hiện theo các hướng dẫn tại Thông tư này.</w:t>
      </w:r>
    </w:p>
    <w:p>
      <w:pPr>
        <w:jc w:val="both"/>
      </w:pPr>
      <w:r>
        <w:t>Trong quá trình thực hiện nếu có vướng mắc, đề nghị các tổ chức, cá nhân phản ánh kịp thời về Bộ Tài chính để nghiên cứu giải quyết./.</w:t>
      </w:r>
    </w:p>
    <w:p>
      <w:r>
        <w:rPr>
          <w:i/>
        </w:rPr>
        <w:t>Nguồn: Cơ sở dữ liệu quốc gia về văn bản pháp luật (Bộ Tư pháp). VietSmart Legal, legal.giangpham.asia/van-ban/46367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