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về mạng lưới hoạt động của ngân hàng thương mại</w:t>
      </w:r>
    </w:p>
    <w:p>
      <w:pPr>
        <w:jc w:val="both"/>
      </w:pPr>
      <w:r>
        <w:t>__________________</w:t>
      </w:r>
    </w:p>
    <w:p>
      <w:pPr>
        <w:jc w:val="both"/>
      </w:pPr>
      <w:r>
        <w:t>Căn cứ Luật Ngân hàng Nhà nước Việt Nam s ố 46/2010/QH12 ngày 16 th á ng 6 năm 2010;</w:t>
      </w:r>
    </w:p>
    <w:p>
      <w:pPr>
        <w:jc w:val="both"/>
      </w:pPr>
      <w:r>
        <w:t>Căn cứ Luật Các tổ chức tín dụng số 47/2010/QH12 ngày 16 th á ng 6 năm 2010;</w:t>
      </w:r>
    </w:p>
    <w:p>
      <w:pPr>
        <w:jc w:val="both"/>
      </w:pPr>
      <w:r>
        <w:t>Căn cứ Luật Doanh nghiệp s ố 60/2005/QH11 ngày 29 th á ng 11 năm 2005;</w:t>
      </w:r>
    </w:p>
    <w:p>
      <w:pPr>
        <w:jc w:val="both"/>
      </w:pPr>
      <w:r>
        <w:t>Căn cứ Nghị định s ố 96/2008/NĐ-CP ngày 26 tháng 8 năm 2008 của Chính phủ quy định chức năng, nhiệm vụ, quy ề n hạn và cơ c ấ u tổ chức của Ngân hàng Nhà nước Việt Nam;</w:t>
      </w:r>
    </w:p>
    <w:p>
      <w:pPr>
        <w:jc w:val="both"/>
      </w:pPr>
      <w:r>
        <w:t>Theo đề nghị của Ch á nh Thanh tra, giám sát ngân hàng;</w:t>
      </w:r>
    </w:p>
    <w:p>
      <w:pPr>
        <w:jc w:val="both"/>
      </w:pPr>
      <w:r>
        <w:t>Thống đốc Ngân hàng Nhà nước Việt Nam ban hành Thông tư quy định về mạng lưới hoạt động của ngân hàng thương mại ,</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thủ tục thành lập, thay đổi tên, thay đổi địa điểm, chấm dứt hoạt động, giải thể chi nhánh, phòng giao dịch, văn phòng đại diện, đơn vị sự nghiệp ở trong nước; chi nhánh, văn phòng đại diện, ngân hàng 100% vốn ở nước ngoài của ngân hàng thương mại.</w:t>
      </w:r>
    </w:p>
    <w:p>
      <w:pPr>
        <w:jc w:val="both"/>
      </w:pPr>
      <w:r>
        <w:rPr>
          <w:b/>
        </w:rPr>
        <w:t>Điều 2. Đối tượng áp dụng</w:t>
      </w:r>
    </w:p>
    <w:p>
      <w:pPr>
        <w:jc w:val="both"/>
      </w:pPr>
      <w:r>
        <w:t>1. Các ngân hàng thương mại.</w:t>
      </w:r>
    </w:p>
    <w:p>
      <w:pPr>
        <w:jc w:val="both"/>
      </w:pPr>
      <w:r>
        <w:t>2. Tổ chức, cá nhân có liên quan đến việc thành lập, thay đổi tên, thay đổi địa điểm, chấm dứt hoạt động, giải thể chi nhánh, phòng giao dịch, văn phòng đại diện, đơn vị sự nghiệp ở trong nước; chi nhánh, văn phòng đại diện, ngân hàng 100% vốn ở nước ngoài của ngân hàng thương mại.</w:t>
      </w:r>
    </w:p>
    <w:p>
      <w:pPr>
        <w:jc w:val="both"/>
      </w:pPr>
      <w:r>
        <w:rPr>
          <w:b/>
        </w:rPr>
        <w:t>Điều 3. Giải thích từ ngữ</w:t>
      </w:r>
    </w:p>
    <w:p>
      <w:pPr>
        <w:jc w:val="both"/>
      </w:pPr>
      <w:r>
        <w:t>Trong Thông tư này, những từ ngữ dưới đây được hiểu như sau:</w:t>
      </w:r>
    </w:p>
    <w:p>
      <w:pPr>
        <w:jc w:val="both"/>
      </w:pPr>
      <w:r>
        <w:t>1. Mạng lưới hoạt động của ngân hàng thương mại bao gồm chi nhánh, phòng giao dịch, văn phòng đại diện, đơn vị sự nghiệp ở trong nước; chi nhánh, văn phòng đại diện, ngân hàng 100% vốn ở nước ngoài theo quy định của pháp luật.</w:t>
      </w:r>
    </w:p>
    <w:p>
      <w:pPr>
        <w:jc w:val="both"/>
      </w:pPr>
      <w:r>
        <w:t>2. Chi nhánh là đơn vị phụ thuộc ngân hàng thương mại, hạch toán phụ thuộc, có con dấu, có nhiệm vụ thực hiện một hoặc một số chức năng của ngân hàng thương mại theo quy định của pháp luật.</w:t>
      </w:r>
    </w:p>
    <w:p>
      <w:pPr>
        <w:jc w:val="both"/>
      </w:pPr>
      <w:r>
        <w:t>3. Phòng giao dịch là đơn vị phụ thuộc ngân hàng thương mại, được quản lý bởi một chi nhánh ở trong nước của ngân hàng thương mại, hạch toán báo sổ, có con dấu, có địa điểm đặt trụ sở trên địa bàn tỉnh, thành phố trực thuộc Trung ương nơi đặt trụ sở chi nhánh quản lý. Phòng giao dịch không được thực hiện:</w:t>
      </w:r>
    </w:p>
    <w:p>
      <w:pPr>
        <w:jc w:val="both"/>
      </w:pPr>
      <w:r>
        <w:t>a) Quyết định cấp tín dụng cho một khách hàng vượt quá hai (02) tỷ đồng Việt Nam hoặc ngoại tệ quy đổi tương đương, trừ trường hợp khoản cấp tín dụng được đảm bảo toàn bộ bằng tiền, thẻ tiết kiệm, giấy tờ có giá do chính ngân hàng thương mại phát hành, trái phiếu chính phủ, tín phiếu kho bạc nhà nước;</w:t>
      </w:r>
    </w:p>
    <w:p>
      <w:pPr>
        <w:jc w:val="both"/>
      </w:pPr>
      <w:r>
        <w:t>b) Cung cấp dịch vụ thanh toán quốc tế.</w:t>
      </w:r>
    </w:p>
    <w:p>
      <w:pPr>
        <w:jc w:val="both"/>
      </w:pPr>
      <w:r>
        <w:t>4. Văn phòng đại diện là đơn vị phụ thuộc ngân hàng thương mại, có con dấu, thực hiện chức năng đại diện theo ủy quyền của ngân hàng thương mại. Văn phòng đại diện không được thực hiện hoạt động kinh doanh.</w:t>
      </w:r>
    </w:p>
    <w:p>
      <w:pPr>
        <w:jc w:val="both"/>
      </w:pPr>
      <w:r>
        <w:t>5. Đơn vị sự nghiệp là đơn vị phụ thuộc ngân hàng thương mại, có con dấu, thực hiện một hoặc một số hoạt động hỗ trợ hoạt động kinh doanh của ngân hàng thương mại, bao gồm:</w:t>
      </w:r>
    </w:p>
    <w:p>
      <w:pPr>
        <w:jc w:val="both"/>
      </w:pPr>
      <w:r>
        <w:t>a) Nghiên cứu, ứng dụng công nghệ ngân hàng cho ngân hàng thương mại;</w:t>
      </w:r>
    </w:p>
    <w:p>
      <w:pPr>
        <w:jc w:val="both"/>
      </w:pPr>
      <w:r>
        <w:t>b) Đào tạo và bồi dưỡng nghiệp vụ, kỹ thuật cho cán bộ, nhân viên của ngân hàng thương mại;</w:t>
      </w:r>
    </w:p>
    <w:p>
      <w:pPr>
        <w:jc w:val="both"/>
      </w:pPr>
      <w:r>
        <w:t>c) Văn phòng liên lạc; nghiên cứu, tìm hiểu thị trường;</w:t>
      </w:r>
    </w:p>
    <w:p>
      <w:pPr>
        <w:jc w:val="both"/>
      </w:pPr>
      <w:r>
        <w:t>d) Lưu trữ cơ sở dữ liệu, thu thập, xử lý thông tin phục vụ hoạt động kinh doanh của ngân hàng thương mại;</w:t>
      </w:r>
    </w:p>
    <w:p>
      <w:pPr>
        <w:jc w:val="both"/>
      </w:pPr>
      <w:r>
        <w:t>đ) Các hoạt động khác hỗ trợ hoạt động kinh doanh của ngân hàng thương mại phù hợp với quy định của pháp luật.</w:t>
      </w:r>
    </w:p>
    <w:p>
      <w:pPr>
        <w:jc w:val="both"/>
      </w:pPr>
      <w:r>
        <w:t>6. Sở giao dịch, quỹ tiết kiệm, điểm giao dịch là những đơn vị đã được thành lập theo các quy định của Ngân hàng Nhà nước trước thời điểm Thông tư này có hiệu lực thi hành.</w:t>
      </w:r>
    </w:p>
    <w:p>
      <w:pPr>
        <w:jc w:val="both"/>
      </w:pPr>
      <w:r>
        <w:t>7. Ngân hàng 100% vốn ở nước ngoài là một loại hình công ty con do ngân hàng thương mại Việt Nam sở hữu 100% vốn điều lệ, có tư cách pháp nhân, được thành lập tại nước ngoài theo quy định luật pháp nước ngoài.</w:t>
      </w:r>
    </w:p>
    <w:p>
      <w:pPr>
        <w:jc w:val="both"/>
      </w:pPr>
      <w:r>
        <w:t>8. Ngân hàng Nhà nước chi nhánh là Ngân hàng Nhà nước chi nhánh tỉnh, thành phố trực thuộc Trung ương.</w:t>
      </w:r>
    </w:p>
    <w:p>
      <w:pPr>
        <w:jc w:val="both"/>
      </w:pPr>
      <w:r>
        <w:t>9. Thời điểm đề nghị là ngày, tháng, năm ghi trên văn bản đề nghị thành lập chi nhánh, phòng giao dịch, văn phòng đại diện, đơn vị sự nghiệp ở trong nước; chi nhánh, văn phòng đại diện, ngân hàng 100% vốn ở nước ngoài của ngân hàng thương mại.</w:t>
      </w:r>
    </w:p>
    <w:p>
      <w:pPr>
        <w:jc w:val="both"/>
      </w:pPr>
      <w:r>
        <w:t>10. Khu vực nội thành thành phố Hà Nội bao gồm các quận của thành phố Hà Nội.</w:t>
      </w:r>
    </w:p>
    <w:p>
      <w:pPr>
        <w:jc w:val="both"/>
      </w:pPr>
      <w:r>
        <w:t>11. Khu vực ngoại thành thành phố Hà Nội bao gồm các địa bàn còn lại của thành phố Hà Nội không thuộc phạm vi khu vực nội thành thành phố Hà Nội nêu tại khoản 10 của Điều này.</w:t>
      </w:r>
    </w:p>
    <w:p>
      <w:pPr>
        <w:jc w:val="both"/>
      </w:pPr>
      <w:r>
        <w:t>12. Khu vực nội thành thành phố Hồ Chí Minh bao gồm các quận của thành phố Hồ Chí Minh.</w:t>
      </w:r>
    </w:p>
    <w:p>
      <w:pPr>
        <w:jc w:val="both"/>
      </w:pPr>
      <w:r>
        <w:t>13. Khu vực ngoại thành thành phố Hồ Chí Minh bao gồm các địa bàn còn lại của thành phố Hồ Chí Minh không thuộc phạm vi khu vực nội thành thành phố Hồ Chí Minh nêu tại khoản 12 của Điều này.</w:t>
      </w:r>
    </w:p>
    <w:p>
      <w:pPr>
        <w:jc w:val="both"/>
      </w:pPr>
      <w:r>
        <w:t>14. Thủ tục chấp thuận thành lập phòng giao dịch, chi nhánh ở trong nước của ngân hàng thương mại bao gồm thủ tục chấp thuận đủ điều kiện thành lập phòng giao dịch, chi nhánh theo quy định tại Chương 2 và thủ tục chấp thuận đủ điều kiện khai trương hoạt động phòng giao dịch, chi nhánh theo quy định tại Chương 3 Thông tư này.</w:t>
      </w:r>
    </w:p>
    <w:p>
      <w:pPr>
        <w:jc w:val="both"/>
      </w:pPr>
      <w:r>
        <w:rPr>
          <w:b/>
        </w:rPr>
        <w:t>Điều 4. Thẩm quyền của Thống đốc Ngân hàng Nhà nước</w:t>
      </w:r>
    </w:p>
    <w:p>
      <w:pPr>
        <w:jc w:val="both"/>
      </w:pPr>
      <w:r>
        <w:t>1. Theo các quy định tại Thông tư này và phù hợp với mục tiêu điều hành chính sách tiền tệ trong từng thời kỳ, Thống đốc Ngân hàng Nhà nước có thẩm quyền chấp thuận hoặc không chấp thuận việc ngân hàng thương mại thành lập, chấm dứt hoạt động, giải thể chi nhánh, phòng giao dịch, văn phòng đại diện, đơn vị sự nghiệp ở trong nước; thành lập chi nhánh, văn phòng đại diện, ngân hàng 100% vốn ở nước ngoài.</w:t>
      </w:r>
    </w:p>
    <w:p>
      <w:pPr>
        <w:jc w:val="both"/>
      </w:pPr>
      <w:r>
        <w:t>2. Theo các quy định tại Thông tư này và phù hợp với mục tiêu điều hành chính sách tiền tệ trong từng thời kỳ, Thống đốc Ngân hàng Nhà nước ủy quyền Giám đốc Ngân hàng Nhà nước chi nhánh chấp thuận hoặc không chấp thuận việc ngân hàng thương mại:</w:t>
      </w:r>
    </w:p>
    <w:p>
      <w:pPr>
        <w:jc w:val="both"/>
      </w:pPr>
      <w:r>
        <w:t>a) Thay đổi tên, thay đổi địa điểm đặt trụ sở chi nhánh ở trong nước, phòng giao dịch trên địa bàn;</w:t>
      </w:r>
    </w:p>
    <w:p>
      <w:pPr>
        <w:jc w:val="both"/>
      </w:pPr>
      <w:r>
        <w:t>b) Chấm dứt hoạt động phòng giao dịch trên địa bàn (trong trường hợp tự nguyện chấm dứt hoạt động);</w:t>
      </w:r>
    </w:p>
    <w:p>
      <w:pPr>
        <w:jc w:val="both"/>
      </w:pPr>
      <w:r>
        <w:t>c) Thay đổi chi nhánh quản lý phòng giao dịch trên địa bàn;</w:t>
      </w:r>
    </w:p>
    <w:p>
      <w:pPr>
        <w:jc w:val="both"/>
      </w:pPr>
      <w:r>
        <w:t>d) Đủ điều kiện khai trương hoạt động chi nhánh ở trong nước, phòng giao dịch của ngân hàng thương mại trên địa bàn.</w:t>
      </w:r>
    </w:p>
    <w:p>
      <w:pPr>
        <w:jc w:val="both"/>
      </w:pPr>
      <w:r>
        <w:t>3. Trong một số trường hợp cụ thể, nhằm phục vụ cho mục tiêu phát triển kinh tế, xã hội, chính trị, an ninh, quốc phòng, ngoại giao và điều hành chính sách tiền tệ trong từng thời kỳ, Thống đốc Ngân hàng Nhà nước xem xét đề nghị thành lập chi nhánh, văn phòng đại diện, đơn vị sự nghiệp, phòng giao dịch ở trong nước; chi nhánh, văn phòng đại diện, ngân hàng 100% vốn ở nước ngoài của ngân hàng thương mại trên cơ sở đảm bảo trình tự, thủ tục theo quy định tại Thông tư này và phù hợp với điều kiện thực tế.</w:t>
      </w:r>
    </w:p>
    <w:p>
      <w:pPr>
        <w:jc w:val="both"/>
      </w:pPr>
      <w:r>
        <w:rPr>
          <w:b/>
        </w:rPr>
        <w:t>Điều 5. Nguyên tắc lập hồ sơ</w:t>
      </w:r>
    </w:p>
    <w:p>
      <w:pPr>
        <w:jc w:val="both"/>
      </w:pPr>
      <w:r>
        <w:t>1. Ngân hàng thương mại lập hồ sơ bằng tiếng Việt. Các bản sao tiếng Việt và các bản dịch từ tiếng nước ngoài ra tiếng Việt phải được cơ quan có thẩm quyền chứng thực theo quy định của pháp luật.</w:t>
      </w:r>
    </w:p>
    <w:p>
      <w:pPr>
        <w:jc w:val="both"/>
      </w:pPr>
      <w:r>
        <w:t>2. Các văn bản của ngân hàng thương mại gửi Ngân hàng Nhà nước, Ngân hàng Nhà nước chi nhánh theo quy định tại Thông tư này phải do người đại diện theo pháp luật hoặc người được người đại diện theo pháp luật của ngân hàng thương mại ủy quyền ký. Người đại diện theo pháp luật ủy quyền cho người khác phải bằng văn bản ủy quyền được lập phù hợp với quy định của pháp luật.</w:t>
      </w:r>
    </w:p>
    <w:p>
      <w:pPr>
        <w:jc w:val="both"/>
      </w:pPr>
      <w:r>
        <w:t>3. Hồ sơ của ngân hàng thương mại được gửi tới Ngân hàng Nhà nước, Ngân hàng Nhà nước chi nhánh bằng hình thức: gửi trực tiếp hoặc gửi qua đường bưu điện.</w:t>
      </w:r>
    </w:p>
    <w:p>
      <w:pPr>
        <w:jc w:val="center"/>
      </w:pPr>
      <w:r>
        <w:rPr>
          <w:b/>
        </w:rPr>
        <w:t>Chương II</w:t>
      </w:r>
    </w:p>
    <w:p>
      <w:pPr>
        <w:jc w:val="both"/>
      </w:pPr>
      <w:r>
        <w:t>CHẤP THUẬN ĐỦ ĐIỀU KIỆN THÀNH LẬP CHI NHÁNH,</w:t>
      </w:r>
    </w:p>
    <w:p>
      <w:pPr>
        <w:jc w:val="both"/>
      </w:pPr>
      <w:r>
        <w:t>PHÒNG GIAO DỊCH Ở TRONG NƯỚC; CHẤP THUẬN THÀNH LẬP VĂN PHÒNG ĐẠI DIỆN,</w:t>
      </w:r>
    </w:p>
    <w:p>
      <w:pPr>
        <w:jc w:val="both"/>
      </w:pPr>
      <w:r>
        <w:t>ĐƠN VỊ SỰ NGHIỆP Ở TRONG NƯỚC; CHI NHÁNH, VĂN PHÒNG ĐẠI DIỆN,</w:t>
      </w:r>
    </w:p>
    <w:p>
      <w:pPr>
        <w:jc w:val="both"/>
      </w:pPr>
      <w:r>
        <w:t>NGÂN HÀNG 100% VỐN Ở NƯỚC NGOÀI CỦA NGÂN HÀNG THƯƠNG MẠI</w:t>
      </w:r>
    </w:p>
    <w:p>
      <w:pPr>
        <w:jc w:val="both"/>
      </w:pPr>
      <w:r>
        <w:rPr>
          <w:b/>
        </w:rPr>
        <w:t>Điều 6. Điều kiện thành lập chi nhánh ở trong nước của ngân hàng thương mại</w:t>
      </w:r>
    </w:p>
    <w:p>
      <w:pPr>
        <w:jc w:val="both"/>
      </w:pPr>
      <w:r>
        <w:t>Để được thành lập chi nhánh ở trong nước, ngân hàng thương mại phải đáp ứng đầy đủ các điều kiện sau đây:</w:t>
      </w:r>
    </w:p>
    <w:p>
      <w:pPr>
        <w:jc w:val="both"/>
      </w:pPr>
      <w:r>
        <w:t>1. Đối với ngân hàng thương mại có thời gian hoạt động từ 12 tháng trở lên (tính từ ngày khai trương hoạt động đến thời điểm đề nghị):</w:t>
      </w:r>
    </w:p>
    <w:p>
      <w:pPr>
        <w:jc w:val="both"/>
      </w:pPr>
      <w:r>
        <w:t>a) Có giá trị thực của vốn điều lệ tại thời điểm 31 tháng 12 của năm trước liền kề năm đề nghị không thấp hơn mức vốn pháp định;</w:t>
      </w:r>
    </w:p>
    <w:p>
      <w:pPr>
        <w:jc w:val="both"/>
      </w:pPr>
      <w:r>
        <w:t>b) Hoạt động kinh doanh có lãi theo báo cáo tài chính hợp nhất và báo cáo tài chính riêng lẻ được kiểm toán của năm trước liền kề năm đề nghị;</w:t>
      </w:r>
    </w:p>
    <w:p>
      <w:pPr>
        <w:jc w:val="both"/>
      </w:pPr>
      <w:r>
        <w:t>c) Tuân thủ các hạn chế để bảo đảm an toàn trong hoạt động của tổ chức tín dụng quy định tại các Điều 126, 127, 128, 129; khoản 1 Điều 130 và Điều 135 Luật Các tổ chức tín dụng và các hướng dẫn của Ngân hàng Nhà nước đối với các quy định này liên tục trong thời gian 12 tháng trước tháng đề nghị;</w:t>
      </w:r>
    </w:p>
    <w:p>
      <w:pPr>
        <w:jc w:val="both"/>
      </w:pPr>
      <w:r>
        <w:t>d) Thực hiện đúng, đầy đủ các quy định về phân loại nợ, trích lập dự phòng rủi ro theo quy định của Ngân hàng Nhà nước; tỷ lệ nợ xấu so với tổng dư nợ tại thời điểm 31 tháng 12 của năm trước liền kề năm đề nghị không vượt quá 3% hoặc một tỷ lệ khác theo quyết định của Thống đốc Ngân hàng Nhà nước trong từng thời kỳ;</w:t>
      </w:r>
    </w:p>
    <w:p>
      <w:pPr>
        <w:jc w:val="both"/>
      </w:pPr>
      <w:r>
        <w:t>đ) Tại thời điểm đề nghị, Hội đồng quản trị, Hội đồng thành viên, Ban kiểm soát có số lượng và cơ cấu theo đúng quy định của pháp luật, không bị khuyết Tổng giám đốc;</w:t>
      </w:r>
    </w:p>
    <w:p>
      <w:pPr>
        <w:jc w:val="both"/>
      </w:pPr>
      <w:r>
        <w:t>e) Tại thời điểm đề nghị, ngân hàng thương mại có bộ phận kiểm toán nội bộ và hệ thống kiểm soát nội bộ bảo đảm tuân thủ Điều 40, Điều 41 Luật Các tổ chức tín dụng và các quy định có liên quan của pháp luật hiện hành;</w:t>
      </w:r>
    </w:p>
    <w:p>
      <w:pPr>
        <w:jc w:val="both"/>
      </w:pPr>
      <w:r>
        <w:t>g) Không thuộc đối tượng phải thực hiện biện pháp không được mở rộng mạng lưới theo quy định của pháp luật về xử lý sau thanh tra, giám sát đối với các tổ chức tín dụng và chi nhánh ngân hàng nước ngoài;</w:t>
      </w:r>
    </w:p>
    <w:p>
      <w:pPr>
        <w:jc w:val="both"/>
      </w:pPr>
      <w:r>
        <w:t>h) Đáp ứng điều kiện về số lượng chi nhánh được phép thành lập theo quy định tại Điều 7 Thông tư này;</w:t>
      </w:r>
    </w:p>
    <w:p>
      <w:pPr>
        <w:jc w:val="both"/>
      </w:pPr>
      <w:r>
        <w:t>i) Có đầy đủ hồ sơ hợp lệ theo quy định tại Thông tư này.</w:t>
      </w:r>
    </w:p>
    <w:p>
      <w:pPr>
        <w:jc w:val="both"/>
      </w:pPr>
      <w:r>
        <w:t>2. Đối với ngân hàng thương mại có thời gian hoạt động dưới 12 tháng (tính từ ngày khai trương hoạt động đến thời điểm đề nghị):</w:t>
      </w:r>
    </w:p>
    <w:p>
      <w:pPr>
        <w:jc w:val="both"/>
      </w:pPr>
      <w:r>
        <w:t>a) Có giá trị thực của vốn điều lệ tại thời điểm đề nghị không thấp hơn mức vốn pháp định;</w:t>
      </w:r>
    </w:p>
    <w:p>
      <w:pPr>
        <w:jc w:val="both"/>
      </w:pPr>
      <w:r>
        <w:t>b) Hoạt động kinh doanh có lãi đến thời điểm đề nghị;</w:t>
      </w:r>
    </w:p>
    <w:p>
      <w:pPr>
        <w:jc w:val="both"/>
      </w:pPr>
      <w:r>
        <w:t>c) Tuân thủ các hạn chế để bảo đảm an toàn trong hoạt động của tổ chức tín dụng quy định tại các Điều 126, 127, 128, 129; khoản 1 Điều 130 và Điều 135 Luật Các tổ chức tín dụng và các hướng dẫn của Ngân hàng Nhà nước đối với các quy định này liên tục từ ngày bắt đầu khai trương hoạt động đến thời điểm đề nghị;</w:t>
      </w:r>
    </w:p>
    <w:p>
      <w:pPr>
        <w:jc w:val="both"/>
      </w:pPr>
      <w:r>
        <w:t>d) Thực hiện đúng, đầy đủ các quy định về phân loại nợ, trích lập dự phòng rủi ro theo quy định của Ngân hàng Nhà nước; tỷ lệ nợ xấu so với tổng dư nợ tại thời điểm đề nghị không vượt quá 3% hoặc một tỷ lệ khác theo quyết định của Thống đốc Ngân hàng Nhà nước từng thời kỳ;</w:t>
      </w:r>
    </w:p>
    <w:p>
      <w:pPr>
        <w:jc w:val="both"/>
      </w:pPr>
      <w:r>
        <w:t>e) Các quy định tại các điểm đ, e, g, h, i khoản 1 Điều này.</w:t>
      </w:r>
    </w:p>
    <w:p>
      <w:pPr>
        <w:jc w:val="both"/>
      </w:pPr>
      <w:r>
        <w:rPr>
          <w:b/>
        </w:rPr>
        <w:t>Điều 7. Số lượng chi nhánh được thành lập</w:t>
      </w:r>
    </w:p>
    <w:p>
      <w:pPr>
        <w:jc w:val="both"/>
      </w:pPr>
      <w:r>
        <w:t>1. Số lượng chi nhánh của một ngân hàng thương mại được thành lập phải đảm bảo:</w:t>
      </w:r>
    </w:p>
    <w:p>
      <w:pPr>
        <w:jc w:val="both"/>
      </w:pPr>
      <w:r>
        <w:t>300 tỷ đồng x N 1 + 50 tỷ đồng x N2 &lt; C</w:t>
      </w:r>
    </w:p>
    <w:p>
      <w:pPr>
        <w:jc w:val="both"/>
      </w:pPr>
      <w:r>
        <w:t>Trong đó:</w:t>
      </w:r>
    </w:p>
    <w:p>
      <w:pPr>
        <w:jc w:val="both"/>
      </w:pPr>
      <w:r>
        <w:t>- C là giá trị thực của vốn điều lệ của ngân hàng thương mại đến thời điểm đề nghị (tính bằng tỷ Đồng Việt Nam).</w:t>
      </w:r>
    </w:p>
    <w:p>
      <w:pPr>
        <w:jc w:val="both"/>
      </w:pPr>
      <w:r>
        <w:t>- N 1 là số lượng chi nhánh đã thành lập và đề nghị thành lập tại khu vực nội thành thành phố Hà Nội và khu vực nội thành thành phố Hồ Chí Minh.</w:t>
      </w:r>
    </w:p>
    <w:p>
      <w:pPr>
        <w:jc w:val="both"/>
      </w:pPr>
      <w:r>
        <w:t>- N2 là số lượng chi nhánh đã thành lập và đề nghị thành lập tại khu vực ngoại thành thành phố Hà Nội, khu vực ngoại thành thành phố Hồ Chí Minh; và các tỉnh, thành phố khác trực thuộc Trung ương.</w:t>
      </w:r>
    </w:p>
    <w:p>
      <w:pPr>
        <w:jc w:val="both"/>
      </w:pPr>
      <w:r>
        <w:t>2. Ngân hàng thương mại được thành lập tối đa 10 chi nhánh tại mỗi khu vực nội thành thành phố Hà Nội hoặc nội thành thành phố Hồ Chí Minh.</w:t>
      </w:r>
    </w:p>
    <w:p>
      <w:pPr>
        <w:jc w:val="both"/>
      </w:pPr>
      <w:r>
        <w:t>3. Ngân hàng thương mại có thời gian hoạt động dưới 12 tháng (tính từ ngày khai trương hoạt động đến thời điểm đề nghị) được phép thành lập không quá ba (03) chi nhánh và các chi nhánh này không được thành lập trên cùng một địa bàn tỉnh, thành phố trực thuộc Trung ương.</w:t>
      </w:r>
    </w:p>
    <w:p>
      <w:pPr>
        <w:jc w:val="both"/>
      </w:pPr>
      <w:r>
        <w:t>4. Ngân hàng thương mại có thời gian hoạt động từ 12 tháng trở lên (tính từ ngày khai trương hoạt động đến thời điểm đề nghị) được phép thành lập không quá năm (05) chi nhánh trong một (01) năm tài chính.</w:t>
      </w:r>
    </w:p>
    <w:p>
      <w:pPr>
        <w:jc w:val="both"/>
      </w:pPr>
      <w:r>
        <w:t>5. Ngân hàng thương mại chấm dứt hoạt động chi nhánh tại khu vực nội thành thành phố Hà Nội, khu vực nội thành thành phố Hồ Chí Minh được phép thành lập tại các địa bàn tỉnh, thành phố trực thuộc Trung ương khác số chi nhánh tương ứng với số chi nhánh đã chấm dứt hoạt động, ngoài số lượng chi nhánh tối đa được phép thành lập trong một (01) năm quy định tại khoản 4 Điều này.</w:t>
      </w:r>
    </w:p>
    <w:p>
      <w:pPr>
        <w:jc w:val="both"/>
      </w:pPr>
      <w:r>
        <w:t>Đi ề u 8. Đi ề u kiện thành lập chi nhánh ở nước ngoài, ngân hàng 100% vốn ở nước ngoài</w:t>
      </w:r>
    </w:p>
    <w:p>
      <w:pPr>
        <w:jc w:val="both"/>
      </w:pPr>
      <w:r>
        <w:t>Để được thành lập chi nhánh ở nước ngoài, ngân hàng 100% vốn ở nước ngoài, ngân hàng thương mại phải đáp ứng đầy đủ các điều kiện sau đây:</w:t>
      </w:r>
    </w:p>
    <w:p>
      <w:pPr>
        <w:jc w:val="both"/>
      </w:pPr>
      <w:r>
        <w:t>1. Các điều kiện quy định tại khoản 1 Điều 6 Thông tư này (trừ các điểm b, h khoản 1 Điều 6).</w:t>
      </w:r>
    </w:p>
    <w:p>
      <w:pPr>
        <w:jc w:val="both"/>
      </w:pPr>
      <w:r>
        <w:t>2. Có thời gian hoạt động tối thiểu là ba (03) năm tính từ ngày khai trương hoạt động đến thời điểm đề nghị.</w:t>
      </w:r>
    </w:p>
    <w:p>
      <w:pPr>
        <w:jc w:val="both"/>
      </w:pPr>
      <w:r>
        <w:t>3. Có tổng tài sản Có đạt 100.000 tỷ Đồng Việt Nam trở lên theo báo cáo tài chính hợp nhất được kiểm toán tại thời điểm 31 tháng 12 của năm trước liền kề năm đề nghị.</w:t>
      </w:r>
    </w:p>
    <w:p>
      <w:pPr>
        <w:jc w:val="both"/>
      </w:pPr>
      <w:r>
        <w:t>4. Hoạt động kinh doanh có lãi theo các báo cáo tài chính hợp nhất và báo cáo tài chính riêng lẻ được kiểm toán trong ba (03) năm trước liền kề năm đề nghị.</w:t>
      </w:r>
    </w:p>
    <w:p>
      <w:pPr>
        <w:jc w:val="both"/>
      </w:pPr>
      <w:r>
        <w:t>Đi ề u 9. Đi ề u kiện thành lập văn phòng đại di ệ n, đơn v ị s ự nghiệp ở trong nước và văn phòng đại diện ở nước ngoài</w:t>
      </w:r>
    </w:p>
    <w:p>
      <w:pPr>
        <w:jc w:val="both"/>
      </w:pPr>
      <w:r>
        <w:t>Để được thành lập văn phòng đại diện, đơn vị sự nghiệp ở trong nước và văn phòng đại diện ở nước ngoài, ngân hàng thương mại phải đáp ứng đầy đủ các điều kiện sau đây:</w:t>
      </w:r>
    </w:p>
    <w:p>
      <w:pPr>
        <w:jc w:val="both"/>
      </w:pPr>
      <w:r>
        <w:t>1. Có thời gian hoạt động tối thiểu là 12 tháng tính từ ngày khai trương hoạt động đến thời điểm đề nghị.</w:t>
      </w:r>
    </w:p>
    <w:p>
      <w:pPr>
        <w:jc w:val="both"/>
      </w:pPr>
      <w:r>
        <w:t>2. Các điều kiện quy định tại các điểm đ, e, i khoản 1 Điều 6 Thông tư này.</w:t>
      </w:r>
    </w:p>
    <w:p>
      <w:pPr>
        <w:jc w:val="both"/>
      </w:pPr>
      <w:r>
        <w:t>3. Đối với việc thành lập văn phòng đại diện, ngoài việc đáp ứng điều kiện quy định tại các khoản 1, 2 Điều này, ngân hàng thương mại phải đáp ứng điều kiện quy định tại điểm g khoản 1 Điều 6 của Thông tư này.</w:t>
      </w:r>
    </w:p>
    <w:p>
      <w:pPr>
        <w:jc w:val="both"/>
      </w:pPr>
      <w:r>
        <w:rPr>
          <w:b/>
        </w:rPr>
        <w:t>Điều 10. Điều kiện thành lập phòng giao dịch</w:t>
      </w:r>
    </w:p>
    <w:p>
      <w:pPr>
        <w:jc w:val="both"/>
      </w:pPr>
      <w:r>
        <w:t>Để được thành lập phòng giao dịch, ngân hàng thương mại phải đáp ứng đầy đủ các điều kiện sau đây:</w:t>
      </w:r>
    </w:p>
    <w:p>
      <w:pPr>
        <w:jc w:val="both"/>
      </w:pPr>
      <w:r>
        <w:t>1. Đáp ứng đầy đủ các điều kiện theo quy định tại Khoản 1 Điều 6 của Thông tư này.</w:t>
      </w:r>
    </w:p>
    <w:p>
      <w:pPr>
        <w:jc w:val="both"/>
      </w:pPr>
      <w:r>
        <w:t>2. Chi nhánh dự kiến quản lý phòng giao dịch phải đáp ứng các điều kiện:</w:t>
      </w:r>
    </w:p>
    <w:p>
      <w:pPr>
        <w:jc w:val="both"/>
      </w:pPr>
      <w:r>
        <w:t>a) Có thời gian hoạt động tối thiểu 12 tháng tính từ ngày khai trương hoạt động đến thời điểm đề nghị;</w:t>
      </w:r>
    </w:p>
    <w:p>
      <w:pPr>
        <w:jc w:val="both"/>
      </w:pPr>
      <w:r>
        <w:t>b) Có tỷ lệ nợ xấu so với tổng dư nợ tại thời điểm 31 tháng 12 năm trước liền kề năm đề nghị không vượt quá 3% hoặc một tỷ lệ khác theo quyết định Thống đốc Ngân hàng Nhà nước trong từng thời kỳ;</w:t>
      </w:r>
    </w:p>
    <w:p>
      <w:pPr>
        <w:jc w:val="both"/>
      </w:pPr>
      <w:r>
        <w:t>c) Không bị xử phạt vi phạm hành chính trong lĩnh vực tiền tệ và ngân hàng bằng hình thức phạt tiền trong thời hạn 12 tháng trở về trước tính từ thời điểm đề nghị.</w:t>
      </w:r>
    </w:p>
    <w:p>
      <w:pPr>
        <w:jc w:val="both"/>
      </w:pPr>
      <w:r>
        <w:t>3. Đáp ứng điều kiện về số lượng phòng giao dịch được thành lập theo quy định tại Điều 11 Thông tư này.</w:t>
      </w:r>
    </w:p>
    <w:p>
      <w:pPr>
        <w:jc w:val="both"/>
      </w:pPr>
      <w:r>
        <w:rPr>
          <w:b/>
        </w:rPr>
        <w:t>Điều 11. Số lượng phòng giao dịch được thành lập</w:t>
      </w:r>
    </w:p>
    <w:p>
      <w:pPr>
        <w:jc w:val="both"/>
      </w:pPr>
      <w:r>
        <w:t>1. Số lượng phòng giao dịch của ngân hàng thương mại tại khu vực nội thành thành phố Hà Nội, khu vực nội thành thành phố Hồ Chí Minh không lớn hơn quá hai (02) lần số lượng chi nhánh hiện có của ngân hàng thương mại tại mỗi khu vực này.</w:t>
      </w:r>
    </w:p>
    <w:p>
      <w:pPr>
        <w:jc w:val="both"/>
      </w:pPr>
      <w:r>
        <w:t>2. Số lượng phòng giao dịch của ngân hàng thương mại tại khu vực ngoại thành thành phố Hà Nội, khu vực ngoại thành thành phố Hồ Chí Minh và các tỉnh, thành phố trực thuộc Trung ương khác không lớn hơn quá ba (03) lần số lượng chi nhánh hiện có của ngân hàng thương mại tại mỗi khu vực này.</w:t>
      </w:r>
    </w:p>
    <w:p>
      <w:pPr>
        <w:jc w:val="both"/>
      </w:pPr>
      <w:r>
        <w:t>3. Số lượng phòng giao dịch được quản lý bởi một chi nhánh do ngân hàng thương mại tự quyết định phù hợp với năng lực quản lý của mỗi chi nhánh và các quy định tại khoản 1, 2 Điều này.</w:t>
      </w:r>
    </w:p>
    <w:p>
      <w:pPr>
        <w:jc w:val="both"/>
      </w:pPr>
      <w:r>
        <w:rPr>
          <w:b/>
        </w:rPr>
        <w:t>Điều 12. Hồ sơ đề nghị chấp thuận đủ điều kiện thành lập chi nhánh, phòng giao dịch ở trong nước; chấp thuận thành lập văn phòng đại diện, đ ơ n vị sự nghiệp ở trong nước; chi nhánh, văn phòng đại diện, ngân hàng 100% vốn ở nước ngoài</w:t>
      </w:r>
    </w:p>
    <w:p>
      <w:pPr>
        <w:jc w:val="both"/>
      </w:pPr>
      <w:r>
        <w:t>1. Văn bản của ngân hàng thương mại đề nghị Ngân hàng Nhà nước chấp thuận đủ điều kiện thành lập chi nhánh, phòng giao dịch ở trong nước; chấp thuận thành lập văn phòng đại diện, đơn vị sự nghiệp ở trong nước; chi nhánh, văn phòng đại diện, ngân hàng 100% vốn ở nước ngoài (theo mẫu tại Phụ lục số 01 ban hành kèm theo Thông tư này).</w:t>
      </w:r>
    </w:p>
    <w:p>
      <w:pPr>
        <w:jc w:val="both"/>
      </w:pPr>
      <w:r>
        <w:t>2. Nghị quyết của Hội đồng quản trị hoặc Hội đồng thành viên về việc thành lập chi nhánh, phòng giao dịch, văn phòng đại diện, đơn vị sự nghiệp ở trong nước; chi nhánh, văn phòng đại diện ở nước ngoài. Trong đó, đối với việc thành lập phòng giao dịch, Nghị quyết của Hội đồng quản trị hoặc Hội đồng thành viên phải nêu rõ tên, địa điểm đặt trụ sở, chi nhánh dự kiến quản lý phòng giao dịch, các nghiệp vụ phòng giao dịch sẽ thực hiện, phạm vi hoạt động về mặt địa lý và đối tượng khách hàng chính.</w:t>
      </w:r>
    </w:p>
    <w:p>
      <w:pPr>
        <w:jc w:val="both"/>
      </w:pPr>
      <w:r>
        <w:t>3. Nghị quyết của Đại hội đồng cổ đông (đối với ngân hàng thương mại cổ phần); nghị quyết của Hội đồng thành viên (đối với ngân hàng thương mại trách nhiệm hữu hạn hai thành viên trở lên); ý kiến chấp thuận của Chủ sở hữu (đối với ngân hàng thương mại trách nhiệm hữu hạn một thành viên) thông qua việc thành lập ngân hàng 100% vốn ở nước ngoài.</w:t>
      </w:r>
    </w:p>
    <w:p>
      <w:pPr>
        <w:jc w:val="both"/>
      </w:pPr>
      <w:r>
        <w:t>4. Đề án thành lập từng chi nhánh ở trong nước, trong đó phải có tối thiểu các nội dung sau:</w:t>
      </w:r>
    </w:p>
    <w:p>
      <w:pPr>
        <w:jc w:val="both"/>
      </w:pPr>
      <w:r>
        <w:t>a) Tên đầy đủ bằng tiếng Việt; tên viết tắt bằng tiếng Việt; địa chỉ; nội dung hoạt động; đối tượng khách hàng chính;</w:t>
      </w:r>
    </w:p>
    <w:p>
      <w:pPr>
        <w:jc w:val="both"/>
      </w:pPr>
      <w:r>
        <w:t>b) Lý do thành lập và lý do lựa chọn địa bàn thành lập;</w:t>
      </w:r>
    </w:p>
    <w:p>
      <w:pPr>
        <w:jc w:val="both"/>
      </w:pPr>
      <w:r>
        <w:t>c) Cơ cấu tổ chức: Sơ đồ tổ chức gồm các phòng ban của chi nhánh;</w:t>
      </w:r>
    </w:p>
    <w:p>
      <w:pPr>
        <w:jc w:val="both"/>
      </w:pPr>
      <w:r>
        <w:t>d) Nghiên cứu khả thi: Phân tích môi trường kinh doanh, thị trường mục tiêu các cơ hội kinh doanh cần nắm bắt và kế hoạch chiếm lĩnh thị trường;</w:t>
      </w:r>
    </w:p>
    <w:p>
      <w:pPr>
        <w:jc w:val="both"/>
      </w:pPr>
      <w:r>
        <w:t>đ) Phương án kinh doanh dự kiến trong ba (03) năm đầu, trong đó tối thiểu bao gồm: dự kiến bảng cân đối kế toán; báo cáo kết quả kinh doanh; căn cứ xây dựng phương án và thuyết minh khả năng thực hiện phương án trong từng năm.</w:t>
      </w:r>
    </w:p>
    <w:p>
      <w:pPr>
        <w:jc w:val="both"/>
      </w:pPr>
      <w:r>
        <w:t>5. Đề án thành lập chi nhánh ở nước ngoài, ngân hàng 100% vốn ở nước ngoài, trong đó phải có tối thiểu các nội dung sau:</w:t>
      </w:r>
    </w:p>
    <w:p>
      <w:pPr>
        <w:jc w:val="both"/>
      </w:pPr>
      <w:r>
        <w:t>a) Tên đầy đủ bằng tiếng Việt và bằng tiếng nước ngoài, tên viết tắt bằng tiếng Việt và bằng tiếng nước ngoài (nếu có);</w:t>
      </w:r>
    </w:p>
    <w:p>
      <w:pPr>
        <w:jc w:val="both"/>
      </w:pPr>
      <w:r>
        <w:t>b) Địa điểm (tên quốc gia và địa chỉ cụ thể (nếu có));</w:t>
      </w:r>
    </w:p>
    <w:p>
      <w:pPr>
        <w:jc w:val="both"/>
      </w:pPr>
      <w:r>
        <w:t>c) Mức vốn cấp cho chi nhánh ở nước ngoài, ngân hàng 100% ở nước ngoài;</w:t>
      </w:r>
    </w:p>
    <w:p>
      <w:pPr>
        <w:jc w:val="both"/>
      </w:pPr>
      <w:r>
        <w:t>d) Nội dung hoạt động; thời hạn hoạt động; đối tượng khách hàng chính;</w:t>
      </w:r>
    </w:p>
    <w:p>
      <w:pPr>
        <w:jc w:val="both"/>
      </w:pPr>
      <w:r>
        <w:t>đ) Lý do thành lập và lý do lựa chọn nước sở tại;</w:t>
      </w:r>
    </w:p>
    <w:p>
      <w:pPr>
        <w:jc w:val="both"/>
      </w:pPr>
      <w:r>
        <w:t>e) Cơ cấu tổ chức và mạng lưới: Sơ đồ tổ chức gồm trụ sở chính, các phòng ban tại trụ sở chính; các hiện diện thương mại khác của ngân hàng 100% vốn ở nước ngoài (nếu có);</w:t>
      </w:r>
    </w:p>
    <w:p>
      <w:pPr>
        <w:jc w:val="both"/>
      </w:pPr>
      <w:r>
        <w:t>g) Thông tin pháp lý có liên quan: Liệt kê các quy định có liên quan của nước sở tại về việc cho phép tổ chức tín dụng nước ngoài thành lập và hoạt động chi nhánh, ngân hàng 100% vốn ở nước sở tại đó (tên, số hiệu, ngày tháng của văn bản);</w:t>
      </w:r>
    </w:p>
    <w:p>
      <w:pPr>
        <w:jc w:val="both"/>
      </w:pPr>
      <w:r>
        <w:t>h) Nghiên cứu khả thi: Phân tích môi trường kinh doanh, thị trường mục tiêu, các cơ hội kinh doanh cần nắm bắt và kế hoạch chiếm lĩnh thị trường;</w:t>
      </w:r>
    </w:p>
    <w:p>
      <w:pPr>
        <w:jc w:val="both"/>
      </w:pPr>
      <w:r>
        <w:t>i) Phương thức kiểm soát của ngân hàng thương mại đối với chi nhánh ở nước ngoài, ngân hàng 100% vốn ở nước ngoài, trong đó cần nêu được tối thiểu các nội dung sau: phương thức (thuê ngoài hay tự thực hiện) và lý do lựa chọn phương thức; tổ chức thực hiện phương thức; chi phí ước tính thực hiện phương thức; khó khăn dự kiến và giải pháp;</w:t>
      </w:r>
    </w:p>
    <w:p>
      <w:pPr>
        <w:jc w:val="both"/>
      </w:pPr>
      <w:r>
        <w:t>k) Phương án kinh doanh dự kiến trong 03 năm đầu, trong đó tối thiểu bao gồm: dự kiến bảng cân đối kế toán; báo cáo kết quả kinh doanh; báo cáo lưu chuyển tiền tệ (đối với ngân hàng 100% vốn ở nước ngoài); căn cứ xây dựng phương án và thuyết minh khả năng thực hiện phương án trong từng năm;</w:t>
      </w:r>
    </w:p>
    <w:p>
      <w:pPr>
        <w:jc w:val="both"/>
      </w:pPr>
      <w:r>
        <w:t>l) Tác động và hiệu quả dự kiến của việc thành lập chi nhánh ở nước ngoài, ngân hàng 100% vốn ở nước ngoài, các vấn đề (nếu có) về bảo đảm an toàn hoạt động đối với ngân hàng thương mại và các giải pháp; tỷ lệ an toàn vốn tối thiểu và các giới hạn góp vốn mua, cổ phần sau khi thành lập ngân hàng 100% vốn ở nước ngoài;</w:t>
      </w:r>
    </w:p>
    <w:p>
      <w:pPr>
        <w:jc w:val="both"/>
      </w:pPr>
      <w:r>
        <w:t>m) Phương án và biện pháp xử lý của ngân hàng thương mại trong trường hợp chi nhánh ở nước ngoài, ngân hàng 100% vốn ở nước ngoài có những ảnh hưởng nghiêm trọng đến ngân hàng thương mại.</w:t>
      </w:r>
    </w:p>
    <w:p>
      <w:pPr>
        <w:jc w:val="both"/>
      </w:pPr>
      <w:r>
        <w:t>6. Các văn bản khác chứng minh việc đáp ứng các điều kiện thành lập chi nhánh, phòng giao dịch, văn phòng đại diện, đơn vị sự nghiệp ở trong nước; chi nhánh, văn phòng đại diện, ngân hàng 100% vốn ở nước ngoài theo quy định tại Thông tư này.</w:t>
      </w:r>
    </w:p>
    <w:p>
      <w:pPr>
        <w:jc w:val="both"/>
      </w:pPr>
      <w:r>
        <w:rPr>
          <w:b/>
        </w:rPr>
        <w:t>Điều 13. Trình tự chấp thuận đủ điều kiện thành lập chi nhánh, phòng giao dịch ở trong nước; chấp thuận thành lập văn phòng đại diện, đơn vị sự nghiệp ở trong nước; chi nhánh, văn phòng đại diện, ngân hàng 100% vốn ở nước ngoài</w:t>
      </w:r>
    </w:p>
    <w:p>
      <w:pPr>
        <w:jc w:val="both"/>
      </w:pPr>
      <w:r>
        <w:t>1. Trừ các trường hợp theo quy định tại khoản 3 Điều 4 Thông tư này, Ngân hàng Nhà nước xem xét, chấp thuận việc ngân hàng thương mại đủ điều kiện thành lập chi nhánh, phòng giao dịch ở trong nước; chấp thuận cho ngân hàng thương mại thành lập văn phòng đại diện, đơn vị sự nghiệp ở trong nước; chi nhánh, văn phòng đại diện, ngân hàng 100% vốn ở nước ngoài một lần trong một năm tài chính. Ngân hàng thương mại lập hồ sơ theo quy định tại Điều 12 Thông tư này gửi Ngân hàng Nhà nước (Cơ quan thanh tra, giám sát ngân hàng).</w:t>
      </w:r>
    </w:p>
    <w:p>
      <w:pPr>
        <w:jc w:val="both"/>
      </w:pPr>
      <w:r>
        <w:t>2. Trong thời hạn 10 ngày làm việc kể từ ngày nhận đầy đủ hồ sơ theo quy định tại Điều 12 Thông tư này, Cơ quan Thanh tra, giám sát ngân hàng có văn bản gửi lấy ý kiến các đơn vị sau:</w:t>
      </w:r>
    </w:p>
    <w:p>
      <w:pPr>
        <w:jc w:val="both"/>
      </w:pPr>
      <w:r>
        <w:t>a) Ngân hàng Nhà nước chi nhánh nơi ngân hàng thương mại đặt trụ sở chính có ý kiến đánh giá về việc ngân hàng thương mại đáp ứng các điều kiện theo quy định tại Thông tư này;</w:t>
      </w:r>
    </w:p>
    <w:p>
      <w:pPr>
        <w:jc w:val="both"/>
      </w:pPr>
      <w:r>
        <w:t>b) Ủy ban nhân dân tỉnh, thành phố trực thuộc Trung ương có ý kiến đánh giá về sự cần thiết có thêm chi nhánh trên địa bàn (trong trường hợp đề nghị mở chi nhánh ở trong nước);</w:t>
      </w:r>
    </w:p>
    <w:p>
      <w:pPr>
        <w:jc w:val="both"/>
      </w:pPr>
      <w:r>
        <w:t>c) Ngân hàng Nhà nước chi nhánh nơi ngân hàng thương mại dự kiến thành lập chi nhánh ở trong nước, phòng giao dịch có ý kiến đánh giá về sự cần thiết có thêm chi nhánh, phòng giao dịch trên địa bàn và việc đáp ứng các điều kiện theo quy định của Thông tư này đối với chi nhánh dự kiến quản lý phòng giao dịch trên địa bàn (trong trường hợp đề nghị thành lập phòng giao dịch).</w:t>
      </w:r>
    </w:p>
    <w:p>
      <w:pPr>
        <w:jc w:val="both"/>
      </w:pPr>
      <w:r>
        <w:t>3. Trong thời hạn 14 ngày làm việc kể từ ngày nhận được văn bản của Cơ quan Thanh tra, giám sát ngân hàng, Ngân hàng Nhà nước chi nhánh nơi ngân hàng thương mại đặt trụ sở chính, Ủy ban nhân dân tỉnh, thành phố trực thuộc Trung ương và Ngân hàng Nhà nước chi nhánh nơi ngân hàng thương mại dự kiến thành lập chi nhánh ở trong nước, phòng giao dịch có ý kiến tham gia bằng văn bản về các nội dung được đề nghị.</w:t>
      </w:r>
    </w:p>
    <w:p>
      <w:pPr>
        <w:jc w:val="both"/>
      </w:pPr>
      <w:r>
        <w:t>4. Trong thời hạn 20 ngày kể từ ngày nhận được đầy đủ ý kiến tham gia của các đơn vị, Cơ quan Thanh tra, giám sát ngân hàng tổng hợp ý kiến, đánh giá việc ngân hàng thương mại, chi nhánh quản lý phòng giao dịch (đối với đề nghị thành lập phòng giao dịch) đáp ứng các điều kiện theo quy định tại Thông tư này, trình Thống đốc có văn bản chấp thuận hoặc không chấp thuận việc ngân hàng thương mại đủ điều kiện thành lập chi nhánh, phòng giao dịch ở trong nước; chấp thuận hoặc không chấp thuận cho ngân hàng thương mại thành lập văn phòng đại diện, đơn vị sự nghiệp ở trong nước; chi nhánh, văn phòng đại diện, ngân hàng 100% vốn ở nước ngoài; các trường hợp không chấp thuận, văn bản gửi ngân hàng thương mại nêu rõ lý do.</w:t>
      </w:r>
    </w:p>
    <w:p>
      <w:pPr>
        <w:jc w:val="both"/>
      </w:pPr>
      <w:r>
        <w:t>5. Trong thời hạn 12 tháng kể từ ngày Thống đốc Ngân hàng Nhà nước ký văn bản nêu tại khoản 4 Điều này, ngân hàng thương mại phải khai trương hoạt động chi nhánh, phòng giao dịch, văn phòng đại diện, đơn vị sự nghiệp ở trong nước đã được chấp thuận thành lập. Trong thời hạn 24 tháng kể từ ngày Thống đốc Ngân hàng Nhà nước ký văn bản nêu tại khoản 4 Điều này, ngân hàng thương mại phải khai trương hoạt động chi nhánh, văn phòng đại diện, ngân hàng 100% vốn ở nước ngoài đã được chấp thuận thành lập. Quá thời hạn này, văn bản chấp thuận của Ngân hàng Nhà nước đương nhiên hết hiệu lực.</w:t>
      </w:r>
    </w:p>
    <w:p>
      <w:pPr>
        <w:jc w:val="center"/>
      </w:pPr>
      <w:r>
        <w:rPr>
          <w:b/>
        </w:rPr>
        <w:t>Chương III</w:t>
      </w:r>
    </w:p>
    <w:p>
      <w:pPr>
        <w:jc w:val="both"/>
      </w:pPr>
      <w:r>
        <w:t>KHAI TRƯƠNG HOẠT ĐỘNG, THAY ĐỔI TÊN, ĐỊA ĐIỂM CHI NHÁNH,</w:t>
      </w:r>
    </w:p>
    <w:p>
      <w:pPr>
        <w:jc w:val="both"/>
      </w:pPr>
      <w:r>
        <w:t>PHÒNG GIAO DỊCH, VĂN PHÒNG ĐẠI DIỆN, ĐƠN VỊ SỰ NGHIỆP Ở TRONG NƯỚC;</w:t>
      </w:r>
    </w:p>
    <w:p>
      <w:pPr>
        <w:jc w:val="both"/>
      </w:pPr>
      <w:r>
        <w:t>CHI NHÁNH, VĂN PHÒNG ĐẠI DIỆN, NGÂN HÀNG 100% VỐN Ở NƯỚC NGOÀI;</w:t>
      </w:r>
    </w:p>
    <w:p>
      <w:pPr>
        <w:jc w:val="both"/>
      </w:pPr>
      <w:r>
        <w:t>THAY ĐỔI CHI NHÁNH QUẢN LÝ PHÒNG GIAO DỊCH CỦA NGÂN HÀNG THƯƠNG MẠI</w:t>
      </w:r>
    </w:p>
    <w:p>
      <w:pPr>
        <w:jc w:val="both"/>
      </w:pPr>
      <w:r>
        <w:rPr>
          <w:b/>
        </w:rPr>
        <w:t>Điều 14. Chấp thuận đủ điều kiện khai trương hoạt động chi nhánh ở trong nước, phòng giao dịch</w:t>
      </w:r>
    </w:p>
    <w:p>
      <w:pPr>
        <w:jc w:val="both"/>
      </w:pPr>
      <w:r>
        <w:t>1. Điều kiện</w:t>
      </w:r>
    </w:p>
    <w:p>
      <w:pPr>
        <w:jc w:val="both"/>
      </w:pPr>
      <w:r>
        <w:t>a) Có quyền sở hữu hoặc sử dụng hợp pháp trụ sở chi nhánh, phòng giao dịch; trụ sở phải đảm bảo lưu trữ chứng từ (trừ phòng giao dịch), thuận tiện và an toàn cho giao dịch, tài sản, có đầy đủ hệ thống đảm bảo an ninh, bảo vệ, hệ thống cấp điện, liên lạc duy trì liên tục, đáp ứng yêu cầu phòng, chống cháy nổ;</w:t>
      </w:r>
    </w:p>
    <w:p>
      <w:pPr>
        <w:jc w:val="both"/>
      </w:pPr>
      <w:r>
        <w:t>b) Trụ sở chi nhánh có kho tiền đảm bảo an toàn theo tiêu chuẩn quy định của Ngân hàng Nhà nước. Trường hợp ngân hàng thương mại có hơn một chi nhánh trên cùng địa bàn tỉnh, thành phố trực thuộc Trung ương, ngân hàng thương mại phải có tối thiểu một chi nhánh có kho tiền theo quy định của Ngân hàng Nhà nước và phải chịu trách nhiệm chuyển tiền của các chi nhánh không có kho tiền về chi nhánh có kho tiền sau khi kết thúc giờ giao dịch mỗi ngày làm việc;</w:t>
      </w:r>
    </w:p>
    <w:p>
      <w:pPr>
        <w:jc w:val="both"/>
      </w:pPr>
      <w:r>
        <w:t>c) Chi nhánh, phòng giao dịch có hệ thống công nghệ thông tin kết nối trực tuyến với trụ sở chính và phòng giao dịch kết nối trực tuyến với chi nhánh quản lý; đảm bảo hệ thống công nghệ thông tin, cơ sở dữ liệu hoạt động liên tục, an toàn, bảo mật cho các hoạt động nghiệp vụ;</w:t>
      </w:r>
    </w:p>
    <w:p>
      <w:pPr>
        <w:jc w:val="both"/>
      </w:pPr>
      <w:r>
        <w:t>d) Chi nhánh, phòng giao dịch có đầy đủ nhân sự điều hành tối thiểu gồm Giám đốc Chi nhánh, Phó Giám đốc, Giám đốc phòng giao dịch hoặc chức danh tương đương và đội ngũ cán bộ nghiệp vụ;</w:t>
      </w:r>
    </w:p>
    <w:p>
      <w:pPr>
        <w:jc w:val="both"/>
      </w:pPr>
      <w:r>
        <w:t>e) Giám đốc chi nhánh hoặc các chức danh tương đương (đối với trường hợp khai trương hoạt động chi nhánh) đáp ứng các tiêu chuẩn, điều kiện theo quy định tại khoản 5 Điều 50 Luật Các tổ chức tín dụng.</w:t>
      </w:r>
    </w:p>
    <w:p>
      <w:pPr>
        <w:jc w:val="both"/>
      </w:pPr>
      <w:r>
        <w:t>2. Hồ sơ</w:t>
      </w:r>
    </w:p>
    <w:p>
      <w:pPr>
        <w:jc w:val="both"/>
      </w:pPr>
      <w:r>
        <w:t>a) Văn bản của ngân hàng thương mại đề nghị chấp thuận đủ điều kiện khai trương hoạt động chi nhánh, phòng giao dịch; trong đó báo cáo rõ việc đáp ứng điều kiện khai trương hoạt động của chi nhánh, phòng giao dịch. Văn bản nêu cụ thể địa điểm đặt trụ sở chi nhánh, phòng giao dịch;</w:t>
      </w:r>
    </w:p>
    <w:p>
      <w:pPr>
        <w:jc w:val="both"/>
      </w:pPr>
      <w:r>
        <w:t>b) Giấy tờ chứng minh việc sở hữu hoặc sử dụng hợp pháp trụ sở chi nhánh phòng giao dịch;</w:t>
      </w:r>
    </w:p>
    <w:p>
      <w:pPr>
        <w:jc w:val="both"/>
      </w:pPr>
      <w:r>
        <w:t>c) Các giấy tờ liên quan đến nhân thân của Giám đốc chi nhánh hoặc các chức danh tương đương, gồm: quyết định bổ nhiệm chức danh Giám đốc chi nhánh; sơ yếu lý lịch; lý lịch tư pháp; văn bằng, chứng chỉ chứng minh trình độ chuyên môn; ý kiến nhận xét bằng văn bản của đơn vị hoạt động trong lĩnh vực ngân hàng tài chính nơi Giám đốc chi nhánh đã từng làm việc (nếu có), bản nhận xét nêu rõ chức danh địa chỉ liên lạc, họ tên và chữ ký của người nhận xét.</w:t>
      </w:r>
    </w:p>
    <w:p>
      <w:pPr>
        <w:jc w:val="both"/>
      </w:pPr>
      <w:r>
        <w:t>3. Trình tự</w:t>
      </w:r>
    </w:p>
    <w:p>
      <w:pPr>
        <w:jc w:val="both"/>
      </w:pPr>
      <w:r>
        <w:t>a) Tối thiểu 30 ngày trước ngày khai trương hoạt động chi nhánh, phòng giao dịch, ngân hàng thương mại lập 01 bộ hồ sơ theo quy định tại khoản 2 Điều này trong đó xác định rõ ngày dự kiến khai trương hoạt động, gửi Ngân hàng Nhà nước chi nhánh nơi đặt trụ sở chi nhánh, phòng giao dịch;</w:t>
      </w:r>
    </w:p>
    <w:p>
      <w:pPr>
        <w:jc w:val="both"/>
      </w:pPr>
      <w:r>
        <w:t>b) Trong thời hạn 07 ngày làm việc kể từ ngày nhận được đầy đủ hồ sơ theo quy định tại Thông tư này, Ngân hàng Nhà nước chi nhánh nơi đặt trụ sở chi nhánh, phòng giao dịch tiến hành thẩm tra, đánh giá việc đáp ứng các điều kiện khai trương hoạt động của chi nhánh, phòng giao dịch và có văn bản chấp thuận hoặc không chấp thuận việc ngân hàng thương mại đủ điều kiện khai trương hoạt động chi nhánh, phòng giao dịch; trường hợp không chấp thuận, văn bản gửi ngân hàng thương mại phải nêu rõ lý do.</w:t>
      </w:r>
    </w:p>
    <w:p>
      <w:pPr>
        <w:jc w:val="both"/>
      </w:pPr>
      <w:r>
        <w:t>4. Sau khi nhận được văn bản chấp thuận đủ điều kiện khai trương hoạt động chi nhánh, phòng giao dịch của Ngân hàng Nhà nước chi nhánh, ngân hàng thương mại thực hiện việc đăng ký hoạt động chi nhánh (đối với chi nhánh) hoặc thông báo lập địa điểm kinh doanh (đối với phòng giao dịch) và đăng báo theo quy định của pháp luật về đăng ký doanh nghiệp và pháp luật hiện hành có liên quan.</w:t>
      </w:r>
    </w:p>
    <w:p>
      <w:pPr>
        <w:jc w:val="both"/>
      </w:pPr>
      <w:r>
        <w:t>5. Ngân hàng thương mại tiến hành khai trương chi nhánh, phòng giao dịch sau khi đã hoàn tất thủ tục đăng ký kinh doanh theo quy định tại khoản 4 Điều này.</w:t>
      </w:r>
    </w:p>
    <w:p>
      <w:pPr>
        <w:jc w:val="both"/>
      </w:pPr>
      <w:r>
        <w:rPr>
          <w:b/>
        </w:rPr>
        <w:t>Điều 15. Khai trương hoạt động văn phòng đại diện, đơn vị sự nghiệp ở trong nước; chi nhánh, văn phòng đại diện, ngân hàng 100% vốn ở nước ngoài</w:t>
      </w:r>
    </w:p>
    <w:p>
      <w:pPr>
        <w:jc w:val="both"/>
      </w:pPr>
      <w:r>
        <w:t>1. Ngân hàng thương mại quyết định việc khai trương hoạt động văn phòng đại diện, đơn vị sự nghiệp ở trong nước và có văn bản báo cáo Ngân hàng Nhà nước (qua Cơ quan Thanh tra, giám sát ngân hàng), Ngân hàng Nhà nước chi nhánh nơi đặt trụ sở văn phòng đại diện, đơn vị sự nghiệp ở trong nước chậm nhất 14 ngày làm việc trước ngày khai trương hoạt động.</w:t>
      </w:r>
    </w:p>
    <w:p>
      <w:pPr>
        <w:jc w:val="both"/>
      </w:pPr>
      <w:r>
        <w:t>2. Ngân hàng thương mại tiến hành khai trương hoạt động chi nhánh, văn phòng đại diện, ngân hàng 100% vốn ở nước ngoài theo quy định của pháp luật nước ngoài; có văn bản báo cáo Ngân hàng Nhà nước (qua Cơ quan Thanh tra, giám sát ngân hàng) chậm nhất 14 ngày làm việc trước ngày khai trương hoạt động.</w:t>
      </w:r>
    </w:p>
    <w:p>
      <w:pPr>
        <w:jc w:val="both"/>
      </w:pPr>
      <w:r>
        <w:rPr>
          <w:b/>
        </w:rPr>
        <w:t>Điều 16. Thay đổi tên chi nhánh ở trong nước, phòng giao dịch</w:t>
      </w:r>
    </w:p>
    <w:p>
      <w:pPr>
        <w:jc w:val="both"/>
      </w:pPr>
      <w:r>
        <w:t>1. Thay đổi tên chi nhánh</w:t>
      </w:r>
    </w:p>
    <w:p>
      <w:pPr>
        <w:jc w:val="both"/>
      </w:pPr>
      <w:r>
        <w:t>a) Hồ sơ</w:t>
      </w:r>
    </w:p>
    <w:p>
      <w:pPr>
        <w:jc w:val="both"/>
      </w:pPr>
      <w:r>
        <w:t>(i) Văn bản của ngân hàng thương mại đề nghị chấp thuận thay đổi tên chi nhánh, trong đó nêu rõ lý do, tên dự kiến thay đổi;</w:t>
      </w:r>
    </w:p>
    <w:p>
      <w:pPr>
        <w:jc w:val="both"/>
      </w:pPr>
      <w:r>
        <w:t>(ii) Nghị quyết của Hội đồng quản trị hoặc Hội đồng thành viên thông qua việc thay đổi tên chi nhánh.</w:t>
      </w:r>
    </w:p>
    <w:p>
      <w:pPr>
        <w:jc w:val="both"/>
      </w:pPr>
      <w:r>
        <w:t>b) Trình tự</w:t>
      </w:r>
    </w:p>
    <w:p>
      <w:pPr>
        <w:jc w:val="both"/>
      </w:pPr>
      <w:r>
        <w:t>(i) Ngân hàng thương mại lập 01 bộ hồ sơ theo quy định tại khoản 1 Điều này gửi Ngân hàng Nhà nước chi nhánh nơi đặt trụ sở chi nhánh;</w:t>
      </w:r>
    </w:p>
    <w:p>
      <w:pPr>
        <w:jc w:val="both"/>
      </w:pPr>
      <w:r>
        <w:t>(ii) Trong thời hạn 05 ngày làm việc kể từ ngày nhận được đầy đủ hồ sơ theo quy định tại Thông tư này, Ngân hàng Nhà nước chi nhánh có văn bản chấp thuận hoặc không chấp thuận đề nghị của ngân hàng thương mại; trường hợp không chấp thuận, văn bản gửi ngân hàng thương mại nêu rõ lý do.</w:t>
      </w:r>
    </w:p>
    <w:p>
      <w:pPr>
        <w:jc w:val="both"/>
      </w:pPr>
      <w:r>
        <w:t>2. Thay đổi tên phòng giao dịch</w:t>
      </w:r>
    </w:p>
    <w:p>
      <w:pPr>
        <w:jc w:val="both"/>
      </w:pPr>
      <w:r>
        <w:t>Ngân hàng thương mại quyết định việc thay đổi tên phòng giao dịch; có văn bản báo cáo Ngân hàng Nhà nước chi nhánh nơi đặt trụ sở phòng giao dịch việc thay đổi này trong thời hạn 05 ngày làm việc kể từ ngày phòng giao dịch hoạt động theo tên mới.</w:t>
      </w:r>
    </w:p>
    <w:p>
      <w:pPr>
        <w:jc w:val="both"/>
      </w:pPr>
      <w:r>
        <w:rPr>
          <w:b/>
        </w:rPr>
        <w:t>Điều 17. Thay đổi địa điểm đặt trụ s ở chi nhánh ở trong nước, phòng giao dịch</w:t>
      </w:r>
    </w:p>
    <w:p>
      <w:pPr>
        <w:jc w:val="both"/>
      </w:pPr>
      <w:r>
        <w:t>1. Ngân hàng thương mại chỉ được thay đổi địa điểm đặt trụ sở chi nhánh phòng giao dịch trong phạm vi địa bàn tỉnh, thành phố trực thuộc Trung ương.</w:t>
      </w:r>
    </w:p>
    <w:p>
      <w:pPr>
        <w:jc w:val="both"/>
      </w:pPr>
      <w:r>
        <w:t>2. Ngân hàng thương mại không được phép thay đổi địa điểm chi nhánh, phong giao dịch từ khu vực ngoại thành thành phố Hà Nội hoặc khu vực ngoại thành thành phố Hồ Chí Minh đến khu vực nội thành thành phố Hà Nội hoặc khu vực nội thành thành phố Hồ Chí Minh.</w:t>
      </w:r>
    </w:p>
    <w:p>
      <w:pPr>
        <w:jc w:val="both"/>
      </w:pPr>
      <w:r>
        <w:t>3. Ngân hàng thương mại thay đổi địa điểm đặt trụ sở chi nhánh, phòng giao dịch phải đáp ứng:</w:t>
      </w:r>
    </w:p>
    <w:p>
      <w:pPr>
        <w:jc w:val="both"/>
      </w:pPr>
      <w:r>
        <w:t>a) Về điều kiện: Các điều kiện quy định tại điểm a, b, c khoản 1 Điều 14 Thông tư này.</w:t>
      </w:r>
    </w:p>
    <w:p>
      <w:pPr>
        <w:jc w:val="both"/>
      </w:pPr>
      <w:r>
        <w:t>b) Về hồ sơ:</w:t>
      </w:r>
    </w:p>
    <w:p>
      <w:pPr>
        <w:jc w:val="both"/>
      </w:pPr>
      <w:r>
        <w:t>(i) Văn bản của ngân hàng thương mại đề nghị chấp thuận thay đổi địa điểm đặt trụ sở chi nhánh, phòng giao dịch; trong đó báo cáo rõ việc đáp ứng điều kiện quy định tại điểm a Khoản này. Văn bản nêu cụ thể địa điểm đặt trụ sở chi nhánh phòng giao dịch;</w:t>
      </w:r>
    </w:p>
    <w:p>
      <w:pPr>
        <w:jc w:val="both"/>
      </w:pPr>
      <w:r>
        <w:t>(ii) Giấy tờ chứng minh việc sở hữu hoặc sử dụng hợp pháp trụ sở chi nhánh phòng giao dịch.</w:t>
      </w:r>
    </w:p>
    <w:p>
      <w:pPr>
        <w:jc w:val="both"/>
      </w:pPr>
      <w:r>
        <w:t>4. Trình tự:</w:t>
      </w:r>
    </w:p>
    <w:p>
      <w:pPr>
        <w:jc w:val="both"/>
      </w:pPr>
      <w:r>
        <w:t>a) Ngân hàng thương mại lập 01 bộ hồ sơ theo quy định tại khoản 3 Điều này gửi Ngân hàng Nhà nước chi nhánh nơi đặt trụ sở chi nhánh, phòng giao dịch;</w:t>
      </w:r>
    </w:p>
    <w:p>
      <w:pPr>
        <w:jc w:val="both"/>
      </w:pPr>
      <w:r>
        <w:t>b) Trong thời hạn 10 ngày làm việc kể từ ngày nhận được đầy đủ hồ sơ theo quy định tại Thông tư này, Ngân hàng Nhà nước chi nhánh nơi đặt trụ sở chi nhánh phòng giao dịch tiến hành thẩm tra địa điểm dự kiến đặt trụ sở chi nhánh phòng giao dịch và có văn bản gửi ngân hàng thương mại chấp thuận hoặc không chấp thuận việc thay đổi địa điểm đặt trụ sở chi nhánh, phòng giao dịch; trường hợp không chấp thuận, văn bản gửi ngân hàng thương mại nêu rõ lý do.</w:t>
      </w:r>
    </w:p>
    <w:p>
      <w:pPr>
        <w:jc w:val="both"/>
      </w:pPr>
      <w:r>
        <w:t>5. Trong thời hạn 12 tháng kể từ ngày Ngân hàng Nhà nước chi nhánh có văn bản chấp thuận, chi nhánh, phòng giao dịch của ngân hàng thương mại phải đi vào hoạt động theo địa điểm đã được chấp thuận. Quá thời hạn này, văn bản chấp thuận của Ngân hàng Nhà nước chi nhánh đương nhiên hết hiệu lực.</w:t>
      </w:r>
    </w:p>
    <w:p>
      <w:pPr>
        <w:jc w:val="both"/>
      </w:pPr>
      <w:r>
        <w:rPr>
          <w:b/>
        </w:rPr>
        <w:t>Điều 18. Thay đổi tên, địa điểm đặt trụ sở văn phòng đại diện, đơn vị sự nghiệp ở trong nước; chi nhánh, văn phòng đại diện, ngân hàng 100% vốn ở nước ngoài</w:t>
      </w:r>
    </w:p>
    <w:p>
      <w:pPr>
        <w:jc w:val="both"/>
      </w:pPr>
      <w:r>
        <w:t>Ngân hàng thương mại quyết định việc thay đổi tên, địa điểm đặt trụ sở văn phòng đại diện, đơn vị sự nghiệp ở trong nước; chi nhánh, văn phòng đại diện, ngân hàng 100% vốn ở nước ngoài; có văn bản báo cáo Ngân hàng Nhà nước (Cơ quan Thanh tra, giám sát ngân hàng), Ngân hàng Nhà nước chi nhánh nơi đặt trụ sở chính của ngân hàng thương mại và Ngân hàng Nhà nước chi nhánh nơi đặt văn phòng đại diện, đơn vị sự nghiệp ở trong nước (đối với trường hợp thay đổi tên, địa điểm đặt trụ sở văn phòng đại diện, đơn vị sự nghiệp ở trong nước) về việc thay đổi này trong thời hạn 05 ngày làm việc kể từ ngày chi nhánh, văn phòng đại diện, đơn vị sự nghiệp ở trong nước; chi nhánh, văn phòng đại diện, ngân hàng 100% vốn ở nước ngoài hoạt động theo tên, địa điểm đặt trụ sở mới.</w:t>
      </w:r>
    </w:p>
    <w:p>
      <w:pPr>
        <w:jc w:val="both"/>
      </w:pPr>
      <w:r>
        <w:t>Trường hợp thay đổi địa điểm đặt trụ sở văn phòng đại diện, đơn vị sự nghiệp ở trong nước khác địa bàn tỉnh, thành phố trực thuộc Trung ương, ngân hàng thương mại có trách nhiệm báo cáo Ngân hàng Nhà nước chi nhánh nơi đặt trụ sở văn phòng đại diện, đơn vị sự nghiệp trước đây và nơi đặt trụ sở văn phòng đại diện, đơn vị sự nghiệp mới.</w:t>
      </w:r>
    </w:p>
    <w:p>
      <w:pPr>
        <w:jc w:val="both"/>
      </w:pPr>
      <w:r>
        <w:rPr>
          <w:b/>
        </w:rPr>
        <w:t>Điều 19. Thay đổi tên chi nhánh, phòng giao dịch, văn phòng đại diện, đơn vị sự nghiệp ở trong nước; chi nhánh, văn phòng đại diện, ngân hàng 100% vốn ở nước ngoài trong trường hợp tổ chức lại ngân hàng thương mại</w:t>
      </w:r>
    </w:p>
    <w:p>
      <w:pPr>
        <w:jc w:val="both"/>
      </w:pPr>
      <w:r>
        <w:t>Việc thay đổi tên chi nhánh, phòng giao dịch, văn phòng đại diện, đơn vị sự nghiệp ở trong nước; chi nhánh, văn phòng đại diện, ngân hàng 100% vốn ở nước ngoài trong trường hợp tổ chức lại ngân hàng thương mại thực hiện theo hướng dẫn của Ngân hàng Nhà nước về tổ chức lại tổ chức tín dụng.</w:t>
      </w:r>
    </w:p>
    <w:p>
      <w:pPr>
        <w:jc w:val="both"/>
      </w:pPr>
      <w:r>
        <w:rPr>
          <w:b/>
        </w:rPr>
        <w:t>Điều 20. Thay đổi chi nhánh quản lý phòng giao dịch</w:t>
      </w:r>
    </w:p>
    <w:p>
      <w:pPr>
        <w:jc w:val="both"/>
      </w:pPr>
      <w:r>
        <w:t>1. Điều kiện</w:t>
      </w:r>
    </w:p>
    <w:p>
      <w:pPr>
        <w:jc w:val="both"/>
      </w:pPr>
      <w:r>
        <w:t>Chi nhánh dự kiến tiếp nhận quản lý phòng giao dịch phải đáp ứng đầy đủ các điều kiện theo quy định tại khoản 2 Điều 10 Thông tư này.</w:t>
      </w:r>
    </w:p>
    <w:p>
      <w:pPr>
        <w:jc w:val="both"/>
      </w:pPr>
      <w:r>
        <w:t>2. Hồ sơ</w:t>
      </w:r>
    </w:p>
    <w:p>
      <w:pPr>
        <w:jc w:val="both"/>
      </w:pPr>
      <w:r>
        <w:t>a) Văn bản của ngân hàng thương mại đề nghị thay đổi chi nhánh quản lý phòng giao dịch, bao gồm tối thiểu các nội dung sau:</w:t>
      </w:r>
    </w:p>
    <w:p>
      <w:pPr>
        <w:jc w:val="both"/>
      </w:pPr>
      <w:r>
        <w:t>(i) Lý do thay đổi;</w:t>
      </w:r>
    </w:p>
    <w:p>
      <w:pPr>
        <w:jc w:val="both"/>
      </w:pPr>
      <w:r>
        <w:t>(ii) Tên, địa điểm đặt trụ sở chi nhánh đang quản lý và chi nhánh sẽ tiếp nhận quản lý phòng giao dịch;</w:t>
      </w:r>
    </w:p>
    <w:p>
      <w:pPr>
        <w:jc w:val="both"/>
      </w:pPr>
      <w:r>
        <w:t>(iii) Tên, địa điểm đặt trụ sở phòng giao dịch đề nghị thay đổi chi nhánh quản lý.</w:t>
      </w:r>
    </w:p>
    <w:p>
      <w:pPr>
        <w:jc w:val="both"/>
      </w:pPr>
      <w:r>
        <w:t>b) Nghị quyết của Hội đồng quản trị hoặc Hội đồng thành viên thông qua việc thay đổi chi nhánh quản lý phòng giao dịch.</w:t>
      </w:r>
    </w:p>
    <w:p>
      <w:pPr>
        <w:jc w:val="both"/>
      </w:pPr>
      <w:r>
        <w:t>3. Trình tự</w:t>
      </w:r>
    </w:p>
    <w:p>
      <w:pPr>
        <w:jc w:val="both"/>
      </w:pPr>
      <w:r>
        <w:t>a) Ngân hàng thương mại lập 01 bộ hồ sơ theo quy định tại Thông tư này gửi Ngân hàng Nhà nước chi nhánh nơi đặt trụ sở chi nhánh;</w:t>
      </w:r>
    </w:p>
    <w:p>
      <w:pPr>
        <w:jc w:val="both"/>
      </w:pPr>
      <w:r>
        <w:t>b) Trong thời hạn 14 ngày làm việc kể từ ngày nhận được đầy đủ hồ sơ theo quy định tại Thông tư này, Ngân hàng Nhà nước chi nhánh nơi đặt trụ sở chi nhánh có văn bản chấp thuận hoặc không chấp thuận đề nghị của ngân hàng thương mại; trường hợp không chấp thuận, văn bản gửi ngân hàng thương mại nêu rõ lý do.</w:t>
      </w:r>
    </w:p>
    <w:p>
      <w:pPr>
        <w:jc w:val="both"/>
      </w:pPr>
      <w:r>
        <w:rPr>
          <w:b/>
        </w:rPr>
        <w:t>Điều 21. Công bố thông tin về các nội dung thay đổi</w:t>
      </w:r>
    </w:p>
    <w:p>
      <w:pPr>
        <w:jc w:val="both"/>
      </w:pPr>
      <w:r>
        <w:t>Trong thời hạn 07 ngày làm việc kể từ ngày nhận được văn bản chấp thuận của Ngân hàng Nhà nước cho phép ngân hàng thương mại thực hiện thay đổi theo quy định tại các Điều 16, 17, 20 và kể từ ngày thực hiện thay đổi theo quy định tại các Điều 18, 19 Thông tư này, ngân hàng thương mại phải thực hiện công bố nội dung thay đổi trên trang thông tin điện tử, tại trụ sở chính, trụ sở chi nhánh ở trong nước, phòng giao dịch có liên quan của ngân hàng thương mại.</w:t>
      </w:r>
    </w:p>
    <w:p>
      <w:pPr>
        <w:jc w:val="center"/>
      </w:pPr>
      <w:r>
        <w:rPr>
          <w:b/>
        </w:rPr>
        <w:t>Chương IV</w:t>
      </w:r>
    </w:p>
    <w:p>
      <w:pPr>
        <w:jc w:val="both"/>
      </w:pPr>
      <w:r>
        <w:t>CHẤM DỨT HOẠT ĐỘNG, GIẢI THỂ CHI NHÁNH, PHÒNG GIAO DỊCH, VĂN PHÒNG ĐẠI DIỆN,</w:t>
      </w:r>
    </w:p>
    <w:p>
      <w:pPr>
        <w:jc w:val="both"/>
      </w:pPr>
      <w:r>
        <w:t>ĐƠN VỊ SỰ NGHIỆP Ở TRONG NƯỚC; CHI NHÁNH, VĂN PHÒNG ĐẠI DIỆN,</w:t>
      </w:r>
    </w:p>
    <w:p>
      <w:pPr>
        <w:jc w:val="both"/>
      </w:pPr>
      <w:r>
        <w:t>NGÂN HÀNG 100% VỐN Ở NƯỚC NGOÀI CỦA NGÂN HÀNG THƯƠNG MẠI</w:t>
      </w:r>
    </w:p>
    <w:p>
      <w:pPr>
        <w:jc w:val="both"/>
      </w:pPr>
      <w:r>
        <w:t>Đi ề u 22. Ch ấ m dứt hoạt động, giải thể chi nhánh, phòng giao d ị ch, văn phòng đại diện, đơn vị sự nghiệp ở trong nước; chi nhánh, văn phòng đại diện, ngân hàng 100% vốn ở nước ngoài của ngân hàng thương mại</w:t>
      </w:r>
    </w:p>
    <w:p>
      <w:pPr>
        <w:jc w:val="both"/>
      </w:pPr>
      <w:r>
        <w:t>1. Chi nhánh, phòng giao dịch, văn phòng đại diện, đơn vị sự nghiệp ở trong nước chấm dứt hoạt động, giải thể trong các trường hợp sau:</w:t>
      </w:r>
    </w:p>
    <w:p>
      <w:pPr>
        <w:jc w:val="both"/>
      </w:pPr>
      <w:r>
        <w:t>a) Đương nhiên chấm dứt hoạt động, giải thể;</w:t>
      </w:r>
    </w:p>
    <w:p>
      <w:pPr>
        <w:jc w:val="both"/>
      </w:pPr>
      <w:r>
        <w:t>b) Tự nguyện chấm dứt hoạt động, giải thể;</w:t>
      </w:r>
    </w:p>
    <w:p>
      <w:pPr>
        <w:jc w:val="both"/>
      </w:pPr>
      <w:r>
        <w:t>c) Bắt buộc chấm dứt hoạt động, giải thể.</w:t>
      </w:r>
    </w:p>
    <w:p>
      <w:pPr>
        <w:jc w:val="both"/>
      </w:pPr>
      <w:r>
        <w:t>2. Chi nhánh, văn phòng đại diện, ngân hàng 100% vốn ở nước ngoài của ngân hàng thương mại chấm dứt hoạt động, giải thể theo quy định pháp luật của nước sở tại nơi đặt trụ sở chi nhánh, văn phòng đại diện, ngân hàng 100% vốn ở nước ngoài. Chi nhánh, văn phòng đại diện ở nước ngoài đương nhiên chấm dứt hoạt động, giải thể trong trường hợp ngân hàng thương mại chấm dứt hoạt động.</w:t>
      </w:r>
    </w:p>
    <w:p>
      <w:pPr>
        <w:jc w:val="both"/>
      </w:pPr>
      <w:r>
        <w:t>3. Ngân hàng thương mại chịu trách nhiệm:</w:t>
      </w:r>
    </w:p>
    <w:p>
      <w:pPr>
        <w:jc w:val="both"/>
      </w:pPr>
      <w:r>
        <w:t>a) Giải quyết tài sản, quyền, nghĩa vụ và các lợi ích liên quan của chi nhánh, phòng giao dịch, văn phòng đại diện, đơn vị sự nghiệp ở trong nước; chi nhánh, văn phòng đại diện, ngân hàng 100% vốn ở nước ngoài chấm dứt hoạt động, giải thể;</w:t>
      </w:r>
    </w:p>
    <w:p>
      <w:pPr>
        <w:jc w:val="both"/>
      </w:pPr>
      <w:r>
        <w:t>b) Lưu trữ chứng từ, tài liệu liên quan việc chấm dứt hoạt động, giải thể chi nhánh, phòng giao dịch, văn phòng đại diện, đơn vị sự nghiệp ở trong nước; chi nhánh, văn phòng đại diện, ngân hàng 100% vốn ở nước ngoài;</w:t>
      </w:r>
    </w:p>
    <w:p>
      <w:pPr>
        <w:jc w:val="both"/>
      </w:pPr>
      <w:r>
        <w:t>c) Thực hiện các thủ tục pháp lý chấm dứt hoạt động, giải thể chi nhánh, phòng giao dịch, văn phòng đại diện, đơn vị sự nghiệp ở trong nước; chi nhánh, văn phòng đại diện, ngân hàng 100% vốn ở nước ngoài theo quy định của pháp luật.</w:t>
      </w:r>
    </w:p>
    <w:p>
      <w:pPr>
        <w:jc w:val="both"/>
      </w:pPr>
      <w:r>
        <w:rPr>
          <w:b/>
        </w:rPr>
        <w:t>Điều 23. Đương nhiên chấm dứt hoạt động, giải thể chi nhánh, phòng giao dịch, văn phòng đại diện, đơn vị sự nghiệp ở trong nước; chi nhánh, văn phòng đại diện ở nước ngoài</w:t>
      </w:r>
    </w:p>
    <w:p>
      <w:pPr>
        <w:jc w:val="both"/>
      </w:pPr>
      <w:r>
        <w:t>1. Chi nhánh, phòng giao dịch, văn phòng đại diện, đơn vị sự nghiệp ở trong nước; chi nhánh, văn phòng đại diện ở nước ngoài đương nhiên chấm dứt hoạt động, giải thể trong trường hợp ngân hàng thương mại chấm dứt hoạt động, giải thể.</w:t>
      </w:r>
    </w:p>
    <w:p>
      <w:pPr>
        <w:jc w:val="both"/>
      </w:pPr>
      <w:r>
        <w:t>2. Thủ tục đương nhiên chấm dứt hoạt động, giải thể chi nhánh, phòng giao dịch, văn phòng đại diện, đơn vị sự nghiệp ở trong nước; chi nhánh, văn phòng đại diện ở nước ngoài thực hiện theo quy định của pháp luật về chấm dứt hoạt động, giải thể ngân hàng thương mại.</w:t>
      </w:r>
    </w:p>
    <w:p>
      <w:pPr>
        <w:jc w:val="both"/>
      </w:pPr>
      <w:r>
        <w:rPr>
          <w:b/>
        </w:rPr>
        <w:t>Điều 24. Tự nguyện chấm dứt hoạt động chi nhánh, phòng giao dịch, văn phòng đại diện, đơn vị sự nghiệp ở trong nước</w:t>
      </w:r>
    </w:p>
    <w:p>
      <w:pPr>
        <w:jc w:val="both"/>
      </w:pPr>
      <w:r>
        <w:t>1. Hồ sơ tự nguyện chấm dứt hoạt động chi nhánh, phòng giao dịch ở trong nước:</w:t>
      </w:r>
    </w:p>
    <w:p>
      <w:pPr>
        <w:jc w:val="both"/>
      </w:pPr>
      <w:r>
        <w:t>a) Văn bản của ngân hàng thương mại đề nghị chấm dứt hoạt động chi nhánh, phòng giao dịch trong đó nêu rõ lý do chấm dứt hoạt động;</w:t>
      </w:r>
    </w:p>
    <w:p>
      <w:pPr>
        <w:jc w:val="both"/>
      </w:pPr>
      <w:r>
        <w:t>b) Nghị quyết của Hội đồng quản trị hoặc Hội đồng thành viên của ngân hàng thương mại về việc chấm dứt hoạt động chi nhánh, phòng giao dịch;</w:t>
      </w:r>
    </w:p>
    <w:p>
      <w:pPr>
        <w:jc w:val="both"/>
      </w:pPr>
      <w:r>
        <w:t>c) Phương án giải quyết các tài sản, quyền, nghĩa vụ và các lợi ích liên quan của chi nhánh, phòng giao dịch chấm dứt hoạt động.</w:t>
      </w:r>
    </w:p>
    <w:p>
      <w:pPr>
        <w:jc w:val="both"/>
      </w:pPr>
      <w:r>
        <w:t>2. Trình tự tự nguyện chấm dứt hoạt động chi nhánh ở trong nước:</w:t>
      </w:r>
    </w:p>
    <w:p>
      <w:pPr>
        <w:jc w:val="both"/>
      </w:pPr>
      <w:r>
        <w:t>a) Ngân hàng thương mại lập một (01) bộ hồ sơ theo quy định tại khoản 1 Điều này gửi Ngân hàng Nhà nước (Cơ quan Thanh tra, giám sát ngân hàng);</w:t>
      </w:r>
    </w:p>
    <w:p>
      <w:pPr>
        <w:jc w:val="both"/>
      </w:pPr>
      <w:r>
        <w:t>b) Trong thời hạn 07 ngày làm việc kể từ ngày nhận được đầy đủ hồ sơ theo quy định tại Thông tư này, Cơ quan Thanh tra, giám sát ngân hàng có văn bản lấy ý kiến Ngân hàng Nhà nước chi nhánh nơi đặt trụ sở chi nhánh dự kiến chấm dứt hoạt động;</w:t>
      </w:r>
    </w:p>
    <w:p>
      <w:pPr>
        <w:jc w:val="both"/>
      </w:pPr>
      <w:r>
        <w:t>c) Trong thời hạn 14 ngày làm việc kể từ ngày nhận được văn bản của Cơ quan Thanh tra, giám sát ngân hàng, Ngân hàng Nhà nước chi nhánh nơi đặt trụ sở chi nhánh dự kiến chấm dứt hoạt động của ngân hàng thương mại có ý kiến tham gia bằng văn bản về các nội dung được đề nghị;</w:t>
      </w:r>
    </w:p>
    <w:p>
      <w:pPr>
        <w:jc w:val="both"/>
      </w:pPr>
      <w:r>
        <w:t>d) Trong thời hạn 14 ngày làm việc kể từ ngày nhận được văn bản của Ngân hàng Nhà nước chi nhánh nơi đặt trụ sở chi nhánh dự kiến chấm dứt hoạt động, Cơ quan Thanh tra, giám sát ngân hàng tổng hợp ý kiến, đề xuất Thống đốc Ngân hàng Nhà nước chấp thuận hoặc không chấp thuận đề nghị của ngân hàng thương mại; trường hợp không chấp thuận, văn bản gửi ngân hàng thương mại nêu rõ lý do.</w:t>
      </w:r>
    </w:p>
    <w:p>
      <w:pPr>
        <w:jc w:val="both"/>
      </w:pPr>
      <w:r>
        <w:t>3. Trình tự tự nguyện chấm dứt hoạt động phòng giao dịch:</w:t>
      </w:r>
    </w:p>
    <w:p>
      <w:pPr>
        <w:jc w:val="both"/>
      </w:pPr>
      <w:r>
        <w:t>a) Ngân hàng thương mại lập 01 bộ hồ sơ theo quy định tại khoản 1 Điều này gửi Ngân hàng nhà nước chi nhánh nơi đặt trụ sở phòng giao dịch;</w:t>
      </w:r>
    </w:p>
    <w:p>
      <w:pPr>
        <w:jc w:val="both"/>
      </w:pPr>
      <w:r>
        <w:t>b) Trong thời hạn 14 ngày làm việc kể từ ngày nhận đủ hồ sơ theo quy định tại Thông tư này, Ngân hàng Nhà nước chi nhánh nơi đặt trụ sở phòng giao dịch có văn bản chấp thuận hoặc không chấp thuận đề nghị của ngân hàng thương mại; trường hợp không chấp thuận, văn bản gửi ngân hàng thương mại nêu rõ lý do.</w:t>
      </w:r>
    </w:p>
    <w:p>
      <w:pPr>
        <w:jc w:val="both"/>
      </w:pPr>
      <w:r>
        <w:t>4. Trong thời hạn 45 ngày kể từ ngày có văn bản chấp thuận của Ngân hàng Nhà nước quy định tại điểm d khoản 2 Điều này hoặc của Ngân hàng Nhà nước chi nhánh nơi đặt trụ sở phòng giao dịch quy định tại điểm b khoản 3 Điều này, ngân hàng thương mại phải tiến hành các thủ tục pháp lý theo quy định của pháp luật để chấm dứt hoạt động của chi nhánh, phòng giao dịch; có văn bản báo cáo Ngân hàng Nhà nước (Cơ quan Thanh tra, giám sát ngân hàng - đối với chấm dứt hoạt động chi nhánh) và Ngân hàng Nhà nước chi nhánh nơi đặt trụ sở chi nhánh, phòng giao dịch (đối với chấm dứt hoạt động phòng giao dịch) về ngày chấm dứt hoạt động.</w:t>
      </w:r>
    </w:p>
    <w:p>
      <w:pPr>
        <w:jc w:val="both"/>
      </w:pPr>
      <w:r>
        <w:t>5. Đối với việc tự nguyện chấm dứt hoạt động văn phòng đại diện, đơn vị sự nghiệp, trong thời hạn 05 ngày làm việc kể từ ngày chấm dứt hoạt động văn phòng đại diện, đơn vị sự nghiệp, ngân hàng thương mại phải có văn bản báo cáo Ngân hàng Nhà nước (Cơ quan Thanh tra, giám sát ngân hàng), Ngân hàng Nhà nước chi nhánh nơi đặt trụ sở chính của ngân hàng thương mại, Ngân hàng Nhà nước chi nhánh nơi đặt trụ sở văn phòng đại diện, đơn vị sự nghiệp, trong đó nêu rõ lý do, ngày chấm dứt hoạt động.</w:t>
      </w:r>
    </w:p>
    <w:p>
      <w:pPr>
        <w:jc w:val="both"/>
      </w:pPr>
      <w:r>
        <w:rPr>
          <w:b/>
        </w:rPr>
        <w:t>Điều 25. Bắt buộc chấm dứt hoạt động chi nhánh, phòng giao dịch, văn phòng đại diện, đơn vị sự nghiệp ở trong nước</w:t>
      </w:r>
    </w:p>
    <w:p>
      <w:pPr>
        <w:jc w:val="both"/>
      </w:pPr>
      <w:r>
        <w:t>1. Thống đốc Ngân hàng Nhà nước có thẩm quyền bắt buộc chấm dứt hoạt động chi nhánh, phòng giao dịch, văn phòng đại diện, đơn vị sự nghiệp ở trong nước của ngân hàng thương mại.</w:t>
      </w:r>
    </w:p>
    <w:p>
      <w:pPr>
        <w:jc w:val="both"/>
      </w:pPr>
      <w:r>
        <w:t>2. Chi nhánh, phòng giao dịch, văn phòng đại diện, đơn vị sự nghiệp ở trong nước của ngân hàng thương mại có thể bị bắt buộc chấm dứt hoạt động khi xảy ra một trong các trường hợp sau:</w:t>
      </w:r>
    </w:p>
    <w:p>
      <w:pPr>
        <w:jc w:val="both"/>
      </w:pPr>
      <w:r>
        <w:t>a) Có bằng chứng chứng minh hồ sơ đề nghị thành lập chi nhánh, phòng giao dịch, văn phòng đại diện, đơn vị sự nghiệp có thông tin sai sự thật dẫn đến việc đánh giá sai lệch việc đáp ứng điều kiện thành lập chi nhánh, phòng giao dịch, văn phòng đại diện, đơn vị sự nghiệp của ngân hàng thương mại;</w:t>
      </w:r>
    </w:p>
    <w:p>
      <w:pPr>
        <w:jc w:val="both"/>
      </w:pPr>
      <w:r>
        <w:t>b) Hoạt động không đúng nội dung hoạt động được phép theo quy định của pháp luật.</w:t>
      </w:r>
    </w:p>
    <w:p>
      <w:pPr>
        <w:jc w:val="both"/>
      </w:pPr>
      <w:r>
        <w:t>3. Căn cứ các trường hợp quy định tại các điểm a, b khoản 2 Điều này, Ngân hàng Nhà nước chi nhánh nơi đặt trụ sở chi nhánh, phòng giao dịch, văn phòng đại diện, đơn vị sự nghiệp của ngân hàng thương mại có văn bản nêu rõ lý do gửi Ngân hàng Nhà nước (Cơ quan Thanh tra, giám sát ngân hàng) đề nghị chấm dứt hoạt động chi nhánh, phòng giao dịch, văn phòng đại diện, đơn vị sự nghiệp của ngân hàng thương mại.</w:t>
      </w:r>
    </w:p>
    <w:p>
      <w:pPr>
        <w:jc w:val="both"/>
      </w:pPr>
      <w:r>
        <w:t>4. Trong thời hạn 14 ngày làm việc kể từ ngày nhận được văn bản của Ngân hàng Nhà nước chi nhánh theo quy định tại khoản 3 Điều này hoặc trong quá trình thanh tra, giám sát phát hiện các trường hợp quy định tại các điểm a, b khoản 2 Điều này, Cơ quan Thanh tra, giám sát ngân hàng trình Thống đốc Ngân hàng Nhà nước có văn bản yêu cầu ngân hàng thương mại chấm dứt hoạt động chi nhánh, phòng giao dịch, văn phòng đại diện, đơn vị sự nghiệp.</w:t>
      </w:r>
    </w:p>
    <w:p>
      <w:pPr>
        <w:jc w:val="both"/>
      </w:pPr>
      <w:r>
        <w:t>5. Trong thời hạn 90 ngày kể từ ngày Ngân hàng Nhà nước có văn bản theo quy định tại khoản 4 Điều này, ngân hàng thương mại phải hoàn tất việc chấm dứt hoạt động chi nhánh, phòng giao dịch, văn phòng đại diện, đơn vị sự nghiệp; có văn bản báo cáo Ngân hàng Nhà nước ngày chấm dứt hoạt động.</w:t>
      </w:r>
    </w:p>
    <w:p>
      <w:pPr>
        <w:jc w:val="both"/>
      </w:pPr>
      <w:r>
        <w:t>6. Trường hợp có khiếu nại đối với yêu cầu của Ngân hàng Nhà nước về việc bắt buộc chấm dứt hoạt động chi nhánh, phòng giao dịch, văn phòng đại diện, đơn vị sự nghiệp, ngân hàng thương mại thực hiện các thủ tục khiếu nại theo quy định pháp luật hiện hành về khiếu nại.</w:t>
      </w:r>
    </w:p>
    <w:p>
      <w:pPr>
        <w:jc w:val="both"/>
      </w:pPr>
      <w:r>
        <w:rPr>
          <w:b/>
        </w:rPr>
        <w:t>Điều 26. Chấm dứt hoạt động, giải thể chi nhánh, văn phòng đại diện, ngân hàng 100% vốn ở nước ngoài</w:t>
      </w:r>
    </w:p>
    <w:p>
      <w:pPr>
        <w:jc w:val="both"/>
      </w:pPr>
      <w:r>
        <w:t>1. Ngân hàng thương mại thực hiện chấm dứt hoạt động, giải thể chi nhánh văn phòng đại diện, ngân hàng 100% vốn ở nước ngoài theo quy định của pháp luật nước sở tại và các quy định có liên quan của pháp luật Việt Nam.</w:t>
      </w:r>
    </w:p>
    <w:p>
      <w:pPr>
        <w:jc w:val="both"/>
      </w:pPr>
      <w:r>
        <w:t>2. Tối thiểu 14 ngày làm việc trước ngày chấm dứt hoạt động, giải thể chi nhánh, văn phòng đại diện, ngân hàng 100% vốn ở nước ngoài, ngân hàng thương mại phải có văn bản báo cáo Ngân hàng Nhà nước (qua Cơ quan Thanh tra, giám sát ngân hàng), Ngân hàng Nhà nước chi nhánh nơi đặt trụ sở chính của ngân hàng thương mại, trong đó nêu rõ lý do và thời điểm chấm dứt hoạt động, giải thể.</w:t>
      </w:r>
    </w:p>
    <w:p>
      <w:pPr>
        <w:jc w:val="both"/>
      </w:pPr>
      <w:r>
        <w:rPr>
          <w:b/>
        </w:rPr>
        <w:t>Điều 27. Công bố thông tin</w:t>
      </w:r>
    </w:p>
    <w:p>
      <w:pPr>
        <w:jc w:val="both"/>
      </w:pPr>
      <w:r>
        <w:t>Trong thời hạn 07 ngày làm việc kể từ ngày chấm dứt hoạt động, giải thể chi nhánh, phòng giao dịch, văn phòng đại diện, đơn vị sự nghiệp ở trong nước; chi nhánh, văn phòng đại diện, ngân hàng 100% vốn ở nước ngoài (trừ trường hợp đương nhiên chấm dứt hoạt động, giải thể theo Điều 23 Thông tư này) ngân hàng thương mại phải thực hiện công bố và niêm yết công khai việc chấm dứt hoạt động giải thể này trên trang thông tin điện tử, tại trụ sở chính, trụ sở chi nhánh quản lý phòng giao dịch (đối với việc chấm dứt phòng giao dịch) của ngân hàng thương mại đăng báo trung ương và địa phương. Nội dung công bố, niêm yết công khai tối thiểu bao gồm:</w:t>
      </w:r>
    </w:p>
    <w:p>
      <w:pPr>
        <w:jc w:val="both"/>
      </w:pPr>
      <w:r>
        <w:t>1. Tên, địa chỉ của chi nhánh, phòng giao dịch, văn phòng đại diện, đơn vị sự nghiệp ở trong nước; chi nhánh, văn phòng đại diện, ngân hàng 100% vốn nước ngoài chấm dứt hoạt động, giải thể.</w:t>
      </w:r>
    </w:p>
    <w:p>
      <w:pPr>
        <w:jc w:val="both"/>
      </w:pPr>
      <w:r>
        <w:t>2. Thời điểm chấm dứt hoạt động, giải thể.</w:t>
      </w:r>
    </w:p>
    <w:p>
      <w:pPr>
        <w:jc w:val="both"/>
      </w:pPr>
      <w:r>
        <w:t>3. Trách nhiệm của ngân hàng thương mại về tài sản, quyền, nghĩa vụ và các lợi ích liên quan của chi nhánh, phòng giao dịch, văn phòng đại diện đơn vị sự nghiệp ở trong nước; chi nhánh, văn phòng đại diện, ngân hàng 100% vốn nước ngoài chấm dứt hoạt động, giải thể.</w:t>
      </w:r>
    </w:p>
    <w:p>
      <w:pPr>
        <w:jc w:val="center"/>
      </w:pPr>
      <w:r>
        <w:rPr>
          <w:b/>
        </w:rPr>
        <w:t>Chương V</w:t>
      </w:r>
    </w:p>
    <w:p>
      <w:pPr>
        <w:jc w:val="both"/>
      </w:pPr>
      <w:r>
        <w:t>TỔ CHỨC THỰC HIỆN</w:t>
      </w:r>
    </w:p>
    <w:p>
      <w:pPr>
        <w:jc w:val="both"/>
      </w:pPr>
      <w:r>
        <w:t>Đi ề u 28. Trách nhiệm của ngân hàng thương mại</w:t>
      </w:r>
    </w:p>
    <w:p>
      <w:pPr>
        <w:jc w:val="both"/>
      </w:pPr>
      <w:r>
        <w:t>1. Có kế hoạch phát triển chi nhánh, phòng giao dịch, văn phòng đại diện, đơn vị sự nghiệp ở trong nước; chi nhánh, văn phòng đại diện, ngân hàng 100% vốn ở nước ngoài trình cấp có thẩm quyền của ngân hàng thông qua hằng năm.</w:t>
      </w:r>
    </w:p>
    <w:p>
      <w:pPr>
        <w:jc w:val="both"/>
      </w:pPr>
      <w:r>
        <w:t>2. Định kỳ chậm nhất ngày 31/1 và ngày 31/7 hằng năm, báo cáo Ngân hàng Nhà nước (Cơ quan Thanh tra, giám sát ngân hàng) và Ngân hàng Nhà nước chi nhánh nơi ngân hàng thương mại đặt trụ sở chính các nội dung theo Phụ lục số 02 ban hành kèm theo Thông tư này.</w:t>
      </w:r>
    </w:p>
    <w:p>
      <w:pPr>
        <w:jc w:val="both"/>
      </w:pPr>
      <w:r>
        <w:t>3.Thực hiện việc công bố thông tin theo quy định tại Thông tư này và điểm c khoản 4 Điều 29 Luật Các tổ chức tín dụng.</w:t>
      </w:r>
    </w:p>
    <w:p>
      <w:pPr>
        <w:jc w:val="both"/>
      </w:pPr>
      <w:r>
        <w:t>4. Thực hiện các nội dung khác quy định tại Thông tư này.</w:t>
      </w:r>
    </w:p>
    <w:p>
      <w:pPr>
        <w:jc w:val="both"/>
      </w:pPr>
      <w:r>
        <w:rPr>
          <w:b/>
        </w:rPr>
        <w:t>Điều 29. Trách nhiệm của Ngân hàng Nhà nước ch i nhánh nơi ngân hàng thương mại đặt trụ sở chính</w:t>
      </w:r>
    </w:p>
    <w:p>
      <w:pPr>
        <w:jc w:val="both"/>
      </w:pPr>
      <w:r>
        <w:t>1. Phối hợp với Ngân hàng Nhà nước chi nhánh có liên quan xử lý các vấn đề phát sinh liên quan đến tổ chức và hoạt động chi nhánh, phòng giao dịch, văn phòng đại diện, đơn vị sự nghiệp của ngân hàng thương mại.</w:t>
      </w:r>
    </w:p>
    <w:p>
      <w:pPr>
        <w:jc w:val="both"/>
      </w:pPr>
      <w:r>
        <w:t>2. Thực hiện các nội dung khác có liên quan theo quy định tại Thông tư này.</w:t>
      </w:r>
    </w:p>
    <w:p>
      <w:pPr>
        <w:jc w:val="both"/>
      </w:pPr>
      <w:r>
        <w:rPr>
          <w:b/>
        </w:rPr>
        <w:t>Điều 30. Trách nhiệm của Ngân hàng Nhà n ư ớc chi nhánh nơi ngân hàng thương mại đặt trụ sở chi nhánh, phòng giao dịch, văn phòng đại diện, đơn vị sự nghiệp</w:t>
      </w:r>
    </w:p>
    <w:p>
      <w:pPr>
        <w:jc w:val="both"/>
      </w:pPr>
      <w:r>
        <w:t>1. Chịu trách nhiệm trước Thống đốc Ngân hàng Nhà nước khi thực hiện các vấn đề theo thẩm quyền được quy định tại Thông tư này.</w:t>
      </w:r>
    </w:p>
    <w:p>
      <w:pPr>
        <w:jc w:val="both"/>
      </w:pPr>
      <w:r>
        <w:t>2. Phối hợp với Ngân hàng Nhà nước chi nhánh nơi ngân hàng thương mại đặt trụ sở chính xử lý các vấn đề phát sinh liên quan đến tổ chức, hoạt động chi nhánh phòng giao dịch, văn phòng đại diện, đơn vị sự nghiệp của ngân hàng thương mại trên địa bàn.</w:t>
      </w:r>
    </w:p>
    <w:p>
      <w:pPr>
        <w:jc w:val="both"/>
      </w:pPr>
      <w:r>
        <w:t>3. Quản lý, thanh tra, giám sát hoạt động của chi nhánh, phòng giao dịch, đơn vị sự nghiệp, văn phòng đại diện của ngân hàng thương mại trên địa bàn.</w:t>
      </w:r>
    </w:p>
    <w:p>
      <w:pPr>
        <w:jc w:val="both"/>
      </w:pPr>
      <w:r>
        <w:t>4. Có văn bản báo cáo và đề xuất Thống đốc Ngân hàng Nhà nước chấm dứt hoạt động chi nhánh, phòng giao dịch, văn phòng đại diện, đơn vị sự nghiệp của ngân hàng thương mại khi xảy ra một trong các trường hợp theo quy định tại khoản 2 Điều 25 Thông tư này.</w:t>
      </w:r>
    </w:p>
    <w:p>
      <w:pPr>
        <w:jc w:val="both"/>
      </w:pPr>
      <w:r>
        <w:t>5. Báo cáo các vấn đề liên quan theo quy định tại Thông tư này.</w:t>
      </w:r>
    </w:p>
    <w:p>
      <w:pPr>
        <w:jc w:val="both"/>
      </w:pPr>
      <w:r>
        <w:rPr>
          <w:b/>
        </w:rPr>
        <w:t>Điều 31. Trách nhiệm của Cơ quan Thanh tra, giám sát ngân hàng</w:t>
      </w:r>
    </w:p>
    <w:p>
      <w:pPr>
        <w:jc w:val="both"/>
      </w:pPr>
      <w:r>
        <w:t>1. Là đầu mối xem xét, trình Thống đốc về việc thành lập, chấm dứt hoạt động, giải thể chi nhánh, phòng giao dịch, văn phòng đại diện, đơn vị sự nghiệp ở trong nước; chi nhánh, văn phòng đại diện, ngân hàng 100% vốn ở nước ngoài của ngân hàng thương mại theo quy định tại Thông tư này.</w:t>
      </w:r>
    </w:p>
    <w:p>
      <w:pPr>
        <w:jc w:val="both"/>
      </w:pPr>
      <w:r>
        <w:t>2. Là đầu mối xem xét, trình Thống đốc xử lý các vấn đề phát sinh liên quan đến việc thành lập, chấm dứt hoạt động, giải thể chi nhánh, phòng giao dịch, văn phòng đại diện, đơn vị sự nghiệp ở trong nước; chi nhánh, văn phòng đại diện, ngân hàng 100% vốn ở nước ngoài của ngân hàng thương mại.</w:t>
      </w:r>
    </w:p>
    <w:p>
      <w:pPr>
        <w:jc w:val="both"/>
      </w:pPr>
      <w:r>
        <w:t>3. Tổng hợp báo cáo của các đơn vị theo quy định tại Thông tư này.</w:t>
      </w:r>
    </w:p>
    <w:p>
      <w:pPr>
        <w:jc w:val="both"/>
      </w:pPr>
      <w:r>
        <w:rPr>
          <w:b/>
        </w:rPr>
        <w:t>Điều 32. Trách nhiệm của các Vụ, Cục có liên quan trong Ngân hàng Nhà nước</w:t>
      </w:r>
    </w:p>
    <w:p>
      <w:pPr>
        <w:jc w:val="both"/>
      </w:pPr>
      <w:r>
        <w:t>Các Vụ, Cục khác trong Ngân hàng Nhà nước có trách nhiệm tham gia ý kiến về vấn đề liên quan khi có chỉ đạo của Thống đốc Ngân hàng Nhà nước trên cơ sở đề xuất của Cơ quan Thanh tra, giám sát ngân hàng.</w:t>
      </w:r>
    </w:p>
    <w:p>
      <w:pPr>
        <w:jc w:val="center"/>
      </w:pPr>
      <w:r>
        <w:rPr>
          <w:b/>
        </w:rPr>
        <w:t>Chương VI</w:t>
      </w:r>
    </w:p>
    <w:p>
      <w:pPr>
        <w:jc w:val="both"/>
      </w:pPr>
      <w:r>
        <w:t>ĐIỀU KHOẢN THI HÀNH</w:t>
      </w:r>
    </w:p>
    <w:p>
      <w:pPr>
        <w:jc w:val="both"/>
      </w:pPr>
      <w:r>
        <w:rPr>
          <w:b/>
        </w:rPr>
        <w:t>Điều 33. Quy định chuyển tiếp</w:t>
      </w:r>
    </w:p>
    <w:p>
      <w:pPr>
        <w:jc w:val="both"/>
      </w:pPr>
      <w:r>
        <w:t>1. Trong thời hạn 24 tháng kể từ ngày Thông tư này có hiệu lực thi hành, ngân hàng thương mại phải rà soát, xây dựng và thực hiện hoàn thành phương án điều chỉnh sở giao dịch, quỹ tiết kiệm, điểm giao dịch như sau:</w:t>
      </w:r>
    </w:p>
    <w:p>
      <w:pPr>
        <w:jc w:val="both"/>
      </w:pPr>
      <w:r>
        <w:t>a) Ngân hàng thương mại chuyển đổi sở giao dịch thành chi nhánh theo quy định về thay đổi tên tại Điều 16 Thông tư này; chuyển đổi quỹ tiết kiệm, điểm giao dịch thành phòng giao dịch trên cơ sở đáp ứng các điều kiện, hồ sơ, trình tự thủ tục về việc thành lập và khai trương hoạt động phòng giao dịch theo quy định tại Thông tư này ngoại trừ điều kiện quy định tại khoản 3 Điều 10; các khoản 1, 2 Điều 11 và khoản 1 Điều 13 Thông tư này;</w:t>
      </w:r>
    </w:p>
    <w:p>
      <w:pPr>
        <w:jc w:val="both"/>
      </w:pPr>
      <w:r>
        <w:t>b) Trường hợp ngân hàng thương mại không chuyển đổi sở giao dịch, quỹ tiết kiệm, điểm giao dịch theo quy định tại điểm a khoản này, ngân hàng thương mại chấm dứt hoạt động sở giao dịch, quỹ tiết kiệm, điểm giao dịch; hồ sơ thực hiện theo quy định tại khoản 1 Điều 24 Thông tư này; trình tự thực hiện theo quy định tại khoản 2 Điều 24 Thông tư này (đối với việc chấm dứt hoạt động sở giao dịch) và khoản 3 Điều 24 Thông tư này (đối với việc chấm dứt hoạt động quỹ tiết kiệm, điểm giao dịch).</w:t>
      </w:r>
    </w:p>
    <w:p>
      <w:pPr>
        <w:jc w:val="both"/>
      </w:pPr>
      <w:r>
        <w:t>c) Ngân hàng thương mại phải đảm bảo việc chuyển đổi sở giao dịch, quỹ tiết kiệm, điểm giao dịch không gây xáo trộn hoạt động, đảm bảo quyền và lợi ích hợp pháp của tổ chức, cá nhân có liên quan.</w:t>
      </w:r>
    </w:p>
    <w:p>
      <w:pPr>
        <w:jc w:val="both"/>
      </w:pPr>
      <w:r>
        <w:t>2. Các ngân hàng thương mại đã có số lượng chi nhánh vượt quá số lượng tối đa theo quy định tại khoản 2 Điều 7 Thông tư này không phải điều chỉnh số lượng chi nhánh theo quy định tại Thông tư này.</w:t>
      </w:r>
    </w:p>
    <w:p>
      <w:pPr>
        <w:jc w:val="both"/>
      </w:pPr>
      <w:r>
        <w:t>3. Các ngân hàng thương mại đã có số lượng phòng giao dịch vượt quá số lượng tối đa theo quy định tại các khoản 1, 2 Điều 11 Thông tư này không phải điều chỉnh số lượng phòng giao dịch theo quy định tại Thông tư này.</w:t>
      </w:r>
    </w:p>
    <w:p>
      <w:pPr>
        <w:jc w:val="both"/>
      </w:pPr>
      <w:r>
        <w:rPr>
          <w:b/>
        </w:rPr>
        <w:t>Điều 34. Hiệu lực thi hành</w:t>
      </w:r>
    </w:p>
    <w:p>
      <w:pPr>
        <w:jc w:val="both"/>
      </w:pPr>
      <w:r>
        <w:t>Thông tư này có hiệu lực kể từ ngày 23 tháng 10 năm 2013, thay thế Quyết định số 13/2008/QĐ-NHNN ngày 29/04/2008 của Thống đốc Ngân hàng Nhà nước ban hành Quy định về mạng lưới hoạt động của ngân hàng thương mại.</w:t>
      </w:r>
    </w:p>
    <w:p>
      <w:pPr>
        <w:jc w:val="both"/>
      </w:pPr>
      <w:r>
        <w:rPr>
          <w:b/>
        </w:rPr>
        <w:t>Điều 35. Tổ chức thực hiện</w:t>
      </w:r>
    </w:p>
    <w:p>
      <w:pPr>
        <w:jc w:val="both"/>
      </w:pPr>
      <w:r>
        <w:t>Chánh văn phòng, Chánh thanh tra, giám sát ngân hàng, Thủ trưởng các đơn vị có liên quan thuộc Ngân hàng Nhà nước Việt Nam, Giám đốc Ngân hàng Nhà nước chi nhánh các tỉnh, thành phố trực thuộc Trung ương và Chủ tịch Hội đồng quản trị, Chủ tịch Hội đồng thành viên, Tổng giám đốc (Giám đốc) các ngân hàng thương mại có trách nhiệm thi hành Thông tư này./.</w:t>
      </w:r>
    </w:p>
    <w:p>
      <w:r>
        <w:rPr>
          <w:i/>
        </w:rPr>
        <w:t>Nguồn: Cơ sở dữ liệu quốc gia về văn bản pháp luật (Bộ Tư pháp). VietSmart Legal, legal.giangpham.asia/van-ban/43235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