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20/2014/TT-BLĐTBXH</w:t>
      </w:r>
    </w:p>
    <w:p>
      <w:pPr>
        <w:jc w:val="both"/>
      </w:pPr>
      <w:r>
        <w:t>Hà Nội, ngày 26 tháng 8 năm 2014</w:t>
      </w:r>
    </w:p>
    <w:p>
      <w:pPr>
        <w:jc w:val="center"/>
      </w:pPr>
      <w:r>
        <w:rPr>
          <w:b/>
        </w:rPr>
        <w:t>THÔNG TƯ</w:t>
      </w:r>
    </w:p>
    <w:p>
      <w:pPr>
        <w:jc w:val="both"/>
      </w:pPr>
      <w:r>
        <w:t>Ban hành Da nh mục nghề học nặng nhọc, độc hại, nguy hiểm</w:t>
      </w:r>
    </w:p>
    <w:p>
      <w:pPr>
        <w:jc w:val="both"/>
      </w:pPr>
      <w:r>
        <w:t>trình độ trung cấp nghề, trình độ cao đẳng nghề</w:t>
      </w:r>
    </w:p>
    <w:p>
      <w:pPr>
        <w:jc w:val="both"/>
      </w:pPr>
      <w:r>
        <w:t>__________________</w:t>
      </w:r>
    </w:p>
    <w:p>
      <w:pPr>
        <w:jc w:val="both"/>
      </w:pPr>
      <w:r>
        <w:t>Căn cứ Luật Dạy nghề ngày 29 tháng 11 năm 2006;</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74/2013/NĐ-CP ngày 15 tháng 7 năm 2013 của Chính phủ sửa đổi, bổ sung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w:t>
      </w:r>
    </w:p>
    <w:p>
      <w:pPr>
        <w:jc w:val="both"/>
      </w:pPr>
      <w:r>
        <w:t>Theo đề nghị của Tổng Cục trưởng Tổng cục Dạy nghề,</w:t>
      </w:r>
    </w:p>
    <w:p>
      <w:pPr>
        <w:jc w:val="both"/>
      </w:pPr>
      <w:r>
        <w:t>Bộ trưởng Bộ Lao động - Thương binh và Xã hội ban hành Thông tư Danh mục nghề học nặng nhọc, độc hại, nguy hiểm trình độ trung cấp nghề, trình độ cao đẳng nghề.</w:t>
      </w:r>
    </w:p>
    <w:p>
      <w:pPr>
        <w:jc w:val="both"/>
      </w:pPr>
      <w:r>
        <w:rPr>
          <w:b/>
        </w:rPr>
        <w:t>Điều 1. Ban hành kèm theo Thông tư này Danh mục nghề học nặng nhọc, độc hại, nguy hiểm trình độ trung cấp nghề, trình độ cao đẳng nghề (có Phụ lục kèm theo) để áp dụng cho các đối tượng được giảm học phí theo quy định tại Điều 5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w:t>
      </w:r>
    </w:p>
    <w:p>
      <w:pPr>
        <w:jc w:val="both"/>
      </w:pPr>
      <w:r>
        <w:rPr>
          <w:b/>
        </w:rPr>
        <w:t>Điều 2. Thông tư này có hiệu lực kể từ ngày 10 tháng 10 năm 2014.</w:t>
      </w:r>
    </w:p>
    <w:p>
      <w:pPr>
        <w:jc w:val="both"/>
      </w:pPr>
      <w:r>
        <w:rPr>
          <w:b/>
        </w:rPr>
        <w:t>Điều 3. Các Bộ, cơ quan ngang Bộ, cơ quan thuộc Chính phủ, tổ chức chính trị - xã hội, Ủy ban nhân dân các tỉnh, thành phố trực thuộc Trung ương, các cơ sở dạy nghề có đăng ký hoạt động dạy nghề đối với các nghề học nặng nhọc, độc hại, nguy hiểm trình độ trung cấp nghề, trình độ cao đẳng nghề và các đơn vị có liên quan chịu trách nhiệm thi hành Thông tư này./.</w:t>
      </w:r>
    </w:p>
    <w:p>
      <w:pPr>
        <w:jc w:val="both"/>
      </w:pPr>
      <w:r>
        <w:t>KT. BỘ TRƯỞNG</w:t>
      </w:r>
    </w:p>
    <w:p>
      <w:pPr>
        <w:jc w:val="both"/>
      </w:pPr>
      <w:r>
        <w:t>THỨ TRƯỞNG</w:t>
      </w:r>
    </w:p>
    <w:p>
      <w:pPr>
        <w:jc w:val="both"/>
      </w:pPr>
      <w:r>
        <w:t>(Đã ký)</w:t>
      </w:r>
    </w:p>
    <w:p>
      <w:pPr>
        <w:jc w:val="both"/>
      </w:pPr>
      <w:r>
        <w:t>Nguyễn Ngọc Phi</w:t>
      </w:r>
    </w:p>
    <w:p>
      <w:pPr>
        <w:jc w:val="both"/>
      </w:pPr>
      <w:r>
        <w:t>Danh mục</w:t>
      </w:r>
    </w:p>
    <w:p>
      <w:pPr>
        <w:jc w:val="both"/>
      </w:pPr>
      <w:r>
        <w:t>NGHỀ HỌC NẶNG NHỌC, ĐỘC HẠI, NGUY HIỂM TRÌNH ĐỘ TRUNG CẤP NGHỀ, TRÌNH ĐỘ CAO ĐẲNG NGHỀ</w:t>
      </w:r>
    </w:p>
    <w:p>
      <w:pPr>
        <w:jc w:val="both"/>
      </w:pPr>
      <w:r>
        <w:t>(Ban hành kèm theo Thông tư số 20/2014/TT-BLĐTBXH ngày 26 tháng 8 năm 2014 của</w:t>
      </w:r>
    </w:p>
    <w:p>
      <w:pPr>
        <w:jc w:val="both"/>
      </w:pPr>
      <w:r>
        <w:t>Bộ trưởng Bộ Lao động - Thương binh và Xã hội)</w:t>
      </w:r>
    </w:p>
    <w:p>
      <w:pPr>
        <w:jc w:val="both"/>
      </w:pPr>
      <w:r>
        <w:t>______________________</w:t>
      </w:r>
    </w:p>
    <w:p>
      <w:pPr>
        <w:jc w:val="both"/>
      </w:pPr>
      <w:r>
        <w:t>TT</w:t>
      </w:r>
    </w:p>
    <w:p>
      <w:pPr>
        <w:jc w:val="both"/>
      </w:pPr>
      <w:r>
        <w:t>Nghề trình độ trung cấp</w:t>
      </w:r>
    </w:p>
    <w:p>
      <w:pPr>
        <w:jc w:val="both"/>
      </w:pPr>
      <w:r>
        <w:t>Nghề trình độ cao đẳng</w:t>
      </w:r>
    </w:p>
    <w:p>
      <w:pPr>
        <w:jc w:val="both"/>
      </w:pPr>
      <w:r>
        <w:t>Mã nghề</w:t>
      </w:r>
    </w:p>
    <w:p>
      <w:pPr>
        <w:jc w:val="both"/>
      </w:pPr>
      <w:r>
        <w:t>Tên nghề</w:t>
      </w:r>
    </w:p>
    <w:p>
      <w:pPr>
        <w:jc w:val="both"/>
      </w:pPr>
      <w:r>
        <w:t>Mã nghề</w:t>
      </w:r>
    </w:p>
    <w:p>
      <w:pPr>
        <w:jc w:val="both"/>
      </w:pPr>
      <w:r>
        <w:t>Tên nghề</w:t>
      </w:r>
    </w:p>
    <w:p>
      <w:pPr>
        <w:jc w:val="both"/>
      </w:pPr>
      <w:r>
        <w:t>1</w:t>
      </w:r>
    </w:p>
    <w:p>
      <w:pPr>
        <w:jc w:val="both"/>
      </w:pPr>
      <w:r>
        <w:t>40210401</w:t>
      </w:r>
    </w:p>
    <w:p>
      <w:pPr>
        <w:jc w:val="both"/>
      </w:pPr>
      <w:r>
        <w:t>Đúc, dát đồng mỹ nghệ</w:t>
      </w:r>
    </w:p>
    <w:p>
      <w:pPr>
        <w:jc w:val="both"/>
      </w:pPr>
      <w:r>
        <w:t>50210401</w:t>
      </w:r>
    </w:p>
    <w:p>
      <w:pPr>
        <w:jc w:val="both"/>
      </w:pPr>
      <w:r>
        <w:t>Đúc, dát đồng mỹ nghệ</w:t>
      </w:r>
    </w:p>
    <w:p>
      <w:pPr>
        <w:jc w:val="both"/>
      </w:pPr>
      <w:r>
        <w:t>2</w:t>
      </w:r>
    </w:p>
    <w:p>
      <w:pPr>
        <w:jc w:val="both"/>
      </w:pPr>
      <w:r>
        <w:t>40210402</w:t>
      </w:r>
    </w:p>
    <w:p>
      <w:pPr>
        <w:jc w:val="both"/>
      </w:pPr>
      <w:r>
        <w:t>Chạm khắc đá</w:t>
      </w:r>
    </w:p>
    <w:p>
      <w:pPr>
        <w:jc w:val="both"/>
      </w:pPr>
      <w:r>
        <w:t>50210402</w:t>
      </w:r>
    </w:p>
    <w:p>
      <w:pPr>
        <w:jc w:val="both"/>
      </w:pPr>
      <w:r>
        <w:t>Chạm khắc đá</w:t>
      </w:r>
    </w:p>
    <w:p>
      <w:pPr>
        <w:jc w:val="both"/>
      </w:pPr>
      <w:r>
        <w:t>3</w:t>
      </w:r>
    </w:p>
    <w:p>
      <w:pPr>
        <w:jc w:val="both"/>
      </w:pPr>
      <w:r>
        <w:t>40210413</w:t>
      </w:r>
    </w:p>
    <w:p>
      <w:pPr>
        <w:jc w:val="both"/>
      </w:pPr>
      <w:r>
        <w:t>Gia công và thiết kế sản phẩm mộc</w:t>
      </w:r>
    </w:p>
    <w:p>
      <w:pPr>
        <w:jc w:val="both"/>
      </w:pPr>
      <w:r>
        <w:t>50210413</w:t>
      </w:r>
    </w:p>
    <w:p>
      <w:pPr>
        <w:jc w:val="both"/>
      </w:pPr>
      <w:r>
        <w:t>Gia công và thiết kế sản phẩm mộc</w:t>
      </w:r>
    </w:p>
    <w:p>
      <w:pPr>
        <w:jc w:val="both"/>
      </w:pPr>
      <w:r>
        <w:t>4</w:t>
      </w:r>
    </w:p>
    <w:p>
      <w:pPr>
        <w:jc w:val="both"/>
      </w:pPr>
      <w:r>
        <w:t>40510106</w:t>
      </w:r>
    </w:p>
    <w:p>
      <w:pPr>
        <w:jc w:val="both"/>
      </w:pPr>
      <w:r>
        <w:t>Kỹ thuật xây dựng</w:t>
      </w:r>
    </w:p>
    <w:p>
      <w:pPr>
        <w:jc w:val="both"/>
      </w:pPr>
      <w:r>
        <w:t>50510106</w:t>
      </w:r>
    </w:p>
    <w:p>
      <w:pPr>
        <w:jc w:val="both"/>
      </w:pPr>
      <w:r>
        <w:t>Kỹ thuật xây dựng</w:t>
      </w:r>
    </w:p>
    <w:p>
      <w:pPr>
        <w:jc w:val="both"/>
      </w:pPr>
      <w:r>
        <w:t>5</w:t>
      </w:r>
    </w:p>
    <w:p>
      <w:pPr>
        <w:jc w:val="both"/>
      </w:pPr>
      <w:r>
        <w:t>40510107</w:t>
      </w:r>
    </w:p>
    <w:p>
      <w:pPr>
        <w:jc w:val="both"/>
      </w:pPr>
      <w:r>
        <w:t>Kỹ thuật xây dựng mỏ</w:t>
      </w:r>
    </w:p>
    <w:p>
      <w:pPr>
        <w:jc w:val="both"/>
      </w:pPr>
      <w:r>
        <w:t>50510107</w:t>
      </w:r>
    </w:p>
    <w:p>
      <w:pPr>
        <w:jc w:val="both"/>
      </w:pPr>
      <w:r>
        <w:t>Kỹ thuật xây dựng mỏ</w:t>
      </w:r>
    </w:p>
    <w:p>
      <w:pPr>
        <w:jc w:val="both"/>
      </w:pPr>
      <w:r>
        <w:t>6</w:t>
      </w:r>
    </w:p>
    <w:p>
      <w:pPr>
        <w:jc w:val="both"/>
      </w:pPr>
      <w:r>
        <w:t>40510108</w:t>
      </w:r>
    </w:p>
    <w:p>
      <w:pPr>
        <w:jc w:val="both"/>
      </w:pPr>
      <w:r>
        <w:t>Xây dựng cầu đường bộ</w:t>
      </w:r>
    </w:p>
    <w:p>
      <w:pPr>
        <w:jc w:val="both"/>
      </w:pPr>
      <w:r>
        <w:t>50510108</w:t>
      </w:r>
    </w:p>
    <w:p>
      <w:pPr>
        <w:jc w:val="both"/>
      </w:pPr>
      <w:r>
        <w:t>Xây dựng cầu đường bộ</w:t>
      </w:r>
    </w:p>
    <w:p>
      <w:pPr>
        <w:jc w:val="both"/>
      </w:pPr>
      <w:r>
        <w:t>7</w:t>
      </w:r>
    </w:p>
    <w:p>
      <w:pPr>
        <w:jc w:val="both"/>
      </w:pPr>
      <w:r>
        <w:t>40510201</w:t>
      </w:r>
    </w:p>
    <w:p>
      <w:pPr>
        <w:jc w:val="both"/>
      </w:pPr>
      <w:r>
        <w:t>Cắt gọt kim loại</w:t>
      </w:r>
    </w:p>
    <w:p>
      <w:pPr>
        <w:jc w:val="both"/>
      </w:pPr>
      <w:r>
        <w:t>50510201</w:t>
      </w:r>
    </w:p>
    <w:p>
      <w:pPr>
        <w:jc w:val="both"/>
      </w:pPr>
      <w:r>
        <w:t>Cắt gọt kim loại</w:t>
      </w:r>
    </w:p>
    <w:p>
      <w:pPr>
        <w:jc w:val="both"/>
      </w:pPr>
      <w:r>
        <w:t>8</w:t>
      </w:r>
    </w:p>
    <w:p>
      <w:pPr>
        <w:jc w:val="both"/>
      </w:pPr>
      <w:r>
        <w:t>40510202</w:t>
      </w:r>
    </w:p>
    <w:p>
      <w:pPr>
        <w:jc w:val="both"/>
      </w:pPr>
      <w:r>
        <w:t>Gò</w:t>
      </w:r>
    </w:p>
    <w:p>
      <w:pPr>
        <w:jc w:val="both"/>
      </w:pPr>
      <w:r>
        <w:t>50510202</w:t>
      </w:r>
    </w:p>
    <w:p>
      <w:pPr>
        <w:jc w:val="both"/>
      </w:pPr>
      <w:r>
        <w:t>Gò</w:t>
      </w:r>
    </w:p>
    <w:p>
      <w:pPr>
        <w:jc w:val="both"/>
      </w:pPr>
      <w:r>
        <w:t>9</w:t>
      </w:r>
    </w:p>
    <w:p>
      <w:pPr>
        <w:jc w:val="both"/>
      </w:pPr>
      <w:r>
        <w:t>40510203</w:t>
      </w:r>
    </w:p>
    <w:p>
      <w:pPr>
        <w:jc w:val="both"/>
      </w:pPr>
      <w:r>
        <w:t>Hàn</w:t>
      </w:r>
    </w:p>
    <w:p>
      <w:pPr>
        <w:jc w:val="both"/>
      </w:pPr>
      <w:r>
        <w:t>50510203</w:t>
      </w:r>
    </w:p>
    <w:p>
      <w:pPr>
        <w:jc w:val="both"/>
      </w:pPr>
      <w:r>
        <w:t>Hàn</w:t>
      </w:r>
    </w:p>
    <w:p>
      <w:pPr>
        <w:jc w:val="both"/>
      </w:pPr>
      <w:r>
        <w:t>10</w:t>
      </w:r>
    </w:p>
    <w:p>
      <w:pPr>
        <w:jc w:val="both"/>
      </w:pPr>
      <w:r>
        <w:t>40510204</w:t>
      </w:r>
    </w:p>
    <w:p>
      <w:pPr>
        <w:jc w:val="both"/>
      </w:pPr>
      <w:r>
        <w:t>Rèn, dập</w:t>
      </w:r>
    </w:p>
    <w:p>
      <w:pPr>
        <w:jc w:val="both"/>
      </w:pPr>
      <w:r>
        <w:t>50510204</w:t>
      </w:r>
    </w:p>
    <w:p>
      <w:pPr>
        <w:jc w:val="both"/>
      </w:pPr>
      <w:r>
        <w:t>Rèn, dập</w:t>
      </w:r>
    </w:p>
    <w:p>
      <w:pPr>
        <w:jc w:val="both"/>
      </w:pPr>
      <w:r>
        <w:t>11</w:t>
      </w:r>
    </w:p>
    <w:p>
      <w:pPr>
        <w:jc w:val="both"/>
      </w:pPr>
      <w:r>
        <w:t>40510206</w:t>
      </w:r>
    </w:p>
    <w:p>
      <w:pPr>
        <w:jc w:val="both"/>
      </w:pPr>
      <w:r>
        <w:t>Nguội sửa chữa máy công cụ</w:t>
      </w:r>
    </w:p>
    <w:p>
      <w:pPr>
        <w:jc w:val="both"/>
      </w:pPr>
      <w:r>
        <w:t>50510206</w:t>
      </w:r>
    </w:p>
    <w:p>
      <w:pPr>
        <w:jc w:val="both"/>
      </w:pPr>
      <w:r>
        <w:t>Nguội sửa chữa máy công cụ</w:t>
      </w:r>
    </w:p>
    <w:p>
      <w:pPr>
        <w:jc w:val="both"/>
      </w:pPr>
      <w:r>
        <w:t>12</w:t>
      </w:r>
    </w:p>
    <w:p>
      <w:pPr>
        <w:jc w:val="both"/>
      </w:pPr>
      <w:r>
        <w:t>40510215</w:t>
      </w:r>
    </w:p>
    <w:p>
      <w:pPr>
        <w:jc w:val="both"/>
      </w:pPr>
      <w:r>
        <w:t>Công nghệ chế tạo vỏ tàu thủy</w:t>
      </w:r>
    </w:p>
    <w:p>
      <w:pPr>
        <w:jc w:val="both"/>
      </w:pPr>
      <w:r>
        <w:t>50510215</w:t>
      </w:r>
    </w:p>
    <w:p>
      <w:pPr>
        <w:jc w:val="both"/>
      </w:pPr>
      <w:r>
        <w:t>Công nghệ chế tạo vỏ tàu thủy</w:t>
      </w:r>
    </w:p>
    <w:p>
      <w:pPr>
        <w:jc w:val="both"/>
      </w:pPr>
      <w:r>
        <w:t>13</w:t>
      </w:r>
    </w:p>
    <w:p>
      <w:pPr>
        <w:jc w:val="both"/>
      </w:pPr>
      <w:r>
        <w:t>40510225</w:t>
      </w:r>
    </w:p>
    <w:p>
      <w:pPr>
        <w:jc w:val="both"/>
      </w:pPr>
      <w:r>
        <w:t>Sửa chữa máy tàu thủy</w:t>
      </w:r>
    </w:p>
    <w:p>
      <w:pPr>
        <w:jc w:val="both"/>
      </w:pPr>
      <w:r>
        <w:t>50510225</w:t>
      </w:r>
    </w:p>
    <w:p>
      <w:pPr>
        <w:jc w:val="both"/>
      </w:pPr>
      <w:r>
        <w:t>Sửa chữa máy tàu thủy</w:t>
      </w:r>
    </w:p>
    <w:p>
      <w:pPr>
        <w:jc w:val="both"/>
      </w:pPr>
      <w:r>
        <w:t>14</w:t>
      </w:r>
    </w:p>
    <w:p>
      <w:pPr>
        <w:jc w:val="both"/>
      </w:pPr>
      <w:r>
        <w:t>40510233</w:t>
      </w:r>
    </w:p>
    <w:p>
      <w:pPr>
        <w:jc w:val="both"/>
      </w:pPr>
      <w:r>
        <w:t>Sửa chữa thiết bị mỏ hầm lò</w:t>
      </w:r>
    </w:p>
    <w:p>
      <w:pPr>
        <w:jc w:val="both"/>
      </w:pPr>
      <w:r>
        <w:t>50510233</w:t>
      </w:r>
    </w:p>
    <w:p>
      <w:pPr>
        <w:jc w:val="both"/>
      </w:pPr>
      <w:r>
        <w:t>Sửa chữa thiết bị mỏ hầm lò</w:t>
      </w:r>
    </w:p>
    <w:p>
      <w:pPr>
        <w:jc w:val="both"/>
      </w:pPr>
      <w:r>
        <w:t>15</w:t>
      </w:r>
    </w:p>
    <w:p>
      <w:pPr>
        <w:jc w:val="both"/>
      </w:pPr>
      <w:r>
        <w:t>40510238</w:t>
      </w:r>
    </w:p>
    <w:p>
      <w:pPr>
        <w:jc w:val="both"/>
      </w:pPr>
      <w:r>
        <w:t>Sửa chữa thiết bị chế biến dầu khí</w:t>
      </w:r>
    </w:p>
    <w:p>
      <w:pPr>
        <w:jc w:val="both"/>
      </w:pPr>
      <w:r>
        <w:t>50510238</w:t>
      </w:r>
    </w:p>
    <w:p>
      <w:pPr>
        <w:jc w:val="both"/>
      </w:pPr>
      <w:r>
        <w:t>Sửa chữa thiết bị chế biến dầu khí</w:t>
      </w:r>
    </w:p>
    <w:p>
      <w:pPr>
        <w:jc w:val="both"/>
      </w:pPr>
      <w:r>
        <w:t>16</w:t>
      </w:r>
    </w:p>
    <w:p>
      <w:pPr>
        <w:jc w:val="both"/>
      </w:pPr>
      <w:r>
        <w:t>40510247</w:t>
      </w:r>
    </w:p>
    <w:p>
      <w:pPr>
        <w:jc w:val="both"/>
      </w:pPr>
      <w:r>
        <w:t>Vận hành cần, cầu trục</w:t>
      </w:r>
    </w:p>
    <w:p>
      <w:pPr>
        <w:jc w:val="both"/>
      </w:pPr>
      <w:r>
        <w:t>50510247</w:t>
      </w:r>
    </w:p>
    <w:p>
      <w:pPr>
        <w:jc w:val="both"/>
      </w:pPr>
      <w:r>
        <w:t>Vận hành cần, cầu trục</w:t>
      </w:r>
    </w:p>
    <w:p>
      <w:pPr>
        <w:jc w:val="both"/>
      </w:pPr>
      <w:r>
        <w:t>17</w:t>
      </w:r>
    </w:p>
    <w:p>
      <w:pPr>
        <w:jc w:val="both"/>
      </w:pPr>
      <w:r>
        <w:t>40510248</w:t>
      </w:r>
    </w:p>
    <w:p>
      <w:pPr>
        <w:jc w:val="both"/>
      </w:pPr>
      <w:r>
        <w:t>Vận hành máy thi công nền</w:t>
      </w:r>
    </w:p>
    <w:p>
      <w:pPr>
        <w:jc w:val="both"/>
      </w:pPr>
      <w:r>
        <w:t>50510248</w:t>
      </w:r>
    </w:p>
    <w:p>
      <w:pPr>
        <w:jc w:val="both"/>
      </w:pPr>
      <w:r>
        <w:t>Vận hành máy thi công nền</w:t>
      </w:r>
    </w:p>
    <w:p>
      <w:pPr>
        <w:jc w:val="both"/>
      </w:pPr>
      <w:r>
        <w:t>18</w:t>
      </w:r>
    </w:p>
    <w:p>
      <w:pPr>
        <w:jc w:val="both"/>
      </w:pPr>
      <w:r>
        <w:t>40510249</w:t>
      </w:r>
    </w:p>
    <w:p>
      <w:pPr>
        <w:jc w:val="both"/>
      </w:pPr>
      <w:r>
        <w:t>Vận hành máy thi công mặt đường</w:t>
      </w:r>
    </w:p>
    <w:p>
      <w:pPr>
        <w:jc w:val="both"/>
      </w:pPr>
      <w:r>
        <w:t>50510249</w:t>
      </w:r>
    </w:p>
    <w:p>
      <w:pPr>
        <w:jc w:val="both"/>
      </w:pPr>
      <w:r>
        <w:t>Vận hành máy thi công mặt đường</w:t>
      </w:r>
    </w:p>
    <w:p>
      <w:pPr>
        <w:jc w:val="both"/>
      </w:pPr>
      <w:r>
        <w:t>19</w:t>
      </w:r>
    </w:p>
    <w:p>
      <w:pPr>
        <w:jc w:val="both"/>
      </w:pPr>
      <w:r>
        <w:t>40510250</w:t>
      </w:r>
    </w:p>
    <w:p>
      <w:pPr>
        <w:jc w:val="both"/>
      </w:pPr>
      <w:r>
        <w:t>Vận hành máy xây dựng</w:t>
      </w:r>
    </w:p>
    <w:p>
      <w:pPr>
        <w:jc w:val="both"/>
      </w:pPr>
      <w:r>
        <w:t>50510250</w:t>
      </w:r>
    </w:p>
    <w:p>
      <w:pPr>
        <w:jc w:val="both"/>
      </w:pPr>
      <w:r>
        <w:t>Vận hành máy xây dựng</w:t>
      </w:r>
    </w:p>
    <w:p>
      <w:pPr>
        <w:jc w:val="both"/>
      </w:pPr>
      <w:r>
        <w:t>20</w:t>
      </w:r>
    </w:p>
    <w:p>
      <w:pPr>
        <w:jc w:val="both"/>
      </w:pPr>
      <w:r>
        <w:t>40510253</w:t>
      </w:r>
    </w:p>
    <w:p>
      <w:pPr>
        <w:jc w:val="both"/>
      </w:pPr>
      <w:r>
        <w:t>Vận hành, sửa chữa máy thi công đường sắt</w:t>
      </w:r>
    </w:p>
    <w:p>
      <w:pPr>
        <w:jc w:val="both"/>
      </w:pPr>
      <w:r>
        <w:t>50510253</w:t>
      </w:r>
    </w:p>
    <w:p>
      <w:pPr>
        <w:jc w:val="both"/>
      </w:pPr>
      <w:r>
        <w:t>Vận hành, sửa chữa máy thi công đường sắt</w:t>
      </w:r>
    </w:p>
    <w:p>
      <w:pPr>
        <w:jc w:val="both"/>
      </w:pPr>
      <w:r>
        <w:t>21</w:t>
      </w:r>
    </w:p>
    <w:p>
      <w:pPr>
        <w:jc w:val="both"/>
      </w:pPr>
      <w:r>
        <w:t>40510315</w:t>
      </w:r>
    </w:p>
    <w:p>
      <w:pPr>
        <w:jc w:val="both"/>
      </w:pPr>
      <w:r>
        <w:t>Lắp đặt đường dây tải điện và trạm biến áp có điện áp từ 110 KV trở xuống</w:t>
      </w:r>
    </w:p>
    <w:p>
      <w:pPr>
        <w:jc w:val="both"/>
      </w:pPr>
      <w:r>
        <w:t>50510315</w:t>
      </w:r>
    </w:p>
    <w:p>
      <w:pPr>
        <w:jc w:val="both"/>
      </w:pPr>
      <w:r>
        <w:t>Lắp đặt đường dây tải điện và trạm biến áp có điện áp từ 110 KV trở xuống</w:t>
      </w:r>
    </w:p>
    <w:p>
      <w:pPr>
        <w:jc w:val="both"/>
      </w:pPr>
      <w:r>
        <w:t>22</w:t>
      </w:r>
    </w:p>
    <w:p>
      <w:pPr>
        <w:jc w:val="both"/>
      </w:pPr>
      <w:r>
        <w:t>40510319</w:t>
      </w:r>
    </w:p>
    <w:p>
      <w:pPr>
        <w:jc w:val="both"/>
      </w:pPr>
      <w:r>
        <w:t>Kỹ thuật lò hơi</w:t>
      </w:r>
    </w:p>
    <w:p>
      <w:pPr>
        <w:jc w:val="both"/>
      </w:pPr>
      <w:r>
        <w:t>50510319</w:t>
      </w:r>
    </w:p>
    <w:p>
      <w:pPr>
        <w:jc w:val="both"/>
      </w:pPr>
      <w:r>
        <w:t>Kỹ thuật lò hơi</w:t>
      </w:r>
    </w:p>
    <w:p>
      <w:pPr>
        <w:jc w:val="both"/>
      </w:pPr>
      <w:r>
        <w:t>23</w:t>
      </w:r>
    </w:p>
    <w:p>
      <w:pPr>
        <w:jc w:val="both"/>
      </w:pPr>
      <w:r>
        <w:t>40510320</w:t>
      </w:r>
    </w:p>
    <w:p>
      <w:pPr>
        <w:jc w:val="both"/>
      </w:pPr>
      <w:r>
        <w:t>Kỹ thuật tua bin hơi</w:t>
      </w:r>
    </w:p>
    <w:p>
      <w:pPr>
        <w:jc w:val="both"/>
      </w:pPr>
      <w:r>
        <w:t>50510320</w:t>
      </w:r>
    </w:p>
    <w:p>
      <w:pPr>
        <w:jc w:val="both"/>
      </w:pPr>
      <w:r>
        <w:t>Kỹ thuật tua bin hơi</w:t>
      </w:r>
    </w:p>
    <w:p>
      <w:pPr>
        <w:jc w:val="both"/>
      </w:pPr>
      <w:r>
        <w:t>24</w:t>
      </w:r>
    </w:p>
    <w:p>
      <w:pPr>
        <w:jc w:val="both"/>
      </w:pPr>
      <w:r>
        <w:t>40510330</w:t>
      </w:r>
    </w:p>
    <w:p>
      <w:pPr>
        <w:jc w:val="both"/>
      </w:pPr>
      <w:r>
        <w:t>Quản lý vận hành, sửa chữa đường dây và trạm biến áp có điện áp từ 220 KV trở lên</w:t>
      </w:r>
    </w:p>
    <w:p>
      <w:pPr>
        <w:jc w:val="both"/>
      </w:pPr>
      <w:r>
        <w:t>50510330</w:t>
      </w:r>
    </w:p>
    <w:p>
      <w:pPr>
        <w:jc w:val="both"/>
      </w:pPr>
      <w:r>
        <w:t>Quản lý vận hành, sửa chữa đường dây và trạm biến áp có điện áp từ 220 KV trở lên</w:t>
      </w:r>
    </w:p>
    <w:p>
      <w:pPr>
        <w:jc w:val="both"/>
      </w:pPr>
      <w:r>
        <w:t>25</w:t>
      </w:r>
    </w:p>
    <w:p>
      <w:pPr>
        <w:jc w:val="both"/>
      </w:pPr>
      <w:r>
        <w:t>40510331</w:t>
      </w:r>
    </w:p>
    <w:p>
      <w:pPr>
        <w:jc w:val="both"/>
      </w:pPr>
      <w:r>
        <w:t>Quản lý vận hành, sửa chữa đường dây và trạm biến áp có điện áp từ 110KV trở xuống</w:t>
      </w:r>
    </w:p>
    <w:p>
      <w:pPr>
        <w:jc w:val="both"/>
      </w:pPr>
      <w:r>
        <w:t>50510331</w:t>
      </w:r>
    </w:p>
    <w:p>
      <w:pPr>
        <w:jc w:val="both"/>
      </w:pPr>
      <w:r>
        <w:t>Quản lý vận hành, sửa chữa đường dây và trạm biến áp có điện áp từ 110KV trở xuống</w:t>
      </w:r>
    </w:p>
    <w:p>
      <w:pPr>
        <w:jc w:val="both"/>
      </w:pPr>
      <w:r>
        <w:t>26</w:t>
      </w:r>
    </w:p>
    <w:p>
      <w:pPr>
        <w:jc w:val="both"/>
      </w:pPr>
      <w:r>
        <w:t>40510341</w:t>
      </w:r>
    </w:p>
    <w:p>
      <w:pPr>
        <w:jc w:val="both"/>
      </w:pPr>
      <w:r>
        <w:t>Kỹ thuật cơ điện mỏ hầm lò</w:t>
      </w:r>
    </w:p>
    <w:p>
      <w:pPr>
        <w:jc w:val="both"/>
      </w:pPr>
      <w:r>
        <w:t>50510341</w:t>
      </w:r>
    </w:p>
    <w:p>
      <w:pPr>
        <w:jc w:val="both"/>
      </w:pPr>
      <w:r>
        <w:t>Kỹ thuật cơ điện mỏ hầm lò</w:t>
      </w:r>
    </w:p>
    <w:p>
      <w:pPr>
        <w:jc w:val="both"/>
      </w:pPr>
      <w:r>
        <w:t>27</w:t>
      </w:r>
    </w:p>
    <w:p>
      <w:pPr>
        <w:jc w:val="both"/>
      </w:pPr>
      <w:r>
        <w:t>40510401</w:t>
      </w:r>
    </w:p>
    <w:p>
      <w:pPr>
        <w:jc w:val="both"/>
      </w:pPr>
      <w:r>
        <w:t>Luyện gang</w:t>
      </w:r>
    </w:p>
    <w:p>
      <w:pPr>
        <w:jc w:val="both"/>
      </w:pPr>
      <w:r>
        <w:t>50510401</w:t>
      </w:r>
    </w:p>
    <w:p>
      <w:pPr>
        <w:jc w:val="both"/>
      </w:pPr>
      <w:r>
        <w:t>Luyện gang</w:t>
      </w:r>
    </w:p>
    <w:p>
      <w:pPr>
        <w:jc w:val="both"/>
      </w:pPr>
      <w:r>
        <w:t>28</w:t>
      </w:r>
    </w:p>
    <w:p>
      <w:pPr>
        <w:jc w:val="both"/>
      </w:pPr>
      <w:r>
        <w:t>40510402</w:t>
      </w:r>
    </w:p>
    <w:p>
      <w:pPr>
        <w:jc w:val="both"/>
      </w:pPr>
      <w:r>
        <w:t>Luyện thép</w:t>
      </w:r>
    </w:p>
    <w:p>
      <w:pPr>
        <w:jc w:val="both"/>
      </w:pPr>
      <w:r>
        <w:t>50510402</w:t>
      </w:r>
    </w:p>
    <w:p>
      <w:pPr>
        <w:jc w:val="both"/>
      </w:pPr>
      <w:r>
        <w:t>Luyện thép</w:t>
      </w:r>
    </w:p>
    <w:p>
      <w:pPr>
        <w:jc w:val="both"/>
      </w:pPr>
      <w:r>
        <w:t>29</w:t>
      </w:r>
    </w:p>
    <w:p>
      <w:pPr>
        <w:jc w:val="both"/>
      </w:pPr>
      <w:r>
        <w:t>40510409</w:t>
      </w:r>
    </w:p>
    <w:p>
      <w:pPr>
        <w:jc w:val="both"/>
      </w:pPr>
      <w:r>
        <w:t>Công nghệ hóa nhuộm</w:t>
      </w:r>
    </w:p>
    <w:p>
      <w:pPr>
        <w:jc w:val="both"/>
      </w:pPr>
      <w:r>
        <w:t>50510409</w:t>
      </w:r>
    </w:p>
    <w:p>
      <w:pPr>
        <w:jc w:val="both"/>
      </w:pPr>
      <w:r>
        <w:t>Công nghệ hóa nhuộm</w:t>
      </w:r>
    </w:p>
    <w:p>
      <w:pPr>
        <w:jc w:val="both"/>
      </w:pPr>
      <w:r>
        <w:t>30</w:t>
      </w:r>
    </w:p>
    <w:p>
      <w:pPr>
        <w:jc w:val="both"/>
      </w:pPr>
      <w:r>
        <w:t>40510410</w:t>
      </w:r>
    </w:p>
    <w:p>
      <w:pPr>
        <w:jc w:val="both"/>
      </w:pPr>
      <w:r>
        <w:t>Công nghệ mạ</w:t>
      </w:r>
    </w:p>
    <w:p>
      <w:pPr>
        <w:jc w:val="both"/>
      </w:pPr>
      <w:r>
        <w:t>50510410</w:t>
      </w:r>
    </w:p>
    <w:p>
      <w:pPr>
        <w:jc w:val="both"/>
      </w:pPr>
      <w:r>
        <w:t>Công nghệ mạ</w:t>
      </w:r>
    </w:p>
    <w:p>
      <w:pPr>
        <w:jc w:val="both"/>
      </w:pPr>
      <w:r>
        <w:t>31</w:t>
      </w:r>
    </w:p>
    <w:p>
      <w:pPr>
        <w:jc w:val="both"/>
      </w:pPr>
      <w:r>
        <w:t>40510414</w:t>
      </w:r>
    </w:p>
    <w:p>
      <w:pPr>
        <w:jc w:val="both"/>
      </w:pPr>
      <w:r>
        <w:t>Công nghệ sơn tàu thủy</w:t>
      </w:r>
    </w:p>
    <w:p>
      <w:pPr>
        <w:jc w:val="both"/>
      </w:pPr>
      <w:r>
        <w:t>50510414</w:t>
      </w:r>
    </w:p>
    <w:p>
      <w:pPr>
        <w:jc w:val="both"/>
      </w:pPr>
      <w:r>
        <w:t>Công nghệ sơn tàu thủy</w:t>
      </w:r>
    </w:p>
    <w:p>
      <w:pPr>
        <w:jc w:val="both"/>
      </w:pPr>
      <w:r>
        <w:t>32</w:t>
      </w:r>
    </w:p>
    <w:p>
      <w:pPr>
        <w:jc w:val="both"/>
      </w:pPr>
      <w:r>
        <w:t>40510418</w:t>
      </w:r>
    </w:p>
    <w:p>
      <w:pPr>
        <w:jc w:val="both"/>
      </w:pPr>
      <w:r>
        <w:t>Xử lý nước thải công nghiệp</w:t>
      </w:r>
    </w:p>
    <w:p>
      <w:pPr>
        <w:jc w:val="both"/>
      </w:pPr>
      <w:r>
        <w:t>50510418</w:t>
      </w:r>
    </w:p>
    <w:p>
      <w:pPr>
        <w:jc w:val="both"/>
      </w:pPr>
      <w:r>
        <w:t>Xử lý nước thải công nghiệp</w:t>
      </w:r>
    </w:p>
    <w:p>
      <w:pPr>
        <w:jc w:val="both"/>
      </w:pPr>
      <w:r>
        <w:t>33</w:t>
      </w:r>
    </w:p>
    <w:p>
      <w:pPr>
        <w:jc w:val="both"/>
      </w:pPr>
      <w:r>
        <w:t>40510502</w:t>
      </w:r>
    </w:p>
    <w:p>
      <w:pPr>
        <w:jc w:val="both"/>
      </w:pPr>
      <w:r>
        <w:t>Sản xuất vật liệu nổ công nghiệp</w:t>
      </w:r>
    </w:p>
    <w:p>
      <w:pPr>
        <w:jc w:val="both"/>
      </w:pPr>
      <w:r>
        <w:t>50510502</w:t>
      </w:r>
    </w:p>
    <w:p>
      <w:pPr>
        <w:jc w:val="both"/>
      </w:pPr>
      <w:r>
        <w:t>Sản xuất vật liệu nổ công nghiệp</w:t>
      </w:r>
    </w:p>
    <w:p>
      <w:pPr>
        <w:jc w:val="both"/>
      </w:pPr>
      <w:r>
        <w:t>34</w:t>
      </w:r>
    </w:p>
    <w:p>
      <w:pPr>
        <w:jc w:val="both"/>
      </w:pPr>
      <w:r>
        <w:t>40510503</w:t>
      </w:r>
    </w:p>
    <w:p>
      <w:pPr>
        <w:jc w:val="both"/>
      </w:pPr>
      <w:r>
        <w:t>Sản xuất các chất vô cơ</w:t>
      </w:r>
    </w:p>
    <w:p>
      <w:pPr>
        <w:jc w:val="both"/>
      </w:pPr>
      <w:r>
        <w:t>50510503</w:t>
      </w:r>
    </w:p>
    <w:p>
      <w:pPr>
        <w:jc w:val="both"/>
      </w:pPr>
      <w:r>
        <w:t>Sản xuất các chất vô cơ</w:t>
      </w:r>
    </w:p>
    <w:p>
      <w:pPr>
        <w:jc w:val="both"/>
      </w:pPr>
      <w:r>
        <w:t>35</w:t>
      </w:r>
    </w:p>
    <w:p>
      <w:pPr>
        <w:jc w:val="both"/>
      </w:pPr>
      <w:r>
        <w:t>40510508</w:t>
      </w:r>
    </w:p>
    <w:p>
      <w:pPr>
        <w:jc w:val="both"/>
      </w:pPr>
      <w:r>
        <w:t>Sản xuất xi măng</w:t>
      </w:r>
    </w:p>
    <w:p>
      <w:pPr>
        <w:jc w:val="both"/>
      </w:pPr>
      <w:r>
        <w:t>50510508</w:t>
      </w:r>
    </w:p>
    <w:p>
      <w:pPr>
        <w:jc w:val="both"/>
      </w:pPr>
      <w:r>
        <w:t>Sản xuất xi măng</w:t>
      </w:r>
    </w:p>
    <w:p>
      <w:pPr>
        <w:jc w:val="both"/>
      </w:pPr>
      <w:r>
        <w:t>36</w:t>
      </w:r>
    </w:p>
    <w:p>
      <w:pPr>
        <w:jc w:val="both"/>
      </w:pPr>
      <w:r>
        <w:t>40510519</w:t>
      </w:r>
    </w:p>
    <w:p>
      <w:pPr>
        <w:jc w:val="both"/>
      </w:pPr>
      <w:r>
        <w:t>Sản xuất pin, ắc quy</w:t>
      </w:r>
    </w:p>
    <w:p>
      <w:pPr>
        <w:jc w:val="both"/>
      </w:pPr>
      <w:r>
        <w:t>50510519</w:t>
      </w:r>
    </w:p>
    <w:p>
      <w:pPr>
        <w:jc w:val="both"/>
      </w:pPr>
      <w:r>
        <w:t>Sản xuất pin, ắc quy</w:t>
      </w:r>
    </w:p>
    <w:p>
      <w:pPr>
        <w:jc w:val="both"/>
      </w:pPr>
      <w:r>
        <w:t>37</w:t>
      </w:r>
    </w:p>
    <w:p>
      <w:pPr>
        <w:jc w:val="both"/>
      </w:pPr>
      <w:r>
        <w:t>40510906</w:t>
      </w:r>
    </w:p>
    <w:p>
      <w:pPr>
        <w:jc w:val="both"/>
      </w:pPr>
      <w:r>
        <w:t>Khoan thăm dò địa chất</w:t>
      </w:r>
    </w:p>
    <w:p>
      <w:pPr>
        <w:jc w:val="both"/>
      </w:pPr>
      <w:r>
        <w:t>50510906</w:t>
      </w:r>
    </w:p>
    <w:p>
      <w:pPr>
        <w:jc w:val="both"/>
      </w:pPr>
      <w:r>
        <w:t>Khoan thăm dò địa chất</w:t>
      </w:r>
    </w:p>
    <w:p>
      <w:pPr>
        <w:jc w:val="both"/>
      </w:pPr>
      <w:r>
        <w:t>38</w:t>
      </w:r>
    </w:p>
    <w:p>
      <w:pPr>
        <w:jc w:val="both"/>
      </w:pPr>
      <w:r>
        <w:t>40511001</w:t>
      </w:r>
    </w:p>
    <w:p>
      <w:pPr>
        <w:jc w:val="both"/>
      </w:pPr>
      <w:r>
        <w:t>Kỹ thuật khai thác mỏ hầm lò</w:t>
      </w:r>
    </w:p>
    <w:p>
      <w:pPr>
        <w:jc w:val="both"/>
      </w:pPr>
      <w:r>
        <w:t>50511001</w:t>
      </w:r>
    </w:p>
    <w:p>
      <w:pPr>
        <w:jc w:val="both"/>
      </w:pPr>
      <w:r>
        <w:t>Kỹ thuật khai thác mỏ hầm lò</w:t>
      </w:r>
    </w:p>
    <w:p>
      <w:pPr>
        <w:jc w:val="both"/>
      </w:pPr>
      <w:r>
        <w:t>39</w:t>
      </w:r>
    </w:p>
    <w:p>
      <w:pPr>
        <w:jc w:val="both"/>
      </w:pPr>
      <w:r>
        <w:t>40511005</w:t>
      </w:r>
    </w:p>
    <w:p>
      <w:pPr>
        <w:jc w:val="both"/>
      </w:pPr>
      <w:r>
        <w:t>Khoan nổ mìn</w:t>
      </w:r>
    </w:p>
    <w:p>
      <w:pPr>
        <w:jc w:val="both"/>
      </w:pPr>
      <w:r>
        <w:t>50511005</w:t>
      </w:r>
    </w:p>
    <w:p>
      <w:pPr>
        <w:jc w:val="both"/>
      </w:pPr>
      <w:r>
        <w:t>Khoan nổ mìn</w:t>
      </w:r>
    </w:p>
    <w:p>
      <w:pPr>
        <w:jc w:val="both"/>
      </w:pPr>
      <w:r>
        <w:t>40</w:t>
      </w:r>
    </w:p>
    <w:p>
      <w:pPr>
        <w:jc w:val="both"/>
      </w:pPr>
      <w:r>
        <w:t>40511006</w:t>
      </w:r>
    </w:p>
    <w:p>
      <w:pPr>
        <w:jc w:val="both"/>
      </w:pPr>
      <w:r>
        <w:t>Khoan đào đường hầm</w:t>
      </w:r>
    </w:p>
    <w:p>
      <w:pPr>
        <w:jc w:val="both"/>
      </w:pPr>
      <w:r>
        <w:t>50511006</w:t>
      </w:r>
    </w:p>
    <w:p>
      <w:pPr>
        <w:jc w:val="both"/>
      </w:pPr>
      <w:r>
        <w:t>Khoan đào đường hầm</w:t>
      </w:r>
    </w:p>
    <w:p>
      <w:pPr>
        <w:jc w:val="both"/>
      </w:pPr>
      <w:r>
        <w:t>41</w:t>
      </w:r>
    </w:p>
    <w:p>
      <w:pPr>
        <w:jc w:val="both"/>
      </w:pPr>
      <w:r>
        <w:t>40511007</w:t>
      </w:r>
    </w:p>
    <w:p>
      <w:pPr>
        <w:jc w:val="both"/>
      </w:pPr>
      <w:r>
        <w:t>Khoan khai thác mỏ</w:t>
      </w:r>
    </w:p>
    <w:p>
      <w:pPr>
        <w:jc w:val="both"/>
      </w:pPr>
      <w:r>
        <w:t>50511007</w:t>
      </w:r>
    </w:p>
    <w:p>
      <w:pPr>
        <w:jc w:val="both"/>
      </w:pPr>
      <w:r>
        <w:t>Khoan khai thác mỏ</w:t>
      </w:r>
    </w:p>
    <w:p>
      <w:pPr>
        <w:jc w:val="both"/>
      </w:pPr>
      <w:r>
        <w:t>42</w:t>
      </w:r>
    </w:p>
    <w:p>
      <w:pPr>
        <w:jc w:val="both"/>
      </w:pPr>
      <w:r>
        <w:t>40620105</w:t>
      </w:r>
    </w:p>
    <w:p>
      <w:pPr>
        <w:jc w:val="both"/>
      </w:pPr>
      <w:r>
        <w:t>Bảo vệ thực vật</w:t>
      </w:r>
    </w:p>
    <w:p>
      <w:pPr>
        <w:jc w:val="both"/>
      </w:pPr>
      <w:r>
        <w:t>50620105</w:t>
      </w:r>
    </w:p>
    <w:p>
      <w:pPr>
        <w:jc w:val="both"/>
      </w:pPr>
      <w:r>
        <w:t>Bảo vệ thực vật</w:t>
      </w:r>
    </w:p>
    <w:p>
      <w:pPr>
        <w:jc w:val="both"/>
      </w:pPr>
      <w:r>
        <w:t>43</w:t>
      </w:r>
    </w:p>
    <w:p>
      <w:pPr>
        <w:jc w:val="both"/>
      </w:pPr>
      <w:r>
        <w:t>40840101</w:t>
      </w:r>
    </w:p>
    <w:p>
      <w:pPr>
        <w:jc w:val="both"/>
      </w:pPr>
      <w:r>
        <w:t>Điều khiển phương tiện thủy nội địa</w:t>
      </w:r>
    </w:p>
    <w:p>
      <w:pPr>
        <w:jc w:val="both"/>
      </w:pPr>
      <w:r>
        <w:t>50840101</w:t>
      </w:r>
    </w:p>
    <w:p>
      <w:pPr>
        <w:jc w:val="both"/>
      </w:pPr>
      <w:r>
        <w:t>Điều khiển phương tiện thủy nội địa</w:t>
      </w:r>
    </w:p>
    <w:p>
      <w:pPr>
        <w:jc w:val="both"/>
      </w:pPr>
      <w:r>
        <w:t>44</w:t>
      </w:r>
    </w:p>
    <w:p>
      <w:pPr>
        <w:jc w:val="both"/>
      </w:pPr>
      <w:r>
        <w:t>40840103</w:t>
      </w:r>
    </w:p>
    <w:p>
      <w:pPr>
        <w:jc w:val="both"/>
      </w:pPr>
      <w:r>
        <w:t>Khai thác máy tàu thủy</w:t>
      </w:r>
    </w:p>
    <w:p>
      <w:pPr>
        <w:jc w:val="both"/>
      </w:pPr>
      <w:r>
        <w:t>50840103</w:t>
      </w:r>
    </w:p>
    <w:p>
      <w:pPr>
        <w:jc w:val="both"/>
      </w:pPr>
      <w:r>
        <w:t>Khai thác máy tàu thủy</w:t>
      </w:r>
    </w:p>
    <w:p>
      <w:pPr>
        <w:jc w:val="both"/>
      </w:pPr>
      <w:r>
        <w:t>45</w:t>
      </w:r>
    </w:p>
    <w:p>
      <w:pPr>
        <w:jc w:val="both"/>
      </w:pPr>
      <w:r>
        <w:t>40900104</w:t>
      </w:r>
    </w:p>
    <w:p>
      <w:pPr>
        <w:jc w:val="both"/>
      </w:pPr>
      <w:r>
        <w:t>Lặn thi công</w:t>
      </w:r>
    </w:p>
    <w:p>
      <w:pPr>
        <w:jc w:val="both"/>
      </w:pPr>
      <w:r>
        <w:t>50900104</w:t>
      </w:r>
    </w:p>
    <w:p>
      <w:pPr>
        <w:jc w:val="both"/>
      </w:pPr>
      <w:r>
        <w:t>Lặn thi công</w:t>
      </w:r>
    </w:p>
    <w:p>
      <w:pPr>
        <w:jc w:val="both"/>
      </w:pPr>
      <w:r>
        <w:t>KT. BỘ TRƯỞNG</w:t>
      </w:r>
    </w:p>
    <w:p>
      <w:pPr>
        <w:jc w:val="both"/>
      </w:pPr>
      <w:r>
        <w:t>THỨ TRƯỞNG</w:t>
      </w:r>
    </w:p>
    <w:p>
      <w:pPr>
        <w:jc w:val="both"/>
      </w:pPr>
      <w:r>
        <w:t>(Đã ký)</w:t>
      </w:r>
    </w:p>
    <w:p>
      <w:pPr>
        <w:jc w:val="both"/>
      </w:pPr>
      <w:r>
        <w:t>Nguyễn Ngọc Phi</w:t>
      </w:r>
    </w:p>
    <w:p>
      <w:r>
        <w:rPr>
          <w:i/>
        </w:rPr>
        <w:t>Nguồn: Cơ sở dữ liệu quốc gia về văn bản pháp luật (Bộ Tư pháp). VietSmart Legal, legal.giangpham.asia/van-ban/37365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