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151/2012/TT-BTC</w:t>
      </w:r>
    </w:p>
    <w:p>
      <w:pPr>
        <w:jc w:val="both"/>
      </w:pPr>
      <w:r>
        <w:t>Hà Nội, ngày 12 tháng 9 năm 2012</w:t>
      </w:r>
    </w:p>
    <w:p>
      <w:pPr>
        <w:jc w:val="center"/>
      </w:pPr>
      <w:r>
        <w:rPr>
          <w:b/>
        </w:rPr>
        <w:t>THÔNG TƯ</w:t>
      </w:r>
    </w:p>
    <w:p>
      <w:pPr>
        <w:jc w:val="both"/>
      </w:pPr>
      <w:r>
        <w:t>Sửa đổi, bổ sung Thông tư số 126/2008/TT-BTC ngày 22/12/2008 của</w:t>
      </w:r>
    </w:p>
    <w:p>
      <w:pPr>
        <w:jc w:val="both"/>
      </w:pPr>
      <w:r>
        <w:t>Bộ Tài chính quy định quy tắc, điều khoản, biểu phí và mức trách nhiệm</w:t>
      </w:r>
    </w:p>
    <w:p>
      <w:pPr>
        <w:jc w:val="both"/>
      </w:pPr>
      <w:r>
        <w:t>bảo hiểm bắt buộc trách nhiệm dân sự của chủ xe cơ giới và Thông tư số</w:t>
      </w:r>
    </w:p>
    <w:p>
      <w:pPr>
        <w:jc w:val="both"/>
      </w:pPr>
      <w:r>
        <w:t>103/2009/TT-BTC ngày 25/5/2009 của Bộ Tài chính quy định việc quản lý,</w:t>
      </w:r>
    </w:p>
    <w:p>
      <w:pPr>
        <w:jc w:val="both"/>
      </w:pPr>
      <w:r>
        <w:t>sử dụng, thanh toán và quyết toán quỹ bảo hiểm xe cơ giới</w:t>
      </w:r>
    </w:p>
    <w:p>
      <w:pPr>
        <w:jc w:val="both"/>
      </w:pPr>
      <w:r>
        <w:t>__________________________________</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103/2008/NĐ-CP ngày 16 tháng 9 năm 2008 của Chính phủ về bảo hiểm bắt buộc trách nhiệm dân sự của chủ xe cơ giới;</w:t>
      </w:r>
    </w:p>
    <w:p>
      <w:pPr>
        <w:jc w:val="both"/>
      </w:pPr>
      <w:r>
        <w:t>Xét đề nghị của Cục trưởng Cục Quản lý, giám sát bảo hiểm;</w:t>
      </w:r>
    </w:p>
    <w:p>
      <w:pPr>
        <w:jc w:val="both"/>
      </w:pPr>
      <w:r>
        <w:t>Bộ trưởng Bộ Tài chính ban hành Thông tư sửa đổi, bổ sung Thông tư số 126/2008/TT-BTC ngày 22/12/2008 của Bộ Tài chính quy định Quy tắc, điều khoản, biểu phí và mức trách nhiệm bảo hiểm bắt buộc trách nhiệm dân sự của chủ xe cơ giới (sau đây gọi tắt là “Thông tư 126/2008/TT-BTC”) và Thông tư số 1 03/2009/TT-BTC ngày 25/5/2009 của Bộ Tài chính quy định việc quản lý, sử dụng, thanh toán và quyết toán Quỹ bảo hiểm xe cơ giới (sau đây gọi tắt là "Thông tư 1 03/2009/TT-BTC ’'),</w:t>
      </w:r>
    </w:p>
    <w:p>
      <w:pPr>
        <w:jc w:val="both"/>
      </w:pPr>
      <w:r>
        <w:rPr>
          <w:b/>
        </w:rPr>
        <w:t>Điều 1. Sửa đổi, bổ sung Thông tư 126/2008/TT-BTC</w:t>
      </w:r>
    </w:p>
    <w:p>
      <w:pPr>
        <w:jc w:val="both"/>
      </w:pPr>
      <w:r>
        <w:t>1. Sửa đổi Điểm 5.1, Khoản 5, Mục I như sau:</w:t>
      </w:r>
    </w:p>
    <w:p>
      <w:pPr>
        <w:jc w:val="both"/>
      </w:pPr>
      <w:r>
        <w:t>“5.1. Thiệt hại ngoài hợp đồng về thân thể, tính mạng và tài sản đối với bên thứ ba do xe cơ giới gây ra.”</w:t>
      </w:r>
    </w:p>
    <w:p>
      <w:pPr>
        <w:jc w:val="both"/>
      </w:pPr>
      <w:r>
        <w:t>2. Sửa đổi, bổ sung Điểm 1.2, Khoản 1, Mục II như sau:</w:t>
      </w:r>
    </w:p>
    <w:p>
      <w:pPr>
        <w:jc w:val="both"/>
      </w:pPr>
      <w:r>
        <w:t>“1.2. Doanh nghiệp bảo hiểm chỉ cấp Giấy chứng nhận bảo hiểm cho chủ xe cơ giới khi chủ xe cơ giới đã đóng đủ phí bảo hiểm. Việc đóng đủ phí bảo hiểm phải được xác nhận bằng chứng từ kế toán của doanh nghiệp bảo hiểm (biên lai thu tiền, hóa đơn thu tiền của doanh nghiệp bảo hiểm hoặc các hình thức chứng từ khác theo quy định của pháp luật có liên quan). Trong một số trường hợp đặc thù, doanh nghiệp bảo hiểm và chủ xe cơ giới có thể thỏa thuận (bằng văn bản) về thời hạn thanh toán phí bảo hiểm, cụ thể như sau:</w:t>
      </w:r>
    </w:p>
    <w:p>
      <w:pPr>
        <w:jc w:val="both"/>
      </w:pPr>
      <w:r>
        <w:t>- Trường hợp chủ xe cơ giới là các cơ quan hành chính, đơn vị sự nghiệp của Nhà nước, phí bảo hiểm phải được thanh toán đủ trong thời hạn 10 ngày kể từ thời điểm Giấy chứng nhận bảo hiểm bắt đầu có hiệu lực</w:t>
      </w:r>
    </w:p>
    <w:p>
      <w:pPr>
        <w:jc w:val="both"/>
      </w:pPr>
      <w:r>
        <w:t>Trường hợp chủ xe cơ giới không phải là các cơ quan hành chính, đơn vị sự nghiệp của Nhà nước có nhiều xe cơ giới tham gia bảo hiểm tại cùng thời điểm và có tổng phí bảo hiểm phải nộp từ 100 triệu đồng trở lên, phí bảo hiểm được thanh toán thành 2 kỳ:</w:t>
      </w:r>
    </w:p>
    <w:p>
      <w:pPr>
        <w:jc w:val="both"/>
      </w:pPr>
      <w:r>
        <w:t>+ Kỳ 1: Chủ xe cơ giới thanh toán đủ 50% tổng phí bảo hiểm trước thời điểm Giấy chứng nhận bảo hiểm bắt buộc có hiệu lực;</w:t>
      </w:r>
    </w:p>
    <w:p>
      <w:pPr>
        <w:jc w:val="both"/>
      </w:pPr>
      <w:r>
        <w:t>+ Kỳ 2: Chủ xe cơ giới thanh toán toàn bộ số phí bảo hiểm còn lại trong thời hạn 90 ngày kể từ thời điểm Giấy chứng nhận bảo hiểm bắt đầu có hiệu lực.</w:t>
      </w:r>
    </w:p>
    <w:p>
      <w:pPr>
        <w:jc w:val="both"/>
      </w:pPr>
      <w:r>
        <w:t>- Trường hợp chủ xe cơ giới không đóng đủ phí bảo hiểm theo thời hạn thỏa thuận nêu trên, hợp đồng bảo hiểm sẽ chấm dứt hiệu lực vào ngày kế tiếp ngày chủ xe cơ giới phải đóng phí bảo hiểm. Trong thời hạn 5 ngày làm việc kể từ ngày hợp đồng bảo hiểm chấm dứt hiệu lực, doanh nghiệp bảo hiểm phải thông báo bằng văn bản cho chủ xe cơ giới về việc chấm dứt hợp đồng bảo hiểm và hoàn lại cho chủ xe cơ giới phần phí bảo hiểm đã đóng thừa (nếu có) hoặc yêu cầu chủ xe cơ giới đóng đủ phí bảo hiểm đến thời điểm chấm dứt hợp đồng bảo hiểm. Doanh nghiệp bảo hiểm không phải hoàn phí bảo hiểm trong trường hợp đã xảy ra sự kiện bảo hiểm và phát sinh trách nhiệm bồi thường bảo hiểm trước khi hợp đồng bảo hiểm bị chấm dứt. Doanh nghiệp bảo hiểm không có trách nhiệm bồi thường cho người được bảo hiểm khi xảy ra sự kiện bảo hiểm trong thời gian hợp đồng bảo hiểm bị chấm dứt. Hợp đồng bảo hiểm tiếp tục có hiệu lực kể từ thời điểm chủ xe đóng đủ phí bảo hiểm và được doanh nghiệp bảo hiểm chấp thuận bằng văn bản”.</w:t>
      </w:r>
    </w:p>
    <w:p>
      <w:pPr>
        <w:jc w:val="both"/>
      </w:pPr>
      <w:r>
        <w:t>3. Sửa đổi Điểm 2.1, Khoản 2 Mục II như sau:</w:t>
      </w:r>
    </w:p>
    <w:p>
      <w:pPr>
        <w:jc w:val="both"/>
      </w:pPr>
      <w:r>
        <w:t>“2.1. Thời điểm bắt đầu có hiệu lực của Giấy chứng nhận bảo hiểm được ghi cụ thể trên Giấy chứng nhận bảo hiểm nhưng không được trước thời điểm chủ xe cơ giới đóng đủ phí bảo hiểm trừ một số trường hợp đặc biệt doanh nghiệp bảo hiểm và chủ xe cơ giới có thỏa thuận bằng văn bản về thời hạn thanh toán phí bảo hiểm theo quy định tại Khoản 2, Điều 1 Thông tư này”.</w:t>
      </w:r>
    </w:p>
    <w:p>
      <w:pPr>
        <w:jc w:val="both"/>
      </w:pPr>
      <w:r>
        <w:t>4. Bổ sung Tiết d, Điểm 2.2, Khoản 2, Mục II như sau:</w:t>
      </w:r>
    </w:p>
    <w:p>
      <w:pPr>
        <w:jc w:val="both"/>
      </w:pPr>
      <w:r>
        <w:t>“d) Trường hợp chủ xe cơ giới có nhiều xe tham gia bảo hiểm vào nhiều thời điểm khác nhau trong năm nhưng đến năm tiếp theo có nhu cầu đưa về cùng một thời đỉểm bảo hiểm để quản lý, thời hạn bảo hiểm của các xe này có thể nhỏ hơn 01 năm và bằng thời gian hiệu lực còn lại của hợp đồng bảo hiểm đầu tiên của năm đó. Thời hạn bảo hiểm của năm tiếp theo đối với tất cả các hợp đồng bảo hiểm (đã được đưa về cùng thời hạn) là 01 năm”.</w:t>
      </w:r>
    </w:p>
    <w:p>
      <w:pPr>
        <w:jc w:val="both"/>
      </w:pPr>
      <w:r>
        <w:t>5. Sửa đổi, bổ sung Khoản 4, Mục II như sau:</w:t>
      </w:r>
    </w:p>
    <w:p>
      <w:pPr>
        <w:jc w:val="both"/>
      </w:pPr>
      <w:r>
        <w:t>“Mức trách nhiệm bảo hiểm là số tiền tối đa doanh nghiệp bảo hiểm có thể phải trả đối với thiệt hại về thân thể, tính mạng và tài sản của bên thứ ba và hành khách do xe cơ giới; gây ra trong mỗi vụ tai nạn xảy ra thuộc phạm vi trách nhiệm bảo hiểm. Cụ thể như sau:</w:t>
      </w:r>
    </w:p>
    <w:p>
      <w:pPr>
        <w:jc w:val="both"/>
      </w:pPr>
      <w:r>
        <w:t>4.1. Mức trách nhiệm bảo hiểm đối với thiệt hại về người do xe cơ giới gây ra là 70.000.000 đồng/1 người/1 vụ tai nạn.</w:t>
      </w:r>
    </w:p>
    <w:p>
      <w:pPr>
        <w:jc w:val="both"/>
      </w:pPr>
      <w:r>
        <w:t>4.2. Mức trách nhiệm bảo hiểm đối với thiệt hại về tài sản do xe mô tô hai bánh, xe mô tô ba bánh, xe gắn máy và các loại xe cơ giới tương tự (kể cả xe cơ giới dùng cho người tàn tật) gây ra là 40.000.000 đồng/1 vụ tai nạn.</w:t>
      </w:r>
    </w:p>
    <w:p>
      <w:pPr>
        <w:jc w:val="both"/>
      </w:pPr>
      <w:r>
        <w:t>4.3. Mức trách nhiệm bảo hiểm đối với thiệt hại về tài sản do xe ô tô, máy kéo, xe máy thi công, xe máy nông nghiệp, lâm nghiệp và các loại xe đặc chủng khác sử dụng vào mục đích an ninh, quốc phòng (kể cả rơ-moóc và sơ mi rơ- moóc được kéo bởi xe ô tô hoặc máy kéo) gây ra là 70.000.000 đồng/1 vụ tai nạn.”</w:t>
      </w:r>
    </w:p>
    <w:p>
      <w:pPr>
        <w:jc w:val="both"/>
      </w:pPr>
      <w:r>
        <w:t>6. Sửa đổi, bổ sung Điểm 7.3, Khoản 7, Mục II như sau:</w:t>
      </w:r>
    </w:p>
    <w:p>
      <w:pPr>
        <w:jc w:val="both"/>
      </w:pPr>
      <w:r>
        <w:t>“Doanh nghiệp bảo hiểm không bồi thường thiệt hại đối với các trường hợp sau:</w:t>
      </w:r>
    </w:p>
    <w:p>
      <w:pPr>
        <w:jc w:val="both"/>
      </w:pPr>
      <w:r>
        <w:t>7.3. Lái xe không có Giấy phép lái xe hoặc Giấy phép lái xe không phù hợp đối với loại xe cơ giới bắt buộc phải có Giấy phép lái xe. Trường hợp lái xe bị tước quyền sử dụng Giấy phép lái xe có thời hạn hoặc không thời hạn thì được coi là không có Giấy phép lái xe”</w:t>
      </w:r>
    </w:p>
    <w:p>
      <w:pPr>
        <w:jc w:val="both"/>
      </w:pPr>
      <w:r>
        <w:t>7. Sửa đổi, bổ sung Điểm 8.3 và 8.4, Mục II như sau:</w:t>
      </w:r>
    </w:p>
    <w:p>
      <w:pPr>
        <w:jc w:val="both"/>
      </w:pPr>
      <w:r>
        <w:t>“8.3. Mức bồi thường bảo hiểm:</w:t>
      </w:r>
    </w:p>
    <w:p>
      <w:pPr>
        <w:jc w:val="both"/>
      </w:pPr>
      <w:r>
        <w:t>a) Mức bồi thường cụ thể cho từng loại thương tật, thiệt hại về người được xác định theo Bảng quy định trả tiền bồi thường thiệt hại về người theo quy định tại Phụ lục 2 ban hành kèm theo Thông tư này hoặc theo thoả thuận (nếu có) giữa chủ xe cơ giới và người bị thiệt hại hoặc đại diện hợp pháp của người bị thiệt hại (trong trường hợp người bị thiệt hại đã chết) nhưng không vượt quá mức bồi thường quy định tại Phụ lục 2 ban hành kèm theo Thông tư này. Trường hợp có quyết định của toà án thì căn cứ vào quyết định của toà án nhưng không vượt quá mức bồi thường quy định tại Phụ lục 2 ban hành kèm theo Thông tư này.</w:t>
      </w:r>
    </w:p>
    <w:p>
      <w:pPr>
        <w:jc w:val="both"/>
      </w:pPr>
      <w:r>
        <w:t>Trường hợp nhiều xe cơ giới gây tai nạn dẫn đến các thiệt hại về người, mức bồi thường được xác định theo mức độ lỗi của chủ xe cơ giới nhưng tổng mức bồi thường không vượt quá mức trách nhiệm bảo hiểm.</w:t>
      </w:r>
    </w:p>
    <w:p>
      <w:pPr>
        <w:jc w:val="both"/>
      </w:pPr>
      <w:r>
        <w:t>Đối với vụ tai nạn được cơ quan có thẩm quyền xác định nguyên nhân do lỗi hoàn toàn của người bị thiệt hại thì mức bồi thường thiệt hại về người bằng 50% mức bồi thường quy định Phụ lục 2 ban hành kèm theo Thông tư này.</w:t>
      </w:r>
    </w:p>
    <w:p>
      <w:pPr>
        <w:jc w:val="both"/>
      </w:pPr>
      <w:r>
        <w:t>b) Mức bồi thường cụ thể đối với thiệt hại về tài sản/1 vụ tai nạn được xác định theo thiệt hại thực tế và theo mức độ lỗi của chủ xe cơ giới nhưng không vượt quá mức bảo hiểm.</w:t>
      </w:r>
    </w:p>
    <w:p>
      <w:pPr>
        <w:jc w:val="both"/>
      </w:pPr>
      <w:r>
        <w:t>8.4. Doanh nghiệp bảo hiểm không có trách nhiệm bồi thường phần vượt quá mức trách nhiệm bảo hiểm theo quy định tại Phụ lục 2 ban hành kèm theo Thông tư này”.</w:t>
      </w:r>
    </w:p>
    <w:p>
      <w:pPr>
        <w:jc w:val="both"/>
      </w:pPr>
      <w:r>
        <w:t>8. Ban hành Phụ lục 1 về Biểu phí bảo hiểm bắt buộc trách nhiệm dân sự của chủ xe cơ giới kèm theo Thông tư này thay thế Phụ lục 5 ban hành kèm theo Thông tư 126/2008/TT-BTC.</w:t>
      </w:r>
    </w:p>
    <w:p>
      <w:pPr>
        <w:jc w:val="both"/>
      </w:pPr>
      <w:r>
        <w:t>9. Ban hành Phụ lục 2 về Bảng quy định trả tiền bồi thường thiệt hại về người kèm theo Thông tư này thay thế Phụ lục 6 ban hành kèm theo Thông tư 126/2008/TT-BTC.</w:t>
      </w:r>
    </w:p>
    <w:p>
      <w:pPr>
        <w:jc w:val="both"/>
      </w:pPr>
      <w:r>
        <w:t>10. Ban hành Phụ lục 3, 4 và 5 về mẫu Giấy chứng nhận bảo hiểm bắt buộc trách nhiệm dân sự của chủ xe cơ giới kèm theo Thông tư ngày thay thế Phụ lục 1, 2 và 3 ban hành kèm theo Thông tư 126/2008/TT-BTC.</w:t>
      </w:r>
    </w:p>
    <w:p>
      <w:pPr>
        <w:jc w:val="both"/>
      </w:pPr>
      <w:r>
        <w:t>11. Ban hành Phụ lục 6 về Báo cáo bảo hiểm bắt buộc TNDS của chủ xe cơ giới kèm theo Thông tư thay thế Phụ lục 7 ban hành kèm theo Thông tư số 126/2008/TT-BTC.</w:t>
      </w:r>
    </w:p>
    <w:p>
      <w:pPr>
        <w:jc w:val="both"/>
      </w:pPr>
      <w:r>
        <w:rPr>
          <w:b/>
        </w:rPr>
        <w:t>Điều 2. Sửa đổỉ, bổ sung khoản 3 Điều 6 Thông tư số 103/2009/TT-BTC về mức hỗ trợ, đối tượng hỗ trợ như sau:</w:t>
      </w:r>
    </w:p>
    <w:p>
      <w:pPr>
        <w:jc w:val="both"/>
      </w:pPr>
      <w:r>
        <w:t>"3. Chi hỗ trợ nhân đạo: Mức chi không vượt quá 15% tổng số tiền đóng vào Quỹ hàng năm, cụ thể:</w:t>
      </w:r>
    </w:p>
    <w:p>
      <w:pPr>
        <w:jc w:val="both"/>
      </w:pPr>
      <w:r>
        <w:t>Hỗ trợ chi phí mai táng đối với thiệt hại về tính mạng và hỗ trợ trường hợp bị thương tật toàn bộ vĩnh viễn của người thứ ba và hành khách chuyên chở trên xe do xe cơ giới gây ra trong trường hợp không xác định được xe cơ giới gây tai nạn, xe không tham gia bảo hiểm, loại trừ bảo hiểm quy định tại Điều 13 Nghị định số 103/2008/NĐ-CP. Mức hỗ trợ chi phí mai táng, hỗ trợ thương tật toàn bộ vĩnh viễn là 20 triệu đồng/người/vụ”.</w:t>
      </w:r>
    </w:p>
    <w:p>
      <w:pPr>
        <w:jc w:val="both"/>
      </w:pPr>
      <w:r>
        <w:rPr>
          <w:b/>
        </w:rPr>
        <w:t>Điều 3. Tổ chức thực hiện</w:t>
      </w:r>
    </w:p>
    <w:p>
      <w:pPr>
        <w:jc w:val="both"/>
      </w:pPr>
      <w:r>
        <w:t>1. Thông tư này có hiệu lực thi hành kể từ ngày 01 tháng 11 năm 2012.</w:t>
      </w:r>
    </w:p>
    <w:p>
      <w:pPr>
        <w:jc w:val="both"/>
      </w:pPr>
      <w:r>
        <w:t>2. Trong quá trình thực hiện, nếu phát sinh vướng mắc, đề nghị phản ánh kịp thời về Bộ Tài chính để xem xét, giải quyết./.</w:t>
      </w:r>
    </w:p>
    <w:p>
      <w:pPr>
        <w:jc w:val="both"/>
      </w:pPr>
      <w:r>
        <w:t>KT. BỘ TRƯỞNG</w:t>
      </w:r>
    </w:p>
    <w:p>
      <w:pPr>
        <w:jc w:val="both"/>
      </w:pPr>
      <w:r>
        <w:t>THỨ TRƯỞNG</w:t>
      </w:r>
    </w:p>
    <w:p>
      <w:pPr>
        <w:jc w:val="both"/>
      </w:pPr>
      <w:r>
        <w:t>( Đã ký )</w:t>
      </w:r>
    </w:p>
    <w:p>
      <w:pPr>
        <w:jc w:val="both"/>
      </w:pPr>
      <w:r>
        <w:t>Trần Xuân Hà</w:t>
      </w:r>
    </w:p>
    <w:p>
      <w:r>
        <w:rPr>
          <w:i/>
        </w:rPr>
        <w:t>Nguồn: Cơ sở dữ liệu quốc gia về văn bản pháp luật (Bộ Tư pháp). VietSmart Legal, legal.giangpham.asia/van-ban/28045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