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176/2011/TT-BTC</w:t>
      </w:r>
    </w:p>
    <w:p>
      <w:pPr>
        <w:jc w:val="both"/>
      </w:pPr>
      <w:r>
        <w:t>Hà Nội, ngày 06 tháng 12 năm 2011</w:t>
      </w:r>
    </w:p>
    <w:p>
      <w:pPr>
        <w:jc w:val="center"/>
      </w:pPr>
      <w:r>
        <w:rPr>
          <w:b/>
        </w:rPr>
        <w:t>THÔNG TƯ</w:t>
      </w:r>
    </w:p>
    <w:p>
      <w:pPr>
        <w:jc w:val="both"/>
      </w:pPr>
      <w:r>
        <w:t>Hướng dẫn chế độ thu, nộp và quản lý sử dụng phí thẩm định dự án đầu tư xây dựng</w:t>
      </w:r>
    </w:p>
    <w:p>
      <w:pPr>
        <w:jc w:val="both"/>
      </w:pPr>
      <w:r>
        <w:t>___________________________</w:t>
      </w:r>
    </w:p>
    <w:p>
      <w:pPr>
        <w:jc w:val="both"/>
      </w:pPr>
      <w:r>
        <w:t>Căn cứ Luật Xây dựng số 16/2003/QH11 ngày 26/11/2003;</w:t>
      </w:r>
    </w:p>
    <w:p>
      <w:pPr>
        <w:jc w:val="both"/>
      </w:pPr>
      <w:r>
        <w:t>Căn cứ Pháp lệnh Phí và Lệ phí;</w:t>
      </w:r>
    </w:p>
    <w:p>
      <w:pPr>
        <w:jc w:val="both"/>
      </w:pPr>
      <w:r>
        <w:t>Căn cứ Nghị định số 12/2009/NĐ-CP ngày 10/02/2009 của Chính phủ về quản lý dự án đầu tư xây dựng công trình và Nghị định số 83/2009/NĐ-CP ngày 15/10/2009 về sửa đổi, bổ sung một số điều Nghị định số 12/2009/NĐ-CP ngày 10/02/2009 của Chính phủ;</w:t>
      </w:r>
    </w:p>
    <w:p>
      <w:pPr>
        <w:jc w:val="both"/>
      </w:pPr>
      <w:r>
        <w:t>Căn cứ Nghị định số 02/2006/NĐ-CP ngày 05/01/2006 của Chính phủ về việc ban hành quy chế khu đô thị mới;</w:t>
      </w:r>
    </w:p>
    <w:p>
      <w:pPr>
        <w:jc w:val="both"/>
      </w:pPr>
      <w:r>
        <w:t>Căn cứ Nghị định số 57/2002/NĐ-CP ngày 3/6/2002 và Nghị định số 24/2006/NĐ-CP ngày 06/3/2006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Căn cứ Nghị quyết số 55/NQ-CP ngày 14/12/2010 của Chính phủ về việc đơn giản hoá thủ tục hành chính thuộc phạm vi chức năng quản lý của Bộ Xây dựng;</w:t>
      </w:r>
    </w:p>
    <w:p>
      <w:pPr>
        <w:jc w:val="both"/>
      </w:pPr>
      <w:r>
        <w:t>Sau khi có ý kiến của Bộ Xây dựng tại công văn số 1527/BXD-KTXD ngày 12/9/2011, Bộ Tài chính hướng dẫn chế độ thu, nộp và quản lý sử dụng phí thẩm định dự án đầu tư xây dựng như sau:</w:t>
      </w:r>
    </w:p>
    <w:p>
      <w:pPr>
        <w:jc w:val="both"/>
      </w:pPr>
      <w:r>
        <w:rPr>
          <w:b/>
        </w:rPr>
        <w:t>Điều 1. Phạm vi áp dụng</w:t>
      </w:r>
    </w:p>
    <w:p>
      <w:pPr>
        <w:jc w:val="both"/>
      </w:pPr>
      <w:r>
        <w:t>Thẩm định dự án đầu tư xây dựng công trình bao gồm các nội dung quy định tại Điều 11 Nghị định số 12/2009/NĐ-CP ngày 10/2/2009 của Chính phủ về quản lý dự án đầu tư xây dựng công trình.</w:t>
      </w:r>
    </w:p>
    <w:p>
      <w:pPr>
        <w:jc w:val="both"/>
      </w:pPr>
      <w:r>
        <w:t>Phí thẩm định dự án đầu tư xây dựng áp dụng cho các dự án đầu tư xây dựng công trình quy định tại Phụ lục I ban hành kèm theo Nghị định số 12/2009/NĐ-CP ngày 10/2/2009 của Chính phủ về quản lý dự án đầu tư xây dựng công trình và Nghị định số 02/2006/NĐ-CP ngày 05/01/2006 của Chính phủ về việc ban hành quy chế khu đô thị mới.</w:t>
      </w:r>
    </w:p>
    <w:p>
      <w:pPr>
        <w:jc w:val="both"/>
      </w:pPr>
      <w:r>
        <w:rPr>
          <w:b/>
        </w:rPr>
        <w:t>Điều 2. Đối tượng nộp phí</w:t>
      </w:r>
    </w:p>
    <w:p>
      <w:pPr>
        <w:jc w:val="both"/>
      </w:pPr>
      <w:r>
        <w:t>Đối tượng phải nộp phí thẩm định dự án đầu tư xây dựng là chủ đầu tư của dự án đầu tư xây dựng công trình được quy định tại Nghị định số 83/2009/NĐ-CP ngày 15/10/2009 và Nghị định số 12/2009/NĐ-CP ngày 10/02/2009 của Chính phủ về quản lý dự án đầu tư xây dựng công trình; Nghị định số 02/2006/NĐ-CP ngày 05/01/2006 của Chính phủ về việc ban hành quy chế khu đô thị mới.</w:t>
      </w:r>
    </w:p>
    <w:p>
      <w:pPr>
        <w:jc w:val="both"/>
      </w:pPr>
      <w:r>
        <w:rPr>
          <w:b/>
        </w:rPr>
        <w:t>Điều 3. Mức thu</w:t>
      </w:r>
    </w:p>
    <w:p>
      <w:pPr>
        <w:jc w:val="both"/>
      </w:pPr>
      <w:r>
        <w:t>1. Xác định số tiền phí thẩm định dự án đầu tư xây dựng phải thu:</w:t>
      </w:r>
    </w:p>
    <w:p>
      <w:pPr>
        <w:jc w:val="both"/>
      </w:pPr>
      <w:r>
        <w:t>a) Căn cứ xác định số tiền phí thẩm định dự án đầu tư xây dựng phải thu là tổng mức đầu tư được duyệt và mức thu, cụ thể như sau:</w:t>
      </w:r>
    </w:p>
    <w:p>
      <w:pPr>
        <w:jc w:val="both"/>
      </w:pPr>
      <w:r>
        <w:t>- Phí thẩm định dự án đầu tư xây dựng</w:t>
      </w:r>
    </w:p>
    <w:p>
      <w:pPr>
        <w:jc w:val="both"/>
      </w:pPr>
      <w:r>
        <w:t>=</w:t>
      </w:r>
    </w:p>
    <w:p>
      <w:pPr>
        <w:jc w:val="both"/>
      </w:pPr>
      <w:r>
        <w:t>Tổng mức đầu tư được phê duyệt</w:t>
      </w:r>
    </w:p>
    <w:p>
      <w:pPr>
        <w:jc w:val="both"/>
      </w:pPr>
      <w:r>
        <w:t>x</w:t>
      </w:r>
    </w:p>
    <w:p>
      <w:pPr>
        <w:jc w:val="both"/>
      </w:pPr>
      <w:r>
        <w:t>Mức thu</w:t>
      </w:r>
    </w:p>
    <w:p>
      <w:pPr>
        <w:jc w:val="both"/>
      </w:pPr>
      <w:r>
        <w:t>Trường hợp nhóm công trình có giá trị nằm giữa các khoảng giá trị công trình ghi trên Biểu mức thu thì phí thẩm định đầu tư phải thu được tính theo phương pháp nội suy như sau:</w:t>
      </w:r>
    </w:p>
    <w:p>
      <w:pPr>
        <w:jc w:val="both"/>
      </w:pPr>
      <w:r>
        <w:t>Nit</w:t>
      </w:r>
    </w:p>
    <w:p>
      <w:pPr>
        <w:jc w:val="both"/>
      </w:pPr>
      <w:r>
        <w:t>=</w:t>
      </w:r>
    </w:p>
    <w:p>
      <w:pPr>
        <w:jc w:val="both"/>
      </w:pPr>
      <w:r>
        <w:t>N ib - {</w:t>
      </w:r>
    </w:p>
    <w:p>
      <w:pPr>
        <w:jc w:val="both"/>
      </w:pPr>
      <w:r>
        <w:t>N ib - N ia</w:t>
      </w:r>
    </w:p>
    <w:p>
      <w:pPr>
        <w:jc w:val="both"/>
      </w:pPr>
      <w:r>
        <w:t>x</w:t>
      </w:r>
    </w:p>
    <w:p>
      <w:pPr>
        <w:jc w:val="both"/>
      </w:pPr>
      <w:r>
        <w:t>( G it - G ib ) }</w:t>
      </w:r>
    </w:p>
    <w:p>
      <w:pPr>
        <w:jc w:val="both"/>
      </w:pPr>
      <w:r>
        <w:t>G ia - G ib</w:t>
      </w:r>
    </w:p>
    <w:p>
      <w:pPr>
        <w:jc w:val="both"/>
      </w:pPr>
      <w:r>
        <w:t>Trong đó:</w:t>
      </w:r>
    </w:p>
    <w:p>
      <w:pPr>
        <w:jc w:val="both"/>
      </w:pPr>
      <w:r>
        <w:t>+ N it là phí thẩm định cho nhóm dự án thứ i theo quy mô giá trị cần tính (đơn vị tính: %).</w:t>
      </w:r>
    </w:p>
    <w:p>
      <w:pPr>
        <w:jc w:val="both"/>
      </w:pPr>
      <w:r>
        <w:t>+ G it là quy mô giá trị của nhóm dự án thứ i cần tính phí thẩm định đầu tư (đơn vị tính: giá trị công trình).</w:t>
      </w:r>
    </w:p>
    <w:p>
      <w:pPr>
        <w:jc w:val="both"/>
      </w:pPr>
      <w:r>
        <w:t>+ G ia là quy mô giá trị cận trên quy mô giá trị cần tính phí thẩm định (đơn vị tính: giá trị công trình).</w:t>
      </w:r>
    </w:p>
    <w:p>
      <w:pPr>
        <w:jc w:val="both"/>
      </w:pPr>
      <w:r>
        <w:t>+ G ib là quy mô giá trị cận dưới quy mô giá trị cần tính phí thẩm định (đơn vị tính: giá trị công trình).</w:t>
      </w:r>
    </w:p>
    <w:p>
      <w:pPr>
        <w:jc w:val="both"/>
      </w:pPr>
      <w:r>
        <w:t>+ N ia là phí thẩm định cho nhóm dự án thứ i tương ứng Gia (đơn vị tính: %).</w:t>
      </w:r>
    </w:p>
    <w:p>
      <w:pPr>
        <w:jc w:val="both"/>
      </w:pPr>
      <w:r>
        <w:t>+ N ib là phí thẩm định cho nhóm dự án thứ i tương ứng Gib (đơn vị tính: %).</w:t>
      </w:r>
    </w:p>
    <w:p>
      <w:pPr>
        <w:jc w:val="both"/>
      </w:pPr>
      <w:r>
        <w:t>Trong đó mức thu theo tổng vốn đầu tư dự án được quy định tại Biểu mức thu phí ban hành kèm theo Thông tư này.</w:t>
      </w:r>
    </w:p>
    <w:p>
      <w:pPr>
        <w:jc w:val="both"/>
      </w:pPr>
      <w:r>
        <w:t>b) Số phí thẩm định dự án đầu tư xây dựng phải thu đối với một dự án đầu tư được xác định theo hướng dẫn tại điểm a, khoản này nhưng được khống chế tối đa như sau:</w:t>
      </w:r>
    </w:p>
    <w:p>
      <w:pPr>
        <w:jc w:val="both"/>
      </w:pPr>
      <w:r>
        <w:t>Phí thẩm định dự án đầu tư xây dựng phải thu tối đa không quá 150.000.000 (Một trăm năm mươi triệu) đồng/dự án.</w:t>
      </w:r>
    </w:p>
    <w:p>
      <w:pPr>
        <w:jc w:val="both"/>
      </w:pPr>
      <w:r>
        <w:t>Trường hợp đặc biệt, Bộ Xây dựng có đề án đề nghị Bộ Tài chính xem xét, quyết định số tiền phí thẩm định dự án đầu tư xây dựng phải thu đối với từng dự án cụ thể.</w:t>
      </w:r>
    </w:p>
    <w:p>
      <w:pPr>
        <w:jc w:val="both"/>
      </w:pPr>
      <w:r>
        <w:t>c) Số phí thẩm định dự án đầu tư xây dựng đối với khu đô thị mới được xác định theo hướng dẫn tại điểm a, khoản này, trong đó tổng mức đầu tư được phê duyệt làm căn cứ tính thu phí không bao gồm chi phí bồi thường giải phóng mặt bằng, hỗ trợ và tái định cư đã được phê duyệt trong dự án.</w:t>
      </w:r>
    </w:p>
    <w:p>
      <w:pPr>
        <w:jc w:val="both"/>
      </w:pPr>
      <w:r>
        <w:t>d) Phí thẩm định Báo cáo kinh tế - kỹ thuật (phí thẩm định dự án đầu tư xây dựng với quy mô nhỏ) đối với các công trình sử dụng vốn ngân sách nhà nước được xác định theo hướng dẫn tại điểm a, khoản này.</w:t>
      </w:r>
    </w:p>
    <w:p>
      <w:pPr>
        <w:jc w:val="both"/>
      </w:pPr>
      <w:r>
        <w:t>2. Đối với những dự án đầu tư quy định phải được cơ quan nhà nước có thẩm quyền thẩm định, nhưng cơ quan nhà nước không đủ điều kiện thẩm định mà phải thuê chuyên gia, tư vấn thẩm định thì chi phí thuê chuyên gia, tư vấn thẩm định thực hiện theo quy định của Bộ Xây dựng. Trong trường hợp này, cơ quan nhà nước chỉ được thu phí bằng 50% (năm mươi phần trăm) mức thu phí tương ứng quy định tại Biểu mức thu ban hành kèm theo Thông tư này.</w:t>
      </w:r>
    </w:p>
    <w:p>
      <w:pPr>
        <w:jc w:val="both"/>
      </w:pPr>
      <w:r>
        <w:rPr>
          <w:b/>
        </w:rPr>
        <w:t>Điều 4. Tổ chức thu, nộp và quản lý sử dụng</w:t>
      </w:r>
    </w:p>
    <w:p>
      <w:pPr>
        <w:jc w:val="both"/>
      </w:pPr>
      <w:r>
        <w:t>1. Cơ quan thu phí thẩm định dự án đầu tư xây dựng có trách nhiệm đăng ký, kê khai, nộp phí vào ngân sách nhà nước theo quy định của Bộ Tài chính tại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2. Đối với dự án sử dụng vốn ngân sách nhà nước: Cơ quan nhà nước có thẩm quyền thẩm định dự án đầu tư xây dựng thu tiền phí thẩm định dự án đầu tư xây dựng được để lại 65% trên số tiền phí thẩm định thu được và chuyển cho cơ quan tham gia ý kiến về thiết kế cơ sở 25% trên số tiền phí thẩm định thu được và 10% nộp vào ngân sách nhà nước.</w:t>
      </w:r>
    </w:p>
    <w:p>
      <w:pPr>
        <w:jc w:val="both"/>
      </w:pPr>
      <w:r>
        <w:t>Đối với dự án khác (không sử dụng vốn ngân sách nhà nước): Người quyết định đầu tư tự tổ chức thẩm định thì người quyết định đầu tư nộp 25% trong số tiền phí thẩm định dự án đầu tư xây dựng cho cơ quan tham gia ý kiến về thiết kế cơ sở.</w:t>
      </w:r>
    </w:p>
    <w:p>
      <w:pPr>
        <w:jc w:val="both"/>
      </w:pPr>
      <w:r>
        <w:t>Trường hợp dự án bao gồm nhiều loại công trình thì cơ quan quản lý nhà nước chủ trì tham gia ý kiến về thiết kế cơ sở có trách nhiệm phân bổ 25% phí thẩm định dự án đầu tư xây dựng cho các cơ quan tham gia ý kiến về thiết kế cơ sở.</w:t>
      </w:r>
    </w:p>
    <w:p>
      <w:pPr>
        <w:jc w:val="both"/>
      </w:pPr>
      <w:r>
        <w:t>Cơ quan nhà nước có thẩm quyền thẩm định dự án đầu tư xây dựng và cơ quan tham gia ý kiến về thiết kế cơ sở được trích để lại để chi phí cho công việc thẩm định và việc tổ chức thu phí theo nội dung sau:</w:t>
      </w:r>
    </w:p>
    <w:p>
      <w:pPr>
        <w:jc w:val="both"/>
      </w:pPr>
      <w:r>
        <w:t>- Chi thanh toán cho cá nhân trực tiếp thực hiện công việc, dịch vụ và thu phí: tiền lương, tiền công, phụ cấp lương, các khoản đóng góp theo quy định được tính trên tiền lương (bảo hiểm y tế, bảo hiểm xã hội và công đoàn phí), trừ chi phí tiền lương cho cán bộ, công chức đã hưởng lương từ ngân sách nhà nước theo chế độ quy định;</w:t>
      </w:r>
    </w:p>
    <w:p>
      <w:pPr>
        <w:jc w:val="both"/>
      </w:pPr>
      <w:r>
        <w:t>- Chi phí phục vụ trực tiếp cho việc thực hiện công việc, dịch vụ và thu phí như: văn phòng phẩm, vật tư văn phòng, thông tin liên lạc, điện, nước, công tác phí (chi phí đi lại, tiền thuê chỗ ở, tiền lưu trú) theo tiêu chuẩn, định mức hiện hành;</w:t>
      </w:r>
    </w:p>
    <w:p>
      <w:pPr>
        <w:jc w:val="both"/>
      </w:pPr>
      <w:r>
        <w:t>- Chi sửa chữa thường xuyên, sửa chữa lớn tài sản, máy móc, thiết bị phục vụ trực tiếp cho thực hiện công việc, dịch vụ và thu phí; khấu hao tài sản cố định để thực hiện công việc, dịch vụ, thu phí.</w:t>
      </w:r>
    </w:p>
    <w:p>
      <w:pPr>
        <w:jc w:val="both"/>
      </w:pPr>
      <w:r>
        <w:t>- Chi mua sắm vật tư, nguyên liệu và các khoản chi khác liên quan trực tiếp đến việc thực hiện công việc, dịch vụ và thu phí;</w:t>
      </w:r>
    </w:p>
    <w:p>
      <w:pPr>
        <w:jc w:val="both"/>
      </w:pPr>
      <w:r>
        <w:t>- Chi khen thưởng, phúc lợi cho cán bộ, nhân viên trực tiếp thực hiện công việc, dịch vụ và thu phí trong đơn vị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liệt kê ở trên</w:t>
      </w:r>
    </w:p>
    <w:p>
      <w:pPr>
        <w:jc w:val="both"/>
      </w:pPr>
      <w:r>
        <w:rPr>
          <w:b/>
        </w:rPr>
        <w:t>Điều 5. Tổ chức thực hiện:</w:t>
      </w:r>
    </w:p>
    <w:p>
      <w:pPr>
        <w:jc w:val="both"/>
      </w:pPr>
      <w:r>
        <w:t>1. Thông tư này có hiệu lực kể từ ngày 01/02/2012. Thay thế Thông tư số 109/2000/TT-BTC ngày 13/11/2000 của Bộ Tài chính hướng dẫn chế độ thu, nộp và sử dụng lệ phí thẩm định đầu tư.</w:t>
      </w:r>
    </w:p>
    <w:p>
      <w:pPr>
        <w:jc w:val="both"/>
      </w:pPr>
      <w:r>
        <w:t>2. Các nội dung khác liên quan đến việc thu, nộp, quản lý, sử dụng, chứng từ thu; công khai chế độ thu, nộp phí thẩm định dự án đầu tư xây dựng công trình không quy định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3.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legal.giangpham.asia/van-ban/27347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