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Hướng dẫn thực hiện Nghị định số 12/2006/NĐ-CP ngày 23/01/2006 của Chính phủ quy định chi tiết thi hành</w:t>
      </w:r>
    </w:p>
    <w:p>
      <w:pPr>
        <w:jc w:val="both"/>
      </w:pPr>
      <w:r>
        <w:t>Luật Thương mại về hoạt động mua bán hàng hoá quốc tế và các hoạt động đại lý, mua, bán, gia công</w:t>
      </w:r>
    </w:p>
    <w:p>
      <w:pPr>
        <w:jc w:val="both"/>
      </w:pPr>
      <w:r>
        <w:t>và quá cảnh hàng hoá với nước ngoài trong lĩnh vực nông nghiệp, lâm nghiệp và thủy sản</w:t>
      </w:r>
    </w:p>
    <w:p>
      <w:pPr>
        <w:jc w:val="both"/>
      </w:pPr>
      <w:r>
        <w:t>_____________________________</w:t>
      </w:r>
    </w:p>
    <w:p>
      <w:pPr>
        <w:jc w:val="both"/>
      </w:pPr>
      <w:r>
        <w:t>Căn cứ Nghị định số 01/2008/NĐ-CP ngày 03 tháng 01 năm 2008 của Chính phủ quy định chức năng, nhiệm vụ, quyền hạn và cơ cấu tổ chức của Bộ Nông nghiệp và Phát triển nông thôn; Nghị định số 75/2009/NĐ-CP ngày 10/9/2009 của Chính phủ sửa đổi Điều 3 Nghị định số 01/2008/NĐ-CP ngày 03 tháng 01 năm 2008;</w:t>
      </w:r>
    </w:p>
    <w:p>
      <w:pPr>
        <w:jc w:val="both"/>
      </w:pPr>
      <w:r>
        <w:t>Căn cứ Nghị định số 12/2006/NĐ-CP ngày 23 tháng 01 năm 2006 của Chính phủ quy định chi tiết thi hành Luật Thương mại về hoạt động mua bán hàng hoá quốc tế và các hoạt động đại lý, mua, bán, gia công và quá cảnh hàng hoá với nước ngoài;</w:t>
      </w:r>
    </w:p>
    <w:p>
      <w:pPr>
        <w:jc w:val="both"/>
      </w:pPr>
      <w:r>
        <w:t>Bộ Nông nghiệp và Phát triển nông thôn quy định việc xuất khẩu, nhập khẩu các loại hàng hoá thuộc diện quản lý chuyên ngành nông nghiệp, lâm nghiệp và thủy sản như sau:</w:t>
      </w:r>
    </w:p>
    <w:p>
      <w:pPr>
        <w:jc w:val="center"/>
      </w:pPr>
      <w:r>
        <w:rPr>
          <w:b/>
        </w:rPr>
        <w:t>Chương I</w:t>
      </w:r>
    </w:p>
    <w:p>
      <w:pPr>
        <w:jc w:val="both"/>
      </w:pPr>
      <w:r>
        <w:t>QUY ĐỊNH CHUNG</w:t>
      </w:r>
    </w:p>
    <w:p>
      <w:pPr>
        <w:jc w:val="both"/>
      </w:pPr>
      <w:r>
        <w:rPr>
          <w:b/>
        </w:rPr>
        <w:t>Điều 1. Phạm vi điều chỉnh</w:t>
      </w:r>
    </w:p>
    <w:p>
      <w:pPr>
        <w:jc w:val="both"/>
      </w:pPr>
      <w:r>
        <w:t>Thông tư này quy định về nội dung, trình tự, thủ tục xuất khẩu, nhập khẩu hàng hoá thuộc diện quản lý chuyên ngành nông nghiệp, lâm nghiệp và thủy sản gồm:</w:t>
      </w:r>
    </w:p>
    <w:p>
      <w:pPr>
        <w:jc w:val="both"/>
      </w:pPr>
      <w:r>
        <w:t>1. Xuất khẩu gỗ, sản phẩm gỗ từ rừng tự nhiên trong nước; củi, than làm từ gỗ hoặc củi có nguồn gốc từ gỗ rừng tự nhiên trong nước;</w:t>
      </w:r>
    </w:p>
    <w:p>
      <w:pPr>
        <w:jc w:val="both"/>
      </w:pPr>
      <w:r>
        <w:t>2. Xuất khẩu, nhập khẩu động vật, thực vật hoang dã, nguy cấp, quý, hiếm</w:t>
      </w:r>
    </w:p>
    <w:p>
      <w:pPr>
        <w:jc w:val="both"/>
      </w:pPr>
      <w:r>
        <w:t>3. Xuất khẩu, nhập khẩu giống cây trồng;</w:t>
      </w:r>
    </w:p>
    <w:p>
      <w:pPr>
        <w:jc w:val="both"/>
      </w:pPr>
      <w:r>
        <w:t>4. Xuất khẩu, nhập khẩu giống vật nuôi;</w:t>
      </w:r>
    </w:p>
    <w:p>
      <w:pPr>
        <w:jc w:val="both"/>
      </w:pPr>
      <w:r>
        <w:t>5. Xuất khẩu, nhập khẩu thuỷ sản sống;</w:t>
      </w:r>
    </w:p>
    <w:p>
      <w:pPr>
        <w:jc w:val="both"/>
      </w:pPr>
      <w:r>
        <w:t>6. Nhập khẩu thuốc, nguyên liệu sản xuất thuốc, vắc xin, chế phẩm sinh học, vi sinh vật và hoá chất dùng trong thú y;</w:t>
      </w:r>
    </w:p>
    <w:p>
      <w:pPr>
        <w:jc w:val="both"/>
      </w:pPr>
      <w:r>
        <w:t>7. Nhập khẩu nguyên liệu và sản phẩm xử lý, cải tạo môi trường nuôi trồng thủy sản;</w:t>
      </w:r>
    </w:p>
    <w:p>
      <w:pPr>
        <w:jc w:val="both"/>
      </w:pPr>
      <w:r>
        <w:t>8. Nhập khẩu thuốc, nguyên liệu sản xuất thuốc bảo vệ thực vật và sinh vật sống sử dụng trong lĩnh vực bảo vệ thực vật;</w:t>
      </w:r>
    </w:p>
    <w:p>
      <w:pPr>
        <w:jc w:val="both"/>
      </w:pPr>
      <w:r>
        <w:t>9. Nhập khẩu thức ăn chăn nuôi;</w:t>
      </w:r>
    </w:p>
    <w:p>
      <w:pPr>
        <w:jc w:val="both"/>
      </w:pPr>
      <w:r>
        <w:t>10. Nhập khẩu phân bón và nguyên liệu sản xuất phân bón;</w:t>
      </w:r>
    </w:p>
    <w:p>
      <w:pPr>
        <w:jc w:val="both"/>
      </w:pPr>
      <w:r>
        <w:t>11. Xuất khẩu, nhập khẩu nguồn gen cây trồng phục vụ nghiên cứu, trao đổi khoa học, kỹ thuật.</w:t>
      </w:r>
    </w:p>
    <w:p>
      <w:pPr>
        <w:jc w:val="both"/>
      </w:pPr>
      <w:r>
        <w:rPr>
          <w:b/>
        </w:rPr>
        <w:t>Điều 2. Đối tượng áp dụng</w:t>
      </w:r>
    </w:p>
    <w:p>
      <w:pPr>
        <w:jc w:val="both"/>
      </w:pPr>
      <w:r>
        <w:t>Thông tư này áp dụng đối với tổ chức, cá nhân, thương nhân (sau đây gọi tắt là Thương nhân) hoạt động có liên quan đến xuất khẩu, nhập khẩu hàng hoá thuộc diện quản lý chuyên ngành nông nghiệp, lâm nghiệp và thủy sản.</w:t>
      </w:r>
    </w:p>
    <w:p>
      <w:pPr>
        <w:jc w:val="both"/>
      </w:pPr>
      <w:r>
        <w:rPr>
          <w:b/>
        </w:rPr>
        <w:t>Điều 3. Giải thích từ ngữ</w:t>
      </w:r>
    </w:p>
    <w:p>
      <w:pPr>
        <w:jc w:val="both"/>
      </w:pPr>
      <w:r>
        <w:t>Trong Thông tư này, các từ ngữ dưới đây được hiểu như sau:</w:t>
      </w:r>
    </w:p>
    <w:p>
      <w:pPr>
        <w:jc w:val="both"/>
      </w:pPr>
      <w:r>
        <w:t>1. Gỗ tròn : bao gồm gỗ nguyên khai, gỗ đẽo tròn, gỗ lóc lõi có đường kính đầu nhỏ từ 10 cm đến dưới 20 cm, chiều dài từ 01 mét trở lên hoặc có đường kính đầu nhỏ từ 20 cm trở lên, chiều dài từ 30 cm trở lên (kể cả gỗ nguyên khai còn có gốc, cành, lá mà đường kính sát gốc từ 10cm đến dưới 20cm, chiều dài từ 01 mét trở lên hoặc có đường kính sát gốc từ 20cm trở lên, chiều dài từ 30cm trở lên). Riêng đối với gỗ thuộc loài nguy cấp, quý, hiếm không phân biệt kích thước.</w:t>
      </w:r>
    </w:p>
    <w:p>
      <w:pPr>
        <w:jc w:val="both"/>
      </w:pPr>
      <w:r>
        <w:t>2. Gỗ xẻ : là gỗ đã cưa hoặc xẻ, lạng hoặc bóc, có độ dầy trên 06 milimet (mm).</w:t>
      </w:r>
    </w:p>
    <w:p>
      <w:pPr>
        <w:jc w:val="both"/>
      </w:pPr>
      <w:r>
        <w:t>3. Sản phẩm đồ mộc hoàn chỉnh (bao gồm cả đồ gỗ mỹ nghệ, đồ gỗ cao cấp): là các sản phẩm từ gỗ được lắp ráp hoàn chỉnh theo công dụng của loại sản phẩm hoặc các chi tiết tháo rời của sản phẩm hoàn chỉnh, khi lắp ráp có thể sử dụng được ngay theo công dụng của sản phẩm đó.</w:t>
      </w:r>
    </w:p>
    <w:p>
      <w:pPr>
        <w:jc w:val="both"/>
      </w:pPr>
      <w:r>
        <w:t>4. Động vật, thực vật hoang dã nguy cấp, quý, hiếm : là những loài động vật, thực vật hoang dã thuộc quản lý của Công ước về buôn bán quốc tế các loài động vật, thực vật hoang dã nguy cấp (CITES) và những loài thực vật, động vật rừng quy định tại danh mục các loài thực vật, động vật rừng nguy cấp, quý, hiếm ban hành kèm theo Nghị định số 32/2006/NĐ-CP ngày 30/3/2006 của Chính phủ về quản lý thực vật rừng, động vật rừng nguy cấp, quý, hiếm (sau đây gọi tắt là Nghị định số 32/2006/NĐ-CP).</w:t>
      </w:r>
    </w:p>
    <w:p>
      <w:pPr>
        <w:jc w:val="both"/>
      </w:pPr>
      <w:r>
        <w:t>5. Thủy sản :</w:t>
      </w:r>
    </w:p>
    <w:p>
      <w:pPr>
        <w:jc w:val="both"/>
      </w:pPr>
      <w:r>
        <w:t>a) Thuỷ sản sống: là các loài động vật, thực vật thuỷ sản còn có khả năng sinh trưởng và phát triển.</w:t>
      </w:r>
    </w:p>
    <w:p>
      <w:pPr>
        <w:jc w:val="both"/>
      </w:pPr>
      <w:r>
        <w:t>b) Giống thuỷ sản: Là các loài động vật, thực vật thuỷ sản kể cả trứng, phôi, tinh trùng và ấu trùng của chúng sử dụng để sản xuất giống, làm con giống cho nuôi thương phẩm, nuôi làm cảnh, nuôi giải trí.</w:t>
      </w:r>
    </w:p>
    <w:p>
      <w:pPr>
        <w:jc w:val="both"/>
      </w:pPr>
      <w:r>
        <w:t>c) Thuỷ sản sống làm thực phẩm: là các loài động vật, thực vật thuỷ sản còn sống sử dụng để làm thực phẩm cho con người.</w:t>
      </w:r>
    </w:p>
    <w:p>
      <w:pPr>
        <w:jc w:val="both"/>
      </w:pPr>
      <w:r>
        <w:t>d) Đánh giá rủi ro thuỷ sản sống nhập khẩu làm thực phẩm: là các hoạt động nhằm xác định những tác động bất lợi có thể xảy ra đối với con người và môi trường trong các hoạt động có liên quan đến thuỷ sản sống nhập khẩu.</w:t>
      </w:r>
    </w:p>
    <w:p>
      <w:pPr>
        <w:jc w:val="both"/>
      </w:pPr>
      <w:r>
        <w:t>đ) Sản phẩm xử lý, cải tạo môi trường nuôi trồng thuỷ sản: Là những chất hoặc hợp chất có nguồn gốc từ khoáng chất, hoá chất, động vật, thực vật, vi sinh vật và các chế phẩm từ chúng được sử dụng để điều chỉnh tính chất vật lý, tính chất hóa học, sinh học của môi trường nuôi trồng thủy sản.</w:t>
      </w:r>
    </w:p>
    <w:p>
      <w:pPr>
        <w:jc w:val="both"/>
      </w:pPr>
      <w:r>
        <w:rPr>
          <w:b/>
        </w:rPr>
        <w:t>Điều 4. Nguyên tắc thực hiện các quy định về kiểm dịch động vật, thực vật; kiểm tra chất lượng an toàn thực phẩm đối với động vật, thực vật và hàng hóa có nguồn gốc từ động vật, thực vật nhập khẩu</w:t>
      </w:r>
    </w:p>
    <w:p>
      <w:pPr>
        <w:jc w:val="both"/>
      </w:pPr>
      <w:r>
        <w:t>1. Hàng hoá nhập khẩu thuộc diện kiểm dịch động vật, thủy sản, sản phẩm động vật, sản phẩm thủy sản, trước khi thông quan, phải thực hiện theo quy định của Bộ Nông nghiệp và Phát triển nông thôn ban hành Danh mục đối tượng kiểm dịch động vật, kiểm dịch thủy sản, sản phẩm động vật, sản phẩm thủy sản; Danh mục động vật; Danh mục thủy sản, sản phẩm động vật, sản phẩm thủy sản thuộc diện phải kiểm dịch và Quy trình, thủ tục kiểm dịch động vật, kiểm dịch thủy sản, sản phẩm động vật, sản phẩm thủy sản, kiểm tra vệ sinh thú y.</w:t>
      </w:r>
    </w:p>
    <w:p>
      <w:pPr>
        <w:jc w:val="both"/>
      </w:pPr>
      <w:r>
        <w:t>2. Hàng hóa nhập khẩu trong Danh mục vật thể thuộc diện kiểm dịch thực vật trước khi thông quan phải thực hiện theo quy định của Bộ Nông nghiệp và Phát triển nông thôn về việc công bố Danh mục vật thể thuộc diện kiểm dịch thực vật của Việt Nam, Danh mục đối tượng kiểm dịch thực vật của Việt Nam, Danh mục vật thể thuộc diện kiểm dịch thực vật phải phân tích nguy cơ dịch hại trước khi nhập khẩu vào Việt Nam, ban hành quy định về các thủ tục kiểm tra vật thể và lập hồ sơ kiểm dịch thực vật.</w:t>
      </w:r>
    </w:p>
    <w:p>
      <w:pPr>
        <w:jc w:val="both"/>
      </w:pPr>
      <w:r>
        <w:t>3. Hàng hóa thuộc diện quản lý chuyên ngành của Bộ Nông nghiệp và Phát triển nông thôn khi nhập khẩu vào Việt Nam phải thực hiện các quy định về kiểm tra chất lượng, an toàn thực phẩm theo quy định hiện hành của Bộ Nông nghiệp và Phát triển nông thôn.</w:t>
      </w:r>
    </w:p>
    <w:p>
      <w:pPr>
        <w:jc w:val="both"/>
      </w:pPr>
      <w:r>
        <w:t>4. Trường hợp cửa khẩu chưa có cơ quan kiểm dịch động, thực vật thì hàng hoá được thông quan theo cơ chế đăng ký trước, kiểm tra sau. Cơ quan kiểm dịch có thể kiểm dịch cùng lúc Cơ quan hải quan kiểm tra hàng hoá hoặc kiểm dịch sau khi hàng hoá đã hoàn thành thủ tục hải quan theo thời gian và địa điểm được xác định trong giấy đăng ký kiểm dịch.</w:t>
      </w:r>
    </w:p>
    <w:p>
      <w:pPr>
        <w:jc w:val="both"/>
      </w:pPr>
      <w:r>
        <w:t>5. Đối với các mặt hàng phải kiểm tra chất lượng và an toàn thực phẩm thực hiện theo hình thức đăng ký trước và kiểm tra sau khi thông quan.</w:t>
      </w:r>
    </w:p>
    <w:p>
      <w:pPr>
        <w:jc w:val="both"/>
      </w:pPr>
      <w:r>
        <w:t>6. Sau khi đã thông quan, trong trường hợp hàng hóa không đáp ứng đủ điều kiện về kiểm dịch, chất lượng, an toàn thực phẩm thì buộc phải tái xuất.</w:t>
      </w:r>
    </w:p>
    <w:p>
      <w:pPr>
        <w:jc w:val="both"/>
      </w:pPr>
      <w:r>
        <w:rPr>
          <w:b/>
        </w:rPr>
        <w:t>Điều 5. Nguyên tắc nhập khẩu trong thời gian chờ bổ sung vào danh mục hàng hoá được phép nhập khẩu không phải xin phép</w:t>
      </w:r>
    </w:p>
    <w:p>
      <w:pPr>
        <w:jc w:val="both"/>
      </w:pPr>
      <w:r>
        <w:t>1. Đối với các loại hàng hoá ngoài danh mục hàng hoá được phép nhập khẩu không phải xin phép, sau khi có kết quả khảo nghiệm hoặc kết quả đánh giá rủi ro được các cơ quan quản lý chuyên ngành của Bộ Nông nghiệp và Phát triển nông thôn có văn bản công nhận, Thương nhân được phép nhập khẩu theo nhu cầu, không bị hạn chế về số lượng, trị giá, không phải đề nghị cấp Giấy phép nhập khẩu.</w:t>
      </w:r>
    </w:p>
    <w:p>
      <w:pPr>
        <w:jc w:val="both"/>
      </w:pPr>
      <w:r>
        <w:t>2. Cơ quan quản lý chuyên ngành của Bộ Nông nghiệp và Phát triển nông thôn chịu trách nhiệm đăng tải ngay sau khi ban hành văn bản công nhận kết quả khảo nghiệm hoặc kết quả đánh giá rủi ro, danh mục hàng hoá trên trang tin điện tử (website) của đơn vị quản lý chuyên ngành và của Bộ Nông nghiệp và Phát triển nông thôn tại địa chỉ http://www.omard.gov.vn/ và gửi tới cơ quan Hải quan.</w:t>
      </w:r>
    </w:p>
    <w:p>
      <w:pPr>
        <w:jc w:val="both"/>
      </w:pPr>
      <w:r>
        <w:t>3. Căn cứ vào kết quả khảo nghiệm, kết quả đánh giá rủi ro, Bộ Nông nghiệp và Phát triển nông thôn bổ sung vào các danh mục hàng hoá tương ứng.</w:t>
      </w:r>
    </w:p>
    <w:p>
      <w:pPr>
        <w:jc w:val="both"/>
      </w:pPr>
      <w:r>
        <w:rPr>
          <w:b/>
        </w:rPr>
        <w:t>Điều 6. Quy định chung về trình tự, thủ tục cấp giấy phép xuất khẩu, nhập khẩu hàng hóa thuộc diện quản lý chuyên ngành nông nghiệp, lâm nghiệp và thủy sản</w:t>
      </w:r>
    </w:p>
    <w:p>
      <w:pPr>
        <w:jc w:val="both"/>
      </w:pPr>
      <w:r>
        <w:t>1. Trình tự và cách thức: Thương nhân nộp hồ sơ trực tiếp tại cơ quan quản lý chuyên ngành của Bộ Nông nghiệp và Phát triển nông thôn hoặc gửi qua đường bưu điện.</w:t>
      </w:r>
    </w:p>
    <w:p>
      <w:pPr>
        <w:jc w:val="both"/>
      </w:pPr>
      <w:r>
        <w:t>a) Cơ quan quản lý chuyên ngành của Bộ Nông nghiệp và Phát triển nông thôn tiếp nhận hồ sơ và xem xét, hướng dẫn ngay Thương nhân bổ sung những nội dung còn thiếu hoặc chưa đúng quy định trong trường hợp Thương nhân nộp hồ sơ trực tiếp hoặc trong vòng ba (03) ngày làm việc kể từ ngày nhận được hồ sơ trong trường hợp tiếp nhận hồ sơ thông qua đường bưu điện.</w:t>
      </w:r>
    </w:p>
    <w:p>
      <w:pPr>
        <w:jc w:val="both"/>
      </w:pPr>
      <w:r>
        <w:t>b) Trường hợp hồ sơ đầy đủ theo quy định, trong thời hạn năm (05) ngày làm việc, Cơ quan quản lý chuyên ngành của Bộ Nông nghiệp và Phát triển nông thôn phải cấp Giấy phép nhập khẩu, xuất khẩu hoặc thông báo bằng văn bản lý do không cấp Giấy phép nhập khẩu, xuất khẩu.</w:t>
      </w:r>
    </w:p>
    <w:p>
      <w:pPr>
        <w:jc w:val="both"/>
      </w:pPr>
      <w:r>
        <w:t>2. Số lượng hồ sơ: 01 bộ</w:t>
      </w:r>
    </w:p>
    <w:p>
      <w:pPr>
        <w:jc w:val="both"/>
      </w:pPr>
      <w:r>
        <w:t>3. Thành phần hồ sơ: Được quy định tại các Điều 9, 12, 15, 19, 21, 24, 26, 28, 30, 34, 36 của Thông tư này.</w:t>
      </w:r>
    </w:p>
    <w:p>
      <w:pPr>
        <w:jc w:val="both"/>
      </w:pPr>
      <w:r>
        <w:t>4. Cách thức nộp phí, lệ phí và trả kết quả cấp Giấy phép xuất khẩu, nhập khẩu:</w:t>
      </w:r>
    </w:p>
    <w:p>
      <w:pPr>
        <w:jc w:val="both"/>
      </w:pPr>
      <w:r>
        <w:t>a) Thương nhân nộp phí, lệ phí theo quy định hiện hành trực tiếp tại cơ quan tiếp nhận hồ sơ, chuyển khoản hoặc gửi bằng đường bưu điện.</w:t>
      </w:r>
    </w:p>
    <w:p>
      <w:pPr>
        <w:jc w:val="both"/>
      </w:pPr>
      <w:r>
        <w:t>b) Cơ quan tiếp nhận hồ sơ trả kết quả trực tiếp tại nơi nhận hồ sơ hoặc gửi qua đường bưu điện theo đề nghị của thương nhân.</w:t>
      </w:r>
    </w:p>
    <w:p>
      <w:pPr>
        <w:jc w:val="both"/>
      </w:pPr>
      <w:r>
        <w:t>5. Cơ quan thực hiện: Được quy định tại các Điều 9, 12, 15, 19, 21, 24, 26, 28, 30, 34, 36 của Thông tư này.</w:t>
      </w:r>
    </w:p>
    <w:p>
      <w:pPr>
        <w:jc w:val="both"/>
      </w:pPr>
      <w:r>
        <w:t>6. Thời hạn hiệu lực của giấy phép: Quy định tại các Điều 15, 21, 24, 28, 30 của Thông tư này.</w:t>
      </w:r>
    </w:p>
    <w:p>
      <w:pPr>
        <w:jc w:val="both"/>
      </w:pPr>
      <w:r>
        <w:t>7. Trong trường hợp có quy định khác với các quy định nêu tại khoản 1, 2, 3, 4, 5, 6 của Điều này thì được thực hiện cụ thể tại các Điều của Chương II Thông tư này.</w:t>
      </w:r>
    </w:p>
    <w:p>
      <w:pPr>
        <w:jc w:val="center"/>
      </w:pPr>
      <w:r>
        <w:rPr>
          <w:b/>
        </w:rPr>
        <w:t>Chương II</w:t>
      </w:r>
    </w:p>
    <w:p>
      <w:pPr>
        <w:jc w:val="both"/>
      </w:pPr>
      <w:r>
        <w:t>QUY ĐỊNH CỤ THỂ</w:t>
      </w:r>
    </w:p>
    <w:p>
      <w:pPr>
        <w:jc w:val="center"/>
      </w:pPr>
      <w:r>
        <w:rPr>
          <w:b/>
        </w:rPr>
        <w:t>Mục 1</w:t>
      </w:r>
    </w:p>
    <w:p>
      <w:pPr>
        <w:jc w:val="both"/>
      </w:pPr>
      <w:r>
        <w:t>XUẤT KHẨU GỖ VÀ SẢN PHẨM GỖ; CỦI, THAN LÀM TỪ GỖ HOẶC CỦI CÓ NGUỒN GỐC TỪ GỖ RỪNG TỰ NHIÊN TRONG NƯỚC</w:t>
      </w:r>
    </w:p>
    <w:p>
      <w:pPr>
        <w:jc w:val="both"/>
      </w:pPr>
      <w:r>
        <w:rPr>
          <w:b/>
        </w:rPr>
        <w:t>Điều 7. Cấm xuất khẩu gỗ, sản phẩm gỗ rừng tự nhiên trong nước (trừ những trường hợp quy định tại Điều 8 Thông tư này) gồm:</w:t>
      </w:r>
    </w:p>
    <w:p>
      <w:pPr>
        <w:jc w:val="both"/>
      </w:pPr>
      <w:r>
        <w:t>1. Gỗ tròn, gỗ xẻ các loại.</w:t>
      </w:r>
    </w:p>
    <w:p>
      <w:pPr>
        <w:jc w:val="both"/>
      </w:pPr>
      <w:r>
        <w:t>2. Sản phẩm làm từ gỗ thuộc Nhóm IA (trừ gỗ là tang vật xử lý tịch thu theo quy định hiện hành của Nhà nước) quy định tại Nghị định số 32/2006/NĐ- CP ; sản phẩm làm từ gỗ quy định tại Phụ lục I của CITES.</w:t>
      </w:r>
    </w:p>
    <w:p>
      <w:pPr>
        <w:jc w:val="both"/>
      </w:pPr>
      <w:r>
        <w:rPr>
          <w:b/>
        </w:rPr>
        <w:t>Điều 8. Xuất khẩu theo điều kiện hoặc theo giấy phép</w:t>
      </w:r>
    </w:p>
    <w:p>
      <w:pPr>
        <w:jc w:val="both"/>
      </w:pPr>
      <w:r>
        <w:t>1. Sản phẩm làm từ gỗ thuộc Nhóm IA là tang vật xử lý tịch thu theo quy định hiện hành của Nhà nước; Nhóm IIA quy định tại Nghị định số 32/2006/NĐ-CP chỉ được phép xuất khẩu ở dạng sản phẩm đồ mộc hoàn chỉnh. Khi xuất khẩu, Thương nhân kê khai hàng hoá với cơ quan Hải quan về số lượng, chủng loại, và chịu trách nhiệm về nguồn gốc gỗ hợp pháp, không phải xin phép.</w:t>
      </w:r>
    </w:p>
    <w:p>
      <w:pPr>
        <w:jc w:val="both"/>
      </w:pPr>
      <w:r>
        <w:t>2. Sản phẩm làm từ gỗ quy định tại Phụ lục II của CITES, khi xuất khẩu phải có giấy phép do Cơ quan quản lý CITES Việt Nam cấp.</w:t>
      </w:r>
    </w:p>
    <w:p>
      <w:pPr>
        <w:jc w:val="both"/>
      </w:pPr>
      <w:r>
        <w:t>3. Khi xuất khẩu các loại củi, than, Thương nhân kê khai hàng hoá với cơ quan Hải quan về số lượng, chủng loại và chịu trách nhiệm về nguồn gốc hàng hoá hợp pháp, không phải xin phép.</w:t>
      </w:r>
    </w:p>
    <w:p>
      <w:pPr>
        <w:jc w:val="both"/>
      </w:pPr>
      <w:r>
        <w:rPr>
          <w:b/>
        </w:rPr>
        <w:t>Điều 9. Thành phần hồ sơ, cơ quan cấp giấy phép xuất khẩu sản phẩm làm từ gỗ quy định tại Phụ lục II của CITES</w:t>
      </w:r>
    </w:p>
    <w:p>
      <w:pPr>
        <w:jc w:val="both"/>
      </w:pPr>
      <w:r>
        <w:t>1. Thành phần hồ sơ:</w:t>
      </w:r>
    </w:p>
    <w:p>
      <w:pPr>
        <w:jc w:val="both"/>
      </w:pPr>
      <w:r>
        <w:t>a) Đơn đề nghị cấp Giấy phép xuất khẩu theo mẫu số 01/LN ban hành kèm theo Thông tư này;</w:t>
      </w:r>
    </w:p>
    <w:p>
      <w:pPr>
        <w:jc w:val="both"/>
      </w:pPr>
      <w:r>
        <w:t>b) Bản sao chụp hợp đồng giao kết thương mại giữa các bên có liên quan;</w:t>
      </w:r>
    </w:p>
    <w:p>
      <w:pPr>
        <w:jc w:val="both"/>
      </w:pPr>
      <w:r>
        <w:t>c) Hồ sơ chứng minh mẫu vật có nguồn gốc hợp pháp theo quy định hiện hành (bản sao chụp và mang theo bản gốc để đối chiếu, trong trường hợp nộp hồ sơ trực tiếp; hoặc bản sao có chứng thực, trong trường hợp nộp hồ sơ qua đường bưu điện);</w:t>
      </w:r>
    </w:p>
    <w:p>
      <w:pPr>
        <w:jc w:val="both"/>
      </w:pPr>
      <w:r>
        <w:t>d) Bản sao chụp Giấy phép đăng ký kinh doanh hoặc chứng minh nhân dân/hộ chiếu đối với Thương nhân lần đầu đề nghị cấp phép.</w:t>
      </w:r>
    </w:p>
    <w:p>
      <w:pPr>
        <w:jc w:val="both"/>
      </w:pPr>
      <w:r>
        <w:t>đ) Bản sao có chứng thực Hoá đơn, chứng từ chứng minh nguồn gốc gỗ là tang vật xử lý.</w:t>
      </w:r>
    </w:p>
    <w:p>
      <w:pPr>
        <w:jc w:val="both"/>
      </w:pPr>
      <w:r>
        <w:t>2. Cơ quan thực hiện: Cơ quan quản lý CITES Việt Nam</w:t>
      </w:r>
    </w:p>
    <w:p>
      <w:pPr>
        <w:jc w:val="both"/>
      </w:pPr>
      <w:r>
        <w:t>Thương nhân nộp hồ sơ tại một trong các địa chỉ sau:</w:t>
      </w:r>
    </w:p>
    <w:p>
      <w:pPr>
        <w:jc w:val="both"/>
      </w:pPr>
      <w:r>
        <w:t>a) Cơ quan quản lý CITES Việt Nam:</w:t>
      </w:r>
    </w:p>
    <w:p>
      <w:pPr>
        <w:jc w:val="both"/>
      </w:pPr>
      <w:r>
        <w:t>- Địa chỉ: Nhà A3, số 2 Ngọc Hà, Quận Ba Đình, Hà Nội</w:t>
      </w:r>
    </w:p>
    <w:p>
      <w:pPr>
        <w:jc w:val="both"/>
      </w:pPr>
      <w:r>
        <w:t>- Điện thoại: (04) 3733 5676; Fax: (04) 3734 6742</w:t>
      </w:r>
    </w:p>
    <w:p>
      <w:pPr>
        <w:jc w:val="both"/>
      </w:pPr>
      <w:r>
        <w:t>- Email: fpdvn@hn.vnn.vn; cites_vn.kl@mard.gov.vn</w:t>
      </w:r>
    </w:p>
    <w:p>
      <w:pPr>
        <w:jc w:val="both"/>
      </w:pPr>
      <w:r>
        <w:t>- Trang web: www.tongcuclamnghiep.gov.vn</w:t>
      </w:r>
    </w:p>
    <w:p>
      <w:pPr>
        <w:jc w:val="both"/>
      </w:pPr>
      <w:r>
        <w:t>b) Cơ quan đại diện Cơ quan Quản lý CITES Việt Nam tại phía Nam:</w:t>
      </w:r>
    </w:p>
    <w:p>
      <w:pPr>
        <w:jc w:val="both"/>
      </w:pPr>
      <w:r>
        <w:t>- Địa chỉ: Tầng 7, toà nhà văn phòng, 146 Nguyễn Công Trứ, Quận 1, Tp. Hồ Chí Minh</w:t>
      </w:r>
    </w:p>
    <w:p>
      <w:pPr>
        <w:jc w:val="both"/>
      </w:pPr>
      <w:r>
        <w:t>- Điện thoại: (08) 3821 8206; Fax: (08) 3915 1120</w:t>
      </w:r>
    </w:p>
    <w:p>
      <w:pPr>
        <w:jc w:val="both"/>
      </w:pPr>
      <w:r>
        <w:t>- Email: citesphianam@gmail.com</w:t>
      </w:r>
    </w:p>
    <w:p>
      <w:pPr>
        <w:jc w:val="center"/>
      </w:pPr>
      <w:r>
        <w:rPr>
          <w:b/>
        </w:rPr>
        <w:t>Mục 2</w:t>
      </w:r>
    </w:p>
    <w:p>
      <w:pPr>
        <w:jc w:val="both"/>
      </w:pPr>
      <w:r>
        <w:t>XUẤT KHẨU, NHẬP KHẨU ĐỘNG VẬT, THỰC VẬT HOANG DÃ NGUY CẤP, QUÝ, HIẾM</w:t>
      </w:r>
    </w:p>
    <w:p>
      <w:pPr>
        <w:jc w:val="both"/>
      </w:pPr>
      <w:r>
        <w:t>(trừ gỗ và sản phẩm gỗ quy định tại Mục I, Chương II của Thông tư này)</w:t>
      </w:r>
    </w:p>
    <w:p>
      <w:pPr>
        <w:jc w:val="both"/>
      </w:pPr>
      <w:r>
        <w:rPr>
          <w:b/>
        </w:rPr>
        <w:t>Điều 10. Xuất khẩu động vật, thực vật hoang dã, nguy cấp, quý, hiếm</w:t>
      </w:r>
    </w:p>
    <w:p>
      <w:pPr>
        <w:jc w:val="both"/>
      </w:pPr>
      <w:r>
        <w:t>1. Cấm xuất khẩu vì mục đích thương mại động vật, thực vật hoang dã nguy cấp, quý, hiếm được khai thác từ rừng tự nhiên (trừ những trường hợp quy định tại Khoản 3, Điều này) gồm:</w:t>
      </w:r>
    </w:p>
    <w:p>
      <w:pPr>
        <w:jc w:val="both"/>
      </w:pPr>
      <w:r>
        <w:t>a) Động vật rừng nguy cấp, quý, hiếm thuộc nhóm IB và IIB, thực vật rừng thuộc nhóm IA tại Nghị định số 32/2006/NĐ-CP.</w:t>
      </w:r>
    </w:p>
    <w:p>
      <w:pPr>
        <w:jc w:val="both"/>
      </w:pPr>
      <w:r>
        <w:t>b) Động vật, thực vật hoang dã quy định tại Phụ lục I của CITES.</w:t>
      </w:r>
    </w:p>
    <w:p>
      <w:pPr>
        <w:jc w:val="both"/>
      </w:pPr>
      <w:r>
        <w:t>2. Cấm xuất khẩu các loài thủy sản hoang dã nguy cấp, quý, hiếm có tên trong Danh mục các loài thuỷ sản cấm xuất khẩu tại Phụ lục 01 ban hành kèm theo Thông tư này, trừ trường hợp quy định tại Khoản 4 Điều này.</w:t>
      </w:r>
    </w:p>
    <w:p>
      <w:pPr>
        <w:jc w:val="both"/>
      </w:pPr>
      <w:r>
        <w:t>3. Xuất khẩu động vật, thực vật hoang dã nguy cấp, quý, hiếm khai thác từ rừng tự nhiên theo giấy phép gồm:</w:t>
      </w:r>
    </w:p>
    <w:p>
      <w:pPr>
        <w:jc w:val="both"/>
      </w:pPr>
      <w:r>
        <w:t>a) Động vật, thực vật hoang dã nguy cấp, quý, hiếm quy định tại Khoản 1, 2 Điều này xuất khẩu phục vụ ngoại giao, nghiên cứu khoa học, trao đổi giữa các vườn động vật, vườn thực vật, triển lãm, biểu diễn xiếc, trao đổi, trao trả mẫu vật giữa các Cơ quan thẩm quyền quản lý CITES các nước.</w:t>
      </w:r>
    </w:p>
    <w:p>
      <w:pPr>
        <w:jc w:val="both"/>
      </w:pPr>
      <w:r>
        <w:t>b) Xuất khẩu vì mục đích thương mại:</w:t>
      </w:r>
    </w:p>
    <w:p>
      <w:pPr>
        <w:jc w:val="both"/>
      </w:pPr>
      <w:r>
        <w:t>- Động vật, thực vật hoang dã, nguy cấp, quý, hiếm từ tự nhiên quy định tại Phục lục II của CITES;</w:t>
      </w:r>
    </w:p>
    <w:p>
      <w:pPr>
        <w:jc w:val="both"/>
      </w:pPr>
      <w:r>
        <w:t>- Thực vật rừng từ tự nhiên thuộc nhóm IIA, quy định tại Nghị định số 32/2006/NĐ-CP;</w:t>
      </w:r>
    </w:p>
    <w:p>
      <w:pPr>
        <w:jc w:val="both"/>
      </w:pPr>
      <w:r>
        <w:t>- Động vật, thực vật hoang dã nguy cấp, quý, hiếm thuộc nhóm I, nhóm II của Nghị định số 32/2006/NĐ-CP; quy định tại các Phụ lục I và II của Công ước CITES có nguồn gốc nuôi, trồng theo quy định tại Nghị định số 82/2006/NĐ-CP ngày 10/8/2006 của Chính phủ về quản lý hoạt động xuất khẩu, nhập khẩu, tái xuất khẩu, nhập nội từ biển, quá cảnh, nuôi sinh sản, nuôi sinh trưởng và trồng cấy nhân tạo các loài động vật, thực vật hoang dã nguy cấp, quý, hiếm.</w:t>
      </w:r>
    </w:p>
    <w:p>
      <w:pPr>
        <w:jc w:val="both"/>
      </w:pPr>
      <w:r>
        <w:t>4. Xuất khẩu thủy sản theo giấy phép</w:t>
      </w:r>
    </w:p>
    <w:p>
      <w:pPr>
        <w:jc w:val="both"/>
      </w:pPr>
      <w:r>
        <w:t>Các loài thuỷ sản có tên trong Danh mục các loài thuỷ sản cấm xuất khẩu tại Phụ lục 01 ban hành kèm theo Thông tư này chỉ được xuất khẩu trong trường hợp thực hiện Điều ước quốc tế mà Việt Nam đã ký kết hoặc gia nhập.</w:t>
      </w:r>
    </w:p>
    <w:p>
      <w:pPr>
        <w:jc w:val="both"/>
      </w:pPr>
      <w:r>
        <w:rPr>
          <w:b/>
        </w:rPr>
        <w:t>Điều 11. Nhập khẩu động vật, thực vật hoang dã, nguy cấp, quý, hiếm</w:t>
      </w:r>
    </w:p>
    <w:p>
      <w:pPr>
        <w:jc w:val="both"/>
      </w:pPr>
      <w:r>
        <w:t>Nhập khẩu động vật, thực vật hoang dã, nguy cấp, quý, hiếm quy định tại các Phụ lục của CITES phải được Cơ quan Quản lý CITES Việt Nam cấp giấy phép.</w:t>
      </w:r>
    </w:p>
    <w:p>
      <w:pPr>
        <w:jc w:val="both"/>
      </w:pPr>
      <w:r>
        <w:rPr>
          <w:b/>
        </w:rPr>
        <w:t>Điều 12. Thành phần hồ sơ, cơ quan cấp Giấy phép nhập khẩu động vật, thực vật hoang dã, nguy cấp, quý, hiếm</w:t>
      </w:r>
    </w:p>
    <w:p>
      <w:pPr>
        <w:jc w:val="both"/>
      </w:pPr>
      <w:r>
        <w:t>1. Thành phần hồ sơ:</w:t>
      </w:r>
    </w:p>
    <w:p>
      <w:pPr>
        <w:jc w:val="both"/>
      </w:pPr>
      <w:r>
        <w:t>a) Đơn đề nghị cấp Giấy phép nhập khẩu theo mẫu số 01/LN ban hành kèm theo Thông tư này;</w:t>
      </w:r>
    </w:p>
    <w:p>
      <w:pPr>
        <w:jc w:val="both"/>
      </w:pPr>
      <w:r>
        <w:t>b) Bản sao chụp hợp đồng giao kết thương mại giữa các bên có liên quan. Trường hợp xuất khẩu không vì mục đích thương mại theo quy định tại điểm a, Khoản 3, Điều 10 của Thông tư này: Bản sao chụp văn bản ký kết về chương trình hợp tác nghiên cứu khoa học hoặc văn bản xác nhận quà biếu, tặng, ngoại giao (đối với mẫu vật nghiên cứu khoa học, ngoại giao) hoặc Quyết định cử đi tham dự triển lãm hoặc biểu diễn xiếc (đối với mẫu vật để triển lãm, biểu diễn xiếc) của Bộ chủ quản;</w:t>
      </w:r>
    </w:p>
    <w:p>
      <w:pPr>
        <w:jc w:val="both"/>
      </w:pPr>
      <w:r>
        <w:t>c) Bản sao chụp Giấy phép đăng ký kinh doanh hoặc Quyết định thành lập hoặc chứng minh nhân dân/hộ chiếu đối với Thương nhân lần đầu đề nghị cấp phép (áp dụng đối với hồ sơ đề nghị cấp Giấy phép xuất khẩu);</w:t>
      </w:r>
    </w:p>
    <w:p>
      <w:pPr>
        <w:jc w:val="both"/>
      </w:pPr>
      <w:r>
        <w:t>d) Hồ sơ chứng minh mẫu vật có nguồn gốc hợp pháp theo quy định hiện hành (Bản sao chụp mang theo bản gốc để đối chiếu, trong trường hợp nộp hồ sơ trực tiếp; hoặc bản sao có chứng thực, trong trường hợp nộp hồ sơ qua đường bưu điện ) (áp dụng đối với hồ sơ đề nghị cấp Giấy phép xuất khẩu);</w:t>
      </w:r>
    </w:p>
    <w:p>
      <w:pPr>
        <w:jc w:val="both"/>
      </w:pPr>
      <w:r>
        <w:t>đ) Bản sao chụp Giấy phép xuất khẩu, tái xuất khẩu do Cơ quan quản lý CITES của nước xuất khẩu, tái xuất khẩu cấp (áp dụng đối với hồ sơ đề nghị cấp Giấy phép nhập khẩu);</w:t>
      </w:r>
    </w:p>
    <w:p>
      <w:pPr>
        <w:jc w:val="both"/>
      </w:pPr>
      <w:r>
        <w:t>e) Trường hợp mẫu vật nhập khẩu là động vật, thực vật hoang dã còn sống (áp dụng đối với hồ sơ đề nghị cấp Giấy phép nhập khẩu) phải có các giấy tờ sau:</w:t>
      </w:r>
    </w:p>
    <w:p>
      <w:pPr>
        <w:jc w:val="both"/>
      </w:pPr>
      <w:r>
        <w:t>- Văn bản xác nhận đủ điều kiện nuôi, giữ, chăm sóc của cơ quan kiểm lâm tỉnh hoặc xác nhận của cơ quan quản lý chuyên ngành thuỷ sản cấp tỉnh đối với các loài thủy sinh;</w:t>
      </w:r>
    </w:p>
    <w:p>
      <w:pPr>
        <w:jc w:val="both"/>
      </w:pPr>
      <w:r>
        <w:t>- Văn bản xác nhận về việc nhập khẩu mẫu vật đó không ảnh hưởng xấu tới môi trường và việc bảo tồn các loài động vật, thực vật trong nước đối với trường hợp loài động vật, thực vật đó lần đầu tiên được nhập khẩu vào Việt Nam của một trong các Cơ quan Khoa học CITES Việt Nam dưới đây:</w:t>
      </w:r>
    </w:p>
    <w:p>
      <w:pPr>
        <w:jc w:val="both"/>
      </w:pPr>
      <w:r>
        <w:t>+ Viện Sinh thái và Tài nguyên sinh vật thuộc Viện Khoa học và Công nghệ Việt Nam;</w:t>
      </w:r>
    </w:p>
    <w:p>
      <w:pPr>
        <w:jc w:val="both"/>
      </w:pPr>
      <w:r>
        <w:t>+ Viện Khoa học Lâm nghiệp Việt Nam thuộc Bộ Nông nghiệp và Phát triển nông thôn;</w:t>
      </w:r>
    </w:p>
    <w:p>
      <w:pPr>
        <w:jc w:val="both"/>
      </w:pPr>
      <w:r>
        <w:t>+ Viện Nghiên cứu Hải sản thuộc Bộ Nông nghiệp và Phát triển nông thôn;</w:t>
      </w:r>
    </w:p>
    <w:p>
      <w:pPr>
        <w:jc w:val="both"/>
      </w:pPr>
      <w:r>
        <w:t>+ Trung tâm Nghiên cứu Tài nguyên và Môi trường thuộc Đại học Quốc gia Hà Nội.</w:t>
      </w:r>
    </w:p>
    <w:p>
      <w:pPr>
        <w:jc w:val="both"/>
      </w:pPr>
      <w:r>
        <w:t>2. Cơ quan thực hiện: Theo quy định tại Khoản 2, Điều 9 của Thông tư này.</w:t>
      </w:r>
    </w:p>
    <w:p>
      <w:pPr>
        <w:jc w:val="center"/>
      </w:pPr>
      <w:r>
        <w:rPr>
          <w:b/>
        </w:rPr>
        <w:t>Mục 3</w:t>
      </w:r>
    </w:p>
    <w:p>
      <w:pPr>
        <w:jc w:val="both"/>
      </w:pPr>
      <w:r>
        <w:t>XUẤT KHẨU, NHẬP KHẨU GIỐNG CÂY TRỒNG</w:t>
      </w:r>
    </w:p>
    <w:p>
      <w:pPr>
        <w:jc w:val="both"/>
      </w:pPr>
      <w:r>
        <w:rPr>
          <w:b/>
        </w:rPr>
        <w:t>Điều 13. Xuất khẩu giống cây trồng</w:t>
      </w:r>
    </w:p>
    <w:p>
      <w:pPr>
        <w:jc w:val="both"/>
      </w:pPr>
      <w:r>
        <w:t>1. Thương nhân không được xuất khẩu giống cây trồng có trong Danh mục giống cây trồng quý hiếm cấm xuất khẩu theo quy định của Bộ Nông nghiệp và Phát triển nông thôn.</w:t>
      </w:r>
    </w:p>
    <w:p>
      <w:pPr>
        <w:jc w:val="both"/>
      </w:pPr>
      <w:r>
        <w:t>2. Thương nhân xuất khẩu giống cây trồng có trong Danh mục Nguồn gen cây trồng quý hiếm trao đổi quốc tế trong trường hợp đặc biệt và Danh mục Nguồn gen cây trồng quý hiếm hạn chế trao đổi quốc tế theo quy định của Bộ Nông nghiệp và Phát triển nông thôn, phải được sự đồng ý bằng văn bản của Bộ trưởng Bộ Nông nghiệp và Phát triển nông thôn.</w:t>
      </w:r>
    </w:p>
    <w:p>
      <w:pPr>
        <w:jc w:val="both"/>
      </w:pPr>
      <w:r>
        <w:t>3. Thương nhân xuất khẩu giống cây trồng không có trong Danh mục quy định tại các khoản 1, 2 Điều này và Danh mục giống cây trồng được phép sản xuất, kinh doanh tại Việt Nam phải được Tổng Cục lâm nghiệp (đối với giống cây trồng lâm nghiệp) hoặc Cục Trồng trọt (đối với giống cây trồng nông nghiệp) cấp phép.</w:t>
      </w:r>
    </w:p>
    <w:p>
      <w:pPr>
        <w:jc w:val="both"/>
      </w:pPr>
      <w:r>
        <w:t>4. Thương nhân được xuất khẩu giống cây trồng không thuộc quy định tại các khoản 1, 2, 3 Điều này, không phải xin phép.</w:t>
      </w:r>
    </w:p>
    <w:p>
      <w:pPr>
        <w:jc w:val="both"/>
      </w:pPr>
      <w:r>
        <w:t>5. Hồ sơ và trình tự thủ tục xuất khẩu giống cây trồng được thực hiện theo quy định tại Điều 6 và Điều 30 của Thông tư này.</w:t>
      </w:r>
    </w:p>
    <w:p>
      <w:pPr>
        <w:jc w:val="both"/>
      </w:pPr>
      <w:r>
        <w:rPr>
          <w:b/>
        </w:rPr>
        <w:t>Điều 14. Nhập khẩu giống cây trồng</w:t>
      </w:r>
    </w:p>
    <w:p>
      <w:pPr>
        <w:jc w:val="both"/>
      </w:pPr>
      <w:r>
        <w:t>1. Thương nhân nhập khẩu giống cây trồng có tên trong Danh mục giống cây trồng hoặc Danh mục giống cây trồng lâm nghiệp được phép sản xuất, kinh doanh tại Việt Nam không phải xin phép.</w:t>
      </w:r>
    </w:p>
    <w:p>
      <w:pPr>
        <w:jc w:val="both"/>
      </w:pPr>
      <w:r>
        <w:t>2. Thương nhân nhập khẩu giống cây trồng không có tên trong Danh mục giống cây trồng hoặc Danh mục giống cây trồng lâm nghiệp được phép sản xuất, kinh doanh tại Việt Nam thuộc các trường hợp dưới đây phải được Tổng cục Lâm nghiệp hoặc Cục Trồng trọt cấp phép:</w:t>
      </w:r>
    </w:p>
    <w:p>
      <w:pPr>
        <w:jc w:val="both"/>
      </w:pPr>
      <w:r>
        <w:t>a) Nhập khẩu giống cây trồng để khảo nghiệm, sản xuất thử;</w:t>
      </w:r>
    </w:p>
    <w:p>
      <w:pPr>
        <w:jc w:val="both"/>
      </w:pPr>
      <w:r>
        <w:t>b) Nhập khẩu giống cây trồng với mục đích phục vụ hợp tác quốc tế, để làm mẫu tham gia triển lãm, làm quà tặng và để thực hiện các chương trình, dự án đầu tư.</w:t>
      </w:r>
    </w:p>
    <w:p>
      <w:pPr>
        <w:jc w:val="both"/>
      </w:pPr>
      <w:r>
        <w:rPr>
          <w:b/>
        </w:rPr>
        <w:t>Điều 15. Thành phần hồ sơ, cơ quan cấp Giấy phép, hiệu lực của Giấy phép nhập khẩu giống cây trồng</w:t>
      </w:r>
    </w:p>
    <w:p>
      <w:pPr>
        <w:jc w:val="both"/>
      </w:pPr>
      <w:r>
        <w:t>1. Thành phần hồ sơ:</w:t>
      </w:r>
    </w:p>
    <w:p>
      <w:pPr>
        <w:jc w:val="both"/>
      </w:pPr>
      <w:r>
        <w:t>a) Hồ sơ đề nghị cấp phép nhập khẩu giống cây trồng nông nghiệp:</w:t>
      </w:r>
    </w:p>
    <w:p>
      <w:pPr>
        <w:jc w:val="both"/>
      </w:pPr>
      <w:r>
        <w:t>- Đơn đăng ký nhập khẩu theo mẫu số 01/TTr ban hành kèm theo Thông tư này;</w:t>
      </w:r>
    </w:p>
    <w:p>
      <w:pPr>
        <w:jc w:val="both"/>
      </w:pPr>
      <w:r>
        <w:t>- Tờ khai kỹ thuật theo mẫu số 02/TTr ban hành kèm theo Thông tư này;</w:t>
      </w:r>
    </w:p>
    <w:p>
      <w:pPr>
        <w:jc w:val="both"/>
      </w:pPr>
      <w:r>
        <w:t>- Bản photocopy Quyết định công nhận giống cây trồng cho sản xuất thử (đối với nhập khẩu giống cây trồng để sản xuất thử)</w:t>
      </w:r>
    </w:p>
    <w:p>
      <w:pPr>
        <w:jc w:val="both"/>
      </w:pPr>
      <w:r>
        <w:t>- Trong trường hợp giống cây trồng nhập khẩu lần đầu toàn bộ khối lượng theo quy định để khảo nghiệm, sản xuất thử: Phải bổ sung văn bản chấp thuận của Sở Nông nghiệp và Phát triển nông thôn nơi khảo nghiệm, sản xuất thử;</w:t>
      </w:r>
    </w:p>
    <w:p>
      <w:pPr>
        <w:jc w:val="both"/>
      </w:pPr>
      <w:r>
        <w:t>- Trong trường hợp giống cây trồng nhập khẩu lần thứ 02 trở đi để khảo nghiệm, sản xuất thử: Nộp báo cáo kết quả nhập khẩu, khảo nghiệm, sản xuất thử lần nhập trước, không cần nộp Tờ khai kỹ thuật;</w:t>
      </w:r>
    </w:p>
    <w:p>
      <w:pPr>
        <w:jc w:val="both"/>
      </w:pPr>
      <w:r>
        <w:t>- Bản sao chụp mang theo bản gốc để đối chiếu, trong trường hợp nộp hồ sơ trực tiếp; hoặc bản sao có chứng thực, trong trường hợp nộp hồ sơ qua đường bưu điện đối với các giấy tờ sau:</w:t>
      </w:r>
    </w:p>
    <w:p>
      <w:pPr>
        <w:jc w:val="both"/>
      </w:pPr>
      <w:r>
        <w:t>+ Giấy chứng nhận đăng ký kinh doanh hoặc Giấy phép đầu tư hoặc Quyết định phê duyệt dự án đầu tư của cơ quan có thẩm quyền hoặc văn bản về hợp tác quốc tế hoặc giấy mời tham gia triển lãm (tùy theo mục đích nhập khẩu).</w:t>
      </w:r>
    </w:p>
    <w:p>
      <w:pPr>
        <w:jc w:val="both"/>
      </w:pPr>
      <w:r>
        <w:t>Nếu nhập khẩu giống cây trồng để thực hiện các Chương trình, Dự án đầu tư, hồ sơ cần bổ sung gồm:</w:t>
      </w:r>
    </w:p>
    <w:p>
      <w:pPr>
        <w:jc w:val="both"/>
      </w:pPr>
      <w:r>
        <w:t>+ Văn bản phê duyệt Chương trình, Dự án đầu tư được Uỷ ban nhân dân tỉnh chấp thuận;</w:t>
      </w:r>
    </w:p>
    <w:p>
      <w:pPr>
        <w:jc w:val="both"/>
      </w:pPr>
      <w:r>
        <w:t>+ Văn bản của Sở Nông nghiệp và Phát triển nông thôn nơi thực hiện Dự án đầu tư đề nghị cho nhập khẩu giống để thực hiện Dự án trừ Dự án sân thể thao.</w:t>
      </w:r>
    </w:p>
    <w:p>
      <w:pPr>
        <w:jc w:val="both"/>
      </w:pPr>
      <w:r>
        <w:t>b) Hồ sơ đề nghị cấp Giấy phép nhập khẩu giống cây trồng lâm nghiệp:</w:t>
      </w:r>
    </w:p>
    <w:p>
      <w:pPr>
        <w:jc w:val="both"/>
      </w:pPr>
      <w:r>
        <w:t>- Đơn đăng ký nhập khẩu giống cây trồng lâm nghiệp theo mẫu số 02/LN ban hành kèm theo Thông tư này;</w:t>
      </w:r>
    </w:p>
    <w:p>
      <w:pPr>
        <w:jc w:val="both"/>
      </w:pPr>
      <w:r>
        <w:t>- Lý lịch giống xin nhập khẩu theo mẫu số 03/LN ban hành kèm theo Thông tư này;</w:t>
      </w:r>
    </w:p>
    <w:p>
      <w:pPr>
        <w:jc w:val="both"/>
      </w:pPr>
      <w:r>
        <w:t>- Các tài liệu liên quan như hợp đồng mua bán giống hoặc giấy cho tặng giống của đối tác.</w:t>
      </w:r>
    </w:p>
    <w:p>
      <w:pPr>
        <w:jc w:val="both"/>
      </w:pPr>
      <w:r>
        <w:t>2. Thời gian bổ sung, hoàn chỉnh hồ sơ chưa đầy đủ: Không quá 03 tháng kể từ ngày nhận hồ sơ lần đầu. Nếu quá thời hạn trên, Thương nhân không bổ sung hoàn chỉnh hồ sơ thì phải nộp hồ sơ mới.</w:t>
      </w:r>
    </w:p>
    <w:p>
      <w:pPr>
        <w:jc w:val="both"/>
      </w:pPr>
      <w:r>
        <w:t>3. Hiệu lực của Giấy phép: Giấy phép có giá trị 01 (một) năm kể từ ngày cấp.</w:t>
      </w:r>
    </w:p>
    <w:p>
      <w:pPr>
        <w:jc w:val="both"/>
      </w:pPr>
      <w:r>
        <w:t>4. Cơ quan thực hiện:</w:t>
      </w:r>
    </w:p>
    <w:p>
      <w:pPr>
        <w:jc w:val="both"/>
      </w:pPr>
      <w:r>
        <w:t>a) Đối với giống cây trồng nông nghiệp: Cục Trồng trọt</w:t>
      </w:r>
    </w:p>
    <w:p>
      <w:pPr>
        <w:jc w:val="both"/>
      </w:pPr>
      <w:r>
        <w:t>- Nơi tiếp nhận hồ sơ và trả kết quả: Bộ phận “một cửa” - Văn phòng Cục Trồng trọt</w:t>
      </w:r>
    </w:p>
    <w:p>
      <w:pPr>
        <w:jc w:val="both"/>
      </w:pPr>
      <w:r>
        <w:t>- Website: www.cuctrongtrot.gov.vn.</w:t>
      </w:r>
    </w:p>
    <w:p>
      <w:pPr>
        <w:jc w:val="both"/>
      </w:pPr>
      <w:r>
        <w:t>- Địa chỉ: Số 2 Ngọc Hà - Ba Đình - Hà Nội</w:t>
      </w:r>
    </w:p>
    <w:p>
      <w:pPr>
        <w:jc w:val="both"/>
      </w:pPr>
      <w:r>
        <w:t>- Điện thoại: 04.3823.4651 Fax: 04.3734.4967</w:t>
      </w:r>
    </w:p>
    <w:p>
      <w:pPr>
        <w:jc w:val="both"/>
      </w:pPr>
      <w:r>
        <w:t>- Email: vanphongctt@gmail.com</w:t>
      </w:r>
    </w:p>
    <w:p>
      <w:pPr>
        <w:jc w:val="both"/>
      </w:pPr>
      <w:r>
        <w:t>b) Đối với giống cây trồng lâm nghiệp: Tổng cục Lâm nghiệp</w:t>
      </w:r>
    </w:p>
    <w:p>
      <w:pPr>
        <w:jc w:val="both"/>
      </w:pPr>
      <w:r>
        <w:t>- Nơi tiếp nhận hồ sơ và trả kết quả: Văn phòng Tổng cục Lâm nghiệp</w:t>
      </w:r>
    </w:p>
    <w:p>
      <w:pPr>
        <w:jc w:val="both"/>
      </w:pPr>
      <w:r>
        <w:t>- Địa chỉ: Số 2 Ngọc Hà - Ba Đình - Hà Nội.</w:t>
      </w:r>
    </w:p>
    <w:p>
      <w:pPr>
        <w:jc w:val="both"/>
      </w:pPr>
      <w:r>
        <w:t>- Điện thoại: 04.3843.8792 Fax: 04.3843.8793</w:t>
      </w:r>
    </w:p>
    <w:p>
      <w:pPr>
        <w:jc w:val="both"/>
      </w:pPr>
      <w:r>
        <w:t>- Email: ln@mard.gov.vn</w:t>
      </w:r>
    </w:p>
    <w:p>
      <w:pPr>
        <w:jc w:val="center"/>
      </w:pPr>
      <w:r>
        <w:rPr>
          <w:b/>
        </w:rPr>
        <w:t>Mục 4</w:t>
      </w:r>
    </w:p>
    <w:p>
      <w:pPr>
        <w:jc w:val="both"/>
      </w:pPr>
      <w:r>
        <w:t>XUẤT KHẨU, NHẬP KHẨU GIỐNG VẬT NUÔI</w:t>
      </w:r>
    </w:p>
    <w:p>
      <w:pPr>
        <w:jc w:val="both"/>
      </w:pPr>
      <w:r>
        <w:rPr>
          <w:b/>
        </w:rPr>
        <w:t>Điều 16. Xuất khẩu giống vật nuôi</w:t>
      </w:r>
    </w:p>
    <w:p>
      <w:pPr>
        <w:jc w:val="both"/>
      </w:pPr>
      <w:r>
        <w:t>1. Thương nhân được xuất khẩu giống vật nuôi không có trong Danh mục giống vật nuôi quý hiếm cấm xuất khẩu và Danh mục nguồn gen vật nuôi quý hiếm cần bảo tồn do Bộ Nông nghiệp và Phát triển nông thôn ban hành, không phải xin phép.</w:t>
      </w:r>
    </w:p>
    <w:p>
      <w:pPr>
        <w:jc w:val="both"/>
      </w:pPr>
      <w:r>
        <w:t>2. Thương nhân trao đổi với nước ngoài những giống vật nuôi quý hiếm có trong Danh mục giống vật nuôi quý hiếm cấm xuất khẩu và Danh mục nguồn gen vật nuôi quý hiếm cần bảo tồn để phục vụ nghiên cứu khoa học hoặc các mục đích đặc biệt khác do Bộ trưởng Bộ Nông nghiệp và Phát triển nông thôn quyết định.</w:t>
      </w:r>
    </w:p>
    <w:p>
      <w:pPr>
        <w:jc w:val="both"/>
      </w:pPr>
      <w:r>
        <w:rPr>
          <w:b/>
        </w:rPr>
        <w:t>Điều 17. Nhập khẩu giống vật nuôi</w:t>
      </w:r>
    </w:p>
    <w:p>
      <w:pPr>
        <w:jc w:val="both"/>
      </w:pPr>
      <w:r>
        <w:t>1. Thương nhân nhập khẩu giống vật nuôi có trong Danh mục giống vật nuôi được phép sản xuất, kinh doanh tại Việt Nam do Bộ Nông nghiệp và Phát triển nông ban hành, không phải xin phép.</w:t>
      </w:r>
    </w:p>
    <w:p>
      <w:pPr>
        <w:jc w:val="both"/>
      </w:pPr>
      <w:r>
        <w:t>2. Thương nhân nhập khẩu giống vật nuôi ngoài Danh mục giống vật nuôi được phép sản xuất, kinh doanh tại Việt Nam để nghiên cứu, khảo nghiệm, hoặc trong các trường hợp đặc biệt khác phải được Cục Chăn nuôi cấp phép.</w:t>
      </w:r>
    </w:p>
    <w:p>
      <w:pPr>
        <w:jc w:val="both"/>
      </w:pPr>
      <w:r>
        <w:rPr>
          <w:b/>
        </w:rPr>
        <w:t>Điều 18. Nhập khẩu tinh, phôi</w:t>
      </w:r>
    </w:p>
    <w:p>
      <w:pPr>
        <w:jc w:val="both"/>
      </w:pPr>
      <w:r>
        <w:t>Tinh, phôi của giống vật nuôi nhập khẩu lần đầu phải được Cục Chăn nuôi cấp phép nhập khẩu để khảo nghiệm.</w:t>
      </w:r>
    </w:p>
    <w:p>
      <w:pPr>
        <w:jc w:val="both"/>
      </w:pPr>
      <w:r>
        <w:rPr>
          <w:b/>
        </w:rPr>
        <w:t>Điều 19. Thành phần hồ sơ, cơ quan cấp Giấy phép xuất khẩu, nhập khẩu giống vật nuôi</w:t>
      </w:r>
    </w:p>
    <w:p>
      <w:pPr>
        <w:jc w:val="both"/>
      </w:pPr>
      <w:r>
        <w:t>1. Thành phần hồ sơ:</w:t>
      </w:r>
    </w:p>
    <w:p>
      <w:pPr>
        <w:jc w:val="both"/>
      </w:pPr>
      <w:r>
        <w:t>a) Hồ sơ xuất khẩu giống vật nuôi và nguồn gen vật nuôi quý hiếm:</w:t>
      </w:r>
    </w:p>
    <w:p>
      <w:pPr>
        <w:jc w:val="both"/>
      </w:pPr>
      <w:r>
        <w:t>- Đơn đăng ký xuất khẩu giống vật nuôi hoặc nguồn gen vật nuôi quý hiếm theo mẫu số 01/CN ban hành kèm theo Thông tư này;</w:t>
      </w:r>
    </w:p>
    <w:p>
      <w:pPr>
        <w:jc w:val="both"/>
      </w:pPr>
      <w:r>
        <w:t>- Lý lịch nguồn gen vật nuôi quý hiếm cần trao đổi quốc tế theo mẫu số 02/CN ban hành kèm theo Thông tư này;</w:t>
      </w:r>
    </w:p>
    <w:p>
      <w:pPr>
        <w:jc w:val="both"/>
      </w:pPr>
      <w:r>
        <w:t>- Bản sao chụp Dự án hợp tác nghiên cứu hoặc Hợp đồng nghiên cứu có nội dung liên quan đến xuất khẩu nguồn gen vật nuôi quý hiếm;</w:t>
      </w:r>
    </w:p>
    <w:p>
      <w:pPr>
        <w:jc w:val="both"/>
      </w:pPr>
      <w:r>
        <w:t>b) Hồ sơ nhập khẩu giống vật nuôi ngoài Danh mục giống vật nuôi được phép sản xuất, kinh doanh tại Việt Nam:</w:t>
      </w:r>
    </w:p>
    <w:p>
      <w:pPr>
        <w:jc w:val="both"/>
      </w:pPr>
      <w:r>
        <w:t>- Đơn đề nghị khảo nghiệm giống vật nuôi theo mẫu số 03/CN ban hành kèm theo Thông tư này;</w:t>
      </w:r>
    </w:p>
    <w:p>
      <w:pPr>
        <w:jc w:val="both"/>
      </w:pPr>
      <w:r>
        <w:t>- Hồ sơ lý lịch giống vật nuôi trong đó ghi rõ tên giống, phẩm cấp giống, xuất xứ, số lượng, các chỉ tiêu kinh tế kỹ thuật và quy trình kỹ thuật chăm sóc, nuôi dưỡng giống, những bệnh thường gặp ở vật nuôi đó (nếu có); Hồ sơ phải được xác nhận của cơ quan có thẩm quyền nước xuất khẩu. Hồ sơ là bản gốc kèm theo bản dịch ra tiếng Việt có công chứng;</w:t>
      </w:r>
    </w:p>
    <w:p>
      <w:pPr>
        <w:jc w:val="both"/>
      </w:pPr>
      <w:r>
        <w:t>- Nội dung khảo nghiệm, kiểm nghiệm (địa điểm, các chỉ tiêu theo dõi);</w:t>
      </w:r>
    </w:p>
    <w:p>
      <w:pPr>
        <w:jc w:val="both"/>
      </w:pPr>
      <w:r>
        <w:t>- Bản sao chụp Dự án hợp tác nghiên cứu hoặc Hợp đồng nghiên cứu có nội dung liên quan đến nhập khẩu giống vật nuôi ngoài Danh mục giống vật nuôi được phép sản xuất, kinh doanh tại Việt Nam;</w:t>
      </w:r>
    </w:p>
    <w:p>
      <w:pPr>
        <w:jc w:val="both"/>
      </w:pPr>
      <w:r>
        <w:t>- Bản sao chụp mang theo bản gốc để đối chiếu, trong trường hợp nộp hồ sơ trực tiếp; hoặc bản sao có chứng thực, trong trường hợp nộp hồ sơ qua đường bưu điện Giấy chứng nhận đăng ký kinh doanh hoặc Giấy phép đầu tư đối với trường hợp đăng ký nhập khẩu lần đầu.</w:t>
      </w:r>
    </w:p>
    <w:p>
      <w:pPr>
        <w:jc w:val="both"/>
      </w:pPr>
      <w:r>
        <w:t>c) Hồ sơ nhập khẩu tinh, phôi:</w:t>
      </w:r>
    </w:p>
    <w:p>
      <w:pPr>
        <w:jc w:val="both"/>
      </w:pPr>
      <w:r>
        <w:t>- Đơn đăng ký nhập khẩu tinh, phôi theo mẫu số 04/CN ban hành kèm theo Thông tư này;</w:t>
      </w:r>
    </w:p>
    <w:p>
      <w:pPr>
        <w:jc w:val="both"/>
      </w:pPr>
      <w:r>
        <w:t>- Hồ sơ các chỉ tiêu kỹ thuật của môi trường pha loãng, bảo tồn tinh là bản gốc kèm theo bản dịch ra tiếng Việt có công chứng;</w:t>
      </w:r>
    </w:p>
    <w:p>
      <w:pPr>
        <w:jc w:val="both"/>
      </w:pPr>
      <w:r>
        <w:t>- Bản sao chụp mang theo bản gốc để đối chiếu, trong trường hợp nộp hồ sơ trực tiếp; hoặc bản sao có chứng thực, trong trường hợp nộp hồ sơ qua đường bưu điện Giấy chứng nhận đăng ký kinh doanh hoặc Giấy phép đầu tư đối với trường hợp đăng ký nhập khẩu lần đầu.</w:t>
      </w:r>
    </w:p>
    <w:p>
      <w:pPr>
        <w:jc w:val="both"/>
      </w:pPr>
      <w:r>
        <w:t>2. Cơ quan thực hiện: Cục Chăn nuôi.</w:t>
      </w:r>
    </w:p>
    <w:p>
      <w:pPr>
        <w:jc w:val="both"/>
      </w:pPr>
      <w:r>
        <w:t>- Địa chỉ: Số 2 Ngọc Hà, Ba Đình, Hà Nội</w:t>
      </w:r>
    </w:p>
    <w:p>
      <w:pPr>
        <w:jc w:val="both"/>
      </w:pPr>
      <w:r>
        <w:t>- Điện thoại: 04.37345443 Fax: 04.37345444</w:t>
      </w:r>
    </w:p>
    <w:p>
      <w:pPr>
        <w:jc w:val="both"/>
      </w:pPr>
      <w:r>
        <w:t>- Email: cn@mard.gov.vn</w:t>
      </w:r>
    </w:p>
    <w:p>
      <w:pPr>
        <w:jc w:val="center"/>
      </w:pPr>
      <w:r>
        <w:rPr>
          <w:b/>
        </w:rPr>
        <w:t>Mục 5</w:t>
      </w:r>
    </w:p>
    <w:p>
      <w:pPr>
        <w:jc w:val="both"/>
      </w:pPr>
      <w:r>
        <w:t>NHẬP KHẨU THUỐC THÚ Y</w:t>
      </w:r>
    </w:p>
    <w:p>
      <w:pPr>
        <w:jc w:val="both"/>
      </w:pPr>
      <w:r>
        <w:rPr>
          <w:b/>
        </w:rPr>
        <w:t>Điều 20. Nhập khẩu thuốc thú y</w:t>
      </w:r>
    </w:p>
    <w:p>
      <w:pPr>
        <w:jc w:val="both"/>
      </w:pPr>
      <w:r>
        <w:t>1. Nhập khẩu thuốc thú y trong các trường hợp sau không phải xin phép:</w:t>
      </w:r>
    </w:p>
    <w:p>
      <w:pPr>
        <w:jc w:val="both"/>
      </w:pPr>
      <w:r>
        <w:t>- Thuốc thú y đã được cấp Giấy chứng nhận lưu hành tại Việt Nam, trừ trường hợp nhập khẩu vắc xin, chế phẩm sinh học, vi sinh vật phải được Cục Thú y cấp phép ;</w:t>
      </w:r>
    </w:p>
    <w:p>
      <w:pPr>
        <w:jc w:val="both"/>
      </w:pPr>
      <w:r>
        <w:t>- Thuốc thú y chưa được cấp Giấy chứng nhận lưu hành tại Việt Nam tạm nhập khẩu tái xuất theo hợp đồng đã ký với nước ngoài.</w:t>
      </w:r>
    </w:p>
    <w:p>
      <w:pPr>
        <w:jc w:val="both"/>
      </w:pPr>
      <w:r>
        <w:t>2. Thuốc thú y, nguyên liệu làm thuốc thú y chưa có Giấy chứng nhận lưu hành tại Việt Nam khi nhập khẩu phải được Cục Thú y cấp phép, bao gồm các trường hợp sau:</w:t>
      </w:r>
    </w:p>
    <w:p>
      <w:pPr>
        <w:jc w:val="both"/>
      </w:pPr>
      <w:r>
        <w:t>a) Nguyên liệu để sản xuất các sản phẩm thuốc thú y đã được cấp Giấy chứng nhận lưu hành tại Việt Nam;</w:t>
      </w:r>
    </w:p>
    <w:p>
      <w:pPr>
        <w:jc w:val="both"/>
      </w:pPr>
      <w:r>
        <w:t>b) Để kiểm nghiệm, khảo nghiệm cho mục đích đăng ký lưu hành;</w:t>
      </w:r>
    </w:p>
    <w:p>
      <w:pPr>
        <w:jc w:val="both"/>
      </w:pPr>
      <w:r>
        <w:t>c) Để chẩn đoán, phòng trị bệnh cho động vật quý hiếm hoặc vật nuôi nhập khẩu không dùng cho mục đích kinh doanh;</w:t>
      </w:r>
    </w:p>
    <w:p>
      <w:pPr>
        <w:jc w:val="both"/>
      </w:pPr>
      <w:r>
        <w:t>d) Làm hàng mẫu, hàng phục vụ triển lãm.</w:t>
      </w:r>
    </w:p>
    <w:p>
      <w:pPr>
        <w:jc w:val="both"/>
      </w:pPr>
      <w:r>
        <w:t>3. Trong trường hợp có dịch bệnh khẩn cấp, việc nhập khẩu vắc xin chưa có Giấy chứng nhận lưu hành tại Việt Nam dùng để phòng chống dịch do Bộ trưởng Bộ Nông nghiệp và Phát triển nông thôn quyết định.</w:t>
      </w:r>
    </w:p>
    <w:p>
      <w:pPr>
        <w:jc w:val="both"/>
      </w:pPr>
      <w:r>
        <w:rPr>
          <w:b/>
        </w:rPr>
        <w:t>Điều 21. Thành phần hồ sơ, cơ quan cấp Giấy phép, hiệu lực của Giấy phép nhập khẩu thuốc thú y</w:t>
      </w:r>
    </w:p>
    <w:p>
      <w:pPr>
        <w:jc w:val="both"/>
      </w:pPr>
      <w:r>
        <w:t>1. Thành phần hồ sơ:</w:t>
      </w:r>
    </w:p>
    <w:p>
      <w:pPr>
        <w:jc w:val="both"/>
      </w:pPr>
      <w:r>
        <w:t>- Đơn đăng ký nhập khẩu thuốc thú y theo mẫu số 01/TY hoặc mẫu số 02/TY (đối với nhập khẩu vắc xin, vi sinh vật) ban hành kèm theo Thông tư này. Đồng thời gửi file mềm qua địa chỉ email: quanlythuoc@dah.gov.vn;</w:t>
      </w:r>
    </w:p>
    <w:p>
      <w:pPr>
        <w:jc w:val="both"/>
      </w:pPr>
      <w:r>
        <w:t>- Các loại giấy chứng nhận GMP hoặc ISO (đối với một số loại hoá chất thông dụng);</w:t>
      </w:r>
    </w:p>
    <w:p>
      <w:pPr>
        <w:jc w:val="both"/>
      </w:pPr>
      <w:r>
        <w:t>- Bản sao có chứng thực Giấy chứng nhận lưu hành tự do (CFS) tại nước xuất khẩu đối với sản phẩm thuốc nhập khẩu;</w:t>
      </w:r>
    </w:p>
    <w:p>
      <w:pPr>
        <w:jc w:val="both"/>
      </w:pPr>
      <w:r>
        <w:t>- Phiếu phân tích chất lượng sản phẩm của nhà sản xuất và của cơ quan có thẩm quyền của nước sản xuất (đối với vắc xin, chế phẩm sinh học);</w:t>
      </w:r>
    </w:p>
    <w:p>
      <w:pPr>
        <w:jc w:val="both"/>
      </w:pPr>
      <w:r>
        <w:t>- Tóm tắt đặc tính sản phẩm (đối với thuốc mới).</w:t>
      </w:r>
    </w:p>
    <w:p>
      <w:pPr>
        <w:jc w:val="both"/>
      </w:pPr>
      <w:r>
        <w:t>2. Cơ quan thực hiện: Cục Thú y</w:t>
      </w:r>
    </w:p>
    <w:p>
      <w:pPr>
        <w:jc w:val="both"/>
      </w:pPr>
      <w:r>
        <w:t>- Bộ phận tiếp nhận hồ sơ và trả kết quả: Văn phòng Cục Thú y</w:t>
      </w:r>
    </w:p>
    <w:p>
      <w:pPr>
        <w:jc w:val="both"/>
      </w:pPr>
      <w:r>
        <w:t>- Địa chỉ: 15/78 Giải Phóng, Phương Mai, Đống Đa, Hà Nội</w:t>
      </w:r>
    </w:p>
    <w:p>
      <w:pPr>
        <w:jc w:val="both"/>
      </w:pPr>
      <w:r>
        <w:t>- Điện thoại: +(844) 3869.5527/3869.6788</w:t>
      </w:r>
    </w:p>
    <w:p>
      <w:pPr>
        <w:jc w:val="both"/>
      </w:pPr>
      <w:r>
        <w:t>- Email: quanlythuoc@dah.gov.vn</w:t>
      </w:r>
    </w:p>
    <w:p>
      <w:pPr>
        <w:jc w:val="both"/>
      </w:pPr>
      <w:r>
        <w:t>3. Hiệu lực của giấy phép: Giấy phép có giá trị 01 (một) năm kể từ ngày cấp.</w:t>
      </w:r>
    </w:p>
    <w:p>
      <w:pPr>
        <w:jc w:val="center"/>
      </w:pPr>
      <w:r>
        <w:rPr>
          <w:b/>
        </w:rPr>
        <w:t>Mục 6</w:t>
      </w:r>
    </w:p>
    <w:p>
      <w:pPr>
        <w:jc w:val="both"/>
      </w:pPr>
      <w:r>
        <w:t>NHẬP KHẨU THUỐC, NGUYÊN LIỆU THUỐC BẢO VỆ THỰC VẬT VÀ</w:t>
      </w:r>
    </w:p>
    <w:p>
      <w:pPr>
        <w:jc w:val="both"/>
      </w:pPr>
      <w:r>
        <w:t>SINH VẬT SỐNG SỬ DỤNG TRONG LĨNH VỰC BẢO VỆ THỰC VẬT</w:t>
      </w:r>
    </w:p>
    <w:p>
      <w:pPr>
        <w:jc w:val="both"/>
      </w:pPr>
      <w:r>
        <w:rPr>
          <w:b/>
        </w:rPr>
        <w:t>Điều 22. Nhập khẩu thuốc, nguyên liệu thuốc bảo vệ thực vật</w:t>
      </w:r>
    </w:p>
    <w:p>
      <w:pPr>
        <w:jc w:val="both"/>
      </w:pPr>
      <w:r>
        <w:t>1. Thuốc, nguyên liệu thuốc bảo vệ thực vật trong Danh mục thuốc bảo vệ thực vật được phép sử dụng tại Việt Nam do Bộ Nông nghiệp và Phát triển nông thôn ban hành (danh mục thuốc bảo vệ thực vật), khi nhập khẩu không phải xin phép.</w:t>
      </w:r>
    </w:p>
    <w:p>
      <w:pPr>
        <w:jc w:val="both"/>
      </w:pPr>
      <w:r>
        <w:t>2. Nhập khẩu thuốc, nguyên liệu thuốc bảo vệ thực vật trong các trường hợp sau đây phải được Cục Bảo vệ thực vật cấp phép:</w:t>
      </w:r>
    </w:p>
    <w:p>
      <w:pPr>
        <w:jc w:val="both"/>
      </w:pPr>
      <w:r>
        <w:t>a) Thuốc, nguyên liệu thuốc bảo vệ thực vật đã có trong Danh mục thuốc bảo vệ thực vật hạn chế sử dụng tại Việt Nam hoặc chưa có trong Danh mục thuốc bảo vệ thực vật được phép sử dụng tại Việt Nam do Bộ Nông nghiệp và Phát triển nông thôn ban hành.</w:t>
      </w:r>
    </w:p>
    <w:p>
      <w:pPr>
        <w:jc w:val="both"/>
      </w:pPr>
      <w:r>
        <w:t>b) Chất chuẩn thuốc bảo vệ thực vật chưa có trong Danh mục thuốc bảo vệ thực vật được phép sử dụng tại Việt Nam để phục vụ cho công tác kiểm tra dư lượng thuốc bảo vệ thực vật và thuốc bảo vệ thực vật nhập lậu.</w:t>
      </w:r>
    </w:p>
    <w:p>
      <w:pPr>
        <w:jc w:val="both"/>
      </w:pPr>
      <w:r>
        <w:rPr>
          <w:b/>
        </w:rPr>
        <w:t>Điều 23. Nhập khẩu sinh vật sống sử dụng trong lĩnh vực bảo vệ thực vật</w:t>
      </w:r>
    </w:p>
    <w:p>
      <w:pPr>
        <w:jc w:val="both"/>
      </w:pPr>
      <w:r>
        <w:t>Thương nhân chỉ được phép nhập khẩu sinh vật sống sử dụng trong lĩnh vực bảo vệ thực vật khi có Giấy phép kiểm dịch thực vật nhập khẩu do Cục Bảo vệ thực vật cấp.</w:t>
      </w:r>
    </w:p>
    <w:p>
      <w:pPr>
        <w:jc w:val="both"/>
      </w:pPr>
      <w:r>
        <w:rPr>
          <w:b/>
        </w:rPr>
        <w:t>Điều 24. Thành phần hồ sơ, cơ quan cấp Giấy phép; hiệu lực của Giấy phép nhập khẩu thuốc bảo vệ thực vật, nguyên liệu thuốc bảo vệ thực vật và sinh vật sống sử dụng trong lĩnh vực bảo vệ thực vật</w:t>
      </w:r>
    </w:p>
    <w:p>
      <w:pPr>
        <w:jc w:val="both"/>
      </w:pPr>
      <w:r>
        <w:t>1. Thành phần hồ sơ:</w:t>
      </w:r>
    </w:p>
    <w:p>
      <w:pPr>
        <w:jc w:val="both"/>
      </w:pPr>
      <w:r>
        <w:t>a) Hồ sơ đề nghị cấp Giấy phép nhập khẩu thuốc, nguyên liệu thuốc bảo vệ thực vật:</w:t>
      </w:r>
    </w:p>
    <w:p>
      <w:pPr>
        <w:jc w:val="both"/>
      </w:pPr>
      <w:r>
        <w:t>- Đơn đề nghị cấp Giấy phép nhập khẩu thuốc, nguyên liệu thuốc bảo vệ thực vật theo mẫu số 01/BVTV hoặc mẫu số 02/BVTV (đối với nhập khẩu Methyl Bromide) ban hành kèm theo Thông tư này;</w:t>
      </w:r>
    </w:p>
    <w:p>
      <w:pPr>
        <w:jc w:val="both"/>
      </w:pPr>
      <w:r>
        <w:t>- Bản sao có chứng thực Giấy chứng nhận đăng ký kinh doanh ngành hàng thuốc bảo vệ thực vật hoặc vật tư nông nghiệp (chỉ nộp lần đầu);</w:t>
      </w:r>
    </w:p>
    <w:p>
      <w:pPr>
        <w:jc w:val="both"/>
      </w:pPr>
      <w:r>
        <w:t>- Bản sao công chứng hợp đồng nhập khẩu, hợp đồng xuất khẩu hoặc hợp đồng gia công với đối tác nước ngoài trong trường hợp nhập khẩu thuốc, nguyên liệu thuốc bảo vệ thực vật để tái xuất (bao gồm tạm nhập tái xuất, gia công, sang chai và đóng gói xuất khẩu);</w:t>
      </w:r>
    </w:p>
    <w:p>
      <w:pPr>
        <w:jc w:val="both"/>
      </w:pPr>
      <w:r>
        <w:t>- Bản sao có chứng thực Giấy chứng nhận đủ điều kiện hành nghề xông hơi khử trùng trong trường hợp nhập khẩu thuốc xông hơi khử trùng;</w:t>
      </w:r>
    </w:p>
    <w:p>
      <w:pPr>
        <w:jc w:val="both"/>
      </w:pPr>
      <w:r>
        <w:t>- Bản sao có chứng thực Giấy chứng nhận lưu hành tự do (CFS) tại nước xuất khẩu trong trường hợp nhập khẩu thuốc bảo vệ thực vật chưa có trong Danh mục được phép sử dụng ở Việt Nam.</w:t>
      </w:r>
    </w:p>
    <w:p>
      <w:pPr>
        <w:jc w:val="both"/>
      </w:pPr>
      <w:r>
        <w:t>b) Hồ sơ đề nghị cấp Giấy phép nhập khẩu sinh vật sống sử dụng trong lĩnh vực bảo vệ thực vật:</w:t>
      </w:r>
    </w:p>
    <w:p>
      <w:pPr>
        <w:jc w:val="both"/>
      </w:pPr>
      <w:r>
        <w:t>- Trước khi nhập khẩu:</w:t>
      </w:r>
    </w:p>
    <w:p>
      <w:pPr>
        <w:jc w:val="both"/>
      </w:pPr>
      <w:r>
        <w:t>+ Đơn đề nghị cấp Giấy phép kiểm dịch thực vật nhập khẩu theo mẫu số 03/BVTV ban hành kèm theo Thông tư này;</w:t>
      </w:r>
    </w:p>
    <w:p>
      <w:pPr>
        <w:jc w:val="both"/>
      </w:pPr>
      <w:r>
        <w:t>+ Tài liệu để phân tích nguy cơ dịch hại.</w:t>
      </w:r>
    </w:p>
    <w:p>
      <w:pPr>
        <w:jc w:val="both"/>
      </w:pPr>
      <w:r>
        <w:t>- Khi nhập khẩu:</w:t>
      </w:r>
    </w:p>
    <w:p>
      <w:pPr>
        <w:jc w:val="both"/>
      </w:pPr>
      <w:r>
        <w:t>+ Giấy phép kiểm dịch thực vật nhập khẩu;</w:t>
      </w:r>
    </w:p>
    <w:p>
      <w:pPr>
        <w:jc w:val="both"/>
      </w:pPr>
      <w:r>
        <w:t>+ Giấy đăng ký kiểm dịch thực vật theo mẫu số 04/BVTV ban hành kèm theo Thông tư này.</w:t>
      </w:r>
    </w:p>
    <w:p>
      <w:pPr>
        <w:jc w:val="both"/>
      </w:pPr>
      <w:r>
        <w:t>2. Thời hạn giải quyết:</w:t>
      </w:r>
    </w:p>
    <w:p>
      <w:pPr>
        <w:jc w:val="both"/>
      </w:pPr>
      <w:r>
        <w:t>a) Thời hạn giải quyết đối với trường hợp thực hiện cấp Giấy phép nhập khẩu sinh vật sống sử dụng trong lĩnh vực bảo vệ thực vật là ba mươi (30) ngày làm việc kể từ ngày nhận được hồ sơ đầy đủ.</w:t>
      </w:r>
    </w:p>
    <w:p>
      <w:pPr>
        <w:jc w:val="both"/>
      </w:pPr>
      <w:r>
        <w:t>b) Thời hạn giải quyết đối với trường hợp thực hiện cấp Giấy chứng nhận kiểm dịch thực vật nhập khẩu, quá cảnh, vận chuyển nội địa là 24 giờ.</w:t>
      </w:r>
    </w:p>
    <w:p>
      <w:pPr>
        <w:jc w:val="both"/>
      </w:pPr>
      <w:r>
        <w:t>3. Cơ quan thực hiện:</w:t>
      </w:r>
    </w:p>
    <w:p>
      <w:pPr>
        <w:jc w:val="both"/>
      </w:pPr>
      <w:r>
        <w:t>a) Cục Bảo vệ thực vật cấp Giấy phép nhập khẩu thuốc, nguyên liệu thuốc bảo vệ thực vật; Giấy phép nhập khẩu sinh vật sống sử dụng trong lĩnh vực bảo vệ thực vật</w:t>
      </w:r>
    </w:p>
    <w:p>
      <w:pPr>
        <w:jc w:val="both"/>
      </w:pPr>
      <w:r>
        <w:t>- Địa chỉ: 149 Hồ Đắc Di, Đống Đa - Hà Nội</w:t>
      </w:r>
    </w:p>
    <w:p>
      <w:pPr>
        <w:jc w:val="both"/>
      </w:pPr>
      <w:r>
        <w:t>- ĐT: 04.3533.0361 Fax: 04.3533.3056;</w:t>
      </w:r>
    </w:p>
    <w:p>
      <w:pPr>
        <w:jc w:val="both"/>
      </w:pPr>
      <w:r>
        <w:t>- Email: p.cchc@fpt.vn</w:t>
      </w:r>
    </w:p>
    <w:p>
      <w:pPr>
        <w:jc w:val="both"/>
      </w:pPr>
      <w:r>
        <w:t>b) Cơ quan Kiểm dịch thực vật tại các cửa khẩu cấp Giấy chứng nhận kiểm dịch thực vật nhập khẩu, quá cảnh, vận chuyển nội địa.</w:t>
      </w:r>
    </w:p>
    <w:p>
      <w:pPr>
        <w:jc w:val="both"/>
      </w:pPr>
      <w:r>
        <w:t>4. Hiệu lực của Giấy phép:</w:t>
      </w:r>
    </w:p>
    <w:p>
      <w:pPr>
        <w:jc w:val="both"/>
      </w:pPr>
      <w:r>
        <w:t>Giấy phép nhập khẩu thuốc, nguyên liệu thuốc bảo vệ thực vật có giá trị cho toàn bộ lô hàng và thời hạn ghi trong Giấy phép. Giấy phép có giá trị 01 (một) năm kể từ ngày cấp, được quy định cụ thể theo từng loại thuốc nêu trong Giấy phép.</w:t>
      </w:r>
    </w:p>
    <w:p>
      <w:pPr>
        <w:jc w:val="center"/>
      </w:pPr>
      <w:r>
        <w:rPr>
          <w:b/>
        </w:rPr>
        <w:t>Mục 7</w:t>
      </w:r>
    </w:p>
    <w:p>
      <w:pPr>
        <w:jc w:val="both"/>
      </w:pPr>
      <w:r>
        <w:t>NHẬP KHẨU THỨC ĂN CHĂN NUÔI</w:t>
      </w:r>
    </w:p>
    <w:p>
      <w:pPr>
        <w:jc w:val="both"/>
      </w:pPr>
      <w:r>
        <w:rPr>
          <w:b/>
        </w:rPr>
        <w:t>Điều 25. Nhập khẩu thức ăn chăn nuôi</w:t>
      </w:r>
    </w:p>
    <w:p>
      <w:pPr>
        <w:jc w:val="both"/>
      </w:pPr>
      <w:r>
        <w:t>1. Nhập khẩu thức ăn chăn nuôi trong những trường hợp sau không phải xin phép:</w:t>
      </w:r>
    </w:p>
    <w:p>
      <w:pPr>
        <w:jc w:val="both"/>
      </w:pPr>
      <w:r>
        <w:t>a) Thức ăn chăn nuôi đã có trong Danh mục thức ăn chăn nuôi thủy sản và Danh mục thức ăn chăn nuôi gia súc, gia cầm được phép lưu hành tại Việt Nam do Bộ Nông nghiệp và Phát triển nông thôn ban hành;</w:t>
      </w:r>
    </w:p>
    <w:p>
      <w:pPr>
        <w:jc w:val="both"/>
      </w:pPr>
      <w:r>
        <w:t>b) Thức ăn chăn nuôi đã có quy chuẩn kỹ thuật quốc gia, tiêu chuẩn quốc gia; Riêng thức ăn thuỷ sản có thể áp dụng tiêu chuẩn ngành.</w:t>
      </w:r>
    </w:p>
    <w:p>
      <w:pPr>
        <w:jc w:val="both"/>
      </w:pPr>
      <w:r>
        <w:t>2. Nhập khẩu thức ăn chăn nuôi ngoài quy định tại khoản 1 Điều này phải có giấy phép của Tổng cục Thủy sản (đối với thức ăn thủy sản) hoặc giấy phép của Cục Chăn nuôi (đối với thức ăn chăn nuôi cho gia súc, gia cầm).</w:t>
      </w:r>
    </w:p>
    <w:p>
      <w:pPr>
        <w:jc w:val="both"/>
      </w:pPr>
      <w:r>
        <w:rPr>
          <w:b/>
        </w:rPr>
        <w:t>Điều 26. Thành phần hồ sơ, cơ quan cấp Giấy phép nhập khẩu thức ăn chăn nuôi</w:t>
      </w:r>
    </w:p>
    <w:p>
      <w:pPr>
        <w:jc w:val="both"/>
      </w:pPr>
      <w:r>
        <w:t>1. Thành phần hồ sơ đề nghị nhập khẩu để khảo nghiệm:</w:t>
      </w:r>
    </w:p>
    <w:p>
      <w:pPr>
        <w:jc w:val="both"/>
      </w:pPr>
      <w:r>
        <w:t>- Đơn đăng ký nhập khẩu thức ăn chăn nuôi mới để khảo nghiệm theo mẫu số 01/CN-TS ban hành kèm theo Thông tư này;</w:t>
      </w:r>
    </w:p>
    <w:p>
      <w:pPr>
        <w:jc w:val="both"/>
      </w:pPr>
      <w:r>
        <w:t>- Đề cương khảo nghiệm thức ăn chăn nuôi mới theo mẫu số 05/CN đối với thức ăn chăn nuôi gia súc, gia cầm hoặc mẫu số 06/TS đối với thức ăn thủy sản ban hành kèm theo Thông tư này;</w:t>
      </w:r>
    </w:p>
    <w:p>
      <w:pPr>
        <w:jc w:val="both"/>
      </w:pPr>
      <w:r>
        <w:t>- Hợp đồng khảo nghiệm giữa cơ sở đăng ký khảo nghiệm với đơn vị thực hiện khảo nghiệm có tên trong danh sách được Bộ Nông nghiệp và Phát triển nông thôn công nhận;</w:t>
      </w:r>
    </w:p>
    <w:p>
      <w:pPr>
        <w:jc w:val="both"/>
      </w:pPr>
      <w:r>
        <w:t>- Bản sao có chứng thực Giấy chứng nhận đăng ký kinh doanh hoặc Giấy phép đầu tư (chỉ trình lần đầu);</w:t>
      </w:r>
    </w:p>
    <w:p>
      <w:pPr>
        <w:jc w:val="both"/>
      </w:pPr>
      <w:r>
        <w:t>- Giấy chứng nhận lưu hành tự do của hàng hoá nhập khẩu (CFS) do cơ quan nhà nước có thẩm quyền của nước xuất xứ cấp;</w:t>
      </w:r>
    </w:p>
    <w:p>
      <w:pPr>
        <w:jc w:val="both"/>
      </w:pPr>
      <w:r>
        <w:t>- Thành phần, chất lượng, công dụng, hướng dẫn sử dụng sản phẩm do nhà sản xuất cung cấp;</w:t>
      </w:r>
    </w:p>
    <w:p>
      <w:pPr>
        <w:jc w:val="both"/>
      </w:pPr>
      <w:r>
        <w:t>- Phiếu kết quả kiểm nghiệm thành phần chất lượng chủ yếu và các chỉ tiêu vệ sinh an toàn thức ăn chăn nuôi (đối với nhà sản xuất có một trong các giấy chứng nhận GMP, HACCP, ISO hoặc giấy chứng nhận tương đương) hoặc bản gốc hoặc bản sao có chứng thực Phiếu báo kết quả phân tích chất lượng sản phẩm của phòng kiểm nghiệm độc lập hoặc cơ quan có thẩm quyền nước sản xuất cấp.</w:t>
      </w:r>
    </w:p>
    <w:p>
      <w:pPr>
        <w:jc w:val="both"/>
      </w:pPr>
      <w:r>
        <w:t>Hồ sơ là bản gốc hoặc bản sao chứng thực kèm theo bản dịch ra tiếng Việt có đóng dấu treo của thương nhân đăng ký nhập khẩu. Nếu bản gốc không phải là tiếng Anh thì bản dịch ra tiếng Việt phải có công chứng.</w:t>
      </w:r>
    </w:p>
    <w:p>
      <w:pPr>
        <w:jc w:val="both"/>
      </w:pPr>
      <w:r>
        <w:t>2. Cơ quan thực hiện:</w:t>
      </w:r>
    </w:p>
    <w:p>
      <w:pPr>
        <w:jc w:val="both"/>
      </w:pPr>
      <w:r>
        <w:t>a) Tổng cục Thủy sản (đối với thức ăn thủy sản):</w:t>
      </w:r>
    </w:p>
    <w:p>
      <w:pPr>
        <w:jc w:val="both"/>
      </w:pPr>
      <w:r>
        <w:t>- Nơi tiếp nhận hồ sơ: Bộ phận “một cửa”- Văn phòng Tổng cục Thuỷ sản</w:t>
      </w:r>
    </w:p>
    <w:p>
      <w:pPr>
        <w:jc w:val="both"/>
      </w:pPr>
      <w:r>
        <w:t>- Địa chỉ: Số 10 Nguyễn Công Hoan – Ba Đình – Hà Nội.</w:t>
      </w:r>
    </w:p>
    <w:p>
      <w:pPr>
        <w:jc w:val="both"/>
      </w:pPr>
      <w:r>
        <w:t>- Điện thoại: 04. 3724.5370; Fax: 04. 3724.5120;</w:t>
      </w:r>
    </w:p>
    <w:p>
      <w:pPr>
        <w:jc w:val="both"/>
      </w:pPr>
      <w:r>
        <w:t>b) Cục Chăn nuôi (đối với thức ăn chăn nuôi)</w:t>
      </w:r>
    </w:p>
    <w:p>
      <w:pPr>
        <w:jc w:val="both"/>
      </w:pPr>
      <w:r>
        <w:t>- Nơi tiếp nhận hồ sơ: Bộ phận “một cửa” – Văn phòng Cục Chăn nuôi</w:t>
      </w:r>
    </w:p>
    <w:p>
      <w:pPr>
        <w:jc w:val="both"/>
      </w:pPr>
      <w:r>
        <w:t>- Địa chỉ: Số 2 Ngọc Hà - Ba Đình - Hà Nội</w:t>
      </w:r>
    </w:p>
    <w:p>
      <w:pPr>
        <w:jc w:val="both"/>
      </w:pPr>
      <w:r>
        <w:t>- Điện thoại: 04.3734.5443 Fax: 04.3734.5444</w:t>
      </w:r>
    </w:p>
    <w:p>
      <w:pPr>
        <w:jc w:val="both"/>
      </w:pPr>
      <w:r>
        <w:t>- Email: cn@mard.gov.vn</w:t>
      </w:r>
    </w:p>
    <w:p>
      <w:pPr>
        <w:jc w:val="center"/>
      </w:pPr>
      <w:r>
        <w:rPr>
          <w:b/>
        </w:rPr>
        <w:t>Mục 8</w:t>
      </w:r>
    </w:p>
    <w:p>
      <w:pPr>
        <w:jc w:val="both"/>
      </w:pPr>
      <w:r>
        <w:t>NHẬP KHẨU PHÂN BÓN</w:t>
      </w:r>
    </w:p>
    <w:p>
      <w:pPr>
        <w:jc w:val="both"/>
      </w:pPr>
      <w:r>
        <w:rPr>
          <w:b/>
        </w:rPr>
        <w:t>Điều 27. Nhập khẩu phân bón</w:t>
      </w:r>
    </w:p>
    <w:p>
      <w:pPr>
        <w:jc w:val="both"/>
      </w:pPr>
      <w:r>
        <w:t>1. Thương nhân nhập khẩu phân bón có tên trong Danh mục phân bón được phép sản xuất, kinh doanh và sử dụng tại Việt Nam do Bộ Nông nghiệp và Phát triển nông thôn ban hành không phải xin phép.</w:t>
      </w:r>
    </w:p>
    <w:p>
      <w:pPr>
        <w:jc w:val="both"/>
      </w:pPr>
      <w:r>
        <w:t>2. Thương nhân nhập khẩu phân bón ngoài Danh mục phân bón thuộc các trường hợp dưới đây phải được Cục Trồng trọt cấp phép:</w:t>
      </w:r>
    </w:p>
    <w:p>
      <w:pPr>
        <w:jc w:val="both"/>
      </w:pPr>
      <w:r>
        <w:t>a) Phân bón mới để khảo nghiệm;</w:t>
      </w:r>
    </w:p>
    <w:p>
      <w:pPr>
        <w:jc w:val="both"/>
      </w:pPr>
      <w:r>
        <w:t>b) Phân bón chuyên dùng cho sân thể thao;</w:t>
      </w:r>
    </w:p>
    <w:p>
      <w:pPr>
        <w:jc w:val="both"/>
      </w:pPr>
      <w:r>
        <w:t>c) Phân bón chuyên dùng của các công ty có vốn đầu tư nước ngoài để phục vụ cho sản xuất trong phạm vi của công ty;</w:t>
      </w:r>
    </w:p>
    <w:p>
      <w:pPr>
        <w:jc w:val="both"/>
      </w:pPr>
      <w:r>
        <w:t>d) Phân bón làm hàng mẫu, tham gia hội chợ, triểm lãm, làm quà tặng, phục vụ nghiên cứu khoa học.</w:t>
      </w:r>
    </w:p>
    <w:p>
      <w:pPr>
        <w:jc w:val="both"/>
      </w:pPr>
      <w:r>
        <w:t>đ) Phân bón hoặc nguyên liệu khác chưa có tên trong Danh mục phân bón để sản xuất các loại phân bón đã có tên trong Danh mục phân bón hoặc để sản xuất loại phân bón xuất khẩu theo hợp đồng;</w:t>
      </w:r>
    </w:p>
    <w:p>
      <w:pPr>
        <w:jc w:val="both"/>
      </w:pPr>
      <w:r>
        <w:rPr>
          <w:b/>
        </w:rPr>
        <w:t>Điều 28. Thành phần hồ sơ, cơ quan cấp Giấy phép, hiệu lực của Giấy phép nhập khẩu phân bón</w:t>
      </w:r>
    </w:p>
    <w:p>
      <w:pPr>
        <w:jc w:val="both"/>
      </w:pPr>
      <w:r>
        <w:t>1. Thành phần hồ sơ:</w:t>
      </w:r>
    </w:p>
    <w:p>
      <w:pPr>
        <w:jc w:val="both"/>
      </w:pPr>
      <w:r>
        <w:t>a) Đơn đăng ký nhập khẩu phân bón theo mẫu số 03/TTr ban hành kèm theo Thông tư này;</w:t>
      </w:r>
    </w:p>
    <w:p>
      <w:pPr>
        <w:jc w:val="both"/>
      </w:pPr>
      <w:r>
        <w:t>b) Tờ khai kỹ thuật theo mẫu số 04/TTr ban hành kèm theo Thông tư này;</w:t>
      </w:r>
    </w:p>
    <w:p>
      <w:pPr>
        <w:jc w:val="both"/>
      </w:pPr>
      <w:r>
        <w:t>c) Bản sao chụp mang theo bản gốc để đối chiếu, trong trường hợp nộp hồ sơ trực tiếp; hoặc bản sao có chứng thực, trong trường hợp nộp hồ sơ qua đường bưu điện: Giấy chứng nhận lưu hành tự do (CFS) của cơ quan có thẩm quyền của nước hoặc vùng lãnh thổ xuất khẩu cấp.</w:t>
      </w:r>
    </w:p>
    <w:p>
      <w:pPr>
        <w:jc w:val="both"/>
      </w:pPr>
      <w:r>
        <w:t>d) Một (01) bản tiếng nước ngoài giới thiệu thành phần nguyên liệu, thành phần, hàm lượng các chất dinh dưỡng, công dụng, hướng dẫn sử dụng, các cảnh báo khi vận chuyển, lưu trữ, sử dụng phân bón kèm theo một (01) bản dịch sang tiếng Việt có chữ ký và dấu xác nhận của cơ quan dịch thuật hoặc của đơn vị đăng ký nhập khẩu.</w:t>
      </w:r>
    </w:p>
    <w:p>
      <w:pPr>
        <w:jc w:val="both"/>
      </w:pPr>
      <w:r>
        <w:t>2. Thời gian bổ sung, hoàn chỉnh hồ sơ chưa đầy đủ: Không quá ba (03) tháng kể từ ngày nộp hồ sơ lần đầu. Nếu quá thời hạn trên, Thương nhân không bổ sung, hoàn chỉnh hồ sơ thì phải nộp hồ sơ mới.</w:t>
      </w:r>
    </w:p>
    <w:p>
      <w:pPr>
        <w:jc w:val="both"/>
      </w:pPr>
      <w:r>
        <w:t>3. Cơ quan thực hiện: Cục Trồng trọt</w:t>
      </w:r>
    </w:p>
    <w:p>
      <w:pPr>
        <w:jc w:val="both"/>
      </w:pPr>
      <w:r>
        <w:t>- Nơi tiếp nhận hồ sơ: Bộ phận “một cửa” - Văn phòng Cục Trồng trọt</w:t>
      </w:r>
    </w:p>
    <w:p>
      <w:pPr>
        <w:jc w:val="both"/>
      </w:pPr>
      <w:r>
        <w:t>- Địa chỉ: Số 2 Ngọc Hà - Ba Đình - Hà Nội.</w:t>
      </w:r>
    </w:p>
    <w:p>
      <w:pPr>
        <w:jc w:val="both"/>
      </w:pPr>
      <w:r>
        <w:t>- Điện thoại: 04.3823.4651 Fax: 04.3734.4967</w:t>
      </w:r>
    </w:p>
    <w:p>
      <w:pPr>
        <w:jc w:val="both"/>
      </w:pPr>
      <w:r>
        <w:t>- Email: vanphongctt@gmail.com</w:t>
      </w:r>
    </w:p>
    <w:p>
      <w:pPr>
        <w:jc w:val="both"/>
      </w:pPr>
      <w:r>
        <w:t>4. Hiệu lực của giấy phép: Giấy phép có giá trị một (01) năm kể từ ngày cấp.</w:t>
      </w:r>
    </w:p>
    <w:p>
      <w:pPr>
        <w:jc w:val="center"/>
      </w:pPr>
      <w:r>
        <w:rPr>
          <w:b/>
        </w:rPr>
        <w:t>Mục 9</w:t>
      </w:r>
    </w:p>
    <w:p>
      <w:pPr>
        <w:jc w:val="both"/>
      </w:pPr>
      <w:r>
        <w:t>XUẤT KHẨU, NHẬP KHẨU NGUỒN GEN CÂY TRỒNG PHỤC VỤ NGHIÊN CỨU, TRAO ĐỔI KHOA HỌC KỸ THUẬT</w:t>
      </w:r>
    </w:p>
    <w:p>
      <w:pPr>
        <w:jc w:val="both"/>
      </w:pPr>
      <w:r>
        <w:rPr>
          <w:b/>
        </w:rPr>
        <w:t>Điều 29. Quy định chung về xuất khẩu, nhập khẩu nguồn gen cây trồng</w:t>
      </w:r>
    </w:p>
    <w:p>
      <w:pPr>
        <w:jc w:val="both"/>
      </w:pPr>
      <w:r>
        <w:t>1. Thương nhân xuất khẩu nguồn gen cây trồng có trong Danh mục Nguồn gen cây trồng quý hiếm trao đổi quốc tế trong trường hợp đặc biệt và Danh mục Nguồn gen cây trồng quý hiếm hạn chế trao đổi quốc tế theo quy định của Bộ Nông nghiệp và Phát triển nông thôn phải được sự đồng ý bằng văn bản của Bộ trưởng Bộ Nông nghiệp và Phát triển nông thôn.</w:t>
      </w:r>
    </w:p>
    <w:p>
      <w:pPr>
        <w:jc w:val="both"/>
      </w:pPr>
      <w:r>
        <w:t>2. Thương nhân xuất, nhập khẩu nguồn gen cây trồng không có trong Danh mục 1 và Danh mục 2 theo quy định tại khoản 1 Điều này, Danh mục giống cây trồng quý hiếm cấm xuất khẩu và Danh mục giống cây trồng được phép sản xuất, kinh doanh theo quy định của Bộ Nông nghiệp và Phát triển nông thôn phải được Cục Trồng trọt cấp phép.</w:t>
      </w:r>
    </w:p>
    <w:p>
      <w:pPr>
        <w:jc w:val="both"/>
      </w:pPr>
      <w:r>
        <w:rPr>
          <w:b/>
        </w:rPr>
        <w:t>Điều 30. Thành phần hồ sơ, cơ quan cấp Giấy phép, hiệu lực của Giấy phép xuất/nhập khẩu nguồn gen cây trồng phục vụ nghiên cứu, trao đổi khoa học kỹ thuật</w:t>
      </w:r>
    </w:p>
    <w:p>
      <w:pPr>
        <w:jc w:val="both"/>
      </w:pPr>
      <w:r>
        <w:t>1. Thành phần hồ sơ:</w:t>
      </w:r>
    </w:p>
    <w:p>
      <w:pPr>
        <w:jc w:val="both"/>
      </w:pPr>
      <w:r>
        <w:t>a) Đơn đăng ký xuất/nhập khẩu nguồn gen cây trồng theo mẫu số 05/TTr ban hành kèm theo Thông tư này;</w:t>
      </w:r>
    </w:p>
    <w:p>
      <w:pPr>
        <w:jc w:val="both"/>
      </w:pPr>
      <w:r>
        <w:t>b) Thông tin về nguồn gen cây trồng đăng ký xuất/nhập khẩu theo mẫu số 06/TTr ban hành kèm theo Thông tư này;</w:t>
      </w:r>
    </w:p>
    <w:p>
      <w:pPr>
        <w:jc w:val="both"/>
      </w:pPr>
      <w:r>
        <w:t>c) Bản sao chụp mang theo bản gốc để đối chiếu, trong trường hợp nộp hồ sơ trực tiếp; hoặc bản sao có chứng thực, trong trường hợp nộp hồ sơ qua đường bưu điện: Dự án hợp tác nghiên cứu; Hợp đồng nghiên cứu, Biên bản thoả thuận với đối tác nước ngoài đối với trường hợp xuất/nhập khẩu nguồn gen cây trồng phục vụ hợp tác khoa học kỹ thuật.</w:t>
      </w:r>
    </w:p>
    <w:p>
      <w:pPr>
        <w:jc w:val="both"/>
      </w:pPr>
      <w:r>
        <w:t>2. Thời hạn giải quyết:</w:t>
      </w:r>
    </w:p>
    <w:p>
      <w:pPr>
        <w:jc w:val="both"/>
      </w:pPr>
      <w:r>
        <w:t>a) Thời hạn giải quyết đối với trường hợp quy định tại khoản 1 Điều 29 của Thông tư này là mười (10) ngày làm việc kể từ ngày nhận được hồ sơ đầy đủ;</w:t>
      </w:r>
    </w:p>
    <w:p>
      <w:pPr>
        <w:jc w:val="both"/>
      </w:pPr>
      <w:r>
        <w:t>b) Thời hạn giải quyết đối với trường hợp quy định tại khoản 2 Điều 29 của Thông tư này là năm (05) ngày làm việc kể từ ngày nhận được hồ sơ đầy đủ.</w:t>
      </w:r>
    </w:p>
    <w:p>
      <w:pPr>
        <w:jc w:val="both"/>
      </w:pPr>
      <w:r>
        <w:t>3. Thời gian bổ sung, hoàn chỉnh hồ sơ chưa hợp lệ: Không quá ba (03) tháng kể từ ngày nhận hồ sơ lần đầu. Nếu quá thời hạn trên, thương nhân không bổ sung, hoàn chỉnh hồ sơ thì phải nộp hồ sơ mới.</w:t>
      </w:r>
    </w:p>
    <w:p>
      <w:pPr>
        <w:jc w:val="both"/>
      </w:pPr>
      <w:r>
        <w:t>4. Hiệu lực của giấy phép: Giấy phép có giá trị một (01) năm kể từ ngày cấp.</w:t>
      </w:r>
    </w:p>
    <w:p>
      <w:pPr>
        <w:jc w:val="both"/>
      </w:pPr>
      <w:r>
        <w:t>5. Cơ quan thực hiện: Cục Trồng trọt</w:t>
      </w:r>
    </w:p>
    <w:p>
      <w:pPr>
        <w:jc w:val="both"/>
      </w:pPr>
      <w:r>
        <w:t>- Nơi tiếp nhận hồ sơ và trả kết qủa: Bộ phận “một cửa” - Văn phòng Cục Trồng trọt</w:t>
      </w:r>
    </w:p>
    <w:p>
      <w:pPr>
        <w:jc w:val="both"/>
      </w:pPr>
      <w:r>
        <w:t>- Địa chỉ: Số 2 Ngọc Hà -Ba Đình -Hà Nội.</w:t>
      </w:r>
    </w:p>
    <w:p>
      <w:pPr>
        <w:jc w:val="both"/>
      </w:pPr>
      <w:r>
        <w:t>- Điện thoại: 04.3823.4651 Fax: 04.3734.4967</w:t>
      </w:r>
    </w:p>
    <w:p>
      <w:pPr>
        <w:jc w:val="both"/>
      </w:pPr>
      <w:r>
        <w:t>- Email: vanphongctt@gmail.com</w:t>
      </w:r>
    </w:p>
    <w:p>
      <w:pPr>
        <w:jc w:val="both"/>
      </w:pPr>
      <w:r>
        <w:t>- Website: www.cuctrongtrot.gov.vn.</w:t>
      </w:r>
    </w:p>
    <w:p>
      <w:pPr>
        <w:jc w:val="center"/>
      </w:pPr>
      <w:r>
        <w:rPr>
          <w:b/>
        </w:rPr>
        <w:t>Mục 10</w:t>
      </w:r>
    </w:p>
    <w:p>
      <w:pPr>
        <w:jc w:val="both"/>
      </w:pPr>
      <w:r>
        <w:t>XUẤT KHẨU, NHẬP KHẨU HÀNG HÓA CHUYÊN NGÀNH THỦY SẢN</w:t>
      </w:r>
    </w:p>
    <w:p>
      <w:pPr>
        <w:jc w:val="both"/>
      </w:pPr>
      <w:r>
        <w:rPr>
          <w:b/>
        </w:rPr>
        <w:t>Điều 31. Xuất khẩu thuỷ sản sống</w:t>
      </w:r>
    </w:p>
    <w:p>
      <w:pPr>
        <w:jc w:val="both"/>
      </w:pPr>
      <w:r>
        <w:t>1. Thương nhân được xuất khẩu các loài thuỷ sản không có tên trong Danh mục các loài thuỷ sản cấm xuất khẩu tại Phụ lục 1 ban hành kèm theo Thông tư này, không phải xin phép.</w:t>
      </w:r>
    </w:p>
    <w:p>
      <w:pPr>
        <w:jc w:val="both"/>
      </w:pPr>
      <w:r>
        <w:t>2. Các loài thủy sản có tên trong Danh mục các loài thuỷ sản xuất khẩu có điều kiện tại Phụ lục 02 ban hành kèm theo Thông tư này chỉ được xuất khẩu khi đáp ứng đủ các điều kiện nêu tại Phụ lục này, không phải xin phép.</w:t>
      </w:r>
    </w:p>
    <w:p>
      <w:pPr>
        <w:jc w:val="both"/>
      </w:pPr>
      <w:r>
        <w:rPr>
          <w:b/>
        </w:rPr>
        <w:t>Điều 32. Nhập khẩu giống thuỷ sản</w:t>
      </w:r>
    </w:p>
    <w:p>
      <w:pPr>
        <w:jc w:val="both"/>
      </w:pPr>
      <w:r>
        <w:t>1. Nhập khẩu giống thủy sản trong danh mục</w:t>
      </w:r>
    </w:p>
    <w:p>
      <w:pPr>
        <w:jc w:val="both"/>
      </w:pPr>
      <w:r>
        <w:t>Thương nhân được nhập khẩu các loài thủy sản có tên trong Danh mục giống thuỷ sản được phép sản xuất, kinh doanh do Bộ Nông nghiệp và Phát triển nông thôn hoặc Bộ Thủy sản (cũ) ban hành, không phải xin phép .</w:t>
      </w:r>
    </w:p>
    <w:p>
      <w:pPr>
        <w:jc w:val="both"/>
      </w:pPr>
      <w:r>
        <w:t>2. Nhập khẩu thủy sản ngoài danh mục</w:t>
      </w:r>
    </w:p>
    <w:p>
      <w:pPr>
        <w:jc w:val="both"/>
      </w:pPr>
      <w:r>
        <w:t>Các loài thủy sản không có tên trong Danh mục quy định tại Khoản 1</w:t>
      </w:r>
    </w:p>
    <w:p>
      <w:pPr>
        <w:jc w:val="both"/>
      </w:pPr>
      <w:r>
        <w:t>Điều này, thương nhân nhập khẩu trong các trường hợp dưới đây phải được Tổng cục Thủy sản cấp phép:</w:t>
      </w:r>
    </w:p>
    <w:p>
      <w:pPr>
        <w:jc w:val="both"/>
      </w:pPr>
      <w:r>
        <w:t>a) Nhập khẩu để khảo nghiệm, nghiên cứu;</w:t>
      </w:r>
    </w:p>
    <w:p>
      <w:pPr>
        <w:jc w:val="both"/>
      </w:pPr>
      <w:r>
        <w:t>b) Nhập khẩu để giới thiệu tại hội chợ, triển lãm;</w:t>
      </w:r>
    </w:p>
    <w:p>
      <w:pPr>
        <w:jc w:val="both"/>
      </w:pPr>
      <w:r>
        <w:t>c) Nhập khẩu để tái xuất theo hợp đồng đã ký với nước ngoài.</w:t>
      </w:r>
    </w:p>
    <w:p>
      <w:pPr>
        <w:jc w:val="both"/>
      </w:pPr>
      <w:r>
        <w:rPr>
          <w:b/>
        </w:rPr>
        <w:t>Điều 33. Nhập khẩu thuỷ sản sống để làm thực phẩm</w:t>
      </w:r>
    </w:p>
    <w:p>
      <w:pPr>
        <w:jc w:val="both"/>
      </w:pPr>
      <w:r>
        <w:t>1. Nhập khẩu các loài thủy sản trong Danh mục các loài thủy sản sống được phép nhập khẩu làm thực phẩm do Bộ Nông nghiệp và Phát triển nông thôn ban hành tại Phụ lục 03 kèm theo Thông tư này không phải xin phép.</w:t>
      </w:r>
    </w:p>
    <w:p>
      <w:pPr>
        <w:jc w:val="both"/>
      </w:pPr>
      <w:r>
        <w:t>2. Các loài thủy sản không có trong Danh mục quy định tại Khoản 1 Điều này, nhập khẩu trong các trường hợp dưới đây phải được Tổng cục Thủy sản cấp phép:</w:t>
      </w:r>
    </w:p>
    <w:p>
      <w:pPr>
        <w:jc w:val="both"/>
      </w:pPr>
      <w:r>
        <w:t>a) Nhập khẩu để đánh giá rủi ro;</w:t>
      </w:r>
    </w:p>
    <w:p>
      <w:pPr>
        <w:jc w:val="both"/>
      </w:pPr>
      <w:r>
        <w:t>b) Nhập khẩu để giới thiệu tại hội chợ, triển lãm;</w:t>
      </w:r>
    </w:p>
    <w:p>
      <w:pPr>
        <w:jc w:val="both"/>
      </w:pPr>
      <w:r>
        <w:t>c) Nhập khẩu để tái xuất theo hợp đồng đã ký với nước ngoài.</w:t>
      </w:r>
    </w:p>
    <w:p>
      <w:pPr>
        <w:jc w:val="both"/>
      </w:pPr>
      <w:r>
        <w:rPr>
          <w:b/>
        </w:rPr>
        <w:t>Điều 34. Thành phần hồ sơ, cơ quan cấp Giấy phép nhập khẩu thuỷ sản sống</w:t>
      </w:r>
    </w:p>
    <w:p>
      <w:pPr>
        <w:jc w:val="both"/>
      </w:pPr>
      <w:r>
        <w:t>1. Thành phần hồ sơ:</w:t>
      </w:r>
    </w:p>
    <w:p>
      <w:pPr>
        <w:jc w:val="both"/>
      </w:pPr>
      <w:r>
        <w:t>a) Trường hợp nhập khẩu giống thủy sản để khảo nghiệm:</w:t>
      </w:r>
    </w:p>
    <w:p>
      <w:pPr>
        <w:jc w:val="both"/>
      </w:pPr>
      <w:r>
        <w:t>- Đơn đề nghị nhập khẩu hàng hóa chuyên ngành thủy sản theo mẫu số 01/TS ban hành kèm theo Thông tư này;</w:t>
      </w:r>
    </w:p>
    <w:p>
      <w:pPr>
        <w:jc w:val="both"/>
      </w:pPr>
      <w:r>
        <w:t>- Bản sao có chứng thực Giấy chứng nhận đăng ký kinh doanh hoặc Giấy phép đầu tư;</w:t>
      </w:r>
    </w:p>
    <w:p>
      <w:pPr>
        <w:jc w:val="both"/>
      </w:pPr>
      <w:r>
        <w:t>- Ảnh chụp hoặc bản vẽ mô tả loài thuỷ sản xin nhập khẩu kèm theo tên thương mại, tên khoa học;</w:t>
      </w:r>
    </w:p>
    <w:p>
      <w:pPr>
        <w:jc w:val="both"/>
      </w:pPr>
      <w:r>
        <w:t>- Bản thuyết minh đặc tính sinh học, hiệu quả kinh tế của loài thuỷ sản xin nhập;</w:t>
      </w:r>
    </w:p>
    <w:p>
      <w:pPr>
        <w:jc w:val="both"/>
      </w:pPr>
      <w:r>
        <w:t>- Đề cương khảo nghiệm giống thủy sản theo mẫu số 02/TS của cơ sở khảo nghiệm.</w:t>
      </w:r>
    </w:p>
    <w:p>
      <w:pPr>
        <w:jc w:val="both"/>
      </w:pPr>
      <w:r>
        <w:t>b) Trường hợp nhập khẩu giống thủy sản để nghiên cứu</w:t>
      </w:r>
    </w:p>
    <w:p>
      <w:pPr>
        <w:jc w:val="both"/>
      </w:pPr>
      <w:r>
        <w:t>- Đơn đề nghị nhập khẩu hàng hóa chuyên ngành thủy sản theo mẫu số 01/TS ban hành kèm theo Thông tư này;</w:t>
      </w:r>
    </w:p>
    <w:p>
      <w:pPr>
        <w:jc w:val="both"/>
      </w:pPr>
      <w:r>
        <w:t>- Bản sao có chứng thực Giấy chứng nhận đăng ký kinh doanh hoặc Giấy phép đầu tư;</w:t>
      </w:r>
    </w:p>
    <w:p>
      <w:pPr>
        <w:jc w:val="both"/>
      </w:pPr>
      <w:r>
        <w:t>- Ảnh chụp hoặc bản vẽ mô tả loài thuỷ sản xin nhập khẩu kèm theo tên thương mại, tên khoa học;</w:t>
      </w:r>
    </w:p>
    <w:p>
      <w:pPr>
        <w:jc w:val="both"/>
      </w:pPr>
      <w:r>
        <w:t>- Bản thuyết minh đặc tính sinh học, hiệu quả kinh tế của loài thuỷ sản xin nhập;</w:t>
      </w:r>
    </w:p>
    <w:p>
      <w:pPr>
        <w:jc w:val="both"/>
      </w:pPr>
      <w:r>
        <w:t>- Đề cương nghiên cứu giống thủy sản nhập khẩu theo mẫu số 03/TS ban hành kèm theo Thông tư này được cơ quan có thẩm quyền phê duyệt;</w:t>
      </w:r>
    </w:p>
    <w:p>
      <w:pPr>
        <w:jc w:val="both"/>
      </w:pPr>
      <w:r>
        <w:t>c) Trường hợp nhập khẩu giống thủy sản, thủy sản sống để giới thiệu tại hội chợ, triển lãm</w:t>
      </w:r>
    </w:p>
    <w:p>
      <w:pPr>
        <w:jc w:val="both"/>
      </w:pPr>
      <w:r>
        <w:t>- Đơn đề nghị nhập khẩu hàng hóa chuyên ngành thủy sản theo mẫu số 01/TS ban hành kèm theo Thông tư này;</w:t>
      </w:r>
    </w:p>
    <w:p>
      <w:pPr>
        <w:jc w:val="both"/>
      </w:pPr>
      <w:r>
        <w:t>- Bản sao có chứng thực Giấy chứng nhận đăng ký kinh doanh hoặc Giấy phép đầu tư;</w:t>
      </w:r>
    </w:p>
    <w:p>
      <w:pPr>
        <w:jc w:val="both"/>
      </w:pPr>
      <w:r>
        <w:t>- Ảnh chụp hoặc bản vẽ mô tả loài thuỷ sản xin nhập khẩu kèm theo tên thương mại, tên khoa học;</w:t>
      </w:r>
    </w:p>
    <w:p>
      <w:pPr>
        <w:jc w:val="both"/>
      </w:pPr>
      <w:r>
        <w:t>- Giấy tờ chứng minh về việc tham gia hội chợ, triển lãm tại Việt Nam;</w:t>
      </w:r>
    </w:p>
    <w:p>
      <w:pPr>
        <w:jc w:val="both"/>
      </w:pPr>
      <w:r>
        <w:t>- Phương án xử lý sản phẩm sau thời gian sử dụng để giới thiệu tại hội chợ, triển lãm.</w:t>
      </w:r>
    </w:p>
    <w:p>
      <w:pPr>
        <w:jc w:val="both"/>
      </w:pPr>
      <w:r>
        <w:t>d) Trường hợp nhập khẩu giống thủy sản, thủy sản sống để tái xuất theo hợp đồng đã ký với nước ngoài</w:t>
      </w:r>
    </w:p>
    <w:p>
      <w:pPr>
        <w:jc w:val="both"/>
      </w:pPr>
      <w:r>
        <w:t>- Đơn đề nghị nhập khẩu hàng hóa chuyên ngành thủy sản theo mẫu số 01/TS ban hành kèm theo Thông tư này;</w:t>
      </w:r>
    </w:p>
    <w:p>
      <w:pPr>
        <w:jc w:val="both"/>
      </w:pPr>
      <w:r>
        <w:t>- Bản sao có chứng thực Giấy chứng nhận đăng ký kinh doanh hoặc Giấy phép đầu tư;</w:t>
      </w:r>
    </w:p>
    <w:p>
      <w:pPr>
        <w:jc w:val="both"/>
      </w:pPr>
      <w:r>
        <w:t>- Ảnh chụp hoặc bản vẽ mô tả loài thuỷ sản xin nhập khẩu kèm theo tên thương mại, tên khoa học;</w:t>
      </w:r>
    </w:p>
    <w:p>
      <w:pPr>
        <w:jc w:val="both"/>
      </w:pPr>
      <w:r>
        <w:t>- Đề cương khảo nghiệm giống thủy sản theo mẫu số 02/TS của cơ sở khảo nghiệm.</w:t>
      </w:r>
    </w:p>
    <w:p>
      <w:pPr>
        <w:jc w:val="both"/>
      </w:pPr>
      <w:r>
        <w:t>- Bản sao công chứng Hợp đồng tái xuất đã ký với nước ngoài;</w:t>
      </w:r>
    </w:p>
    <w:p>
      <w:pPr>
        <w:jc w:val="both"/>
      </w:pPr>
      <w:r>
        <w:t>- Bản giải trình về điều kiện vận chuyển, bảo quản thủy sản sống.</w:t>
      </w:r>
    </w:p>
    <w:p>
      <w:pPr>
        <w:jc w:val="both"/>
      </w:pPr>
      <w:r>
        <w:t>đ) Trường hợp nhập khẩu các loài thuỷ sản sống để đánh giá rủi ro:</w:t>
      </w:r>
    </w:p>
    <w:p>
      <w:pPr>
        <w:jc w:val="both"/>
      </w:pPr>
      <w:r>
        <w:t>- Đơn đề nghị nhập khẩu hàng hóa chuyên ngành thủy sản theo mẫu số 01/TS ban hành kèm theo Thông tư này;</w:t>
      </w:r>
    </w:p>
    <w:p>
      <w:pPr>
        <w:jc w:val="both"/>
      </w:pPr>
      <w:r>
        <w:t>- Bản sao có chứng thực Giấy chứng nhận đăng ký kinh doanh hoặc Giấy phép đầu tư;</w:t>
      </w:r>
    </w:p>
    <w:p>
      <w:pPr>
        <w:jc w:val="both"/>
      </w:pPr>
      <w:r>
        <w:t>- Ảnh chụp hoặc bản vẽ mô tả loài thuỷ sản xin nhập khẩu kèm theo tên thương mại, tên khoa học;</w:t>
      </w:r>
    </w:p>
    <w:p>
      <w:pPr>
        <w:jc w:val="both"/>
      </w:pPr>
      <w:r>
        <w:t>- Bản thuyết minh đặc tính sinh học, hiệu quả kinh tế của loài thuỷ sản xin nhập;</w:t>
      </w:r>
    </w:p>
    <w:p>
      <w:pPr>
        <w:jc w:val="both"/>
      </w:pPr>
      <w:r>
        <w:t>- Đề cương đánh giá rủi ro;</w:t>
      </w:r>
    </w:p>
    <w:p>
      <w:pPr>
        <w:jc w:val="both"/>
      </w:pPr>
      <w:r>
        <w:t>- Bản sao có chứng thực Giấy chứng nhận nguồn gốc, xuất xứ.</w:t>
      </w:r>
    </w:p>
    <w:p>
      <w:pPr>
        <w:jc w:val="both"/>
      </w:pPr>
      <w:r>
        <w:t>Trong trường hợp nộp hồ sơ trực tiếp, các tài liệu quy định tại Khoản 1</w:t>
      </w:r>
    </w:p>
    <w:p>
      <w:pPr>
        <w:jc w:val="both"/>
      </w:pPr>
      <w:r>
        <w:t>Điều này là bản sao chụp, mang theo bản gốc để đối chiếu. Tài liệu là tiếng nước ngoài thì bản dịch ra tiếng Việt phải có công chứng.</w:t>
      </w:r>
    </w:p>
    <w:p>
      <w:pPr>
        <w:jc w:val="both"/>
      </w:pPr>
      <w:r>
        <w:t>2. Cơ quan thực hiện: Tổng cục Thủy sản</w:t>
      </w:r>
    </w:p>
    <w:p>
      <w:pPr>
        <w:jc w:val="both"/>
      </w:pPr>
      <w:r>
        <w:t>- Nơi tiếp nhận hồ sơ: Bộ phận “một cửa” -Văn phòng Tổng cục Thuỷ sản</w:t>
      </w:r>
    </w:p>
    <w:p>
      <w:pPr>
        <w:jc w:val="both"/>
      </w:pPr>
      <w:r>
        <w:t>- Địa chỉ: Số 10 Nguyễn Công Hoan – Ba Đình – Hà Nội.</w:t>
      </w:r>
    </w:p>
    <w:p>
      <w:pPr>
        <w:jc w:val="both"/>
      </w:pPr>
      <w:r>
        <w:t>- Điện thoại: 043.7245370. Fax: 043.724.5120;</w:t>
      </w:r>
    </w:p>
    <w:p>
      <w:pPr>
        <w:jc w:val="both"/>
      </w:pPr>
      <w:r>
        <w:rPr>
          <w:b/>
        </w:rPr>
        <w:t>Điều 35. Nhập khẩu sản phẩm xử lý, cải tạo môi trường nuôi trồng thuỷ sản</w:t>
      </w:r>
    </w:p>
    <w:p>
      <w:pPr>
        <w:jc w:val="both"/>
      </w:pPr>
      <w:r>
        <w:t>1. Nhập khẩu sản phẩm xử lý, cải tạo môi trường nuôi trồng thủy sản không phải xin phép trong các trường hợp sau:</w:t>
      </w:r>
    </w:p>
    <w:p>
      <w:pPr>
        <w:jc w:val="both"/>
      </w:pPr>
      <w:r>
        <w:t>a) Sản phẩm xử lý, cải tạo môi trường nuôi trồng thủy sản có tên trong Danh mục sản phẩm xử lý, cải tạo môi trường nuôi trồng thuỷ sản được phép lưu hành tại Việt Nam do Bộ Nông nghiệp và Phát triển nông thôn hoặc Bộ Thủy sản (cũ) ban hành.</w:t>
      </w:r>
    </w:p>
    <w:p>
      <w:pPr>
        <w:jc w:val="both"/>
      </w:pPr>
      <w:r>
        <w:t>b) Sản phẩm xử lý, cải tạo môi trường nuôi trồng thủy sản có tên trong Danh mục sản phẩm xử lý, cải tạo môi trường nuôi trồng thuỷ sản có điều kiện tại Phụ lục 04 kèm theo Thông tư này khi đáp ứng các điều kiện quy định tại phụ lục này.</w:t>
      </w:r>
    </w:p>
    <w:p>
      <w:pPr>
        <w:jc w:val="both"/>
      </w:pPr>
      <w:r>
        <w:t>c) Sản phẩm để giới thiệu tại hội chợ, triển lãm.</w:t>
      </w:r>
    </w:p>
    <w:p>
      <w:pPr>
        <w:jc w:val="both"/>
      </w:pPr>
      <w:r>
        <w:t>2. Nhập khẩu sản phẩm xử lý, cải tạo môi trường nuôi trồng thủy sản ngoài Danh mục sản phẩm xử lý, cải tạo môi trường nuôi trồng thuỷ sản được phép lưu hành tại Việt Nam phải xin phép Tổng cục Thủy sản đối với các trường hợp sau:</w:t>
      </w:r>
    </w:p>
    <w:p>
      <w:pPr>
        <w:jc w:val="both"/>
      </w:pPr>
      <w:r>
        <w:t>- Nhập khẩu để khảo nghiệm, nghiên cứu;</w:t>
      </w:r>
    </w:p>
    <w:p>
      <w:pPr>
        <w:jc w:val="both"/>
      </w:pPr>
      <w:r>
        <w:t>- Nhập khẩu để tạm nhập tái xuất, gia công, đóng gói để xuất khẩu theo hợp đồng đã ký với nước ngoài.</w:t>
      </w:r>
    </w:p>
    <w:p>
      <w:pPr>
        <w:jc w:val="both"/>
      </w:pPr>
      <w:r>
        <w:rPr>
          <w:b/>
        </w:rPr>
        <w:t>Điều 36. Thành phần hồ sơ, cơ quan cấp giấy phép nhập khẩu sản phẩm xử lý, cải tạo môi trường nuôi trồng thuỷ sản</w:t>
      </w:r>
    </w:p>
    <w:p>
      <w:pPr>
        <w:jc w:val="both"/>
      </w:pPr>
      <w:r>
        <w:t>1 Thành phần hồ sơ:</w:t>
      </w:r>
    </w:p>
    <w:p>
      <w:pPr>
        <w:jc w:val="both"/>
      </w:pPr>
      <w:r>
        <w:t>a) Trường hợp nhập khẩu để khảo nghiệm</w:t>
      </w:r>
    </w:p>
    <w:p>
      <w:pPr>
        <w:jc w:val="both"/>
      </w:pPr>
      <w:r>
        <w:t>- Đơn đề nghị nhập khẩu hàng hóa chuyên ngành thủy sản theo mẫu số 01/TS ban hành kèm theo Thông tư này;</w:t>
      </w:r>
    </w:p>
    <w:p>
      <w:pPr>
        <w:jc w:val="both"/>
      </w:pPr>
      <w:r>
        <w:t>- Bản sao có chứng thực Giấy chứng nhận đăng ký kinh doanh, Giấy phép đầu tư hoặc Giấy phép thành lập Văn phòng đại diện thương nhân nước ngoài tại Việt Nam;</w:t>
      </w:r>
    </w:p>
    <w:p>
      <w:pPr>
        <w:jc w:val="both"/>
      </w:pPr>
      <w:r>
        <w:t>- Bản sao có chứng thực Giấy chứng nhận lưu hành tự do (CFS) do cơ quan có thẩm quyền của nước xuất xứ cấp;</w:t>
      </w:r>
    </w:p>
    <w:p>
      <w:pPr>
        <w:jc w:val="both"/>
      </w:pPr>
      <w:r>
        <w:t>- Bản tóm tắt đặc tính, hiệu lực, độ an toàn của sản phẩm xử lý, cải tạo môi trường nuôi trồng thủy sản theo mẫu số 04/TS ban hành kèm theo Thông tư này;</w:t>
      </w:r>
    </w:p>
    <w:p>
      <w:pPr>
        <w:jc w:val="both"/>
      </w:pPr>
      <w:r>
        <w:t>- Phiếu kiểm nghiệm sản phẩm của nhà sản xuất và của cơ quan thẩm quyền nước sản xuất hoặc phòng kiểm nghiệm độc lập cấp;</w:t>
      </w:r>
    </w:p>
    <w:p>
      <w:pPr>
        <w:jc w:val="both"/>
      </w:pPr>
      <w:r>
        <w:t>- Đề cương khảo nghiệm sản phẩm xử lý, cải tạo môi trường nuôi trồng thủy sản của cơ sở khảo nghiệm được Bộ Nông nghiệp và Phát triển nông thôn công nhận theo mẫu số 05/TS ban hành kèm theo Thông tư này;</w:t>
      </w:r>
    </w:p>
    <w:p>
      <w:pPr>
        <w:jc w:val="both"/>
      </w:pPr>
      <w:r>
        <w:t>- Biên bản kiểm tra điều kiện cơ sở thực hiện khảo nghiệm của cơ quan có thẩm quyền kết luận đạt yêu cầu theo quy định hiện hành.</w:t>
      </w:r>
    </w:p>
    <w:p>
      <w:pPr>
        <w:jc w:val="both"/>
      </w:pPr>
      <w:r>
        <w:t>b) Trường hợp nhập khẩu để nghiên cứu</w:t>
      </w:r>
    </w:p>
    <w:p>
      <w:pPr>
        <w:jc w:val="both"/>
      </w:pPr>
      <w:r>
        <w:t>- Đơn đề nghị nhập khẩu hàng hóa chuyên ngành thủy sản theo mẫu số 01/TS ban hành kèm theo Thông tư này;</w:t>
      </w:r>
    </w:p>
    <w:p>
      <w:pPr>
        <w:jc w:val="both"/>
      </w:pPr>
      <w:r>
        <w:t>- Bản sao có chứng thực Giấy chứng nhận lưu hành tự do (CFS) do cơ quan có thẩm quyền của nước xuất xứ cấp;</w:t>
      </w:r>
    </w:p>
    <w:p>
      <w:pPr>
        <w:jc w:val="both"/>
      </w:pPr>
      <w:r>
        <w:t>- Bản tóm tắt đặc tính, hiệu lực, độ an toàn của sản phẩm xử lý, cải tạo môi trường nuôi trồng thủy sản theo mẫu số 04/TS ban hành kèm theo Thông tư này;</w:t>
      </w:r>
    </w:p>
    <w:p>
      <w:pPr>
        <w:jc w:val="both"/>
      </w:pPr>
      <w:r>
        <w:t>- Phiếu kiểm nghiệm sản phẩm của nhà sản xuất và của cơ quan thẩm quyền nước sản xuất hoặc phòng kiểm nghiệm độc lập cấp;</w:t>
      </w:r>
    </w:p>
    <w:p>
      <w:pPr>
        <w:jc w:val="both"/>
      </w:pPr>
      <w:r>
        <w:t>- Bản sao có chứng thực Quyết định thành lập của cơ quan nghiên cứu hoặc Giấy chứng nhận đăng ký kinh doanh;</w:t>
      </w:r>
    </w:p>
    <w:p>
      <w:pPr>
        <w:jc w:val="both"/>
      </w:pPr>
      <w:r>
        <w:t>- Đề cương nghiên cứu đã được phê duyệt.</w:t>
      </w:r>
    </w:p>
    <w:p>
      <w:pPr>
        <w:jc w:val="both"/>
      </w:pPr>
      <w:r>
        <w:t>c) Trường hợp nhập khẩu để sản xuất, gia công nhằm mục đích tái xuất theo hợp đồng đã ký với nước ngoài</w:t>
      </w:r>
    </w:p>
    <w:p>
      <w:pPr>
        <w:jc w:val="both"/>
      </w:pPr>
      <w:r>
        <w:t>- Đơn đề nghị nhập khẩu hàng hóa chuyên ngành thủy sản theo mẫu số 01/TS ban hành kèm theo Thông tư này;</w:t>
      </w:r>
    </w:p>
    <w:p>
      <w:pPr>
        <w:jc w:val="both"/>
      </w:pPr>
      <w:r>
        <w:t>- Bản sao có chứng thực Giấy chứng nhận đăng ký kinh doanh, Giấy phép đầu tư hoặc Giấy phép thành lập Văn phòng đại diện thương nhân nước ngoài tại Việt Nam;</w:t>
      </w:r>
    </w:p>
    <w:p>
      <w:pPr>
        <w:jc w:val="both"/>
      </w:pPr>
      <w:r>
        <w:t>- Bản sao có chứng thực Giấy chứng nhận lưu hành tự do (CFS) do cơ quan nhà nước có thẩm quyền của nước xuất xứ cấp;</w:t>
      </w:r>
    </w:p>
    <w:p>
      <w:pPr>
        <w:jc w:val="both"/>
      </w:pPr>
      <w:r>
        <w:t>- Bản tóm tắt đặc tính, hiệu lực, độ an toàn của sản phẩm xử lý, cải tạo môi trường nuôi trồng thủy sản theo mẫu số 04/TS ban hành kèm theo Thông tư này;</w:t>
      </w:r>
    </w:p>
    <w:p>
      <w:pPr>
        <w:jc w:val="both"/>
      </w:pPr>
      <w:r>
        <w:t>- Phiếu kiểm nghiệm sản phẩm của nhà sản xuất và của cơ quan thẩm quyền nước sản xuất hoặc phòng kiểm nghiệm độc lập cấp;</w:t>
      </w:r>
    </w:p>
    <w:p>
      <w:pPr>
        <w:jc w:val="both"/>
      </w:pPr>
      <w:r>
        <w:t>- Hợp đồng tái xuất đã ký với nước ngoài.</w:t>
      </w:r>
    </w:p>
    <w:p>
      <w:pPr>
        <w:jc w:val="both"/>
      </w:pPr>
      <w:r>
        <w:t>Trong trường hợp nộp hồ sơ trực tiếp, các tài liệu quy định tại Khoản 1</w:t>
      </w:r>
    </w:p>
    <w:p>
      <w:pPr>
        <w:jc w:val="both"/>
      </w:pPr>
      <w:r>
        <w:t>Điều này là bản sao chụp, mang theo bản gốc để đối chiếu. Tài liệu là tiếng nước ngoài thì bản dịch ra tiếng Việt phải có công chứng.</w:t>
      </w:r>
    </w:p>
    <w:p>
      <w:pPr>
        <w:jc w:val="both"/>
      </w:pPr>
      <w:r>
        <w:t>2. Cơ quan thực hiện: Tổng cục Thủy sản.</w:t>
      </w:r>
    </w:p>
    <w:p>
      <w:pPr>
        <w:jc w:val="both"/>
      </w:pPr>
      <w:r>
        <w:t>- Nơi tiếp nhận và trả kết quả: Bộ phận “một cửa”- Văn phòng Tổng cục Thuỷ sản</w:t>
      </w:r>
    </w:p>
    <w:p>
      <w:pPr>
        <w:jc w:val="both"/>
      </w:pPr>
      <w:r>
        <w:t>- Địa chỉ: Số 10 Nguyễn Công Hoan – Ba Đình – Hà Nội.</w:t>
      </w:r>
    </w:p>
    <w:p>
      <w:pPr>
        <w:jc w:val="both"/>
      </w:pPr>
      <w:r>
        <w:t>- Điện thoại: 043.7245370. Fax: 043.724.5120;</w:t>
      </w:r>
    </w:p>
    <w:p>
      <w:pPr>
        <w:jc w:val="center"/>
      </w:pPr>
      <w:r>
        <w:rPr>
          <w:b/>
        </w:rPr>
        <w:t>Chương III</w:t>
      </w:r>
    </w:p>
    <w:p>
      <w:pPr>
        <w:jc w:val="both"/>
      </w:pPr>
      <w:r>
        <w:t>ĐIỀU KHOẢN THI HÀNH</w:t>
      </w:r>
    </w:p>
    <w:p>
      <w:pPr>
        <w:jc w:val="both"/>
      </w:pPr>
      <w:r>
        <w:rPr>
          <w:b/>
        </w:rPr>
        <w:t>Điều 37. Hiệu lực thi hành</w:t>
      </w:r>
    </w:p>
    <w:p>
      <w:pPr>
        <w:jc w:val="both"/>
      </w:pPr>
      <w:r>
        <w:t>1. Thông tư này có hiệu lực sau 45 ngày kể từ ngày ký.</w:t>
      </w:r>
    </w:p>
    <w:p>
      <w:pPr>
        <w:jc w:val="both"/>
      </w:pPr>
      <w:r>
        <w:t>2. Thông tư này thay thế Thông tư số 60/2009/TT-BNNPTNT ngày 16 tháng 9 năm 2009 của Bộ trưởng Bộ Nông nghiệp và Phát triển nông thôn về hướng dẫn thực hiện Nghị định số 12/2006/NĐ-CP ngày 23 tháng 01 năm 2006 ;</w:t>
      </w:r>
    </w:p>
    <w:p>
      <w:pPr>
        <w:jc w:val="both"/>
      </w:pPr>
      <w:r>
        <w:t>Bãi bỏ Khoản 7 Điều 1 Thông tư 18/2011/TT-BNNPTNT ngày 06 tháng 4 năm 2011 của Bộ trưởng Bộ Nông nghiệp và Phát triển nông thôn sửa đổi, bổ sung, bãi bỏ một số quy định về thủ tục hành chính trong lĩnh vực bảo vệ và kiểm dịch thực vật theo Nghị quyết số 57/NQ-CP ngày 15 tháng 12 năm 2010;</w:t>
      </w:r>
    </w:p>
    <w:p>
      <w:pPr>
        <w:jc w:val="both"/>
      </w:pPr>
      <w:r>
        <w:t>Bãi bỏ Khoản 5 Điều 1 Thông tư 20/2011/TT-BNNPTNT ngày 06 tháng 4 năm 2011 của Bộ trưởng Bộ Nông nghiệp và Phát triển nông thôn sửa đổi, bổ sung, bãi bỏ một số quy định về thủ tục hành chính trong lĩnh vực thú y theo Nghị quyết số 57/NQ-CP ngày 15 tháng 12 năm 2010.</w:t>
      </w:r>
    </w:p>
    <w:p>
      <w:pPr>
        <w:jc w:val="both"/>
      </w:pPr>
      <w:r>
        <w:t>3. Trong quá trình thực hiện, nếu có khó khăn, vướng mắc, các tổ chức, cá nhân, thương nhân phản ánh về Bộ Nông nghiệp và Phát triển nông thôn để kịp thời sửa đổi, bổ sung./.</w:t>
      </w:r>
    </w:p>
    <w:p>
      <w:r>
        <w:rPr>
          <w:i/>
        </w:rPr>
        <w:t>Nguồn: Cơ sở dữ liệu quốc gia về văn bản pháp luật (Bộ Tư pháp). VietSmart Legal, legal.giangpham.asia/van-ban/27314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