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mẫu hồ sơ, bệnh án</w:t>
      </w:r>
    </w:p>
    <w:p>
      <w:pPr>
        <w:jc w:val="both"/>
      </w:pPr>
      <w:r>
        <w:t>___________</w:t>
      </w:r>
    </w:p>
    <w:p>
      <w:pPr>
        <w:jc w:val="both"/>
      </w:pPr>
      <w:r>
        <w:t>BỘ TRƯỞNG BỘ Y TẾ</w:t>
      </w:r>
    </w:p>
    <w:p>
      <w:pPr>
        <w:jc w:val="both"/>
      </w:pPr>
      <w:r>
        <w:t>Căn cứ Luật Bảo vệ sức khoẻ nhân dân,</w:t>
      </w:r>
    </w:p>
    <w:p>
      <w:pPr>
        <w:jc w:val="both"/>
      </w:pPr>
      <w:r>
        <w:t>Căn cứ Nghị định số 68/CP ngày 11/10/1993 của Chính phủ quy định chức năng, nhiệm vụ, quyền hạn và tổ chức bộ máy Bộ Y tế,</w:t>
      </w:r>
    </w:p>
    <w:p>
      <w:pPr>
        <w:jc w:val="both"/>
      </w:pPr>
      <w:r>
        <w:t>Theo đề nghị của Vụ trưởng Vụ Điều trị- Bộ Y tế,</w:t>
      </w:r>
    </w:p>
    <w:p>
      <w:pPr>
        <w:jc w:val="center"/>
      </w:pPr>
      <w:r>
        <w:rPr>
          <w:b/>
        </w:rPr>
        <w:t>QUYẾT ĐỊNH:</w:t>
      </w:r>
    </w:p>
    <w:p>
      <w:pPr>
        <w:jc w:val="both"/>
      </w:pPr>
      <w:r>
        <w:t>Điều1. Nay ban hành các mẫu hồ sơ, bệnh án để dùng trong bệnh viện (có các mẫu đính kèm).</w:t>
      </w:r>
    </w:p>
    <w:p>
      <w:pPr>
        <w:jc w:val="both"/>
      </w:pPr>
      <w:r>
        <w:rPr>
          <w:b/>
        </w:rPr>
        <w:t>Điều 2. Các mẫu ban hành kèm theo Quyết định này được áp dụng trong các cơ sở khám chữa bệnh (được gọi chung là bệnh viện) của nhà nước, bán công, dân lập, tư nhân, các cơ sở khám chữa bệnh có vốn đầu tư của nước ngoài. Riêng các bệnh viện chuyên khoa đầu ngành do yêu cầu chuyên sâu có thể bổ sung một số nội dung cần thiết vào các mẫu sau khi được sự đồng ý của Bộ trưởng Bộ Y tế.</w:t>
      </w:r>
    </w:p>
    <w:p>
      <w:pPr>
        <w:jc w:val="both"/>
      </w:pPr>
      <w:r>
        <w:rPr>
          <w:b/>
        </w:rPr>
        <w:t>Điều 3 . Giao cho Vụ trưởng Vụ Điều trị-Bộ Y tế chịu trách nhiệm hướng dẫn, kiểm tra việc thực hiện các mẫu hồ sơ bệnh án tại các bệnh viện trong cả nước.</w:t>
      </w:r>
    </w:p>
    <w:p>
      <w:pPr>
        <w:jc w:val="both"/>
      </w:pPr>
      <w:r>
        <w:rPr>
          <w:b/>
        </w:rPr>
        <w:t>Điều 4. Quyết định này có hiệu lực sau 15 ngày kể từ ngày ký ban hành. Huỷ bỏ Quyết định số 1333/1999/BYT-QĐ ngày 03 tháng 05 năm 1999 của Bộ trưởng Bộ Y tế về việc ban hành các mẫu hồ sơ, bệnh án để dùng trong bệnh viện.</w:t>
      </w:r>
    </w:p>
    <w:p>
      <w:pPr>
        <w:jc w:val="both"/>
      </w:pPr>
      <w:r>
        <w:rPr>
          <w:b/>
        </w:rPr>
        <w:t>Điều 5. Các ông, bà: Chánh Văn phòng, Chánh Thanh tra, Vụ trưởng Vụ Điều trị, Vụ trưởng Vụ Kế hoạch, Vụ trưởng các Vụ của cơ quan Bộ Y tế, Cục trưởng Cục Quản lý Dược Việt Nam, Giám đốc Sở Y tế tỉnh, thành phố trực thuộc Trung ương, Giám đốc Bệnh viện, Viện có giường bệnh trực thuộc Bộ Y tế, Thủ trưởng Y tế ngành, Hiệu trưởng Trường Đại học, Trung học Y, Dược chịu trách nhiệm thi hành Quyết định này./.</w:t>
      </w:r>
    </w:p>
    <w:p>
      <w:r>
        <w:rPr>
          <w:i/>
        </w:rPr>
        <w:t>Nguồn: Cơ sở dữ liệu quốc gia về văn bản pháp luật (Bộ Tư pháp). VietSmart Legal, legal.giangpham.asia/van-ban/26197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