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TÀI CHÍNH</w:t>
      </w:r>
    </w:p>
    <w:p>
      <w:pPr>
        <w:jc w:val="both"/>
      </w:pPr>
      <w:r>
        <w:t>CỘNG HÒA XÃ HỘI CHỦ NGHĨA VIỆT NAM</w:t>
      </w:r>
    </w:p>
    <w:p>
      <w:pPr>
        <w:jc w:val="both"/>
      </w:pPr>
      <w:r>
        <w:t>Độc lập – Tự do – Hạnh phúc</w:t>
      </w:r>
    </w:p>
    <w:p>
      <w:pPr>
        <w:jc w:val="both"/>
      </w:pPr>
      <w:r>
        <w:t>Số: 169/2010/TT-BTC</w:t>
      </w:r>
    </w:p>
    <w:p>
      <w:pPr>
        <w:jc w:val="both"/>
      </w:pPr>
      <w:r>
        <w:t>Hà Nội, Ngày 01 tháng 11 năm 2010</w:t>
      </w:r>
    </w:p>
    <w:p>
      <w:pPr>
        <w:jc w:val="center"/>
      </w:pPr>
      <w:r>
        <w:rPr>
          <w:b/>
        </w:rPr>
        <w:t>THÔNG TƯ</w:t>
      </w:r>
    </w:p>
    <w:p>
      <w:pPr>
        <w:jc w:val="both"/>
      </w:pPr>
      <w:r>
        <w:t>Quy định về mức thu, chế độ thu, nộp, quản lý và sử dụng</w:t>
      </w:r>
    </w:p>
    <w:p>
      <w:pPr>
        <w:jc w:val="both"/>
      </w:pPr>
      <w:r>
        <w:t>phí, lệ phí trong lĩnh vực hàng không</w:t>
      </w:r>
    </w:p>
    <w:p>
      <w:pPr>
        <w:jc w:val="both"/>
      </w:pPr>
      <w:r>
        <w:t>_____________________</w:t>
      </w:r>
    </w:p>
    <w:p>
      <w:pPr>
        <w:jc w:val="both"/>
      </w:pPr>
      <w:r>
        <w:t>Căn cứ Luật Hàng không dân dụng Việt Nam;</w:t>
      </w:r>
    </w:p>
    <w:p>
      <w:pPr>
        <w:jc w:val="both"/>
      </w:pPr>
      <w:r>
        <w:t>Căn cứ Nghị định số 76/2007/NĐ-CP ngày 09/5/2007 của Chính phủ về kinh doanh vận chuyển hàng không và hoạt động hàng không chung;</w:t>
      </w:r>
    </w:p>
    <w:p>
      <w:pPr>
        <w:jc w:val="both"/>
      </w:pPr>
      <w:r>
        <w:t>Căn cứ Nghị định số 70/2007/NĐ-CP ngày 20/4/2007 của Chính phủ về đăng ký quốc tịch và đăng ký các quyền đối với tàu bay dân dụng;</w:t>
      </w:r>
    </w:p>
    <w:p>
      <w:pPr>
        <w:jc w:val="both"/>
      </w:pPr>
      <w:r>
        <w:t>Căn cứ Nghị định số 57/2002/NĐ-CP ngày 03/6/2002 và Nghị định số 24/2006/NĐ-CP ngày 06/3/2006 của Chính phủ sửa đổi, bổ sung một số điều của Nghị định số 57/2002/NĐ-CP ngày 03/6/2002 của Chính phủ quy định chi tiết thi hành Pháp lệnh phí và lệ phí;</w:t>
      </w:r>
    </w:p>
    <w:p>
      <w:pPr>
        <w:jc w:val="both"/>
      </w:pPr>
      <w:r>
        <w:t>Căn cứ Nghị định số 118/2008/NĐ-CP ngày 27/11/2008 của Chính phủ quy định chức năng, nhiệm vụ quyền hạn và cơ cấu tổ chức của Bộ Tài chính;</w:t>
      </w:r>
    </w:p>
    <w:p>
      <w:pPr>
        <w:jc w:val="both"/>
      </w:pPr>
      <w:r>
        <w:t>Sau khi có ý kiến của Bộ Giao thông vận tải tại công văn số 6247/BGTVT-TC ngày 10/9/2010.</w:t>
      </w:r>
    </w:p>
    <w:p>
      <w:pPr>
        <w:jc w:val="both"/>
      </w:pPr>
      <w:r>
        <w:t>Bộ Tài chính quy định mức thu, chế độ, thu, nộp, quản lý và sử dụng phí, lệ phí trong lĩnh vực hàng không như sau:</w:t>
      </w:r>
    </w:p>
    <w:p>
      <w:pPr>
        <w:jc w:val="both"/>
      </w:pPr>
      <w:r>
        <w:rPr>
          <w:b/>
        </w:rPr>
        <w:t>Điều 1. Ban hành kèm theo Thông tư này Biểu mức thu phí, lệ phí trong lĩnh vực hàng không.</w:t>
      </w:r>
    </w:p>
    <w:p>
      <w:pPr>
        <w:jc w:val="both"/>
      </w:pPr>
      <w:r>
        <w:rPr>
          <w:b/>
        </w:rPr>
        <w:t>Điều 2. Đối tượng nộp phí, lệ phí là các tổ chức, cá nhân Việt Nam và tổ chức, cá nhân nước ngoài khi được cơ quan quản lý nhà nước về hàng không thực hiện các công việc quy định thu phí, lệ phí tại Biểu mức thu quy định tại Điều 1 Thông tư này.</w:t>
      </w:r>
    </w:p>
    <w:p>
      <w:pPr>
        <w:jc w:val="both"/>
      </w:pPr>
      <w:r>
        <w:rPr>
          <w:b/>
        </w:rPr>
        <w:t>Điều 3. Cơ quan quản lý nhà nước về hàng không thực hiện các công việc nêu tại Điều 2 Thông tư này có nhiệm vụ tổ chức thu, nộp, quản lý và sử dụng phí, lệ phí theo quy định tại Thông tư này (dưới đây gọi là cơ quan thu phí, lệ phí).</w:t>
      </w:r>
    </w:p>
    <w:p>
      <w:pPr>
        <w:jc w:val="both"/>
      </w:pPr>
      <w:r>
        <w:rPr>
          <w:b/>
        </w:rPr>
        <w:t>Điều 4. Phí, lệ phí trong lĩnh vực hàng không thu bằng đồng Việt Nam. Trường hợp đối tượng nộp phí, lệ phí có nhu cầu nộp bằng ngoại tệ thì số ngoại tệ nộp phí, lệ phí được quy đổi sang đồng Việt Nam theo tỷ giá ngoại tệ do Ngân hàng nhà nước công bố có hiệu lực tại thời điểm thu phí, lệ phí.</w:t>
      </w:r>
    </w:p>
    <w:p>
      <w:pPr>
        <w:jc w:val="both"/>
      </w:pPr>
      <w:r>
        <w:rPr>
          <w:b/>
        </w:rPr>
        <w:t>Điều 5. Phí, lệ phí trong lĩnh vực hàng không là khoản thu thuộc ngân sách nhà nước, được quản lý, sử dụng như sau:</w:t>
      </w:r>
    </w:p>
    <w:p>
      <w:pPr>
        <w:jc w:val="both"/>
      </w:pPr>
      <w:r>
        <w:t>1. Cơ quan thu phí, lệ phí được trích 90% (chín mươi phần trăm) trên tổng số tiền thu về phí, lệ phí để trang trải chi phí cho việc thực hiện công việc, dịch vụ, thu phí, lệ phí theo chế độ quy định;</w:t>
      </w:r>
    </w:p>
    <w:p>
      <w:pPr>
        <w:jc w:val="both"/>
      </w:pPr>
      <w:r>
        <w:t>2. Tổng số tiền phí, lệ phí thực thu được, sau khi trừ số tiền được trích theo tỷ lệ quy định tại khoản 1 Điều này, số còn lại (10%) cơ quan thu phí, lệ phí phải nộp vào ngân sách nhà nước theo chương, loại, khoản, mục, tiểu mục tương ứng của Mục lục ngân sách nhà nước hiện hành.</w:t>
      </w:r>
    </w:p>
    <w:p>
      <w:pPr>
        <w:jc w:val="both"/>
      </w:pPr>
      <w:r>
        <w:t>Điều 6</w:t>
      </w:r>
    </w:p>
    <w:p>
      <w:pPr>
        <w:jc w:val="both"/>
      </w:pPr>
      <w:r>
        <w:t>1. Thông tư này có hiệu lực thi hành kể từ ngày 01/01/2011.</w:t>
      </w:r>
    </w:p>
    <w:p>
      <w:pPr>
        <w:jc w:val="both"/>
      </w:pPr>
      <w:r>
        <w:t>2. Thông tư này thay thế Quyết định số 69/ 2006/QĐ-BTC ngày 07/12/2006 của Bộ trưởng Bộ Tài chính quy định mức thu, chế độ thu, nộp, quản lý và sử dụng phí, lệ phí trong lĩnh vực hàng không.</w:t>
      </w:r>
    </w:p>
    <w:p>
      <w:pPr>
        <w:jc w:val="both"/>
      </w:pPr>
      <w:r>
        <w:t>3. Các nội dung khác liên quan đến việc thu, nộp, quản lý, sử dụng, chứng từ thu, công khai chế độ thu phí, lệ phí không đề cập tại Thông tư này được thực hiện theo hướng dẫn tại Thông tư số 63/2002/TT-BTC ngày 24/7/2002 và Thông tư số 45/2006/TT-BTC ngày 25/5/2006 sửa đổi, bổ sung Thông tư số 63/2002/TT-BTC ngày 24/7/2002 của Bộ Tài chính hướng dẫn thực hiện các quy định pháp luật về phí và lệ phí; Thông tư số 60/2007/TT-BTC ngày 14/6/2007 và Thông tư số 157/2009/TT-BTC ngày 06/8/2009 sửa đổi, bổ sung Thông tư số 60/2007/TT-BTC ngày 14/6/2007 của Bộ Tài chính hướng dẫn thi hành một số điều của Luật Quản lý thuế và hướng dẫn thi hành Nghị định số 85/2007/NĐ-CP ngày 25/5/2007 của Chính phủ quy định chi tiết thi hành một số điều của Luật Quản lý thuế.</w:t>
      </w:r>
    </w:p>
    <w:p>
      <w:pPr>
        <w:jc w:val="both"/>
      </w:pPr>
      <w:r>
        <w:t>4. Trong quá trình thực hiện, nếu có vướng mắc đề nghị các tổ chức, cá nhân phản ánh kịp thời về Bộ Tài chính để nghiên cứu, hướng dẫn bổ sung./.</w:t>
      </w:r>
    </w:p>
    <w:p>
      <w:pPr>
        <w:jc w:val="both"/>
      </w:pPr>
      <w:r>
        <w:t>KT. BỘ TRƯỞNG</w:t>
      </w:r>
    </w:p>
    <w:p>
      <w:pPr>
        <w:jc w:val="both"/>
      </w:pPr>
      <w:r>
        <w:t>THỨ TRƯỞNG</w:t>
      </w:r>
    </w:p>
    <w:p>
      <w:pPr>
        <w:jc w:val="both"/>
      </w:pPr>
      <w:r>
        <w:t>(Đã ký)</w:t>
      </w:r>
    </w:p>
    <w:p>
      <w:pPr>
        <w:jc w:val="both"/>
      </w:pPr>
      <w:r>
        <w:t>Đỗ Hoàng Anh Tuấn</w:t>
      </w:r>
    </w:p>
    <w:p>
      <w:r>
        <w:rPr>
          <w:i/>
        </w:rPr>
        <w:t>Nguồn: Cơ sở dữ liệu quốc gia về văn bản pháp luật (Bộ Tư pháp). VietSmart Legal, legal.giangpham.asia/van-ban/25869</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