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16/2010/TT-BKHCN</w:t>
      </w:r>
    </w:p>
    <w:p>
      <w:pPr>
        <w:jc w:val="both"/>
      </w:pPr>
      <w:r>
        <w:t>Hà Nội, ngày 21 tháng 9 năm 2010</w:t>
      </w:r>
    </w:p>
    <w:p>
      <w:pPr>
        <w:jc w:val="center"/>
      </w:pPr>
      <w:r>
        <w:rPr>
          <w:b/>
        </w:rPr>
        <w:t>THÔNG TƯ</w:t>
      </w:r>
    </w:p>
    <w:p>
      <w:pPr>
        <w:jc w:val="both"/>
      </w:pPr>
      <w:r>
        <w:t>Về việc sửa đổi, bổ sung Thông tư 21/2009/TT-BKHCN</w:t>
      </w:r>
    </w:p>
    <w:p>
      <w:pPr>
        <w:jc w:val="both"/>
      </w:pPr>
      <w:r>
        <w:t>ban hành và thực hiện Quy chuẩn kỹ thuật quốc gia về an toàn đối với thiết bị điện và điện tử</w:t>
      </w:r>
    </w:p>
    <w:p>
      <w:pPr>
        <w:jc w:val="both"/>
      </w:pPr>
      <w:r>
        <w:t>____________________________</w:t>
      </w:r>
    </w:p>
    <w:p>
      <w:pPr>
        <w:jc w:val="both"/>
      </w:pPr>
      <w:r>
        <w:t>Căn cứ Luật Tiêu chuẩn và Quy chuẩn kỹ thuật ngày 29 tháng 6 năm 2006 và Nghị định số 127/2007/NĐ-CP ngày 01 tháng 8 năm 2007 của Chính phủ quy định chi tiết thi hành một số điều của Luật Tiêu chuẩn và Quy chuẩn kỹ thuật;</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Xét đề nghị của Tổng cục trưởng Tổng cục Tiêu chuẩn Đo lường Chất lượng;</w:t>
      </w:r>
    </w:p>
    <w:p>
      <w:pPr>
        <w:jc w:val="both"/>
      </w:pPr>
      <w:r>
        <w:t>Bộ trưởng Bộ Khoa học và Công nghệ quy định:</w:t>
      </w:r>
    </w:p>
    <w:p>
      <w:pPr>
        <w:jc w:val="both"/>
      </w:pPr>
      <w:r>
        <w:rPr>
          <w:b/>
        </w:rPr>
        <w:t>Điều 1. Sửa đổi Điều 4 Thông tư số 21/2009/TT-BKHCN ngày 30/9/2009 của Bộ trưởng Bộ Khoa học và Công nghệ về việc ban hành và thực hiện "Quy chuẩn kỹ thuật quốc gia về an toàn đối với thiết bị điện và điện tử" như sau:</w:t>
      </w:r>
    </w:p>
    <w:p>
      <w:pPr>
        <w:jc w:val="both"/>
      </w:pPr>
      <w:r>
        <w:t>"Kể từ ngày 01/01/2011: sản phẩm lò vi sóng nêu tại số thứ tự 8 Phụ lục của QCVN 4:2009/KHCN chỉ được lưu thông trên thị trường sau khi đã được chứng nhận hợp quy, gắn dấu hợp quy và đăng ký hồ sơ chất lượng theo quy định.</w:t>
      </w:r>
    </w:p>
    <w:p>
      <w:pPr>
        <w:jc w:val="both"/>
      </w:pPr>
      <w:r>
        <w:t>Kể từ ngày 01/10/2011: các sản phẩm nêu tại số thứ tự 7, 9, 10, 11, 12 và 13 Phụ lục của QCVN 4:2009/BKHCN chỉ được lưu thông trên thị trường sau khi đã được chứng nhận hợp quy, gắn dấu hợp quy và đăng ký hồ sơ chất lượng theo quy định."</w:t>
      </w:r>
    </w:p>
    <w:p>
      <w:pPr>
        <w:jc w:val="both"/>
      </w:pPr>
      <w:r>
        <w:rPr>
          <w:b/>
        </w:rPr>
        <w:t>Điều 2. Doanh nghiệp nhập khẩu các thiết bị điện và điện tử đã thực hiện hoạt động đăng ký nêu tại mục 3.5.2 của QCVN 4:2009/BKHCN không phải thực hiện hoạt động công bố hợp quy theo quy định tại Quyết định số 24/2007/QĐ-BKHCN ngày 28/9/2007 của Bộ trưởng Bộ Khoa học và Công nghệ.</w:t>
      </w:r>
    </w:p>
    <w:p>
      <w:pPr>
        <w:jc w:val="both"/>
      </w:pPr>
      <w:r>
        <w:rPr>
          <w:b/>
        </w:rPr>
        <w:t>Điều 3. Thông tư này có hiệu lực sau 45 ngày, kể từ ngày ký ban hành.</w:t>
      </w:r>
    </w:p>
    <w:p>
      <w:pPr>
        <w:jc w:val="both"/>
      </w:pPr>
      <w:r>
        <w:rPr>
          <w:b/>
        </w:rPr>
        <w:t>Điều 4. Tổng cục trưởng Tổng cục Tiêu chuẩn Đo lường Chất lượng, Thủ trưởng các cơ quan, tổ chức và cá nhân có liên quan chịu trách nhiệm thi hành Thông tư này.</w:t>
      </w:r>
    </w:p>
    <w:p>
      <w:pPr>
        <w:jc w:val="both"/>
      </w:pPr>
      <w:r>
        <w:t>Trong quá trình thực hiện, nếu có vấn đề vướng mắc, các cơ quan, tổ chức, cá nhân kịp thời phản ánh về Bộ Khoa học và Công nghệ để nghiên cứu, sửa đổi, bổ sung./.</w:t>
      </w:r>
    </w:p>
    <w:p>
      <w:pPr>
        <w:jc w:val="both"/>
      </w:pPr>
      <w:r>
        <w:t>KT. BỘ TRƯỞNG</w:t>
      </w:r>
    </w:p>
    <w:p>
      <w:pPr>
        <w:jc w:val="both"/>
      </w:pPr>
      <w:r>
        <w:t>THỨ TRƯỞNG</w:t>
      </w:r>
    </w:p>
    <w:p>
      <w:pPr>
        <w:jc w:val="both"/>
      </w:pPr>
      <w:r>
        <w:t>Nguyễn Quân</w:t>
      </w:r>
    </w:p>
    <w:p>
      <w:r>
        <w:rPr>
          <w:i/>
        </w:rPr>
        <w:t>Nguồn: Cơ sở dữ liệu quốc gia về văn bản pháp luật (Bộ Tư pháp). VietSmart Legal, legal.giangpham.asia/van-ban/25769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