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85/2025/TT-NHNN</w:t>
      </w:r>
    </w:p>
    <w:p>
      <w:pPr>
        <w:jc w:val="both"/>
      </w:pPr>
      <w:r>
        <w:t>Hà Nội, ngày 31 tháng 12 năm 2025</w:t>
      </w:r>
    </w:p>
    <w:p>
      <w:pPr>
        <w:jc w:val="center"/>
      </w:pPr>
      <w:r>
        <w:rPr>
          <w:b/>
        </w:rPr>
        <w:t>THÔNG TƯ</w:t>
      </w:r>
    </w:p>
    <w:p>
      <w:pPr>
        <w:jc w:val="both"/>
      </w:pPr>
      <w:r>
        <w:t>Sửa đổi, bổ sung một số thông tư của Thống đốc Ngân hàng Nhà nước</w:t>
      </w:r>
    </w:p>
    <w:p>
      <w:pPr>
        <w:jc w:val="both"/>
      </w:pPr>
      <w:r>
        <w:t>Việt Nam quy định về nghiệp vụ thư tín dụng và hướng dẫn triển khai</w:t>
      </w:r>
    </w:p>
    <w:p>
      <w:pPr>
        <w:jc w:val="both"/>
      </w:pPr>
      <w:r>
        <w:t>một số chương trình tín dụng do thay đổi cơ cấu, tổ chức bộ máy</w:t>
      </w:r>
    </w:p>
    <w:p>
      <w:pPr>
        <w:jc w:val="both"/>
      </w:pPr>
      <w:r>
        <w:t>Căn cứ Luật Ngân hàng Nhà nước Việt Nam số 46/2020/QH12;</w:t>
      </w:r>
    </w:p>
    <w:p>
      <w:pPr>
        <w:jc w:val="both"/>
      </w:pPr>
      <w:r>
        <w:t>Căn cứ Luật Các tổ chức tín dụng số 32/2024/QH15 được sửa đổi, bổ sung bởi Luật số 96/2025/QH15 ;</w:t>
      </w:r>
    </w:p>
    <w:p>
      <w:pPr>
        <w:jc w:val="both"/>
      </w:pPr>
      <w:r>
        <w:t>Căn cứ Nghị định số 26/2025/NĐ-CP của Chính phủ quy định chức năng, nhiệm vụ, quyền hạn và cơ cấu tổ chức của Ngân hàng Nhà nước Việt Nam ;</w:t>
      </w:r>
    </w:p>
    <w:p>
      <w:pPr>
        <w:jc w:val="both"/>
      </w:pPr>
      <w:r>
        <w:t>Theo đề nghị của Vụ trưởng Vụ Tín dụng các ngành kinh tế;</w:t>
      </w:r>
    </w:p>
    <w:p>
      <w:pPr>
        <w:jc w:val="both"/>
      </w:pPr>
      <w:r>
        <w:t>Thống đốc Ngân hàng Nhà nước Việt Nam ban hành Thông tư sửa đổi, bổ sung một số thông tư của Thống đốc Ngân hàng Nhà nước Việt Nam quy định về nghiệp vụ thư tín dụng và hướng dẫn triển khai một số chương trình tín dụng do thay đổi cơ cấu, tổ chức bộ máy .</w:t>
      </w:r>
    </w:p>
    <w:p>
      <w:pPr>
        <w:jc w:val="center"/>
      </w:pPr>
      <w:r>
        <w:rPr>
          <w:b/>
        </w:rPr>
        <w:t>Chương I</w:t>
      </w:r>
    </w:p>
    <w:p>
      <w:pPr>
        <w:jc w:val="both"/>
      </w:pPr>
      <w:r>
        <w:t>SỬA ĐỔI, BỔ SUNG MỘT SỐ ĐIỀU CỦA</w:t>
      </w:r>
    </w:p>
    <w:p>
      <w:pPr>
        <w:jc w:val="center"/>
      </w:pPr>
      <w:r>
        <w:rPr>
          <w:b/>
        </w:rPr>
        <w:t>THÔNG TƯ SỐ 11/2013/TT-NHNN QUY ĐỊNH VỀ CHO VAY</w:t>
      </w:r>
    </w:p>
    <w:p>
      <w:pPr>
        <w:jc w:val="both"/>
      </w:pPr>
      <w:r>
        <w:t>HỖ TRỢ NHÀ Ở THEO NGHỊ QUYẾT SỐ 02/NQ-CP</w:t>
      </w:r>
    </w:p>
    <w:p>
      <w:pPr>
        <w:jc w:val="both"/>
      </w:pPr>
      <w:r>
        <w:rPr>
          <w:b/>
        </w:rPr>
        <w:t>Điều 1. Sửa đổi, bổ sung khoản 5 Điều 8</w:t>
      </w:r>
    </w:p>
    <w:p>
      <w:pPr>
        <w:jc w:val="both"/>
      </w:pPr>
      <w:r>
        <w:t>“5. Quy trình, thủ tục tái cấp vốn:</w:t>
      </w:r>
    </w:p>
    <w:p>
      <w:pPr>
        <w:jc w:val="both"/>
      </w:pPr>
      <w:r>
        <w:t>a) Ngân hàng Nhà nước ký hợp đồng tái cấp vốn nguyên tắc về cho vay hỗ trợ nhà ở với từng ngân hàng;</w:t>
      </w:r>
    </w:p>
    <w:p>
      <w:pPr>
        <w:jc w:val="both"/>
      </w:pPr>
      <w:r>
        <w:t>b) Hàng tháng, định kỳ chậm nhất vào ngày 05 của tháng tiếp theo ngay sau tháng báo cáo, ngân hàng gửi công văn và báo cáo kết quả cho vay hỗ trợ nhà ở theo mẫu tại Phụ lục số 02 ban hành kèm theo Thông tư này về Ngân hàng Nhà nước (Vụ Tín dụng các ngành kinh tế) làm cơ sở để Ngân hàng Nhà nước giải ngân hoặc thu hồi nợ tái cấp vốn;</w:t>
      </w:r>
    </w:p>
    <w:p>
      <w:pPr>
        <w:jc w:val="both"/>
      </w:pPr>
      <w:r>
        <w:t>c) Trường hợp giải ngân tái cấp vốn:</w:t>
      </w:r>
    </w:p>
    <w:p>
      <w:pPr>
        <w:jc w:val="both"/>
      </w:pPr>
      <w:r>
        <w:t>i) Ngân hàng có công văn đề nghị vay tái cấp vốn theo mẫu tại Phụ lục số 01 ban hành kèm theo Thông tư này, gửi kèm báo cáo kết quả cho vay hỗ trợ nhà ở;</w:t>
      </w:r>
    </w:p>
    <w:p>
      <w:pPr>
        <w:jc w:val="both"/>
      </w:pPr>
      <w:r>
        <w:t>ii) Trong thời hạn 01 ngày làm việc kể từ ngày nhận được đầy đủ hồ sơ của ngân hàng, Vụ Tín dụng các ngành kinh tế chủ trì xin ý kiến của Vụ Chính sách tiền tệ, Thanh tra Ngân hàng Nhà nước, Cục Quản lý, giám sát tổ chức tín dụng về đề nghị vay tái cấp vốn của ngân hàng;</w:t>
      </w:r>
    </w:p>
    <w:p>
      <w:pPr>
        <w:jc w:val="both"/>
      </w:pPr>
      <w:r>
        <w:t>iii) Trong thời hạn tối đa 04 ngày làm việc kể từ ngày nhận được văn bản xin ý kiến của Vụ Tín dụng các ngành kinh tế, Thanh tra Ngân hàng Nhà nước, Cục Quản lý, giám sát tổ chức tín dụng và Vụ Chính sách tiền tệ có ý kiến bằng văn bản gửi Vụ Tín dụng các ngành kinh tế. Trong thời hạn 02 ngày làm việc kể từ ngày nhận được ý kiến bằng văn bản của các đơn vị nêu trên, Vụ Tín dụng các ngành kinh tế tổng hợp trình Thống đốc Ngân hàng Nhà nước quyết định phê duyệt số tiền tái cấp vốn cho ngân hàng;</w:t>
      </w:r>
    </w:p>
    <w:p>
      <w:pPr>
        <w:jc w:val="both"/>
      </w:pPr>
      <w:r>
        <w:t>iv) Căn cứ vào quyết định của Thống đốc Ngân hàng Nhà nước và hợp đồng tái cấp vốn nguyên tắc về cho vay hỗ trợ nhà ở giữa Ngân hàng Nhà nước và ngân hàng, trong thời hạn 03 ngày làm việc kể từ ngày nhận được văn bản thông báo tái cấp vốn của Ngân hàng Nhà nước và hồ sơ của các ngân hàng, Sở Giao dịch Ngân hàng Nhà nước thực hiện phê duyệt khế ước nhận nợ và giải ngân cho các ngân hàng đối với số tiền tái cấp vốn đã được phê duyệt.</w:t>
      </w:r>
    </w:p>
    <w:p>
      <w:pPr>
        <w:jc w:val="both"/>
      </w:pPr>
      <w:r>
        <w:t>d) Trường hợp thu nợ tái cấp vốn:</w:t>
      </w:r>
    </w:p>
    <w:p>
      <w:pPr>
        <w:jc w:val="both"/>
      </w:pPr>
      <w:r>
        <w:t>i) Trong thời hạn 02 ngày làm việc kể từ ngày nhận được báo cáo kết quả cho vay hỗ trợ nhà ở của ngân hàng, Ngân hàng Nhà nước (Vụ Tín dụng các ngành kinh tế) xác định và thông báo cho Sở Giao dịch Ngân hàng Nhà nước và ngân hàng về số tiền nợ gốc tái cấp vốn ngân hàng phải hoàn trả Ngân hàng Nhà nước;</w:t>
      </w:r>
    </w:p>
    <w:p>
      <w:pPr>
        <w:jc w:val="both"/>
      </w:pPr>
      <w:r>
        <w:t>ii) Trong thời hạn 01 ngày làm việc kể từ ngày nhận được thông báo của Ngân hàng Nhà nước (Vụ Tín dụng các ngành kinh tế), ngân hàng có trách nhiệm hoàn trả nợ gốc tái cấp vốn cho Ngân hàng Nhà nước;</w:t>
      </w:r>
    </w:p>
    <w:p>
      <w:pPr>
        <w:jc w:val="both"/>
      </w:pPr>
      <w:r>
        <w:t>iii) Việc thu nợ gốc tái cấp vốn được tính giảm trừ lần lượt vào các khế ước nhận nợ của ngân hàng tại Ngân hàng Nhà nước theo thứ tự thời gian của các khế ước nhận nợ, tính từ khế ước nhận nợ đầu tiên;</w:t>
      </w:r>
    </w:p>
    <w:p>
      <w:pPr>
        <w:jc w:val="both"/>
      </w:pPr>
      <w:r>
        <w:t>Tại thời điểm trả nợ gốc tái cấp vốn cho Ngân hàng Nhà nước, ngân hàng có trách nhiệm thanh toán toàn bộ tiền lãi đối với các khế ước nhận nợ được thanh toán toàn bộ nợ gốc. Đối với khế ước thanh toán nợ gốc một phần, Ngân hàng Nhà nước thực hiện thu lãi như quy định tại điểm b khoản 2 Điều 8 Thông tư này;</w:t>
      </w:r>
    </w:p>
    <w:p>
      <w:pPr>
        <w:jc w:val="both"/>
      </w:pPr>
      <w:r>
        <w:t>iv) Chậm nhất đến ngày 01 tháng 06 năm 2031, ngân hàng phải hoàn trả toàn bộ nợ gốc và lãi vay tái cấp vốn cho Ngân hàng Nhà nước.”.</w:t>
      </w:r>
    </w:p>
    <w:p>
      <w:pPr>
        <w:jc w:val="both"/>
      </w:pPr>
      <w:r>
        <w:rPr>
          <w:b/>
        </w:rPr>
        <w:t>Điều 2. Sửa đổi, bổ sung khoản 3 Điều 10</w:t>
      </w:r>
    </w:p>
    <w:p>
      <w:pPr>
        <w:jc w:val="both"/>
      </w:pPr>
      <w:r>
        <w:t>Thay thế cụm từ “Vụ Tín dụng” bằng cụm từ “Vụ Tín dụng các ngành kinh tế”.</w:t>
      </w:r>
    </w:p>
    <w:p>
      <w:pPr>
        <w:jc w:val="both"/>
      </w:pPr>
      <w:r>
        <w:rPr>
          <w:b/>
        </w:rPr>
        <w:t>Điều 3. Sửa đổi, bổ sung Điều 11</w:t>
      </w:r>
    </w:p>
    <w:p>
      <w:pPr>
        <w:jc w:val="both"/>
      </w:pPr>
      <w:r>
        <w:t>“Điều 11. Trách nhiệm của các đơn vị thuộc Ngân hàng Nhà nước</w:t>
      </w:r>
    </w:p>
    <w:p>
      <w:pPr>
        <w:jc w:val="both"/>
      </w:pPr>
      <w:r>
        <w:t>1. Vụ Tín dụng các ngành kinh tế:</w:t>
      </w:r>
    </w:p>
    <w:p>
      <w:pPr>
        <w:jc w:val="both"/>
      </w:pPr>
      <w:r>
        <w:t>a) Chủ trì, phối hợp với Vụ Chính sách tiền tệ, Thanh tra Ngân hàng Nhà nước, Cục Quản lý, giám sát tổ chức tín dụng trong việc tham mưu cho Thống đốc Ngân hàng Nhà nước xử lý các vấn đề phát sinh trong quá trình triển khai thực hiện Thông tư này;</w:t>
      </w:r>
    </w:p>
    <w:p>
      <w:pPr>
        <w:jc w:val="both"/>
      </w:pPr>
      <w:r>
        <w:t>b) Định kỳ hàng tháng tổng hợp, báo cáo Thống đốc Ngân hàng Nhà nước, đồng gửi Vụ Chính sách tiền tệ, Thanh tra Ngân hàng Nhà nước, Cục Quản lý, giám sát tổ chức tín dụng về kết quả cho vay hỗ trợ nhà ở của ngân hàng;</w:t>
      </w:r>
    </w:p>
    <w:p>
      <w:pPr>
        <w:jc w:val="both"/>
      </w:pPr>
      <w:r>
        <w:t>c) Đề xuất biện pháp theo dõi để tham mưu cho Thống đốc Ngân hàng Nhà nước quyết định tổng số tiền tái cấp vốn cụ thể và thời điểm kết thúc giải ngân tái cấp vốn theo quy định tại Thông tư này;</w:t>
      </w:r>
    </w:p>
    <w:p>
      <w:pPr>
        <w:jc w:val="both"/>
      </w:pPr>
      <w:r>
        <w:t>d) Theo dõi, tổng hợp nhu cầu vốn cho vay của ngân hàng đối với doanh nghiệp. Trong thời hạn tối đa 03 ngày làm việc kể từ ngày nhận được báo cáo của ngân hàng theo quy định tại khoản 4 Điều 10 Thông tư này, thông báo cho ngân hàng về nguồn tái cấp vốn dành cho đối tượng này.</w:t>
      </w:r>
    </w:p>
    <w:p>
      <w:pPr>
        <w:jc w:val="both"/>
      </w:pPr>
      <w:r>
        <w:t>2. Vụ Chính sách tiền tệ:</w:t>
      </w:r>
    </w:p>
    <w:p>
      <w:pPr>
        <w:jc w:val="both"/>
      </w:pPr>
      <w:r>
        <w:t>a) Phối hợp với Vụ Tín dụng các ngành kinh tế và các đơn vị có liên quan xử lý các vấn đề phát sinh trong quá trình triển khai thực hiện Thông tư này;</w:t>
      </w:r>
    </w:p>
    <w:p>
      <w:pPr>
        <w:jc w:val="both"/>
      </w:pPr>
      <w:r>
        <w:t>b) Chủ trì, phối hợp với Vụ Tín dụng các ngành kinh tế, Thanh tra Ngân hàng Nhà nước, Cục Quản lý, giám sát tổ chức tín dụng xác định và trình Thống đốc Ngân hàng Nhà nước mức lãi suất cho vay hỗ trợ nhà ở quy định tại khoản 3 Điều 4 Thông tư này.</w:t>
      </w:r>
    </w:p>
    <w:p>
      <w:pPr>
        <w:jc w:val="both"/>
      </w:pPr>
      <w:r>
        <w:t>3. Sở Giao dịch:</w:t>
      </w:r>
    </w:p>
    <w:p>
      <w:pPr>
        <w:jc w:val="both"/>
      </w:pPr>
      <w:r>
        <w:t>a) Soạn thảo và thực hiện ký kết hợp đồng nguyên tắc về cho vay hỗ trợ nhà ở giữa Ngân hàng Nhà nước và ngân hàng; giải ngân, thu nợ gốc; tính, thông báo và thu lãi; hạch toán và theo dõi khoản tái cấp vốn hỗ trợ nhà ở đối với ngân hàng;</w:t>
      </w:r>
    </w:p>
    <w:p>
      <w:pPr>
        <w:jc w:val="both"/>
      </w:pPr>
      <w:r>
        <w:t>b) Phối hợp với Vụ Tín dụng các ngành kinh tế và các đơn vị có liên quan xử lý các vấn đề phát sinh trong quá trình thực hiện Thông tư này.</w:t>
      </w:r>
    </w:p>
    <w:p>
      <w:pPr>
        <w:jc w:val="both"/>
      </w:pPr>
      <w:r>
        <w:t>4. Vụ Tài chính Kế toán:</w:t>
      </w:r>
    </w:p>
    <w:p>
      <w:pPr>
        <w:jc w:val="both"/>
      </w:pPr>
      <w:r>
        <w:t>Chủ trì xử lý về hạch toán kế toán liên quan đến cho vay hỗ trợ nhà ở theo quy định tại Thông tư này.</w:t>
      </w:r>
    </w:p>
    <w:p>
      <w:pPr>
        <w:jc w:val="both"/>
      </w:pPr>
      <w:r>
        <w:t>5. Thanh tra Ngân hàng Nhà nước:</w:t>
      </w:r>
    </w:p>
    <w:p>
      <w:pPr>
        <w:jc w:val="both"/>
      </w:pPr>
      <w:r>
        <w:t>a) Thanh tra việc cho vay của ngân hàng đối với khách hàng theo quy định của Thông tư này và các văn bản pháp luật có liên quan;</w:t>
      </w:r>
    </w:p>
    <w:p>
      <w:pPr>
        <w:jc w:val="both"/>
      </w:pPr>
      <w:r>
        <w:t>b) Phối hợp với Vụ Tín dụng các ngành kinh tế và các đơn vị có liên quan xử lý các vấn đề phát sinh trong quá trình triển khai thực hiện Thông tư này.</w:t>
      </w:r>
    </w:p>
    <w:p>
      <w:pPr>
        <w:jc w:val="both"/>
      </w:pPr>
      <w:r>
        <w:t>6. Cục Quản lý, giám sát tổ chức tín dụng:</w:t>
      </w:r>
    </w:p>
    <w:p>
      <w:pPr>
        <w:jc w:val="both"/>
      </w:pPr>
      <w:r>
        <w:t>a) Giám sát ngân hàng thực hiện Thông tư này theo chức năng, nhiệm vụ;</w:t>
      </w:r>
    </w:p>
    <w:p>
      <w:pPr>
        <w:jc w:val="both"/>
      </w:pPr>
      <w:r>
        <w:t>b) Phối hợp với Vụ Tín dụng các ngành kinh tế và các đơn vị có liên quan xử lý các vấn đề phát sinh trong quá trình triển khai thực hiện Thông tư này.</w:t>
      </w:r>
    </w:p>
    <w:p>
      <w:pPr>
        <w:jc w:val="both"/>
      </w:pPr>
      <w:r>
        <w:t>7. Ngân hàng Nhà nước chi nhánh Khu vực theo dõi và phối hợp xử lý các vấn đề phát sinh trong quá trình thực hiện cho vay hỗ trợ nhà ở trên địa bàn.”.</w:t>
      </w:r>
    </w:p>
    <w:p>
      <w:pPr>
        <w:jc w:val="both"/>
      </w:pPr>
      <w:r>
        <w:rPr>
          <w:b/>
        </w:rPr>
        <w:t>Điều 4. Sửa đổi, bổ sung khoản 2 Điều 12</w:t>
      </w:r>
    </w:p>
    <w:p>
      <w:pPr>
        <w:jc w:val="both"/>
      </w:pPr>
      <w:r>
        <w:t>“2. Thủ trưởng các đơn vị thuộc Ngân hàng Nhà nước, các ngân hàng, các đối tượng được hỗ trợ vay vốn về nhà ở chịu trách nhiệm thi hành Thông tư này.”.</w:t>
      </w:r>
    </w:p>
    <w:p>
      <w:pPr>
        <w:jc w:val="both"/>
      </w:pPr>
      <w:r>
        <w:rPr>
          <w:b/>
        </w:rPr>
        <w:t>Điều 5. Bổ sung Phụ lục kèm theo Thông tư 11/2013/TT-NHNN</w:t>
      </w:r>
    </w:p>
    <w:p>
      <w:pPr>
        <w:jc w:val="both"/>
      </w:pPr>
      <w:r>
        <w:t>Bổ sung Phụ lục số 01, Phụ lục số 02, Phụ lục số 03, Phụ lục số 04 ban hành kèm theo Thông tư này.</w:t>
      </w:r>
    </w:p>
    <w:p>
      <w:pPr>
        <w:jc w:val="center"/>
      </w:pPr>
      <w:r>
        <w:rPr>
          <w:b/>
        </w:rPr>
        <w:t>Chương II</w:t>
      </w:r>
    </w:p>
    <w:p>
      <w:pPr>
        <w:jc w:val="both"/>
      </w:pPr>
      <w:r>
        <w:t>SỬA ĐỔI, BỔ SUNG MỘT SỐ ĐIỀU CỦA THÔNG TƯ SỐ 13/2014/TT-NHNN HƯỚNG DẪN VIỆC CHO VAY THEO QUYẾT ĐỊNH SỐ 68/2013/QĐ-TTG VỀ CHÍNH SÁCH HỖ TRỢ NHẰM GIẢM TỔN THẤT TRONG NÔNG NGHIỆP</w:t>
      </w:r>
    </w:p>
    <w:p>
      <w:pPr>
        <w:jc w:val="both"/>
      </w:pPr>
      <w:r>
        <w:rPr>
          <w:b/>
        </w:rPr>
        <w:t>Điều 6. Sửa đổi, bổ sung khoản 1 Điều 4</w:t>
      </w:r>
    </w:p>
    <w:p>
      <w:pPr>
        <w:jc w:val="both"/>
      </w:pPr>
      <w:r>
        <w:t>Thay thế cụm từ “Bộ Nông nghiệp và Phát triển nông thôn” bằng cụm từ “Bộ Nông nghiệp và Môi trường”.</w:t>
      </w:r>
    </w:p>
    <w:p>
      <w:pPr>
        <w:jc w:val="both"/>
      </w:pPr>
      <w:r>
        <w:rPr>
          <w:b/>
        </w:rPr>
        <w:t>Điều 7. Sửa đổi, bổ sung Điều 9</w:t>
      </w:r>
    </w:p>
    <w:p>
      <w:pPr>
        <w:jc w:val="both"/>
      </w:pPr>
      <w:r>
        <w:t>“Điều 9. Trách nhiệm của các đơn vị thuộc Ngân hàng Nhà nước</w:t>
      </w:r>
    </w:p>
    <w:p>
      <w:pPr>
        <w:jc w:val="both"/>
      </w:pPr>
      <w:r>
        <w:t>1. Vụ Tín dụng các ngành kinh tế:</w:t>
      </w:r>
    </w:p>
    <w:p>
      <w:pPr>
        <w:jc w:val="both"/>
      </w:pPr>
      <w:r>
        <w:t>a) Chủ trì phối hợp với Thanh tra Ngân hàng Nhà nước, Cục Quản lý, giám sát tổ chức tín dụng và các đơn vị có liên quan xử lý các vấn đề phát sinh trong quá trình thực hiện Thông tư này;</w:t>
      </w:r>
    </w:p>
    <w:p>
      <w:pPr>
        <w:jc w:val="both"/>
      </w:pPr>
      <w:r>
        <w:t>b) Tổng hợp và báo cáo Thống đốc kết quả cho vay nhằm giảm tổn thất trong nông nghiệp.</w:t>
      </w:r>
    </w:p>
    <w:p>
      <w:pPr>
        <w:jc w:val="both"/>
      </w:pPr>
      <w:r>
        <w:t>2. Thanh tra Ngân hàng Nhà nước:</w:t>
      </w:r>
    </w:p>
    <w:p>
      <w:pPr>
        <w:jc w:val="both"/>
      </w:pPr>
      <w:r>
        <w:t>a) Thực hiện thanh tra việc thực hiện các quy định tại Thông tư này của ngân hàng thương mại theo chức năng, nhiệm vụ;</w:t>
      </w:r>
    </w:p>
    <w:p>
      <w:pPr>
        <w:jc w:val="both"/>
      </w:pPr>
      <w:r>
        <w:t>b) Phối hợp với Vụ Tín dụng các ngành kinh tế và các đơn vị có liên quan xử lý các vấn đề phát sinh trong quá trình thực hiện Thông tư này.</w:t>
      </w:r>
    </w:p>
    <w:p>
      <w:pPr>
        <w:jc w:val="both"/>
      </w:pPr>
      <w:r>
        <w:t>3. Cục Quản lý, giám sát tổ chức tín dụng:</w:t>
      </w:r>
    </w:p>
    <w:p>
      <w:pPr>
        <w:jc w:val="both"/>
      </w:pPr>
      <w:r>
        <w:t>a) Giám sát các ngân hàng thương mại thực hiện Thông tư này theo chức năng, nhiệm vụ;</w:t>
      </w:r>
    </w:p>
    <w:p>
      <w:pPr>
        <w:jc w:val="both"/>
      </w:pPr>
      <w:r>
        <w:t>b) Phối hợp với Vụ Tín dụng các ngành kinh tế và các đơn vị có liên quan xử lý các vấn đề phát sinh trong quá trình thực hiện Thông tư này.”.</w:t>
      </w:r>
    </w:p>
    <w:p>
      <w:pPr>
        <w:jc w:val="both"/>
      </w:pPr>
      <w:r>
        <w:rPr>
          <w:b/>
        </w:rPr>
        <w:t>Điều 8. Sửa đổi, bổ sung khoản 2 Điều 10</w:t>
      </w:r>
    </w:p>
    <w:p>
      <w:pPr>
        <w:jc w:val="both"/>
      </w:pPr>
      <w:r>
        <w:t>“2. Thủ trưởng các đơn vị thuộc Ngân hàng Nhà nước, các ngân hàng thương mại chịu trách nhiệm tổ chức thực hiện Thông tư này.”.</w:t>
      </w:r>
    </w:p>
    <w:p>
      <w:pPr>
        <w:jc w:val="center"/>
      </w:pPr>
      <w:r>
        <w:rPr>
          <w:b/>
        </w:rPr>
        <w:t>Chương III</w:t>
      </w:r>
    </w:p>
    <w:p>
      <w:pPr>
        <w:jc w:val="both"/>
      </w:pPr>
      <w:r>
        <w:t>SỬA ĐỔI, BỔ SUNG MỘT SỐ ĐIỀU CỦA THÔNG TƯ SỐ 22/2014/TT-NHNN HƯỚNG DẪN THỰC HIỆN CHÍNH SÁCH TÍN DỤNG THEO NGHỊ ĐỊNH SỐ 67/2014/NĐ-CP VỀ MỘT SỐ CHÍNH SÁCH PHÁT TRIỂN THỦY SẢN</w:t>
      </w:r>
    </w:p>
    <w:p>
      <w:pPr>
        <w:jc w:val="both"/>
      </w:pPr>
      <w:r>
        <w:rPr>
          <w:b/>
        </w:rPr>
        <w:t>Điều 9. Sửa đổi, bổ sung Điều 10</w:t>
      </w:r>
    </w:p>
    <w:p>
      <w:pPr>
        <w:jc w:val="both"/>
      </w:pPr>
      <w:r>
        <w:t>“Điều 10. Trách nhiệm của các đơn vị thuộc Ngân hàng Nhà nước Việt Nam</w:t>
      </w:r>
    </w:p>
    <w:p>
      <w:pPr>
        <w:jc w:val="both"/>
      </w:pPr>
      <w:r>
        <w:t>1. Vụ Tín dụng các ngành kinh tế:</w:t>
      </w:r>
    </w:p>
    <w:p>
      <w:pPr>
        <w:jc w:val="both"/>
      </w:pPr>
      <w:r>
        <w:t>a) Chủ trì, phối hợp với Vụ Chính sách tiền tệ, Thanh tra Ngân hàng Nhà nước, Cục Quản lý, giám sát tổ chức tín dụng và các đơn vị liên quan trong việc tham mưu cho Thống đốc Ngân hàng Nhà nước xử lý các vấn đề phát sinh trong quá trình thực hiện Thông tư này;</w:t>
      </w:r>
    </w:p>
    <w:p>
      <w:pPr>
        <w:jc w:val="both"/>
      </w:pPr>
      <w:r>
        <w:t>b) Định kỳ hoặc đột xuất tổng hợp, báo cáo Thống đốc Ngân hàng Nhà nước kết quả cho vay theo quy định tại Thông tư này.</w:t>
      </w:r>
    </w:p>
    <w:p>
      <w:pPr>
        <w:jc w:val="both"/>
      </w:pPr>
      <w:r>
        <w:t>2. Vụ Chính sách tiền tệ:</w:t>
      </w:r>
    </w:p>
    <w:p>
      <w:pPr>
        <w:jc w:val="both"/>
      </w:pPr>
      <w:r>
        <w:t>a) Tham mưu cho Thống đốc Ngân hàng Nhà nước thực hiện các công cụ điều hành chính sách tiền tệ theo quy định tại điểm d khoản 4 Điều 9 của Nghị định số 67/2014/NĐ-CP;</w:t>
      </w:r>
    </w:p>
    <w:p>
      <w:pPr>
        <w:jc w:val="both"/>
      </w:pPr>
      <w:r>
        <w:t>b) Phối hợp với Vụ Tín dụng các ngành kinh tế và các đơn vị có liên quan xử lý các vấn đề phát sinh trong quá trình thực hiện.</w:t>
      </w:r>
    </w:p>
    <w:p>
      <w:pPr>
        <w:jc w:val="both"/>
      </w:pPr>
      <w:r>
        <w:t>3. Thanh tra Ngân hàng Nhà nước:</w:t>
      </w:r>
    </w:p>
    <w:p>
      <w:pPr>
        <w:jc w:val="both"/>
      </w:pPr>
      <w:r>
        <w:t>a) Thực hiện thanh tra việc thực hiện các quy định tại Thông tư này của ngân hàng thương mại theo chức năng, nhiệm vụ;</w:t>
      </w:r>
    </w:p>
    <w:p>
      <w:pPr>
        <w:jc w:val="both"/>
      </w:pPr>
      <w:r>
        <w:t>b) Phối hợp với Vụ Tín dụng các ngành kinh tế và các đơn vị có liên quan xử lý các vấn đề phát sinh trong quá trình thực hiện Thông tư này.</w:t>
      </w:r>
    </w:p>
    <w:p>
      <w:pPr>
        <w:jc w:val="both"/>
      </w:pPr>
      <w:r>
        <w:t>4. Cục Quản lý, giám sát tổ chức tín dụng:</w:t>
      </w:r>
    </w:p>
    <w:p>
      <w:pPr>
        <w:jc w:val="both"/>
      </w:pPr>
      <w:r>
        <w:t>a) Giám sát ngân hàng thương mại thực hiện Thông tư này theo chức năng, nhiệm vụ;</w:t>
      </w:r>
    </w:p>
    <w:p>
      <w:pPr>
        <w:jc w:val="both"/>
      </w:pPr>
      <w:r>
        <w:t>b) Phối hợp với Vụ Tín dụng các ngành kinh tế và các đơn vị có liên quan xử lý các vấn đề phát sinh trong quá trình thực hiện Thông tư này.</w:t>
      </w:r>
    </w:p>
    <w:p>
      <w:pPr>
        <w:jc w:val="both"/>
      </w:pPr>
      <w:r>
        <w:t>5. Ngân hàng Nhà nước chi nhánh Khu vực theo dõi, kiểm tra việc triển khai cho vay của các ngân hàng thương mại đối với chủ tàu trên địa bàn, kịp thời</w:t>
      </w:r>
    </w:p>
    <w:p>
      <w:pPr>
        <w:jc w:val="both"/>
      </w:pPr>
      <w:r>
        <w:t>báo cáo Ngân hàng Nhà nước Việt Nam, Ủy ban nhân dân tỉnh, thành phố trực thuộc Trung ương kết quả thực hiện và những vướng mắc phát sinh trong quá trình triển khai trên địa bàn.”.</w:t>
      </w:r>
    </w:p>
    <w:p>
      <w:pPr>
        <w:jc w:val="both"/>
      </w:pPr>
      <w:r>
        <w:rPr>
          <w:b/>
        </w:rPr>
        <w:t>Điều 10. Sửa đổi, bổ sung khoản 3 Điều 11</w:t>
      </w:r>
    </w:p>
    <w:p>
      <w:pPr>
        <w:jc w:val="both"/>
      </w:pPr>
      <w:r>
        <w:t>“3. Thủ trưởng các đơn vị thuộc Ngân hàng Nhà nước, các ngân hàng thương mại, các tổ chức và cá nhân có liên quan chịu trách nhiệm tổ chức thực hiện Thông tư này.”.</w:t>
      </w:r>
    </w:p>
    <w:p>
      <w:pPr>
        <w:jc w:val="center"/>
      </w:pPr>
      <w:r>
        <w:rPr>
          <w:b/>
        </w:rPr>
        <w:t>Chương IV</w:t>
      </w:r>
    </w:p>
    <w:p>
      <w:pPr>
        <w:jc w:val="both"/>
      </w:pPr>
      <w:r>
        <w:t>SỬA ĐỔI, BỔ SUNG MỘT SỐ ĐIỀU CỦA THÔNG TƯ SỐ 27/2015/TT-NHNN HƯỚNG DẪN THỰC HIỆN CHO VAY TRỒNG RỪNG SẢN XUẤT, PHÁT TRIỂN CHĂN NUÔI THEO QUY ĐỊNH TẠI NGHỊ ĐỊNH SỐ 75/2015/NĐ-CP VỀ CƠ CHẾ, CHÍNH SÁCH BẢO VỆ VÀ PHÁT TRIỂN RỪNG, GẮN VỚI CHÍNH SÁCH GIẢM NGHÈO NHANH, BỀN VỮNG VÀ HỖ TRỢ ĐỒNG BÀO DÂN TỘC THIỂU SỐ GIAI ĐOẠN 2015-2020</w:t>
      </w:r>
    </w:p>
    <w:p>
      <w:pPr>
        <w:jc w:val="both"/>
      </w:pPr>
      <w:r>
        <w:rPr>
          <w:b/>
        </w:rPr>
        <w:t>Điều 11. Sửa đổi, bổ sung Điều 10</w:t>
      </w:r>
    </w:p>
    <w:p>
      <w:pPr>
        <w:jc w:val="both"/>
      </w:pPr>
      <w:r>
        <w:t>“Điều 10. Trách nhiệm của Ngân hàng Nhà nước Việt Nam</w:t>
      </w:r>
    </w:p>
    <w:p>
      <w:pPr>
        <w:jc w:val="both"/>
      </w:pPr>
      <w:r>
        <w:t>1. Vụ Tín dụng các ngành kinh tế:</w:t>
      </w:r>
    </w:p>
    <w:p>
      <w:pPr>
        <w:jc w:val="both"/>
      </w:pPr>
      <w:r>
        <w:t>a) Đầu mối theo dõi, tổng hợp tình hình thực hiện hoạt động cho vay theo Nghị định số 75/2015/NĐ-CP;</w:t>
      </w:r>
    </w:p>
    <w:p>
      <w:pPr>
        <w:jc w:val="both"/>
      </w:pPr>
      <w:r>
        <w:t>b) Chủ trì, phối hợp với các đơn vị liên quan xử lý các vướng mắc phát sinh trong quá trình thực hiện Thông tư này.</w:t>
      </w:r>
    </w:p>
    <w:p>
      <w:pPr>
        <w:jc w:val="both"/>
      </w:pPr>
      <w:r>
        <w:t>2. Thanh tra Ngân hàng Nhà nước thực hiện việc thanh tra, xử lý theo thẩm quyền đối với các hành vi vi phạm của bên cho vay trong việc chấp hành các quy định tại Nghị định số 75/2015/NĐ-CP và Thông tư này khi thực hiện cho vay đầu tư trồng rừng sản xuất, phát triển chăn nuôi.</w:t>
      </w:r>
    </w:p>
    <w:p>
      <w:pPr>
        <w:jc w:val="both"/>
      </w:pPr>
      <w:r>
        <w:t>3. Cục Quản lý, giám sát tổ chức tín dụng giám sát ngân hàng thương mại thực hiện Thông tư này theo chức năng, nhiệm vụ.</w:t>
      </w:r>
    </w:p>
    <w:p>
      <w:pPr>
        <w:jc w:val="both"/>
      </w:pPr>
      <w:r>
        <w:t>4. Ngân hàng Nhà nước chi nhánh Khu vực:</w:t>
      </w:r>
    </w:p>
    <w:p>
      <w:pPr>
        <w:jc w:val="both"/>
      </w:pPr>
      <w:r>
        <w:t>a) Theo dõi tình hình cho vay trồng rừng sản xuất, phát triển chăn nuôi theo quy định tại Nghị định số 75/2015/NĐ-CP của Ngân hàng Chính sách xã hội, Ngân hàng Nông nghiệp và Phát triển nông thôn Việt Nam trên địa bàn để báo cáo Ngân hàng Nhà nước Việt Nam khi được yêu cầu; tham mưu cho Ủy ban nhân dân cấp tỉnh, thành phố trực thuộc Trung ương xử lý các vướng mắc phát sinh trong quá trình thực hiện cho vay. Trường hợp vượt thẩm quyền kịp thời báo cáo Ngân hàng Nhà nước Việt Nam (Vụ Tín dụng các ngành kinh tế) để được xem xét, xử lý;</w:t>
      </w:r>
    </w:p>
    <w:p>
      <w:pPr>
        <w:jc w:val="both"/>
      </w:pPr>
      <w:r>
        <w:t>b) Thanh tra, giám sát ngân hàng thương mại thực hiện Thông tư này theo chức năng, nhiệm vụ.”.</w:t>
      </w:r>
    </w:p>
    <w:p>
      <w:pPr>
        <w:jc w:val="both"/>
      </w:pPr>
      <w:r>
        <w:rPr>
          <w:b/>
        </w:rPr>
        <w:t>Điều 12. Sửa đổi, bổ sung khoản 4 Điều 11</w:t>
      </w:r>
    </w:p>
    <w:p>
      <w:pPr>
        <w:jc w:val="both"/>
      </w:pPr>
      <w:r>
        <w:t>“4. Thủ trưởng các đơn vị thuộc Ngân hàng Nhà nước, Ngân hàng Chính sách xã hội, Ngân hàng Nông nghiệp và phát triển nông thôn Việt Nam, các tổ chức và cá nhân có liên quan chịu trách nhiệm tổ chức thực hiện Thông tư này.”.</w:t>
      </w:r>
    </w:p>
    <w:p>
      <w:pPr>
        <w:jc w:val="both"/>
      </w:pPr>
      <w:r>
        <w:rPr>
          <w:b/>
        </w:rPr>
        <w:t>Điều 13. Bãi bỏ một số điều, phụ lục kèm theo Thông tư số 27/2015/TT-NHNN</w:t>
      </w:r>
    </w:p>
    <w:p>
      <w:pPr>
        <w:jc w:val="both"/>
      </w:pPr>
      <w:r>
        <w:t>1. Bãi bỏ Điều 8.</w:t>
      </w:r>
    </w:p>
    <w:p>
      <w:pPr>
        <w:jc w:val="both"/>
      </w:pPr>
      <w:r>
        <w:t>2. Bãi bỏ Biểu số 01, Biểu số 02 ban hành kèm theo Thông tư số 27/2015/TT-NHNN.</w:t>
      </w:r>
    </w:p>
    <w:p>
      <w:pPr>
        <w:jc w:val="center"/>
      </w:pPr>
      <w:r>
        <w:rPr>
          <w:b/>
        </w:rPr>
        <w:t>Chương V</w:t>
      </w:r>
    </w:p>
    <w:p>
      <w:pPr>
        <w:jc w:val="both"/>
      </w:pPr>
      <w:r>
        <w:t>SỬA ĐỔI, BỔ SUNG MỘT SỐ ĐIỀU CỦA</w:t>
      </w:r>
    </w:p>
    <w:p>
      <w:pPr>
        <w:jc w:val="center"/>
      </w:pPr>
      <w:r>
        <w:rPr>
          <w:b/>
        </w:rPr>
        <w:t>THÔNG TƯ SỐ 01/2016/TT-NHNN HƯỚNG DẪN CHÍNH SÁCH</w:t>
      </w:r>
    </w:p>
    <w:p>
      <w:pPr>
        <w:jc w:val="both"/>
      </w:pPr>
      <w:r>
        <w:t>CHO VAY PHÁT TRIỂN CÔNG NGHIỆP HỖ TRỢ</w:t>
      </w:r>
    </w:p>
    <w:p>
      <w:pPr>
        <w:jc w:val="both"/>
      </w:pPr>
      <w:r>
        <w:rPr>
          <w:b/>
        </w:rPr>
        <w:t>Điều 14. Sửa đổi, bổ sung khoản 2 Điều 8</w:t>
      </w:r>
    </w:p>
    <w:p>
      <w:pPr>
        <w:jc w:val="both"/>
      </w:pPr>
      <w:r>
        <w:t>Thay thế cụm từ “Cơ quan Thanh tra giám sát ngân hàng” bằng cụm từ “Cục Quản lý giám sát tổ chức tín dụng”.</w:t>
      </w:r>
    </w:p>
    <w:p>
      <w:pPr>
        <w:jc w:val="both"/>
      </w:pPr>
      <w:r>
        <w:rPr>
          <w:b/>
        </w:rPr>
        <w:t>Điều 15. Sửa đổi, bổ sung Điều 9</w:t>
      </w:r>
    </w:p>
    <w:p>
      <w:pPr>
        <w:jc w:val="both"/>
      </w:pPr>
      <w:r>
        <w:t>“Điều 9. Trách nhiệm của các đơn vị thuộc Ngân hàng Nhà nước Việt Nam</w:t>
      </w:r>
    </w:p>
    <w:p>
      <w:pPr>
        <w:jc w:val="both"/>
      </w:pPr>
      <w:r>
        <w:t>1. Vụ Tín dụng các ngành kinh tế:</w:t>
      </w:r>
    </w:p>
    <w:p>
      <w:pPr>
        <w:jc w:val="both"/>
      </w:pPr>
      <w:r>
        <w:t>a) Đầu mối theo dõi, tổng hợp tình hình hoạt động cho vay của tổ chức tín dụng, chi nhánh ngân hàng nước ngoài theo quy định tại Thông tư này;</w:t>
      </w:r>
    </w:p>
    <w:p>
      <w:pPr>
        <w:jc w:val="both"/>
      </w:pPr>
      <w:r>
        <w:t>b) Chủ trì, phối hợp với các đơn vị liên quan xử lý các vướng mắc phát sinh trong quá trình thực hiện Thông tư này.</w:t>
      </w:r>
    </w:p>
    <w:p>
      <w:pPr>
        <w:jc w:val="both"/>
      </w:pPr>
      <w:r>
        <w:t>2. Vụ Chính sách tiền tệ:</w:t>
      </w:r>
    </w:p>
    <w:p>
      <w:pPr>
        <w:jc w:val="both"/>
      </w:pPr>
      <w:r>
        <w:t>Tham mưu cho Thống đốc Ngân hàng Nhà nước trong việc xác định mức lãi suất cho vay ngắn hạn tối đa bằng đồng Việt Nam áp dụng trong từng thời kỳ quy định tại khoản 1 Điều 3 Thông tư này.</w:t>
      </w:r>
    </w:p>
    <w:p>
      <w:pPr>
        <w:jc w:val="both"/>
      </w:pPr>
      <w:r>
        <w:t>3. Thanh tra Ngân hàng Nhà nước:</w:t>
      </w:r>
    </w:p>
    <w:p>
      <w:pPr>
        <w:jc w:val="both"/>
      </w:pPr>
      <w:r>
        <w:t>a) Thanh tra việc cho vay của tổ chức tín dụng, chi nhánh ngân hàng nước ngoài quy định tại Thông tư này theo chức năng, nhiệm vụ;</w:t>
      </w:r>
    </w:p>
    <w:p>
      <w:pPr>
        <w:jc w:val="both"/>
      </w:pPr>
      <w:r>
        <w:t>b) Phối hợp với Vụ Tín dụng các ngành kinh tế và các đơn vị có liên quan xử lý các vấn đề phát sinh trong quá trình triển khai thực hiện Thông tư này.</w:t>
      </w:r>
    </w:p>
    <w:p>
      <w:pPr>
        <w:jc w:val="both"/>
      </w:pPr>
      <w:r>
        <w:t>4. Cục Quản lý giám sát tổ chức tín dụng:</w:t>
      </w:r>
    </w:p>
    <w:p>
      <w:pPr>
        <w:jc w:val="both"/>
      </w:pPr>
      <w:r>
        <w:t>a) Giám sát tổ chức tín dụng, chi nhánh ngân hàng nước ngoài thực hiện quy định tại Thông tư này theo chức năng, nhiệm vụ;</w:t>
      </w:r>
    </w:p>
    <w:p>
      <w:pPr>
        <w:jc w:val="both"/>
      </w:pPr>
      <w:r>
        <w:t>b) Phối hợp với Vụ Tín dụng các ngành kinh tế và các đơn vị có liên quan xử lý các vấn đề phát sinh trong quá trình triển khai thực hiện Thông tư này.</w:t>
      </w:r>
    </w:p>
    <w:p>
      <w:pPr>
        <w:jc w:val="both"/>
      </w:pPr>
      <w:r>
        <w:t>5. Ngân hàng Nhà nước chi nhánh Khu vực:</w:t>
      </w:r>
    </w:p>
    <w:p>
      <w:pPr>
        <w:jc w:val="both"/>
      </w:pPr>
      <w:r>
        <w:t>a) Theo dõi tổng hợp tình hình cho vay của các tổ chức tín dụng, chi nhánh ngân hàng nước ngoài để thực hiện chính sách phát triển công nghiệp hỗ trợ tại địa phương;</w:t>
      </w:r>
    </w:p>
    <w:p>
      <w:pPr>
        <w:jc w:val="both"/>
      </w:pPr>
      <w:r>
        <w:t>b) Phối hợp với các Sở, Ban ngành tại địa phương xử lý các vướng mắc phát sinh trong quá trình thực hiện cho vay thực hiện chính sách phát triển công nghiệp hỗ trợ tại địa phương. Trường hợp vượt thẩm quyền, kịp thời báo cáo Ủy ban nhân dân cấp tỉnh, thành phố trực thuộc Trung ương, Ngân hàng Nhà nước Việt Nam (Vụ Tín dụng các ngành kinh tế) để được xem xét xử lý.”.</w:t>
      </w:r>
    </w:p>
    <w:p>
      <w:pPr>
        <w:jc w:val="both"/>
      </w:pPr>
      <w:r>
        <w:rPr>
          <w:b/>
        </w:rPr>
        <w:t>Điều 16 . Sửa đổi, bổ sung Điều 11</w:t>
      </w:r>
    </w:p>
    <w:p>
      <w:pPr>
        <w:jc w:val="both"/>
      </w:pPr>
      <w:r>
        <w:t>“Điều 11. Trách nhiệm tổ chức thực hiện</w:t>
      </w:r>
    </w:p>
    <w:p>
      <w:pPr>
        <w:jc w:val="both"/>
      </w:pPr>
      <w:r>
        <w:t>Thủ trưởng các đơn vị thuộc Ngân hàng Nhà nước, các tổ chức tín dụng, chi nhánh ngân hàng nước ngoài chịu trách nhiệm tổ chức thực hiện Thông tư này.”.</w:t>
      </w:r>
    </w:p>
    <w:p>
      <w:pPr>
        <w:jc w:val="center"/>
      </w:pPr>
      <w:r>
        <w:rPr>
          <w:b/>
        </w:rPr>
        <w:t>Chương VI</w:t>
      </w:r>
    </w:p>
    <w:p>
      <w:pPr>
        <w:jc w:val="both"/>
      </w:pPr>
      <w:r>
        <w:t>SỬA ĐỔI, BỔ SUNG MỘT SỐ ĐIỀU CỦA THÔNG TƯ SỐ 45/2018/TT-NHNN HƯỚNG DẪN CÁC TỔ CHỨC TÍN DỤNG TRONG CHO VAY CÓ BẢO LÃNH CỦA QUỸ BẢO LÃNH TÍN DỤNG THEO QUY ĐỊNH TẠI NGHỊ ĐỊNH SỐ 34/2018/NĐ-CP VỀ VIỆC THÀNH LẬP, TỔ CHỨC VÀ HOẠT ĐỘNG CỦA QUỸ BẢO LÃNH TÍN DỤNG CHO DOANH NGHIỆP NHỎ VÀ VỪA</w:t>
      </w:r>
    </w:p>
    <w:p>
      <w:pPr>
        <w:jc w:val="both"/>
      </w:pPr>
      <w:r>
        <w:rPr>
          <w:b/>
        </w:rPr>
        <w:t>Điều 17. Sửa đổi, bổ sung Điều 8</w:t>
      </w:r>
    </w:p>
    <w:p>
      <w:pPr>
        <w:jc w:val="both"/>
      </w:pPr>
      <w:r>
        <w:t>“1. Vụ Tín dụng các ngành kinh tế:</w:t>
      </w:r>
    </w:p>
    <w:p>
      <w:pPr>
        <w:jc w:val="both"/>
      </w:pPr>
      <w:r>
        <w:t>a) Đầu mối theo dõi, tổng hợp tình hình thực hiện hoạt động cho vay của bên cho vay đối với các doanh nghiệp nhỏ và vừa có bảo lãnh của Quỹ bảo lãnh tín dụng;</w:t>
      </w:r>
    </w:p>
    <w:p>
      <w:pPr>
        <w:jc w:val="both"/>
      </w:pPr>
      <w:r>
        <w:t>b) Chủ trì, phối hợp với các đơn vị liên quan xử lý các vướng mắc phát sinh trong quá trình thực hiện Thông tư này.</w:t>
      </w:r>
    </w:p>
    <w:p>
      <w:pPr>
        <w:jc w:val="both"/>
      </w:pPr>
      <w:r>
        <w:t>2. Thanh tra Ngân hàng Nhà nước thực hiện thanh tra việc thực hiện các quy định tại Thông tư này và xử lý vi phạm theo chức năng, nhiệm vụ.</w:t>
      </w:r>
    </w:p>
    <w:p>
      <w:pPr>
        <w:jc w:val="both"/>
      </w:pPr>
      <w:r>
        <w:t>3. Cục Quản lý, giám sát tổ chức tín dụng giám sát tổ chức tín dụng thực hiện Thông tư này theo chức năng, nhiệm vụ.</w:t>
      </w:r>
    </w:p>
    <w:p>
      <w:pPr>
        <w:jc w:val="both"/>
      </w:pPr>
      <w:r>
        <w:t>4. Ngân hàng Nhà nước chi nhánh Khu vực nơi đặt trụ sở của Quỹ bảo lãnh tín dụng có trách nhiệm:</w:t>
      </w:r>
    </w:p>
    <w:p>
      <w:pPr>
        <w:jc w:val="both"/>
      </w:pPr>
      <w:r>
        <w:t>a) Phối hợp với các Sở, Ban ngành trên địa bàn xử lý các vướng mắc phát sinh trong quá trình thực hiện cho vay có bảo lãnh của Quỹ bảo lãnh tín dụng trên địa bàn. Trường hợp vượt thẩm quyền, kịp thời báo cáo Ủy ban nhân dân tỉnh, thành phố trực thuộc Trung ương và Ngân hàng Nhà nước (qua Vụ Tín dụng các ngành kinh tế);</w:t>
      </w:r>
    </w:p>
    <w:p>
      <w:pPr>
        <w:jc w:val="both"/>
      </w:pPr>
      <w:r>
        <w:t>b) Thanh tra, giám sát tổ chức tín dụng thực hiện quy định tại Thông tư này theo chức năng, nhiệm vụ.”.</w:t>
      </w:r>
    </w:p>
    <w:p>
      <w:pPr>
        <w:jc w:val="both"/>
      </w:pPr>
      <w:r>
        <w:rPr>
          <w:b/>
        </w:rPr>
        <w:t>Điều 18. Sửa đổi, bổ sung Điều 10</w:t>
      </w:r>
    </w:p>
    <w:p>
      <w:pPr>
        <w:jc w:val="both"/>
      </w:pPr>
      <w:r>
        <w:t>“Điều 10. Trách nhiệm tổ chức thực hiện</w:t>
      </w:r>
    </w:p>
    <w:p>
      <w:pPr>
        <w:jc w:val="both"/>
      </w:pPr>
      <w:r>
        <w:t>Thủ trưởng các đơn vị thuộc Ngân hàng Nhà nước, các tổ chức tín dụng, Quỹ Bảo lãnh tín dụng, doanh nghiệp nhỏ và vừa vay vốn chịu trách nhiệm tổ chức thực hiện Thông tư này.”.</w:t>
      </w:r>
    </w:p>
    <w:p>
      <w:pPr>
        <w:jc w:val="both"/>
      </w:pPr>
      <w:r>
        <w:rPr>
          <w:b/>
        </w:rPr>
        <w:t>Điều 19. Bãi bỏ, thay thế cụm từ, phụ lục kèm theo Thông tư số 45/2018/TT-NHNN</w:t>
      </w:r>
    </w:p>
    <w:p>
      <w:pPr>
        <w:jc w:val="both"/>
      </w:pPr>
      <w:r>
        <w:t>1. Bãi bỏ khoản 2 Điều 7.</w:t>
      </w:r>
    </w:p>
    <w:p>
      <w:pPr>
        <w:jc w:val="both"/>
      </w:pPr>
      <w:r>
        <w:t>2. Thay thế cụm từ “Ngân hàng Nhà nước chi nhánh tỉnh, thành phố” tại khoản 3 Điều 7 bằng cụm từ “Ngân hàng Nhà nước chi nhánh Khu vực”.</w:t>
      </w:r>
    </w:p>
    <w:p>
      <w:pPr>
        <w:jc w:val="both"/>
      </w:pPr>
      <w:r>
        <w:t>3. Bãi bỏ Phụ lục số 01, Phụ lục số 02 ban hành kèm theo Thông tư số 45/2018/TT-NHNN.</w:t>
      </w:r>
    </w:p>
    <w:p>
      <w:pPr>
        <w:jc w:val="center"/>
      </w:pPr>
      <w:r>
        <w:rPr>
          <w:b/>
        </w:rPr>
        <w:t>Chương VII</w:t>
      </w:r>
    </w:p>
    <w:p>
      <w:pPr>
        <w:jc w:val="both"/>
      </w:pPr>
      <w:r>
        <w:t>SỬA ĐỔI, BỔ SUNG MỘT SỐ ĐIỀU CỦA THÔNG TƯ SỐ 21/2024/TT-NHNN QUY ĐỊNH VỀ NGHIỆP VỤ THƯ TÍN DỤNG VÀ CÁC HOẠT ĐỘNG KINH DOANH KHÁC LIÊN QUAN ĐẾN THƯ TÍN DỤNG</w:t>
      </w:r>
    </w:p>
    <w:p>
      <w:pPr>
        <w:jc w:val="both"/>
      </w:pPr>
      <w:r>
        <w:rPr>
          <w:b/>
        </w:rPr>
        <w:t>Điều 20. Sửa đổi, bổ sung khoản 2 Điều 17</w:t>
      </w:r>
    </w:p>
    <w:p>
      <w:pPr>
        <w:jc w:val="both"/>
      </w:pPr>
      <w:r>
        <w:t>“2. Ngân hàng gửi quy định nội bộ về nghiệp vụ thư tín dụng cho Ngân hàng Nhà nước (Cục Quản lý, giám sát tổ chức tín dụng, Ngân hàng Nhà nước chi nhánh Khu vực) theo quy định của pháp luật có liên quan.”.</w:t>
      </w:r>
    </w:p>
    <w:p>
      <w:pPr>
        <w:jc w:val="both"/>
      </w:pPr>
      <w:r>
        <w:rPr>
          <w:b/>
        </w:rPr>
        <w:t>Điều 21. Sửa đổi, bổ sung Điều 55</w:t>
      </w:r>
    </w:p>
    <w:p>
      <w:pPr>
        <w:jc w:val="both"/>
      </w:pPr>
      <w:r>
        <w:t>“Điều 55. Trách nhiệm của các đơn vị thuộc Ngân hàng Nhà nước</w:t>
      </w:r>
    </w:p>
    <w:p>
      <w:pPr>
        <w:jc w:val="both"/>
      </w:pPr>
      <w:r>
        <w:t>1. Vụ Tín dụng các ngành kinh tế có trách nhiệm:</w:t>
      </w:r>
    </w:p>
    <w:p>
      <w:pPr>
        <w:jc w:val="both"/>
      </w:pPr>
      <w:r>
        <w:t>a) Theo dõi, tổng hợp, kiểm tra tình hình thực hiện nghiệp vụ thư tín dụng và các hoạt động kinh doanh khác liên quan đến thư tín dụng của các ngân hàng đối với khách hàng là người cư trú;</w:t>
      </w:r>
    </w:p>
    <w:p>
      <w:pPr>
        <w:jc w:val="both"/>
      </w:pPr>
      <w:r>
        <w:t>b) Đầu mối, phối hợp với các đơn vị liên quan xử lý các vướng mắc phát sinh liên quan đến nghiệp vụ thư tín dụng và các hoạt động kinh doanh khác liên quan đến thư tín dụng đối với khách hàng là người cư trú.</w:t>
      </w:r>
    </w:p>
    <w:p>
      <w:pPr>
        <w:jc w:val="both"/>
      </w:pPr>
      <w:r>
        <w:t>2. Cục Quản lý ngoại hối có trách nhiệm:</w:t>
      </w:r>
    </w:p>
    <w:p>
      <w:pPr>
        <w:jc w:val="both"/>
      </w:pPr>
      <w:r>
        <w:t>a) Theo dõi, tổng hợp, kiểm tra tình hình thực hiện nghiệp vụ thư tín dụng và các hoạt động kinh doanh khác liên quan đến thư tín dụng của các ngân hàng đối với khách hàng là người không cư trú;</w:t>
      </w:r>
    </w:p>
    <w:p>
      <w:pPr>
        <w:jc w:val="both"/>
      </w:pPr>
      <w:r>
        <w:t>b) Đầu mối, phối hợp với các đơn vị liên quan xử lý các vướng mắc phát sinh liên quan đến nghiệp vụ thư tín dụng và các hoạt động kinh doanh khác liên quan đến thư tín dụng đối với khách hàng là người không cư trú.</w:t>
      </w:r>
    </w:p>
    <w:p>
      <w:pPr>
        <w:jc w:val="both"/>
      </w:pPr>
      <w:r>
        <w:t>3. Thanh tra Ngân hàng Nhà nước có trách nhiệm thực hiện kiểm tra, thanh tra nghiệp vụ thư tín dụng và các hoạt động kinh doanh khác liên quan đến thư tín dụng của các ngân hàng và xử lý các vi phạm phát sinh theo thẩm quyền.</w:t>
      </w:r>
    </w:p>
    <w:p>
      <w:pPr>
        <w:jc w:val="both"/>
      </w:pPr>
      <w:r>
        <w:t>4. Cục Quản lý, giám sát tổ chức tín dụng kiểm tra, giám sát tổ chức tín dụng, chi nhánh ngân hàng nước ngoài thực hiện Thông tư này theo chức năng, nhiệm vụ.</w:t>
      </w:r>
    </w:p>
    <w:p>
      <w:pPr>
        <w:jc w:val="both"/>
      </w:pPr>
      <w:r>
        <w:t>5. Vụ Tài chính - Kế toán có trách nhiệm hướng dẫn các ngân hàng thực hiện chế độ hạch toán kế toán đối với các giao dịch liên quan đến nghiệp vụ thư tín dụng và các hoạt động kinh doanh khác liên quan đến thư tín dụng theo quy định tại Thông tư này.</w:t>
      </w:r>
    </w:p>
    <w:p>
      <w:pPr>
        <w:jc w:val="both"/>
      </w:pPr>
      <w:r>
        <w:t>6. Ngân hàng Nhà nước chi nhánh Khu vực có trách nhiệm thực hiện giám sát, kiểm tra, thanh tra các ngân hàng trong việc chấp hành Thông tư này theo thẩm quyền.”.</w:t>
      </w:r>
    </w:p>
    <w:p>
      <w:pPr>
        <w:jc w:val="both"/>
      </w:pPr>
      <w:r>
        <w:rPr>
          <w:b/>
        </w:rPr>
        <w:t>Điều 22. Sửa đổi, bổ sung khoản 3 Điều 56</w:t>
      </w:r>
    </w:p>
    <w:p>
      <w:pPr>
        <w:jc w:val="both"/>
      </w:pPr>
      <w:r>
        <w:t>“3. Ngân hàng đã được cấp phép thực hiện dịch vụ thanh toán trong nước; dịch vụ thanh toán quốc tế; dịch vụ thanh toán giữa các khách hàng; cung ứng dịch vụ thanh toán trên thị trường trong nước hoặc quốc tế trước ngày Thông tư này có hiệu lực thi hành thì được tiếp tục thực hiện nghiệp vụ thư tín dụng và các hoạt động kinh doanh khác liên quan đến thư tín dụng đến ngày 30/6/2026 mà không phải sửa đổi, bổ sung Giấy phép.”.</w:t>
      </w:r>
    </w:p>
    <w:p>
      <w:pPr>
        <w:jc w:val="both"/>
      </w:pPr>
      <w:r>
        <w:rPr>
          <w:b/>
        </w:rPr>
        <w:t>Điều 23. Sửa đổi, bổ sung Điều 58</w:t>
      </w:r>
    </w:p>
    <w:p>
      <w:pPr>
        <w:jc w:val="both"/>
      </w:pPr>
      <w:r>
        <w:t>“Điều 58. Trách nhiệm tổ chức thực hiện</w:t>
      </w:r>
    </w:p>
    <w:p>
      <w:pPr>
        <w:jc w:val="both"/>
      </w:pPr>
      <w:r>
        <w:t>Thủ trưởng các đơn vị thuộc Ngân hàng Nhà nước, các tổ chức tín dụng, chi nhánh ngân hàng nước ngoài chịu trách nhiệm tổ chức thực hiện Thông tư này.”.</w:t>
      </w:r>
    </w:p>
    <w:p>
      <w:pPr>
        <w:jc w:val="center"/>
      </w:pPr>
      <w:r>
        <w:rPr>
          <w:b/>
        </w:rPr>
        <w:t>Chương VIII</w:t>
      </w:r>
    </w:p>
    <w:p>
      <w:pPr>
        <w:jc w:val="both"/>
      </w:pPr>
      <w:r>
        <w:t>ĐIỀU KHOẢN THI H ÀNH</w:t>
      </w:r>
    </w:p>
    <w:p>
      <w:pPr>
        <w:jc w:val="both"/>
      </w:pPr>
      <w:r>
        <w:rPr>
          <w:b/>
        </w:rPr>
        <w:t>Điều 24 . Trách nhiệm t ổ chức thực hiện</w:t>
      </w:r>
    </w:p>
    <w:p>
      <w:pPr>
        <w:jc w:val="both"/>
      </w:pPr>
      <w:r>
        <w:t>Thủ trưởng các đơn vị thuộc Ngân hàng Nhà nước, các tổ chức tín dụng, chi nhánh ngân hàng nước ngoài chịu trách nhiệm tổ chức thực hiện Thông tư này.</w:t>
      </w:r>
    </w:p>
    <w:p>
      <w:pPr>
        <w:jc w:val="both"/>
      </w:pPr>
      <w:r>
        <w:rPr>
          <w:b/>
        </w:rPr>
        <w:t>Điều 25 . Điều khoản thi h ành</w:t>
      </w:r>
    </w:p>
    <w:p>
      <w:pPr>
        <w:jc w:val="both"/>
      </w:pPr>
      <w:r>
        <w:t>1. Thông tư này có hiệu lực thi hành từ ngày 31 tháng 12 năm 2025.</w:t>
      </w:r>
    </w:p>
    <w:p>
      <w:pPr>
        <w:jc w:val="both"/>
      </w:pPr>
      <w:r>
        <w:t>2. Thông tư này bãi bỏ điểm b, điểm c khoản 3 và khoản 5 Điều 1 Thông tư 25/2016/TT-NHNN ngày 29 tháng 7 năm 2016 của Thống đốc Ngân hàng Nhà nước Việt Nam về sửa đổi, bổ sung một số Điều tại Thông tư số 11/2013/TT-NHNN ngày 15 tháng 5 năm 2013 của Thống đốc Ngân hàng Nhà nước Việt Nam quy định về cho vay hỗ trợ nhà ở theo Nghị quyết số 02/NQ-CP ngày 07 tháng 01 năm 2013 của Chính phủ.</w:t>
      </w:r>
    </w:p>
    <w:p>
      <w:pPr>
        <w:jc w:val="both"/>
      </w:pPr>
      <w:r>
        <w:t>3. Thông tư này bãi bỏ điểm b, c, d khoản 5 và khoản 7 Điều 1 Thông tư số 32/2014/TT-NHNN ngày 18 tháng 11 năm 2014 của Thống đốc Ngân hàng Nhà nước Việt Nam về sửa đổi, bổ sung một số điều tại Thông tư số 11/2013/TT-NHNN ngày 15 tháng 5 năm 2013 của Ngân hàng Nhà nước Việt Nam quy định về cho vay hỗ trợ nhà ở theo Nghị quyết số 02/NQ-CP ngày 07 tháng 01 năm 2013 của Chính phủ.</w:t>
      </w:r>
    </w:p>
    <w:p>
      <w:pPr>
        <w:jc w:val="both"/>
      </w:pPr>
      <w:r>
        <w:t>4. Kể từ ngày Thông tư này có hiệu lực thi hành, Thông tư số 06/2009/TT-NHNN ngày 09 tháng 04 năm 2009 của Ngân hàng Nhà nước Việt Nam quy định chi tiết về chính sách cho vay ưu đãi lãi suất theo Chương trình hỗ trợ các huyện nghèo tại Nghị quyết số 30a/2008/NQ-CP ngày 27 tháng 12 năm 2008 của Chính phủ hết hiệu lực, trừ quy định tại các điểm d, đ, e khoản 3 Điều 5 và điểm b Điều 6./.</w:t>
      </w:r>
    </w:p>
    <w:p>
      <w:pPr>
        <w:jc w:val="both"/>
      </w:pPr>
      <w:r>
        <w:t>KT. THỐNG ĐỐC</w:t>
      </w:r>
    </w:p>
    <w:p>
      <w:pPr>
        <w:jc w:val="both"/>
      </w:pPr>
      <w:r>
        <w:t>PHÓ THỐNG ĐỐC</w:t>
      </w:r>
    </w:p>
    <w:p>
      <w:pPr>
        <w:jc w:val="both"/>
      </w:pPr>
      <w:r>
        <w:t>(Đã ký)</w:t>
      </w:r>
    </w:p>
    <w:p>
      <w:pPr>
        <w:jc w:val="both"/>
      </w:pPr>
      <w:r>
        <w:t>Nguyễn Ngọc Cảnh</w:t>
      </w:r>
    </w:p>
    <w:p>
      <w:r>
        <w:rPr>
          <w:i/>
        </w:rPr>
        <w:t>Nguồn: Cơ sở dữ liệu quốc gia về văn bản pháp luật (Bộ Tư pháp). VietSmart Legal, legal.giangpham.asia/van-ban/186599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