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w:t>
      </w:r>
    </w:p>
    <w:p>
      <w:pPr>
        <w:jc w:val="both"/>
      </w:pPr>
      <w:r>
        <w:t>CỘNG HOÀ XÃ HỘI CHỦ NGHĨA VIỆT NAM</w:t>
      </w:r>
    </w:p>
    <w:p>
      <w:pPr>
        <w:jc w:val="both"/>
      </w:pPr>
      <w:r>
        <w:t>Độc lập - Tự do - Hạnh phúc</w:t>
      </w:r>
    </w:p>
    <w:p>
      <w:pPr>
        <w:jc w:val="both"/>
      </w:pPr>
      <w:r>
        <w:t>Số: 46/2025/TT-BNNMT</w:t>
      </w:r>
    </w:p>
    <w:p>
      <w:pPr>
        <w:jc w:val="both"/>
      </w:pPr>
      <w:r>
        <w:t>Hà Nội, ngày 06 tháng 08 năm 2025</w:t>
      </w:r>
    </w:p>
    <w:p>
      <w:pPr>
        <w:jc w:val="center"/>
      </w:pPr>
      <w:r>
        <w:rPr>
          <w:b/>
        </w:rPr>
        <w:t>THÔNG TƯ</w:t>
      </w:r>
    </w:p>
    <w:p>
      <w:pPr>
        <w:jc w:val="both"/>
      </w:pPr>
      <w:r>
        <w:t>Ban hành quy chuẩn kỹ thuật quốc gia về</w:t>
      </w:r>
    </w:p>
    <w:p>
      <w:pPr>
        <w:jc w:val="both"/>
      </w:pPr>
      <w:r>
        <w:t>đồng xử lý chất thải trong lò nung xi măng</w:t>
      </w:r>
    </w:p>
    <w:p>
      <w:pPr>
        <w:jc w:val="both"/>
      </w:pPr>
      <w:r>
        <w:t>Căn cứ Luật Tiêu chuẩn và quy chuẩn kỹ thuật ngày 29 tháng 6 năm 2006 và Luật sửa đổi, bổ sung một số điều của Luật Tiêu chuẩn và quy chuẩn kỹ thuật ngày 14 tháng 6 năm 2025;</w:t>
      </w:r>
    </w:p>
    <w:p>
      <w:pPr>
        <w:jc w:val="both"/>
      </w:pPr>
      <w:r>
        <w:t>Căn cứ Luật Bảo vệ môi trường ngày 17 tháng 11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của Chính phủ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Môi trường, Vụ trưởng Vụ Khoa học và Công nghệ;</w:t>
      </w:r>
    </w:p>
    <w:p>
      <w:pPr>
        <w:jc w:val="both"/>
      </w:pPr>
      <w:r>
        <w:t>Bộ trưởng Bộ Nông nghiệp và Môi trường ban hành Thông tư ban hành Quy chuẩn kỹ thuật quốc gia về đồng xử lý chất thải trong lò nung xi măng.</w:t>
      </w:r>
    </w:p>
    <w:p>
      <w:pPr>
        <w:jc w:val="both"/>
      </w:pPr>
      <w:r>
        <w:rPr>
          <w:b/>
        </w:rPr>
        <w:t>Điều 1. Ban hành kèm theo Thông tư này Quy chuẩn kỹ thuật quốc gia về đồng xử lý chất thải trong lò nung xi măng ( QCVN 41:2025/BNNMT).</w:t>
      </w:r>
    </w:p>
    <w:p>
      <w:pPr>
        <w:jc w:val="both"/>
      </w:pPr>
      <w:r>
        <w:rPr>
          <w:b/>
        </w:rPr>
        <w:t>Điều 2. Hiệu lực thi hành</w:t>
      </w:r>
    </w:p>
    <w:p>
      <w:pPr>
        <w:jc w:val="both"/>
      </w:pPr>
      <w:r>
        <w:t>1. Thông tư này có hiệu lực thi hành kể từ ngày 09 tháng 02 năm 2026.</w:t>
      </w:r>
    </w:p>
    <w:p>
      <w:pPr>
        <w:jc w:val="both"/>
      </w:pPr>
      <w:r>
        <w:t>2. Thông tư số 44/2011/TT-BTNMT ngày 26 tháng 12 năm 2011 của Bộ trưởng Bộ Tài nguyên và Môi trường ban hành quy chuẩn kỹ thuật quốc gia về đồng xử lý chất thải nguy hại trong lò nung xi măng (QCVN 41:2011/BTNMT) hết hiệu lực thi hành kể từ ngày Thông tư này có hiệu lực thi hành, trừ trường hợp quy định tại Điều 3 Thông tư này.</w:t>
      </w:r>
    </w:p>
    <w:p>
      <w:pPr>
        <w:jc w:val="both"/>
      </w:pPr>
      <w:r>
        <w:rPr>
          <w:b/>
        </w:rPr>
        <w:t>Điều 3. Điều khoản chuyển tiếp</w:t>
      </w:r>
    </w:p>
    <w:p>
      <w:pPr>
        <w:jc w:val="both"/>
      </w:pPr>
      <w:r>
        <w:t>1. Cơ sở đã đi vào vận hành, dự án đầu tư đang triển khai (bao gồm dự án đầu tư đã có quyết định phê duyệt kết quả thẩm định báo cáo đánh giá tác động môi trường hoặc đã được cơ quan nhà nước có thẩm quyền tiếp nhận hồ sơ đầy đủ, hợp lệ đề nghị thẩm định báo cáo đánh giá tác động môi trường, cấp giấy phép môi trường trước ngày Thông tư này có hiệu lực thi hành) có hoạt động đồng xử lý chất thải trong lò nung xi măng được tiếp tục áp dụng quy định kỹ thuật, quy trình vận hành và giám sát quy định tại Quy chuẩn kỹ thuật quốc gia về đồng xử lý chất thải nguy hại trong lò nung xi măng (QCVN 41:2011/BTNMT) cho đến hết ngày 31 tháng 12 năm 2031.</w:t>
      </w:r>
    </w:p>
    <w:p>
      <w:pPr>
        <w:jc w:val="both"/>
      </w:pPr>
      <w:r>
        <w:t>2. Cơ sở đã đi vào vận hành, dự án đầu tư đang triển khai quy định tại khoản 1 Điều này áp dụng giá trị giới hạn cho phép của các thông số ô nhiễm trong khí thải của lò nung xi măng đồng xử lý chất thải theo quy định tại Thông tư số 45/2024/TT-BTNMT ngày 30 tháng 12 năm 2024 của Bộ trưởng Bộ Tài nguyên và Môi trường ban hành Quy chuẩn kỹ thuật quốc gia về khí thải công nghiệp.</w:t>
      </w:r>
    </w:p>
    <w:p>
      <w:pPr>
        <w:jc w:val="both"/>
      </w:pPr>
      <w:r>
        <w:rPr>
          <w:b/>
        </w:rPr>
        <w:t>Điều 4. Lộ trình áp dụng</w:t>
      </w:r>
    </w:p>
    <w:p>
      <w:pPr>
        <w:jc w:val="both"/>
      </w:pPr>
      <w:r>
        <w:t>1. Kể từ ngày Thông tư này có hiệu lực thi hành, dự án đầu tư (bao gồm: dự án đầu tư mới, dự án đầu tư mở rộng quy mô, nâng cao công suất nộp hồ sơ đề nghị thẩm định báo cáo đánh giá tác động môi trường, cấp giấy phép môi trường sau ngày Thông tư này có hiệu lực thi hành) phải áp dụng quy định tại QCVN 41:2025/BNNMT.</w:t>
      </w:r>
    </w:p>
    <w:p>
      <w:pPr>
        <w:jc w:val="both"/>
      </w:pPr>
      <w:r>
        <w:t>2. Kể từ ngày 01 tháng 01 năm 2032, đối tượng quy định tại khoản 1 Điều 3 Thông tư này phải đáp ứng yêu cầu quy định tại QCVN 41:2025/BNNMT.</w:t>
      </w:r>
    </w:p>
    <w:p>
      <w:pPr>
        <w:jc w:val="both"/>
      </w:pPr>
      <w:r>
        <w:t>3. Khuyến khích cơ sở đã đi vào vận hành, dự án đầu tư đang triển khai áp dụng các quy định tại QCVN 41:2025/BNNMT kể từ ngày Thông tư này có hiệu lực thi hành.</w:t>
      </w:r>
    </w:p>
    <w:p>
      <w:pPr>
        <w:jc w:val="both"/>
      </w:pPr>
      <w:r>
        <w:rPr>
          <w:b/>
        </w:rPr>
        <w:t>Điều 5. Tổ chức thực hiện</w:t>
      </w:r>
    </w:p>
    <w:p>
      <w:pPr>
        <w:jc w:val="both"/>
      </w:pPr>
      <w:r>
        <w:t>1. Bộ, cơ quan ngang bộ, Ủy ban nhân dân các cấp, Sở Nông nghiệp và Môi trường các tỉnh, thành phố trực thuộc Trung ương và các tổ chức, cá nhân có liên quan chịu trách nhiệm thi hành Thông tư này.</w:t>
      </w:r>
    </w:p>
    <w:p>
      <w:pPr>
        <w:jc w:val="both"/>
      </w:pPr>
      <w:r>
        <w:t>2. Trong quá trình thực hiện Thông tư này, nếu phát sinh vướng mắc, cơ quan, tổ chức, cá nhân kịp thời phản ánh bằng văn bản về Bộ Nông nghiệp và Môi trường để được xem xét, giải quyết./.</w:t>
      </w:r>
    </w:p>
    <w:p>
      <w:pPr>
        <w:jc w:val="both"/>
      </w:pPr>
      <w:r>
        <w:t>Nơi nhận:</w:t>
      </w:r>
    </w:p>
    <w:p>
      <w:pPr>
        <w:jc w:val="both"/>
      </w:pPr>
      <w:r>
        <w:t>- Thủ tướng Chính phủ, các PTTg Chính phủ;</w:t>
      </w:r>
    </w:p>
    <w:p>
      <w:pPr>
        <w:jc w:val="both"/>
      </w:pPr>
      <w:r>
        <w:t>- Hội đồng Dân tộc; các Ủy ban của Quốc hội;</w:t>
      </w:r>
    </w:p>
    <w:p>
      <w:pPr>
        <w:jc w:val="both"/>
      </w:pPr>
      <w:r>
        <w:t>- Toà án nhân dân tối cao;</w:t>
      </w:r>
    </w:p>
    <w:p>
      <w:pPr>
        <w:jc w:val="both"/>
      </w:pPr>
      <w:r>
        <w:t>- Viện kiểm sát nhân dân tối cao;</w:t>
      </w:r>
    </w:p>
    <w:p>
      <w:pPr>
        <w:jc w:val="both"/>
      </w:pPr>
      <w:r>
        <w:t>- UBTW MTTQVN;</w:t>
      </w:r>
    </w:p>
    <w:p>
      <w:pPr>
        <w:jc w:val="both"/>
      </w:pPr>
      <w:r>
        <w:t>- Văn phòng Quốc hội;</w:t>
      </w:r>
    </w:p>
    <w:p>
      <w:pPr>
        <w:jc w:val="both"/>
      </w:pPr>
      <w:r>
        <w:t>- Văn phòng Chính phủ;</w:t>
      </w:r>
    </w:p>
    <w:p>
      <w:pPr>
        <w:jc w:val="both"/>
      </w:pPr>
      <w:r>
        <w:t>- Các Bộ, cơ quan ngang Bộ, cơ quan thuộc Chính phủ;</w:t>
      </w:r>
    </w:p>
    <w:p>
      <w:pPr>
        <w:jc w:val="both"/>
      </w:pPr>
      <w:r>
        <w:t>- Ủy ban nhân dân các tỉnh, thành phố trực thuộc TW;</w:t>
      </w:r>
    </w:p>
    <w:p>
      <w:pPr>
        <w:jc w:val="both"/>
      </w:pPr>
      <w:r>
        <w:t>- Cục Kiểm tra văn bản và Quản lý xử lý vi phạm</w:t>
      </w:r>
    </w:p>
    <w:p>
      <w:pPr>
        <w:jc w:val="both"/>
      </w:pPr>
      <w:r>
        <w:t>hành chính - Bộ Tư pháp;</w:t>
      </w:r>
    </w:p>
    <w:p>
      <w:pPr>
        <w:jc w:val="both"/>
      </w:pPr>
      <w:r>
        <w:t>- Bộ trưởng, các Thứ trưởng Bộ NN&amp;MT;</w:t>
      </w:r>
    </w:p>
    <w:p>
      <w:pPr>
        <w:jc w:val="both"/>
      </w:pPr>
      <w:r>
        <w:t>- Sở NN&amp;MT các tỉnh, thành phố trực thuộc TW;</w:t>
      </w:r>
    </w:p>
    <w:p>
      <w:pPr>
        <w:jc w:val="both"/>
      </w:pPr>
      <w:r>
        <w:t>- Công báo; Cổng TTĐT Chính phủ;</w:t>
      </w:r>
    </w:p>
    <w:p>
      <w:pPr>
        <w:jc w:val="both"/>
      </w:pPr>
      <w:r>
        <w:t>- Các đơn vị thuộc Bộ NN&amp;MT;</w:t>
      </w:r>
    </w:p>
    <w:p>
      <w:pPr>
        <w:jc w:val="both"/>
      </w:pPr>
      <w:r>
        <w:t>- Cổng TTĐT Bộ NN&amp;MT;</w:t>
      </w:r>
    </w:p>
    <w:p>
      <w:pPr>
        <w:jc w:val="both"/>
      </w:pPr>
      <w:r>
        <w:t>- Lưu: VT, PC, KHCN, MT.</w:t>
      </w:r>
    </w:p>
    <w:p>
      <w:pPr>
        <w:jc w:val="both"/>
      </w:pPr>
      <w:r>
        <w:t>KT. BỘ TRƯỞNG</w:t>
      </w:r>
    </w:p>
    <w:p>
      <w:pPr>
        <w:jc w:val="both"/>
      </w:pPr>
      <w:r>
        <w:t>THỨ TRƯỞNG</w:t>
      </w:r>
    </w:p>
    <w:p>
      <w:pPr>
        <w:jc w:val="both"/>
      </w:pPr>
      <w:r>
        <w:t>(Đã ký)</w:t>
      </w:r>
    </w:p>
    <w:p>
      <w:pPr>
        <w:jc w:val="both"/>
      </w:pPr>
      <w:r>
        <w:t>Lê Công Thành</w:t>
      </w:r>
    </w:p>
    <w:p>
      <w:r>
        <w:rPr>
          <w:i/>
        </w:rPr>
        <w:t>Nguồn: Cơ sở dữ liệu quốc gia về văn bản pháp luật (Bộ Tư pháp). VietSmart Legal, legal.giangpham.asia/van-ban/186382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