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w:t>
      </w:r>
    </w:p>
    <w:p>
      <w:pPr>
        <w:jc w:val="both"/>
      </w:pPr>
      <w:r>
        <w:t>CỘNG HÒA XÃ HỘI CHỦ NGHĨA VIỆT NAM</w:t>
      </w:r>
    </w:p>
    <w:p>
      <w:pPr>
        <w:jc w:val="both"/>
      </w:pPr>
      <w:r>
        <w:t>Độc lập - Tự do - Hạnh phúc</w:t>
      </w:r>
    </w:p>
    <w:p>
      <w:pPr>
        <w:jc w:val="both"/>
      </w:pPr>
      <w:r>
        <w:t>____________</w:t>
      </w:r>
    </w:p>
    <w:p>
      <w:pPr>
        <w:jc w:val="both"/>
      </w:pPr>
      <w:r>
        <w:t>Số: 106/2025/TT-BTC</w:t>
      </w:r>
    </w:p>
    <w:p>
      <w:pPr>
        <w:jc w:val="both"/>
      </w:pPr>
      <w:r>
        <w:t>Hà Nội, ngày 10 tháng 11 năm 2025</w:t>
      </w:r>
    </w:p>
    <w:p>
      <w:pPr>
        <w:jc w:val="center"/>
      </w:pPr>
      <w:r>
        <w:rPr>
          <w:b/>
        </w:rPr>
        <w:t>THÔNG TƯ</w:t>
      </w:r>
    </w:p>
    <w:p>
      <w:pPr>
        <w:jc w:val="both"/>
      </w:pPr>
      <w:r>
        <w:t>Bãi bỏ Thông tư liên tịch số 152/2014/TTLT-BTC-BGTVT ngày 15 tháng 10 năm</w:t>
      </w:r>
    </w:p>
    <w:p>
      <w:pPr>
        <w:jc w:val="both"/>
      </w:pPr>
      <w:r>
        <w:t>2014 của Bộ trưởng Bộ Tài chính, Bộ trưởng Bộ Giao thông vận tải hướng dẫn</w:t>
      </w:r>
    </w:p>
    <w:p>
      <w:pPr>
        <w:jc w:val="both"/>
      </w:pPr>
      <w:r>
        <w:t>thực hiện giá cước vận tải bằng xe ô tô và giá dịch vụ hỗ trợ vận tải đường bộ</w:t>
      </w:r>
    </w:p>
    <w:p>
      <w:pPr>
        <w:jc w:val="both"/>
      </w:pPr>
      <w:r>
        <w:t>___________________</w:t>
      </w:r>
    </w:p>
    <w:p>
      <w:pPr>
        <w:jc w:val="both"/>
      </w:pPr>
      <w:r>
        <w:t>Căn cứ Luật Ban hành văn bản quy phạm pháp luật ngày 19 tháng 02 năm 2025;</w:t>
      </w:r>
    </w:p>
    <w:p>
      <w:pPr>
        <w:jc w:val="both"/>
      </w:pPr>
      <w:r>
        <w:t>Căn cứ Luật sửa đổi, bổ sung một số điều của Luật Ban hành văn bản quy phạm pháp luật ngày 25 tháng 6 năm 2025;</w:t>
      </w:r>
    </w:p>
    <w:p>
      <w:pPr>
        <w:jc w:val="both"/>
      </w:pPr>
      <w:r>
        <w:t>Căn cứ Luật Giá ngày 19 tháng 6 năm 2023;</w:t>
      </w:r>
    </w:p>
    <w:p>
      <w:pPr>
        <w:jc w:val="both"/>
      </w:pPr>
      <w:r>
        <w:t>Căn cứ Nghị định số 78/2025/NĐ-CP ngày 01 tháng 4 năm 2025 của Chính phủ quy định chi tiết một số điều và biện pháp để tổ chức, hướng dẫn thi hành Luật Ban hành văn bản quy phạm pháp luật;</w:t>
      </w:r>
    </w:p>
    <w:p>
      <w:pPr>
        <w:jc w:val="both"/>
      </w:pPr>
      <w: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pPr>
        <w:jc w:val="both"/>
      </w:pPr>
      <w:r>
        <w:t>Căn cứ Nghị định số 85/2024/NĐ-CP ngày 10 tháng 7 năm 2024 của Chính phủ quy định chi tiết một số điều của Luật Giá;</w:t>
      </w:r>
    </w:p>
    <w:p>
      <w:pPr>
        <w:jc w:val="both"/>
      </w:pPr>
      <w:r>
        <w:t>Căn cứ Nghị định số 29/2025/NĐ-CP ngày 24 tháng 02 năm 2025 của Chính phủ quy định chức năng, nhiệm vụ, quyền hạn và cơ cấu tổ chức của Bộ Tài chính;</w:t>
      </w:r>
    </w:p>
    <w:p>
      <w:pPr>
        <w:jc w:val="both"/>
      </w:pPr>
      <w:r>
        <w:t>Căn cứ Nghị định số 166/2025/NĐ-CP ngày 30 tháng 6 năm 2025 của Chính phủ sửa đổi, bổ sung một số điều của Nghị định số 29/2025/NĐ-CP ngày 24 tháng 02 năm 2025 của Chính phủ quy định chức năng, nhiệm vụ, quyền hạn và cơ cấu tổ chức của Bộ Tài chính;</w:t>
      </w:r>
    </w:p>
    <w:p>
      <w:pPr>
        <w:jc w:val="both"/>
      </w:pPr>
      <w:r>
        <w:t>Theo đề nghị của Cục trưởng Cục Quản lý giá:</w:t>
      </w:r>
    </w:p>
    <w:p>
      <w:pPr>
        <w:jc w:val="both"/>
      </w:pPr>
      <w:r>
        <w:t>Bộ trưởng Bộ Tài chính ban hành Thông tư bãi bỏ Thông tư liên tịch số 152/2014/TTLT-BTC-BGTVT ngày 15 tháng 10 năm 2014 của Bộ trưởng Bộ Tài chính, Bộ trưởng Bộ Giao thông vận tải hướng dẫn thực hiện giá cước vận tải bằng xe ô tô và giá dịch vụ hỗ trợ vận tải đường bộ.</w:t>
      </w:r>
    </w:p>
    <w:p>
      <w:pPr>
        <w:jc w:val="both"/>
      </w:pPr>
      <w:r>
        <w:rPr>
          <w:b/>
        </w:rPr>
        <w:t>Điều 1. Bãi bỏ toàn bộ Thông tư</w:t>
      </w:r>
    </w:p>
    <w:p>
      <w:pPr>
        <w:jc w:val="both"/>
      </w:pPr>
      <w:r>
        <w:t>Bãi bỏ toàn bộ Thông tư liên tịch số 152/2014/TTLT-BTC-BGTVT ngày 15 tháng 10 năm 2014 của Bộ trưởng Bộ Tài chính, Bộ trưởng Bộ Giao thông vận tải hướng dẫn thực hiện giá cước vận tải bằng xe ô tô và giá dịch vụ hỗ trợ vận tải đường bộ.</w:t>
      </w:r>
    </w:p>
    <w:p>
      <w:pPr>
        <w:jc w:val="both"/>
      </w:pPr>
      <w:r>
        <w:rPr>
          <w:b/>
        </w:rPr>
        <w:t>Điều 2. Điều khoản thi hành</w:t>
      </w:r>
    </w:p>
    <w:p>
      <w:pPr>
        <w:jc w:val="both"/>
      </w:pPr>
      <w:r>
        <w:t>1. Thông tư này có hiệu lực thi hành từ ngày 26 tháng 12 năm 2025.</w:t>
      </w:r>
    </w:p>
    <w:p>
      <w:pPr>
        <w:jc w:val="both"/>
      </w:pPr>
      <w:r>
        <w:t>2. Cục trưởng Cục Quản lý giá, Thủ trưởng các đơn vị thuộc Bộ Tài chính và các cơ quan, tổ chức, cá nhân có liên quan chịu trách nhiệm thi hành Thông tư này./.</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Chủ tịch nước;</w:t>
      </w:r>
    </w:p>
    <w:p>
      <w:pPr>
        <w:jc w:val="both"/>
      </w:pPr>
      <w:r>
        <w:t>- Văn phòng Quốc hội;</w:t>
      </w:r>
    </w:p>
    <w:p>
      <w:pPr>
        <w:jc w:val="both"/>
      </w:pPr>
      <w:r>
        <w:t>- Hội đồng dân tộc và các Ủy ban của Quốc hội;</w:t>
      </w:r>
    </w:p>
    <w:p>
      <w:pPr>
        <w:jc w:val="both"/>
      </w:pPr>
      <w:r>
        <w:t>- Ủy ban Trung ương Mặt trận Tổ quốc Việt Nam;</w:t>
      </w:r>
    </w:p>
    <w:p>
      <w:pPr>
        <w:jc w:val="both"/>
      </w:pPr>
      <w:r>
        <w:t>- Tòa án nhân dân tối cao;</w:t>
      </w:r>
    </w:p>
    <w:p>
      <w:pPr>
        <w:jc w:val="both"/>
      </w:pPr>
      <w:r>
        <w:t>- Viện kiểm sát nhân dân tối cao;</w:t>
      </w:r>
    </w:p>
    <w:p>
      <w:pPr>
        <w:jc w:val="both"/>
      </w:pPr>
      <w:r>
        <w:t>- Kiểm toán nhà nước;</w:t>
      </w:r>
    </w:p>
    <w:p>
      <w:pPr>
        <w:jc w:val="both"/>
      </w:pPr>
      <w:r>
        <w:t>- Các Bộ, cơ quan ngang Bộ, cơ quan thuộc Chính phủ;</w:t>
      </w:r>
    </w:p>
    <w:p>
      <w:pPr>
        <w:jc w:val="both"/>
      </w:pPr>
      <w:r>
        <w:t>- Cơ quan Trung ương của các đoàn thể;</w:t>
      </w:r>
    </w:p>
    <w:p>
      <w:pPr>
        <w:jc w:val="both"/>
      </w:pPr>
      <w:r>
        <w:t>- HĐND, UBND các tỉnh, thành phố trực thuộc trung ương;</w:t>
      </w:r>
    </w:p>
    <w:p>
      <w:pPr>
        <w:jc w:val="both"/>
      </w:pPr>
      <w:r>
        <w:t>- Sở Tài chính các tỉnh, thành phố trực thuộc trung ương;</w:t>
      </w:r>
    </w:p>
    <w:p>
      <w:pPr>
        <w:jc w:val="both"/>
      </w:pPr>
      <w:r>
        <w:t>- Sở Xây dựng các tỉnh, thành phố trực thuộc trung ương;</w:t>
      </w:r>
    </w:p>
    <w:p>
      <w:pPr>
        <w:jc w:val="both"/>
      </w:pPr>
      <w:r>
        <w:t>- Kho bạc Nhà nước các khu vực;</w:t>
      </w:r>
    </w:p>
    <w:p>
      <w:pPr>
        <w:jc w:val="both"/>
      </w:pPr>
      <w:r>
        <w:t>- Cục Kiểm tra văn bản và Quản lý xử lý vi phạm hành chính, Bộ Tư pháp;</w:t>
      </w:r>
    </w:p>
    <w:p>
      <w:pPr>
        <w:jc w:val="both"/>
      </w:pPr>
      <w:r>
        <w:t>- Công báo;</w:t>
      </w:r>
    </w:p>
    <w:p>
      <w:pPr>
        <w:jc w:val="both"/>
      </w:pPr>
      <w:r>
        <w:t>- Cổng thông tin điện tử Chính phủ;</w:t>
      </w:r>
    </w:p>
    <w:p>
      <w:pPr>
        <w:jc w:val="both"/>
      </w:pPr>
      <w:r>
        <w:t>- Cổng thông tin điện tử Bộ Tài chính;</w:t>
      </w:r>
    </w:p>
    <w:p>
      <w:pPr>
        <w:jc w:val="both"/>
      </w:pPr>
      <w:r>
        <w:t>- Các đơn vị thuộc Bộ Tài chính;</w:t>
      </w:r>
    </w:p>
    <w:p>
      <w:pPr>
        <w:jc w:val="both"/>
      </w:pPr>
      <w:r>
        <w:t>- Lưu: VT, QLG (100 bản).</w:t>
      </w:r>
    </w:p>
    <w:p>
      <w:pPr>
        <w:jc w:val="both"/>
      </w:pPr>
      <w:r>
        <w:t>KT. BỘ TRƯỞNG</w:t>
      </w:r>
    </w:p>
    <w:p>
      <w:pPr>
        <w:jc w:val="both"/>
      </w:pPr>
      <w:r>
        <w:t>THỨ TRƯỞNG</w:t>
      </w:r>
    </w:p>
    <w:p>
      <w:pPr>
        <w:jc w:val="both"/>
      </w:pPr>
      <w:r>
        <w:t>(Đã ký)</w:t>
      </w:r>
    </w:p>
    <w:p>
      <w:pPr>
        <w:jc w:val="both"/>
      </w:pPr>
      <w:r>
        <w:t>Lê Tấn Cận</w:t>
      </w:r>
    </w:p>
    <w:p>
      <w:r>
        <w:rPr>
          <w:i/>
        </w:rPr>
        <w:t>Nguồn: Cơ sở dữ liệu quốc gia về văn bản pháp luật (Bộ Tư pháp). VietSmart Legal, legal.giangpham.asia/van-ban/184476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