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Số: 55/2025/TT-BCT</w:t>
      </w:r>
    </w:p>
    <w:p>
      <w:pPr>
        <w:jc w:val="both"/>
      </w:pPr>
      <w:r>
        <w:t>CỘNG HÒA XÃ HỘI CHỦ NGHĨA VIỆT NAM</w:t>
      </w:r>
    </w:p>
    <w:p>
      <w:pPr>
        <w:jc w:val="both"/>
      </w:pPr>
      <w:r>
        <w:t>Độc lập - Tự do - Hạnh phúc</w:t>
      </w:r>
    </w:p>
    <w:p>
      <w:pPr>
        <w:jc w:val="both"/>
      </w:pPr>
      <w:r>
        <w:t>Hà Nội, ngày 28 tháng 11 năm 2025</w:t>
      </w:r>
    </w:p>
    <w:p>
      <w:pPr>
        <w:jc w:val="center"/>
      </w:pPr>
      <w:r>
        <w:rPr>
          <w:b/>
        </w:rPr>
        <w:t>THÔNG TƯ</w:t>
      </w:r>
    </w:p>
    <w:p>
      <w:pPr>
        <w:jc w:val="both"/>
      </w:pPr>
      <w:r>
        <w:t>Sửa đổi, bổ sung một số điều của Thông tư số 07/2019/TT-BCT</w:t>
      </w:r>
    </w:p>
    <w:p>
      <w:pPr>
        <w:jc w:val="both"/>
      </w:pPr>
      <w:r>
        <w:t>ngày 19 tháng 4 năm 2019 của Bộ trưởng Bộ Công Thương quy định về</w:t>
      </w:r>
    </w:p>
    <w:p>
      <w:pPr>
        <w:jc w:val="both"/>
      </w:pPr>
      <w:r>
        <w:t>xuất khẩu hàng dệt may sang Mê-hi-cô theo Hiệp định Đối tác Toàn diện</w:t>
      </w:r>
    </w:p>
    <w:p>
      <w:pPr>
        <w:jc w:val="both"/>
      </w:pPr>
      <w:r>
        <w:t>và Tiến bộ xuyên Thái Bình Dương</w:t>
      </w:r>
    </w:p>
    <w:p>
      <w:pPr>
        <w:jc w:val="both"/>
      </w:pPr>
      <w:r>
        <w:t>_______________</w:t>
      </w:r>
    </w:p>
    <w:p>
      <w:pPr>
        <w:jc w:val="both"/>
      </w:pPr>
      <w:r>
        <w:t>Căn cứ Luật Quản lý ngoại thương số 05/2017/QH14;</w:t>
      </w:r>
    </w:p>
    <w:p>
      <w:pPr>
        <w:jc w:val="both"/>
      </w:pPr>
      <w:r>
        <w:t>Căn cứ Nghị quyết số 72/2018/QH14 ngày 12 tháng 11 năm 2018 của Quốc hội về việc phê chuẩn Hiệp định Đối tác Toàn diện và Tiến bộ xuyên Thái Bình Dương và các văn kiện có liên quan;</w:t>
      </w:r>
    </w:p>
    <w:p>
      <w:pPr>
        <w:jc w:val="both"/>
      </w:pPr>
      <w:r>
        <w:t>Căn cứ Nghị định số 40/2025/NĐ-CP ngày 26 tháng 02 năm 2025 của Chính phủ quy định chức năng, nhiệm vụ, quyền hạn và cơ cấu tổ chức của Bộ Công Thương;</w:t>
      </w:r>
    </w:p>
    <w:p>
      <w:pPr>
        <w:jc w:val="both"/>
      </w:pPr>
      <w:r>
        <w:t>Căn cứ Nghị định số 69/2018/NĐ-CP ngày 15 tháng 5 năm 2018 của Chính phủ quy định chi tiết một số điều của Luật Quản lý ngoại thương;</w:t>
      </w:r>
    </w:p>
    <w:p>
      <w:pPr>
        <w:jc w:val="both"/>
      </w:pPr>
      <w:r>
        <w:t>Căn cứ Nghị định số 31/2018/NĐ-CP ngày 08 tháng 3 năm 2018 của Chính phủ quy định chi tiết Luật Quản lý ngoại thương về xuất xứ hàng hóa;</w:t>
      </w:r>
    </w:p>
    <w:p>
      <w:pPr>
        <w:jc w:val="both"/>
      </w:pPr>
      <w:r>
        <w:t>Theo đề nghị của Cục trưởng Cục Xuất nhập khẩu;</w:t>
      </w:r>
    </w:p>
    <w:p>
      <w:pPr>
        <w:jc w:val="both"/>
      </w:pPr>
      <w:r>
        <w:t>Bộ trưởng Bộ Công Thương ban hành Thông tư sửa đổi, bổ sung một số điều của Thông tư số 07/2019/TT-BCT ngày 19 tháng 4 năm 2019 của Bộ trưởng Bộ Công Thương quy định về xuất khẩu hàng dệt may sang Mê-hi-cô theo Hiệp định Đối tác Toàn diện và Tiến bộ xuyên Thái Bình Dương .</w:t>
      </w:r>
    </w:p>
    <w:p>
      <w:pPr>
        <w:jc w:val="both"/>
      </w:pPr>
      <w:r>
        <w:rPr>
          <w:b/>
        </w:rPr>
        <w:t>Điều 1. Sửa đổi, bổ sung và thay thế một số nội dung của Thông tư số 07/2019/TT-BCT ngày 19 tháng 4 năm 2019 của Bộ trưởng Bộ Công Thương quy định về xuất khẩu hàng dệt may sang Mê-hi-cô theo Hiệp định Đối tác Toàn diện và Tiến bộ xuyên Thái Bình Dương</w:t>
      </w:r>
    </w:p>
    <w:p>
      <w:pPr>
        <w:jc w:val="both"/>
      </w:pPr>
      <w:r>
        <w:t>1. Sửa đổi, bổ sung khoản 3 Điều 3 như sau:</w:t>
      </w:r>
    </w:p>
    <w:p>
      <w:pPr>
        <w:jc w:val="both"/>
      </w:pPr>
      <w:r>
        <w:t>“Bộ Công Thương công bố lượng hạn ngạch thuế quan của các năm tiếp theo trên cơ sở cam kết tại Thư song phương ngày 08 tháng 3 năm 2018 của Bộ trưởng Bộ Công Thương Việt Nam và Bộ trưởng Kinh tế Mê-hi-cô về Thương mại giữa Mê-hi-cô và Việt Nam đối với một số mặt hàng dệt may sử dụng nguồn cung thiếu hụt và đối với quần áo trẻ em”.</w:t>
      </w:r>
    </w:p>
    <w:p>
      <w:pPr>
        <w:jc w:val="both"/>
      </w:pPr>
      <w:r>
        <w:t>2. Sửa đổi, bổ sung khoản 1 Điều 4 như sau:</w:t>
      </w:r>
    </w:p>
    <w:p>
      <w:pPr>
        <w:jc w:val="both"/>
      </w:pPr>
      <w:r>
        <w:t>“Có Giấy chứng nhận xuất xứ hàng hóa mẫu CPTPP (Certificate of Origin form CPTPP) được cơ quan có thẩm quyền cấp theo mẫu quy định tại Phụ lục II ban hành kèm theo Thông tư số 06/2020/TT-BCT ngày 24 tháng 3 năm 2020 của Bộ trưởng Bộ Công Thương sửa đổi, bổ sung một số điều của Thông tư số 03/2019/TT-BCT ngày 22 tháng 01 năm 2019 của Bộ trưởng Bộ Công Thương quy định quy tắc xuất xứ hàng hóa trong Hiệp định Đối tác Toàn diện và Tiến bộ xuyên Thái Bình Dương”.</w:t>
      </w:r>
    </w:p>
    <w:p>
      <w:pPr>
        <w:jc w:val="both"/>
      </w:pPr>
      <w:r>
        <w:t>3. Sửa đổi, bổ sung điểm b khoản 3 Điều 4 như sau:</w:t>
      </w:r>
    </w:p>
    <w:p>
      <w:pPr>
        <w:jc w:val="both"/>
      </w:pPr>
      <w:r>
        <w:t>“ Hàng dệt may nằm ngoài hạn ngạch thuế quan tại số thứ tự 01, 02, 03 quy định tại Phụ lục I của Thông tư này đáp ứng quy tắc xuất xứ hàng hóa quy định tại Hiệp định CPTTP và Thông tư số 03/2019/TT-BCT ngày 22 tháng 01 năm 2019 của Bộ trưởng Bộ Công Thương quy định Quy tắc xuất xứ hàng hóa trong Hiệp định Đối tác T oàn diện và Tiến bộ xuyên Thái Bình Dương ( được sửa đổi, bổ sung bởi Thông tư số 06/ 2020/TT-BCT ngày 24 tháng 3 năm 2020 của Bộ trưởng Bộ Công Thương) được hưởng thuế suất thuế nhập khẩu của Mê-hi-cô theo CPTPP”.</w:t>
      </w:r>
    </w:p>
    <w:p>
      <w:pPr>
        <w:jc w:val="both"/>
      </w:pPr>
      <w:r>
        <w:t>4. Sửa đổi, bổ sung điểm c khoản 3 Điều 4 như sau:</w:t>
      </w:r>
    </w:p>
    <w:p>
      <w:pPr>
        <w:jc w:val="both"/>
      </w:pPr>
      <w:r>
        <w:t>Hàng dệt may theo hạn ngạch thuế quan tại số thứ tự 04 quy định tại Phụ lục I của Thông tư này đáp ứng quy tắc xuất xứ hàng hóa quy định tại Hiệp định CPTTP và Thông tư số 03/2019/TT-BCT ngày 22 tháng 01 năm 2019 của Bộ trưởng Bộ Công Thương quy định Quy tắc xuất xứ hàng hóa trong Hiệp định Đối tác Toàn diện và Tiến bộ xuyên Thái Bình Dương (được sửa đổi, bổ sung bởi Thông tư số 06/2020/TT-BCT ngày 24 tháng 3 năm 2020 của Bộ trưởng Bộ Công Thương) được hưởng thuế suất thuế nhập khẩu của Mê-hi-cô theo CPTPP.</w:t>
      </w:r>
    </w:p>
    <w:p>
      <w:pPr>
        <w:jc w:val="both"/>
      </w:pPr>
      <w:r>
        <w:t>5. Sửa đổi, bổ sung điểm d khoản 3 Điều 4 như sau:</w:t>
      </w:r>
    </w:p>
    <w:p>
      <w:pPr>
        <w:jc w:val="both"/>
      </w:pPr>
      <w:r>
        <w:t>“Hàng dệt may nằm ngoài hạn ngạch thuế quan tại số thứ tự 04 quy định tại Phụ lục I của Thông tư này đáp ứng quy tắc xuất xứ cụ thể mặt hàng quy định tại Điều 5 của Thông tư này được hưởng thuế suất thuế nhập khẩu của Mê-hi-cô theo CPTPP. Nội dung kê khai trên Giấy chứng nhận xuất xứ hàng hóa (C/O) mẫu CPTPP của Việt Nam đối với hàng dệt may theo quy định tại điểm này thực hiện theo quy định tại Phụ lục IV ban hành kèm theo Thông tư số 06/2020/TT-BCT ngày 24 tháng 3 năm 2020 của Bộ trưởng Bộ Công Thương sửa đổi, bổ sung một số điều của Thông tư số 03/2019/TT-BCT ngày 22 tháng 01 năm 2019 của Bộ trưởng Bộ Công Thương quy định Quy tắc xuất xứ hàng hóa trong Hiệp định Đối tác Toàn diện và Tiến bộ xuyên Thái Bình Dương”.</w:t>
      </w:r>
    </w:p>
    <w:p>
      <w:pPr>
        <w:jc w:val="both"/>
      </w:pPr>
      <w:r>
        <w:t>6. Thay thế Mẫu số 02 (Chứng thư xuất khẩu), Mẫu số 03 (Chứng thư xuất khẩu khai bổ sung) và Mẫu số 04 (Đăng ký thông tin thương nhân) Phụ lục III của Thông tư số 07/2019/TT-BCT bằng Mẫu số 02, Mẫu số 03 và Mẫu số 04 Phụ lục ban hành kèm theo Thông tư này.</w:t>
      </w:r>
    </w:p>
    <w:p>
      <w:pPr>
        <w:jc w:val="both"/>
      </w:pPr>
      <w:r>
        <w:rPr>
          <w:b/>
        </w:rPr>
        <w:t>Điều 2. Điều khoản thi hành</w:t>
      </w:r>
    </w:p>
    <w:p>
      <w:pPr>
        <w:jc w:val="both"/>
      </w:pPr>
      <w:r>
        <w:t>Thông tư này có hiệu lực thi hành kể từ ngày 13 tháng 01 năm 2026./.</w:t>
      </w:r>
    </w:p>
    <w:p>
      <w:pPr>
        <w:jc w:val="both"/>
      </w:pPr>
      <w:r>
        <w:t>KT. BỘ TRƯỞNG</w:t>
      </w:r>
    </w:p>
    <w:p>
      <w:pPr>
        <w:jc w:val="both"/>
      </w:pPr>
      <w:r>
        <w:t>THỨ TRƯỞNG</w:t>
      </w:r>
    </w:p>
    <w:p>
      <w:pPr>
        <w:jc w:val="both"/>
      </w:pPr>
      <w:r>
        <w:t>(đã ký)</w:t>
      </w:r>
    </w:p>
    <w:p>
      <w:pPr>
        <w:jc w:val="both"/>
      </w:pPr>
      <w:r>
        <w:t>Nguyễn Sinh Nhật Tân</w:t>
      </w:r>
    </w:p>
    <w:p>
      <w:r>
        <w:rPr>
          <w:i/>
        </w:rPr>
        <w:t>Nguồn: Cơ sở dữ liệu quốc gia về văn bản pháp luật (Bộ Tư pháp). VietSmart Legal, legal.giangpham.asia/van-ban/183983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