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41/2025/TT-BYT</w:t>
      </w:r>
    </w:p>
    <w:p>
      <w:pPr>
        <w:jc w:val="both"/>
      </w:pPr>
      <w:r>
        <w:t>Hà Nội, ngày 03 tháng 11 năm 2025</w:t>
      </w:r>
    </w:p>
    <w:p>
      <w:pPr>
        <w:jc w:val="center"/>
      </w:pPr>
      <w:r>
        <w:rPr>
          <w:b/>
        </w:rPr>
        <w:t>THÔNG TƯ</w:t>
      </w:r>
    </w:p>
    <w:p>
      <w:pPr>
        <w:jc w:val="both"/>
      </w:pPr>
      <w:r>
        <w:t>QUY ĐỊNH MÃ SỐ, TIÊU CHUẨN CHỨC DANH NGHỀ NGHIỆP BÁC SĨ, BÁC SĨ Y HỌC DỰ PHÒNG, Y SĨ</w:t>
      </w:r>
    </w:p>
    <w:p>
      <w:pPr>
        <w:jc w:val="both"/>
      </w:pPr>
      <w:r>
        <w:t>Căn cứ Nghị định số 115/2020/NĐ-CP ngày 25 tháng 9 năm 2020 của Chính phủ về tuyển dụng, sử dụng và quản lý viên chức; Nghị định số 85/2023/NĐ-CP ngày 07 tháng 12 năm 2023 của Chính phủ sửa đổi, bổ sung một số điều của Nghị định số 115/2020/NĐ-CP ngày 25 tháng 9 năm 2020 của Chính phủ về tuyển dụng, sử dụng và quản lý viên chức;</w:t>
      </w:r>
    </w:p>
    <w:p>
      <w:pPr>
        <w:jc w:val="both"/>
      </w:pPr>
      <w:r>
        <w:t>Căn cứ Nghị định số 96/2023/NĐ-CP ngày 30 tháng 12 năm 2023 của Chính phủ quy định chi tiết một số điều của Luật Khám bệnh, chữa bệnh;</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Vụ trưởng Vụ Tổ chức cán bộ;</w:t>
      </w:r>
    </w:p>
    <w:p>
      <w:pPr>
        <w:jc w:val="both"/>
      </w:pPr>
      <w:r>
        <w:t>Bộ trưởng Bộ Y tế ban hành Thông tư quy định mã số, tiêu chuẩn chức danh nghề nghiệp bác sĩ, bác sĩ y học dự phòng, y sĩ.</w:t>
      </w:r>
    </w:p>
    <w:p>
      <w:pPr>
        <w:jc w:val="center"/>
      </w:pPr>
      <w:r>
        <w:rPr>
          <w:b/>
        </w:rPr>
        <w:t>Chương I</w:t>
      </w:r>
    </w:p>
    <w:p>
      <w:pPr>
        <w:jc w:val="both"/>
      </w:pPr>
      <w:r>
        <w:t>QUY ĐỊNH CHUNG</w:t>
      </w:r>
    </w:p>
    <w:p>
      <w:pPr>
        <w:jc w:val="both"/>
      </w:pPr>
      <w:r>
        <w:rPr>
          <w:b/>
        </w:rPr>
        <w:t>Điều 1. Phạm vi điều chỉnh</w:t>
      </w:r>
    </w:p>
    <w:p>
      <w:pPr>
        <w:jc w:val="both"/>
      </w:pPr>
      <w:r>
        <w:t>Thông tư này quy định mã số, tiêu chuẩn chức danh nghề nghiệp bác sĩ, bác sĩ y học dự phòng, y sĩ.</w:t>
      </w:r>
    </w:p>
    <w:p>
      <w:pPr>
        <w:jc w:val="both"/>
      </w:pPr>
      <w:r>
        <w:rPr>
          <w:b/>
        </w:rPr>
        <w:t>Điều 2. Mã số chức danh nghề nghiệp bác sĩ, bác sĩ y học dự phòng, y sĩ</w:t>
      </w:r>
    </w:p>
    <w:p>
      <w:pPr>
        <w:jc w:val="both"/>
      </w:pPr>
      <w:r>
        <w:t>1. Nhóm chức danh bác sĩ, bao gồm:</w:t>
      </w:r>
    </w:p>
    <w:p>
      <w:pPr>
        <w:jc w:val="both"/>
      </w:pPr>
      <w:r>
        <w:t>a) Bác sĩ cao cấp (hạng I), mã số: V.08.01.01;</w:t>
      </w:r>
    </w:p>
    <w:p>
      <w:pPr>
        <w:jc w:val="both"/>
      </w:pPr>
      <w:r>
        <w:t>b) Bác sĩ chính (hạng II), mã số: V.08.01.02;</w:t>
      </w:r>
    </w:p>
    <w:p>
      <w:pPr>
        <w:jc w:val="both"/>
      </w:pPr>
      <w:r>
        <w:t>c) Bác sĩ (hạng III), mã số: V.08.01.03.</w:t>
      </w:r>
    </w:p>
    <w:p>
      <w:pPr>
        <w:jc w:val="both"/>
      </w:pPr>
      <w:r>
        <w:t>2. Nhóm chức danh bác sĩ y học dự phòng, bao gồm:</w:t>
      </w:r>
    </w:p>
    <w:p>
      <w:pPr>
        <w:jc w:val="both"/>
      </w:pPr>
      <w:r>
        <w:t>a) Bác sĩ y học dự phòng cao cấp (hạng I), mã số: V.08.02.04;</w:t>
      </w:r>
    </w:p>
    <w:p>
      <w:pPr>
        <w:jc w:val="both"/>
      </w:pPr>
      <w:r>
        <w:t>b) Bác sĩ y học dự phòng chính (hạng II), mã số: V.08.02.05;</w:t>
      </w:r>
    </w:p>
    <w:p>
      <w:pPr>
        <w:jc w:val="both"/>
      </w:pPr>
      <w:r>
        <w:t>c) Bác sĩ y học dự phòng (hạng III), mã số: V.08.02.06.</w:t>
      </w:r>
    </w:p>
    <w:p>
      <w:pPr>
        <w:jc w:val="both"/>
      </w:pPr>
      <w:r>
        <w:t>3. Chức danh y sĩ hạng IV, mã số: V.08.03.07.</w:t>
      </w:r>
    </w:p>
    <w:p>
      <w:pPr>
        <w:jc w:val="both"/>
      </w:pPr>
      <w:r>
        <w:rPr>
          <w:b/>
        </w:rPr>
        <w:t>Điều 3. Tiêu chuẩn đạo đức nghề nghiệp</w:t>
      </w:r>
    </w:p>
    <w:p>
      <w:pPr>
        <w:jc w:val="both"/>
      </w:pPr>
      <w:r>
        <w:t>1. Tận tụy phục vụ sự nghiệp chăm sóc, bảo vệ và nâng cao sức khỏe nhân dân.</w:t>
      </w:r>
    </w:p>
    <w:p>
      <w:pPr>
        <w:jc w:val="both"/>
      </w:pPr>
      <w:r>
        <w:t>2. Hiểu biết và thực hiện đúng quy tắc ứng xử của viên chức ngành y tế.</w:t>
      </w:r>
    </w:p>
    <w:p>
      <w:pPr>
        <w:jc w:val="both"/>
      </w:pPr>
      <w:r>
        <w:t>3. Thực hành nghề nghiệp đúng quy chế, quy định, quy trình chuyên môn kỹ thuật và các quy định khác của pháp luật.</w:t>
      </w:r>
    </w:p>
    <w:p>
      <w:pPr>
        <w:jc w:val="both"/>
      </w:pPr>
      <w:r>
        <w:t>4. Không ngừng học tập nâng cao trình độ, năng lực về chính trị và chuyên môn nghiệp vụ.</w:t>
      </w:r>
    </w:p>
    <w:p>
      <w:pPr>
        <w:jc w:val="both"/>
      </w:pPr>
      <w:r>
        <w:t>5. Trung thực, khách quan, công bằng, trách nhiệm, đoàn kết, tôn trọng và hợp tác với đồng nghiệp trong thực hiện chức trách, nhiệm vụ được giao.</w:t>
      </w:r>
    </w:p>
    <w:p>
      <w:pPr>
        <w:jc w:val="center"/>
      </w:pPr>
      <w:r>
        <w:rPr>
          <w:b/>
        </w:rPr>
        <w:t>Chương II</w:t>
      </w:r>
    </w:p>
    <w:p>
      <w:pPr>
        <w:jc w:val="both"/>
      </w:pPr>
      <w:r>
        <w:t>CHỨC DANH BÁC SĨ</w:t>
      </w:r>
    </w:p>
    <w:p>
      <w:pPr>
        <w:jc w:val="both"/>
      </w:pPr>
      <w:r>
        <w:rPr>
          <w:b/>
        </w:rPr>
        <w:t>Điều 4. Bác sĩ cao cấp (hạng I) - Mã số: V.08.01.01</w:t>
      </w:r>
    </w:p>
    <w:p>
      <w:pPr>
        <w:jc w:val="both"/>
      </w:pPr>
      <w:r>
        <w:t>1. Nhiệm vụ:</w:t>
      </w:r>
    </w:p>
    <w:p>
      <w:pPr>
        <w:jc w:val="both"/>
      </w:pPr>
      <w:r>
        <w:t>a) Khám bệnh, chữa bệnh:</w:t>
      </w:r>
    </w:p>
    <w:p>
      <w:pPr>
        <w:jc w:val="both"/>
      </w:pPr>
      <w:r>
        <w:t>- Chủ trì, tổ chức thực hiện khám bệnh, chữa bệnh của người hành nghề chức danh bác sĩ phù hợp với phạm vi hoạt động chuyên môn được giao;</w:t>
      </w:r>
    </w:p>
    <w:p>
      <w:pPr>
        <w:jc w:val="both"/>
      </w:pPr>
      <w:r>
        <w:t>- Chủ trì tổ chức hoạt động cấp cứu tại cơ sở khám bệnh, chữa bệnh và cấp cứu ngoại viện theo quy định của pháp luật;</w:t>
      </w:r>
    </w:p>
    <w:p>
      <w:pPr>
        <w:jc w:val="both"/>
      </w:pPr>
      <w:r>
        <w:t>- Chủ trì hội chẩn chuyên môn thuộc lĩnh vực được giao;</w:t>
      </w:r>
    </w:p>
    <w:p>
      <w:pPr>
        <w:jc w:val="both"/>
      </w:pPr>
      <w:r>
        <w:t>- Chủ trì giám sát, kiểm tra, đánh giá, cải tiến chất lượng khám bệnh, chữa bệnh trong phạm vi chuyên môn được giao;</w:t>
      </w:r>
    </w:p>
    <w:p>
      <w:pPr>
        <w:jc w:val="both"/>
      </w:pPr>
      <w:r>
        <w:t>- Xây dựng hệ thống phát hiện và báo cáo sai sót kỹ thuật trong phạm vi chuyên môn được giao.</w:t>
      </w:r>
    </w:p>
    <w:p>
      <w:pPr>
        <w:jc w:val="both"/>
      </w:pPr>
      <w:r>
        <w:t>b) Thông tin, truyền thông, giáo dục sức khỏe:</w:t>
      </w:r>
    </w:p>
    <w:p>
      <w:pPr>
        <w:jc w:val="both"/>
      </w:pPr>
      <w:r>
        <w:t>- Chủ trì lập kế hoạch, tổ chức thực hiện, đánh giá và điều chỉnh kế hoạch tư vấn, truyền thông, giáo dục sức khỏe dựa vào mục tiêu và nhu cầu thực tế;</w:t>
      </w:r>
    </w:p>
    <w:p>
      <w:pPr>
        <w:jc w:val="both"/>
      </w:pPr>
      <w:r>
        <w:t>- Biên soạn, chủ trì tổ chức biên soạn nội dung thông tin, truyền thông, giáo dục sức khỏe.</w:t>
      </w:r>
    </w:p>
    <w:p>
      <w:pPr>
        <w:jc w:val="both"/>
      </w:pPr>
      <w:r>
        <w:t>c) Chủ trì tổ chức thực hiện tư vấn cho người bệnh hoặc gia đình người bệnh lựa chọn dịch vụ y tế phù hợp;</w:t>
      </w:r>
    </w:p>
    <w:p>
      <w:pPr>
        <w:jc w:val="both"/>
      </w:pPr>
      <w:r>
        <w:t>d) Tham gia giám định y khoa, giám định pháp y, giám định pháp y tâm thần hoặc lĩnh vực liên quan theo quy định của pháp luật;</w:t>
      </w:r>
    </w:p>
    <w:p>
      <w:pPr>
        <w:jc w:val="both"/>
      </w:pPr>
      <w:r>
        <w:t>đ) Chủ trì thực hiện công tác hướng dẫn chuyên môn, kỹ thuật và triển khai phòng, chống dịch bệnh khi được giao;</w:t>
      </w:r>
    </w:p>
    <w:p>
      <w:pPr>
        <w:jc w:val="both"/>
      </w:pPr>
      <w:r>
        <w:t>e) Chủ trì tổ chức thực hiện quản lý, vận hành, phát hiện và báo cáo sự cố thiết bị y tế phục vụ chẩn đoán, can thiệp, điều trị, cấp cứu trong phạm vi chuyên môn được giao;</w:t>
      </w:r>
    </w:p>
    <w:p>
      <w:pPr>
        <w:jc w:val="both"/>
      </w:pPr>
      <w:r>
        <w:t>g) Đào tạo và nghiên cứu khoa học:</w:t>
      </w:r>
    </w:p>
    <w:p>
      <w:pPr>
        <w:jc w:val="both"/>
      </w:pPr>
      <w:r>
        <w:t>- Chủ trì biên soạn tài liệu chuyên môn; xây dựng quy trình kỹ thuật chuyên môn thuộc lĩnh vực được giao; các giải pháp nhằm nâng cao chất lượng khám bệnh, chữa bệnh áp dụng trong phạm vi cả nước;</w:t>
      </w:r>
    </w:p>
    <w:p>
      <w:pPr>
        <w:jc w:val="both"/>
      </w:pPr>
      <w:r>
        <w:t>- Chủ trì, tổ chức đào tạo, bồi dưỡng và chịu trách nhiệm về nội dung chuyên môn kỹ thuật phù hợp với trình độ và phạm vi chuyên môn đối với viên chức, người học; tham gia hướng dẫn, đào tạo hoặc nâng cao trình độ chuyên môn, kỹ thuật cho người học khi có yêu cầu;</w:t>
      </w:r>
    </w:p>
    <w:p>
      <w:pPr>
        <w:jc w:val="both"/>
      </w:pPr>
      <w:r>
        <w:t>- Chủ trì, tham gia nghiên cứu khoa học cấp Nhà nước, cấp bộ, cấp tỉnh;</w:t>
      </w:r>
    </w:p>
    <w:p>
      <w:pPr>
        <w:jc w:val="both"/>
      </w:pPr>
      <w:r>
        <w:t>- Nghiên cứu đề xuất hoặc tham gia xây dựng chiến lược, chính sách, kế hoạch phát triển về công tác chăm sóc, bảo vệ và nâng cao sức khỏe nhân dân của ngành, lĩnh vực, địa phương.</w:t>
      </w:r>
    </w:p>
    <w:p>
      <w:pPr>
        <w:jc w:val="both"/>
      </w:pPr>
      <w:r>
        <w:t>2. Tiêu chuẩn về trình độ đào tạo, bồi dưỡng:</w:t>
      </w:r>
    </w:p>
    <w:p>
      <w:pPr>
        <w:jc w:val="both"/>
      </w:pPr>
      <w:r>
        <w:t>a) Tốt nghiệp bác sĩ chuyên khoa cấp II hoặc tiến sĩ nhóm ngành Y học (trừ ngành y học dự phòng và ngành dịch tễ học); tiến sĩ ngành Răng - Hàm - Mặt;</w:t>
      </w:r>
    </w:p>
    <w:p>
      <w:pPr>
        <w:jc w:val="both"/>
      </w:pPr>
      <w:r>
        <w:t>b) Có chứng chỉ bồi dưỡng theo tiêu chuẩn chức danh nghề nghiệp bác sĩ hoặc có giấy phép (chứng chỉ) hành nghề khám bệnh, chữa bệnh.</w:t>
      </w:r>
    </w:p>
    <w:p>
      <w:pPr>
        <w:jc w:val="both"/>
      </w:pPr>
      <w:r>
        <w:t>3. Tiêu chuẩn năng lực, chuyên môn nghiệp vụ:</w:t>
      </w:r>
    </w:p>
    <w:p>
      <w:pPr>
        <w:jc w:val="both"/>
      </w:pPr>
      <w:r>
        <w:t>a) Hiểu biết quan điểm, chủ trương đường lối của Đảng, chính sách, pháp luật của Nhà nước về công tác bảo vệ, chăm sóc và nâng cao sức khỏe nhân dân; nắm được định hướng phát triển chuyên môn kỹ thuật chuyên ngành trong nước và quốc tế;</w:t>
      </w:r>
    </w:p>
    <w:p>
      <w:pPr>
        <w:jc w:val="both"/>
      </w:pPr>
      <w:r>
        <w:t>b) Có kiến thức và năng lực áp dụng phương pháp tiên tiến, kỹ thuật cao trong chẩn đoán, điều trị và chăm sóc người bệnh thuộc lĩnh vực chuyên khoa;</w:t>
      </w:r>
    </w:p>
    <w:p>
      <w:pPr>
        <w:jc w:val="both"/>
      </w:pPr>
      <w:r>
        <w:t>c) Có năng lực đánh giá các quy trình, kỹ thuật thuộc lĩnh vực chuyên môn và đề xuất giải pháp; đánh giá kết quả biện pháp can thiệp dựa vào bằng chứng;</w:t>
      </w:r>
    </w:p>
    <w:p>
      <w:pPr>
        <w:jc w:val="both"/>
      </w:pPr>
      <w:r>
        <w:t>d) Có năng lực nghiên cứu, tổng kết thực tiễn và đề xuất giải pháp hoặc tham gia xây dựng chiến lược, chính sách, kế hoạch phát triển của ngành, lĩnh vực;</w:t>
      </w:r>
    </w:p>
    <w:p>
      <w:pPr>
        <w:jc w:val="both"/>
      </w:pPr>
      <w:r>
        <w:t>đ) Có năng lực chủ trì tổ chức thực hiện danh mục kỹ thuật chuyên môn khám bệnh, chữa bệnh của người hành nghề chức danh bác sĩ;</w:t>
      </w:r>
    </w:p>
    <w:p>
      <w:pPr>
        <w:jc w:val="both"/>
      </w:pPr>
      <w:r>
        <w:t>e) Có năng lực chủ trì, tham gia thực hiện nhiệm vụ khoa học và công nghệ;</w:t>
      </w:r>
    </w:p>
    <w:p>
      <w:pPr>
        <w:jc w:val="both"/>
      </w:pPr>
      <w:r>
        <w:t>g)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bác sĩ chính (hạng II) lên chức danh bác sĩ cao cấp (hạng I) phải có thời gian giữ chức danh bác sĩ chính (hạng II) hoặc tương đương tối thiểu là 06 năm. Trường hợp có thời gian giữ chức danh nghề nghiệp tương đương thì phải có ít nhất 01 năm (đủ 12 tháng) giữ chức danh bác sĩ chính (hạng II) tính đến ngày hết thời hạn nộp hồ sơ đăng ký dự xét thăng hạng.</w:t>
      </w:r>
    </w:p>
    <w:p>
      <w:pPr>
        <w:jc w:val="both"/>
      </w:pPr>
      <w:r>
        <w:rPr>
          <w:b/>
        </w:rPr>
        <w:t>Điều 5. Bác sĩ chính (hạng II) - Mã số: V.08.01.02</w:t>
      </w:r>
    </w:p>
    <w:p>
      <w:pPr>
        <w:jc w:val="both"/>
      </w:pPr>
      <w:r>
        <w:t>1. Nhiệm vụ:</w:t>
      </w:r>
    </w:p>
    <w:p>
      <w:pPr>
        <w:jc w:val="both"/>
      </w:pPr>
      <w:r>
        <w:t>a) Khám bệnh, chữa bệnh:</w:t>
      </w:r>
    </w:p>
    <w:p>
      <w:pPr>
        <w:jc w:val="both"/>
      </w:pPr>
      <w:r>
        <w:t>- Tổ chức thực hiện khám bệnh, chữa bệnh của người hành nghề chức danh bác sĩ phù hợp với phạm vi hoạt động chuyên môn được giao;</w:t>
      </w:r>
    </w:p>
    <w:p>
      <w:pPr>
        <w:jc w:val="both"/>
      </w:pPr>
      <w:r>
        <w:t>- Tổ chức hoạt động cấp cứu tại cơ sở khám bệnh, chữa bệnh và cấp cứu ngoại viện theo quy định của pháp luật;</w:t>
      </w:r>
    </w:p>
    <w:p>
      <w:pPr>
        <w:jc w:val="both"/>
      </w:pPr>
      <w:r>
        <w:t>- Phát hiện và báo cáo sai sót chuyên môn kỹ thuật trong phạm vi chuyên môn được giao;</w:t>
      </w:r>
    </w:p>
    <w:p>
      <w:pPr>
        <w:jc w:val="both"/>
      </w:pPr>
      <w:r>
        <w:t>- Giám sát, kiểm tra, đánh giá, cải tiến chất lượng khám bệnh, chữa bệnh trong phạm vi chuyên môn được giao.</w:t>
      </w:r>
    </w:p>
    <w:p>
      <w:pPr>
        <w:jc w:val="both"/>
      </w:pPr>
      <w:r>
        <w:t>b) Thông tin, truyền thông, giáo dục sức khỏe:</w:t>
      </w:r>
    </w:p>
    <w:p>
      <w:pPr>
        <w:jc w:val="both"/>
      </w:pPr>
      <w:r>
        <w:t>- Tổ chức lập kế hoạch, thực hiện, đánh giá và điều chỉnh kế hoạch tư vấn, truyền thông, giáo dục sức khỏe dựa vào mục tiêu và nhu cầu thực tế;</w:t>
      </w:r>
    </w:p>
    <w:p>
      <w:pPr>
        <w:jc w:val="both"/>
      </w:pPr>
      <w:r>
        <w:t>- Đề xuất các biện pháp quản lý sức khỏe trong phạm vi được giao.</w:t>
      </w:r>
    </w:p>
    <w:p>
      <w:pPr>
        <w:jc w:val="both"/>
      </w:pPr>
      <w:r>
        <w:t>c) Tổ chức, thực hiện tư vấn cho người bệnh hoặc gia đình người bệnh lựa chọn dịch vụ y tế phù hợp;</w:t>
      </w:r>
    </w:p>
    <w:p>
      <w:pPr>
        <w:jc w:val="both"/>
      </w:pPr>
      <w:r>
        <w:t>d) Tổ chức quản lý, vận hành, phát hiện và báo cáo sự cố thiết bị y tế phục vụ chẩn đoán, can thiệp, điều trị, cấp cứu trong phạm vi được giao;</w:t>
      </w:r>
    </w:p>
    <w:p>
      <w:pPr>
        <w:jc w:val="both"/>
      </w:pPr>
      <w:r>
        <w:t>đ) Tham gia giám định y khoa, giám định pháp y, giám định pháp y tâm thần hoặc lĩnh vực liên quan theo quy định của pháp luật;</w:t>
      </w:r>
    </w:p>
    <w:p>
      <w:pPr>
        <w:jc w:val="both"/>
      </w:pPr>
      <w:r>
        <w:t>e) Tổ chức hướng dẫn chuyên môn, kỹ thuật về khám bệnh, chữa bệnh; triển khai phòng, chống dịch bệnh khi được giao;</w:t>
      </w:r>
    </w:p>
    <w:p>
      <w:pPr>
        <w:jc w:val="both"/>
      </w:pPr>
      <w:r>
        <w:t>g) Đào tạo và nghiên cứu khoa học:</w:t>
      </w:r>
    </w:p>
    <w:p>
      <w:pPr>
        <w:jc w:val="both"/>
      </w:pPr>
      <w:r>
        <w:t>- Tổ chức biên soạn tài liệu chuyên môn; xây dựng quy chế, quy trình kỹ thuật chuyên môn thuộc lĩnh vực được giao; đề xuất các giải pháp nhằm nâng cao chất lượng khám bệnh, chữa bệnh;</w:t>
      </w:r>
    </w:p>
    <w:p>
      <w:pPr>
        <w:jc w:val="both"/>
      </w:pPr>
      <w:r>
        <w:t>- Tổ chức đào tạo, bồi dưỡng, chịu trách nhiệm về nội dung chuyên môn kỹ thuật phù hợp với trình độ và phạm vi chuyên môn đối với viên chức, người học;</w:t>
      </w:r>
    </w:p>
    <w:p>
      <w:pPr>
        <w:jc w:val="both"/>
      </w:pPr>
      <w:r>
        <w:t>- Chủ trì, tham gia nghiên cứu khoa học cấp Nhà nước, cấp bộ, cấp tỉnh, cấp cơ sở;</w:t>
      </w:r>
    </w:p>
    <w:p>
      <w:pPr>
        <w:jc w:val="both"/>
      </w:pPr>
      <w:r>
        <w:t>- Tham gia nghiên cứu, cung cấp bằng chứng xây dựng chính sách, kế hoạch phát triển về công tác chăm sóc, bảo vệ và nâng cao sức khỏe nhân dân của ngành, lĩnh vực, địa phương.</w:t>
      </w:r>
    </w:p>
    <w:p>
      <w:pPr>
        <w:jc w:val="both"/>
      </w:pPr>
      <w:r>
        <w:t>2. Tiêu chuẩn về trình độ đào tạo, bồi dưỡng:</w:t>
      </w:r>
    </w:p>
    <w:p>
      <w:pPr>
        <w:jc w:val="both"/>
      </w:pPr>
      <w:r>
        <w:t>a) Tốt nghiệp bác sĩ chuyên khoa cấp I hoặc thạc sĩ nhóm ngành Y học (trừ ngành y học dự phòng và ngành dịch tễ học); thạc sĩ ngành Răng - Hàm - Mặt;</w:t>
      </w:r>
    </w:p>
    <w:p>
      <w:pPr>
        <w:jc w:val="both"/>
      </w:pPr>
      <w:r>
        <w:t>b) Có chứng chỉ bồi dưỡng theo tiêu chuẩn chức danh nghề nghiệp bác sĩ hoặc có giấy phép (chứng chỉ) hành nghề khám bệnh, chữa bệnh.</w:t>
      </w:r>
    </w:p>
    <w:p>
      <w:pPr>
        <w:jc w:val="both"/>
      </w:pPr>
      <w:r>
        <w:t>3. Tiêu chuẩn năng lực, chuyên môn nghiệp vụ:</w:t>
      </w:r>
    </w:p>
    <w:p>
      <w:pPr>
        <w:jc w:val="both"/>
      </w:pPr>
      <w:r>
        <w:t>a) Hiểu biết quan điểm, chủ trương đường lối của Đảng, chính sách, pháp luật của Nhà nước về công tác bảo vệ, chăm sóc và nâng cao sức khỏe nhân dân; nắm được định hướng phát triển chuyên môn kỹ thuật chuyên ngành;</w:t>
      </w:r>
    </w:p>
    <w:p>
      <w:pPr>
        <w:jc w:val="both"/>
      </w:pPr>
      <w:r>
        <w:t>b) Có kỹ năng chẩn đoán, xử trí, theo dõi và cấp cứu chuyên khoa;</w:t>
      </w:r>
    </w:p>
    <w:p>
      <w:pPr>
        <w:jc w:val="both"/>
      </w:pPr>
      <w:r>
        <w:t>c) Tổ chức, thực hiện tư vấn, giáo dục sức khỏe, chăm sóc, bảo vệ và nâng cao sức khỏe nhân dân;</w:t>
      </w:r>
    </w:p>
    <w:p>
      <w:pPr>
        <w:jc w:val="both"/>
      </w:pPr>
      <w:r>
        <w:t>d) Có năng lực tập hợp các nguồn lực để thực hiện nhiệm vụ;</w:t>
      </w:r>
    </w:p>
    <w:p>
      <w:pPr>
        <w:jc w:val="both"/>
      </w:pPr>
      <w:r>
        <w:t>đ) Có năng lực chủ trì hoặc tham gia thực hiện nhiệm vụ khoa học và công nghệ các cấp;</w:t>
      </w:r>
    </w:p>
    <w:p>
      <w:pPr>
        <w:jc w:val="both"/>
      </w:pPr>
      <w:r>
        <w:t>e)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bác sĩ (hạng III) lên chức danh bác sĩ chính (hạng II) phải có thời gian giữ chức danh bác sĩ (hạng III) hoặc tương đương tối thiểu là 09 năm đối với người có bằng tốt nghiệp bác sĩ chuyên khoa cấp I hoặc thạc sĩ nhóm ngành Y học (trừ ngành y học dự phòng và ngành dịch tễ học), bác sĩ chuyên khoa cấp I hoặc thạc sĩ ngành Răng - Hàm - Mặt; tối thiểu 06 năm đối với người có bằng tốt nghiệp bác sĩ chuyên khoa cấp II hoặc tiến sĩ nhóm ngành Y học (trừ ngành y học dự phòng), bác sĩ chuyên khoa cấp II hoặc tiến sĩ ngành Răng - Hàm - Mặt hoặc có bằng tốt nghiệp bác sĩ nội trú. Trường hợp có thời gian giữ chức danh nghề nghiệp tương đương thì phải có ít nhất 01 năm (đủ 12 tháng) giữ chức danh bác sĩ (hạng III) tính đến ngày hết thời hạn nộp hồ sơ đăng ký dự xét thăng hạng.</w:t>
      </w:r>
    </w:p>
    <w:p>
      <w:pPr>
        <w:jc w:val="both"/>
      </w:pPr>
      <w:r>
        <w:rPr>
          <w:b/>
        </w:rPr>
        <w:t>Điều 6. Bác sĩ (hạng III) - Mã số: V.08.01.03</w:t>
      </w:r>
    </w:p>
    <w:p>
      <w:pPr>
        <w:jc w:val="both"/>
      </w:pPr>
      <w:r>
        <w:t>1. Nhiệm vụ:</w:t>
      </w:r>
    </w:p>
    <w:p>
      <w:pPr>
        <w:jc w:val="both"/>
      </w:pPr>
      <w:r>
        <w:t>a) Khám bệnh, chữa bệnh:</w:t>
      </w:r>
    </w:p>
    <w:p>
      <w:pPr>
        <w:jc w:val="both"/>
      </w:pPr>
      <w:r>
        <w:t>- Thực hiện nhiệm vụ khám bệnh, chữa bệnh của người hành nghề chức danh bác sĩ phù hợp với phạm vi hoạt động chuyên môn được giao;</w:t>
      </w:r>
    </w:p>
    <w:p>
      <w:pPr>
        <w:jc w:val="both"/>
      </w:pPr>
      <w:r>
        <w:t>- Xử trí cấp cứu tại cơ sở khám bệnh, chữa bệnh và cấp cứu ngoại viện theo quy định của pháp luật;</w:t>
      </w:r>
    </w:p>
    <w:p>
      <w:pPr>
        <w:jc w:val="both"/>
      </w:pPr>
      <w:r>
        <w:t>- Tham gia hội chẩn chuyên môn;</w:t>
      </w:r>
    </w:p>
    <w:p>
      <w:pPr>
        <w:jc w:val="both"/>
      </w:pPr>
      <w:r>
        <w:t>- Quản lý và cải tiến chất lượng khám, chữa bệnh: phát hiện và báo cáo sai sót chuyên môn kỹ thuật, tham gia giám sát, kiểm tra, đánh giá chất lượng khám bệnh, chữa bệnh trong phạm vi chuyên môn được giao.</w:t>
      </w:r>
    </w:p>
    <w:p>
      <w:pPr>
        <w:jc w:val="both"/>
      </w:pPr>
      <w:r>
        <w:t>b) Thông tin, truyền thông, giáo dục sức khỏe:</w:t>
      </w:r>
    </w:p>
    <w:p>
      <w:pPr>
        <w:jc w:val="both"/>
      </w:pPr>
      <w:r>
        <w:t>- Xác định nhu cầu và những nội dung cần hướng dẫn, giáo dục sức khỏe;</w:t>
      </w:r>
    </w:p>
    <w:p>
      <w:pPr>
        <w:jc w:val="both"/>
      </w:pPr>
      <w:r>
        <w:t>- Thực hiện tư vấn, truyền thông, giáo dục sức khỏe; đánh giá hoạt động tư vấn, truyền thông, giáo dục sức khỏe;</w:t>
      </w:r>
    </w:p>
    <w:p>
      <w:pPr>
        <w:jc w:val="both"/>
      </w:pPr>
      <w:r>
        <w:t>- Đề xuất biện pháp quản lý sức khỏe trong phạm vi được giao.</w:t>
      </w:r>
    </w:p>
    <w:p>
      <w:pPr>
        <w:jc w:val="both"/>
      </w:pPr>
      <w:r>
        <w:t>c) Tư vấn cho người bệnh hoặc gia đình người bệnh lựa chọn các dịch vụ y tế phù hợp;</w:t>
      </w:r>
    </w:p>
    <w:p>
      <w:pPr>
        <w:jc w:val="both"/>
      </w:pPr>
      <w:r>
        <w:t>d) Thực hiện vận hành, sử dụng và báo cáo sự cố thiết bị y tế phục vụ chẩn đoán, can thiệp, điều trị, cấp cứu trong phạm vi được giao;</w:t>
      </w:r>
    </w:p>
    <w:p>
      <w:pPr>
        <w:jc w:val="both"/>
      </w:pPr>
      <w:r>
        <w:t>đ) Tham gia giám định y khoa, giám định pháp y, giám định pháp y tâm thần hoặc lĩnh vực liên quan theo quy định của pháp luật;</w:t>
      </w:r>
    </w:p>
    <w:p>
      <w:pPr>
        <w:jc w:val="both"/>
      </w:pPr>
      <w:r>
        <w:t>e) Tham gia hướng dẫn chuyên môn, kỹ thuật và triển khai phòng, chống dịch bệnh khi được giao;</w:t>
      </w:r>
    </w:p>
    <w:p>
      <w:pPr>
        <w:jc w:val="both"/>
      </w:pPr>
      <w:r>
        <w:t>g) Đào tạo và nghiên cứu khoa học:</w:t>
      </w:r>
    </w:p>
    <w:p>
      <w:pPr>
        <w:jc w:val="both"/>
      </w:pPr>
      <w:r>
        <w:t>- Tham gia biên soạn tài liệu chuyên môn; tham gia xây dựng quy chế, quy trình kỹ thuật chuyên môn thuộc lĩnh vực được giao; các giải pháp nhằm nâng cao chất lượng khám bệnh, chữa bệnh;</w:t>
      </w:r>
    </w:p>
    <w:p>
      <w:pPr>
        <w:jc w:val="both"/>
      </w:pPr>
      <w:r>
        <w:t>- Tham gia đào tạo, bồi dưỡng về lĩnh vực được giao phù hợp với trình độ và phạm vi chuyên môn đối với viên chức, người học;</w:t>
      </w:r>
    </w:p>
    <w:p>
      <w:pPr>
        <w:jc w:val="both"/>
      </w:pPr>
      <w:r>
        <w:t>- Chủ trì, tham gia nghiên cứu khoa học cấp bộ, cấp tỉnh, cấp cơ sở.</w:t>
      </w:r>
    </w:p>
    <w:p>
      <w:pPr>
        <w:jc w:val="both"/>
      </w:pPr>
      <w:r>
        <w:t>2. Tiêu chuẩn về trình độ đào tạo, bồi dưỡng:</w:t>
      </w:r>
    </w:p>
    <w:p>
      <w:pPr>
        <w:jc w:val="both"/>
      </w:pPr>
      <w:r>
        <w:t>a) Tốt nghiệp bác sĩ nhóm ngành Y học (trừ ngành y học dự phòng); bác sĩ ngành Răng - Hàm - Mặt;</w:t>
      </w:r>
    </w:p>
    <w:p>
      <w:pPr>
        <w:jc w:val="both"/>
      </w:pPr>
      <w:r>
        <w:t>b) Có chứng chỉ bồi dưỡng theo tiêu chuẩn chức danh nghề nghiệp bác sĩ hoặc có giấy phép (chứng chỉ) hành nghề khám bệnh, chữa bệnh;</w:t>
      </w:r>
    </w:p>
    <w:p>
      <w:pPr>
        <w:jc w:val="both"/>
      </w:pPr>
      <w:r>
        <w:t>c) Trường hợp tốt nghiệp cử nhân y khoa do cơ sở giáo dục nước ngoài cấp được Bộ Giáo dục và Đào tạo công nhận trình độ đại học phải được cấp giấy phép (chứng chỉ) hành nghề khám bệnh, chữa bệnh hoặc được công nhận trình độ tương đương bác sĩ.</w:t>
      </w:r>
    </w:p>
    <w:p>
      <w:pPr>
        <w:jc w:val="both"/>
      </w:pPr>
      <w:r>
        <w:t>3. Tiêu chuẩn về năng lực chuyên môn, nghiệp vụ:</w:t>
      </w:r>
    </w:p>
    <w:p>
      <w:pPr>
        <w:jc w:val="both"/>
      </w:pPr>
      <w:r>
        <w:t>a) Hiểu biết quan điểm, chủ trương đường lối của Đảng, chính sách, pháp luật của Nhà nước về công tác bảo vệ, chăm sóc và nâng cao sức khỏe nhân dân; nắm được định hướng phát triển chuyên môn, kỹ thuật chuyên ngành;</w:t>
      </w:r>
    </w:p>
    <w:p>
      <w:pPr>
        <w:jc w:val="both"/>
      </w:pPr>
      <w:r>
        <w:t>b) Có kỹ năng chẩn đoán, xử trí, theo dõi và cấp cứu;</w:t>
      </w:r>
    </w:p>
    <w:p>
      <w:pPr>
        <w:jc w:val="both"/>
      </w:pPr>
      <w:r>
        <w:t>c) Thực hiện được công tác tư vấn, giáo dục sức khỏe nhân dân;</w:t>
      </w:r>
    </w:p>
    <w:p>
      <w:pPr>
        <w:jc w:val="both"/>
      </w:pPr>
      <w:r>
        <w:t>d) Có kỹ năng giao tiếp, cộng tác với đối tượng phục vụ và đồng nghiệp;</w:t>
      </w:r>
    </w:p>
    <w:p>
      <w:pPr>
        <w:jc w:val="both"/>
      </w:pPr>
      <w:r>
        <w:t>đ)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center"/>
      </w:pPr>
      <w:r>
        <w:rPr>
          <w:b/>
        </w:rPr>
        <w:t>Chương III</w:t>
      </w:r>
    </w:p>
    <w:p>
      <w:pPr>
        <w:jc w:val="both"/>
      </w:pPr>
      <w:r>
        <w:t>CHỨC DANH BÁC SĨ Y HỌC DỰ PHÒNG</w:t>
      </w:r>
    </w:p>
    <w:p>
      <w:pPr>
        <w:jc w:val="both"/>
      </w:pPr>
      <w:r>
        <w:rPr>
          <w:b/>
        </w:rPr>
        <w:t>Điều 7. Bác sĩ y học dự phòng cao cấp (hạng I) - Mã số: V.08.02.04</w:t>
      </w:r>
    </w:p>
    <w:p>
      <w:pPr>
        <w:jc w:val="both"/>
      </w:pPr>
      <w:r>
        <w:t>1. Nhiệm vụ:</w:t>
      </w:r>
    </w:p>
    <w:p>
      <w:pPr>
        <w:jc w:val="both"/>
      </w:pPr>
      <w:r>
        <w:t>a) Chủ trì tổ chức thực hiện nhiệm vụ phòng bệnh, cụ thể:</w:t>
      </w:r>
    </w:p>
    <w:p>
      <w:pPr>
        <w:jc w:val="both"/>
      </w:pPr>
      <w:r>
        <w:t>- Xây dựng kế hoạch tổ chức thực hiện các hoạt động chuyên môn về phòng bệnh, quản lý chương trình y tế, truyền thông giáo dục sức khỏe, sức khỏe lao động, bệnh nghề nghiệp, tai nạn thương tích;</w:t>
      </w:r>
    </w:p>
    <w:p>
      <w:pPr>
        <w:jc w:val="both"/>
      </w:pPr>
      <w:r>
        <w:t>- Chủ trì thực hiện hoạt động phòng, chống các bệnh truyền nhiễm: giám sát, phát hiện dịch bệnh, tiêm chủng phòng bệnh, kiểm soát, xử lý và khống chế dịch, bệnh, các tác nhân truyền nhiễm gây dịch nhất là dịch bệnh mới phát sinh;</w:t>
      </w:r>
    </w:p>
    <w:p>
      <w:pPr>
        <w:jc w:val="both"/>
      </w:pPr>
      <w:r>
        <w:t>- Chủ trì tổ chức thực hiện hoạt động phòng, chống các bệnh không lây nhiễm: phòng chống các yếu tố nguy cơ; sàng lọc, phát hiện sớm, quản lý, theo dõi người mắc bệnh không lây nhiễm, bệnh mạn tính;</w:t>
      </w:r>
    </w:p>
    <w:p>
      <w:pPr>
        <w:jc w:val="both"/>
      </w:pPr>
      <w:r>
        <w:t>- Chủ trì tổ chức thực hiện việc đánh giá tình trạng sức khỏe, các yếu tố nguy cơ và nhu cầu chăm sóc sức khỏe của cộng đồng;</w:t>
      </w:r>
    </w:p>
    <w:p>
      <w:pPr>
        <w:jc w:val="both"/>
      </w:pPr>
      <w:r>
        <w:t>- Chủ trì tổ chức thực hiện các hoạt động sức khỏe môi trường, sức khỏe nghề nghiệp: bảo đảm chất lượng nước sinh hoạt, phòng chống bệnh nghề nghiệp và phòng chống tai nạn, thương tích, quản lý chất thải y tế.</w:t>
      </w:r>
    </w:p>
    <w:p>
      <w:pPr>
        <w:jc w:val="both"/>
      </w:pPr>
      <w:r>
        <w:t>b) Tổ chức thực hiện việc khám bệnh, chữa bệnh cấp ban đầu, xử lý cấp cứu, khắc phục hậu quả thiên tai, thảm họa liên quan đến sức khỏe con người theo phạm vi hoạt động chuyên môn được giao;</w:t>
      </w:r>
    </w:p>
    <w:p>
      <w:pPr>
        <w:jc w:val="both"/>
      </w:pPr>
      <w:r>
        <w:t>c) Chủ trì, biên soạn nội dung và lập kế hoạch hướng dẫn công tác thông tin, giáo dục, truyền thông về bảo vệ, chăm sóc và nâng cao sức khỏe; đưa ra các biện pháp quản lý sức khỏe tại cộng đồng;</w:t>
      </w:r>
    </w:p>
    <w:p>
      <w:pPr>
        <w:jc w:val="both"/>
      </w:pPr>
      <w:r>
        <w:t>d) Chủ trì xây dựng hướng dẫn và tổ chức triển khai các nội dung chăm sóc sức khỏe ban đầu;</w:t>
      </w:r>
    </w:p>
    <w:p>
      <w:pPr>
        <w:jc w:val="both"/>
      </w:pPr>
      <w:r>
        <w:t>đ) Chủ trì phân tích, đánh giá, kết luận những vấn đề khó, phức tạp liên quan đến sức khỏe cộng đồng thuộc phạm vi công việc được giao và của ngành, lĩnh vực khi có yêu cầu;</w:t>
      </w:r>
    </w:p>
    <w:p>
      <w:pPr>
        <w:jc w:val="both"/>
      </w:pPr>
      <w:r>
        <w:t>e) Đào tạo và nghiên cứu khoa học:</w:t>
      </w:r>
    </w:p>
    <w:p>
      <w:pPr>
        <w:jc w:val="both"/>
      </w:pPr>
      <w:r>
        <w:t>- Chủ trì, tổ chức biên soạn chương trình, tài liệu chuyên môn phòng bệnh, chăm sóc sức khỏe cộng đồng; xây dựng quy chế, quy trình kỹ thuật chuyên môn phòng bệnh; các giải pháp nhằm nâng cao chất lượng phòng bệnh áp dụng trong phạm vi cả nước;</w:t>
      </w:r>
    </w:p>
    <w:p>
      <w:pPr>
        <w:jc w:val="both"/>
      </w:pPr>
      <w:r>
        <w:t>- Chủ trì, tổ chức đào tạo, bồi dưỡng về lĩnh vực phòng bệnh phù hợp với trình độ và phạm vi chuyên môn đối với viên chức, người học;</w:t>
      </w:r>
    </w:p>
    <w:p>
      <w:pPr>
        <w:jc w:val="both"/>
      </w:pPr>
      <w:r>
        <w:t>- Chủ trì, tham gia các đề tài, chương trình, dự án nghiên cứu khoa học cấp Nhà nước, cấp bộ, cấp tỉnh;</w:t>
      </w:r>
    </w:p>
    <w:p>
      <w:pPr>
        <w:jc w:val="both"/>
      </w:pPr>
      <w:r>
        <w:t>- Nghiên cứu đề xuất hoặc tham gia xây dựng chiến lược, chính sách, kế hoạch phát triển về công tác phòng bệnh của ngành, lĩnh vực, địa phương.</w:t>
      </w:r>
    </w:p>
    <w:p>
      <w:pPr>
        <w:jc w:val="both"/>
      </w:pPr>
      <w:r>
        <w:t>2. Tiêu chuẩn về trình độ đào tạo, bồi dưỡng:</w:t>
      </w:r>
    </w:p>
    <w:p>
      <w:pPr>
        <w:jc w:val="both"/>
      </w:pPr>
      <w:r>
        <w:t>a) Tốt nghiệp bác sĩ chuyên khoa cấp II hoặc tiến sĩ ngành y học dự phòng; tiến sĩ ngành dịch tễ học;</w:t>
      </w:r>
    </w:p>
    <w:p>
      <w:pPr>
        <w:jc w:val="both"/>
      </w:pPr>
      <w:r>
        <w:t>b) Có chứng chỉ bồi dưỡng theo tiêu chuẩn chức danh nghề nghiệp bác sĩ y học dự phòng hoặc có giấy phép (chứng chỉ) hành nghề với phạm vi hành nghề y học dự phòng.</w:t>
      </w:r>
    </w:p>
    <w:p>
      <w:pPr>
        <w:jc w:val="both"/>
      </w:pPr>
      <w:r>
        <w:t>3. Tiêu chuẩn năng lực, chuyên môn nghiệp vụ:</w:t>
      </w:r>
    </w:p>
    <w:p>
      <w:pPr>
        <w:jc w:val="both"/>
      </w:pPr>
      <w:r>
        <w:t>a) Hiểu biết quan điểm, chủ trương, đường lối của Đảng, chính sách, pháp luật của Nhà nước về công tác bảo vệ, chăm sóc và nâng cao sức khỏe nhân dân; nắm được định hướng phát triển chuyên ngành trong nước và trên thế giới;</w:t>
      </w:r>
    </w:p>
    <w:p>
      <w:pPr>
        <w:jc w:val="both"/>
      </w:pPr>
      <w:r>
        <w:t>b) Có năng lực xác định yếu tố tác động của môi trường tự nhiên, xã hội, nghề nghiệp ảnh hưởng đến sức khỏe con người, đề xuất biện pháp can thiệp và dự phòng nguy cơ ảnh hưởng sức khỏe cộng đồng;</w:t>
      </w:r>
    </w:p>
    <w:p>
      <w:pPr>
        <w:jc w:val="both"/>
      </w:pPr>
      <w:r>
        <w:t>c) Có năng lực xây dựng kế hoạch chiến lược, đánh giá chính sách, hệ thống, cơ cấu điều hành trong lĩnh vực phòng bệnh;</w:t>
      </w:r>
    </w:p>
    <w:p>
      <w:pPr>
        <w:jc w:val="both"/>
      </w:pPr>
      <w:r>
        <w:t>d) Có năng lực lồng ghép, huy động và phối hợp liên ngành để thực hiện nhiệm vụ;</w:t>
      </w:r>
    </w:p>
    <w:p>
      <w:pPr>
        <w:jc w:val="both"/>
      </w:pPr>
      <w:r>
        <w:t>đ) Có năng lực nghiên cứu khoa học và chỉ đạo tổ chức triển khai thực hiện nhiệm vụ nghiên cứu khoa học các cấp;</w:t>
      </w:r>
    </w:p>
    <w:p>
      <w:pPr>
        <w:jc w:val="both"/>
      </w:pPr>
      <w:r>
        <w:t>e)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bác sĩ y học dự phòng chính (hạng II) lên chức danh bác sĩ y học dự phòng cao cấp (hạng I) phải có thời gian giữ chức danh bác sĩ y học dự phòng chính (hạng II) hoặc tương đương tối thiểu là 06 năm. Trường hợp có thời gian giữ chức danh nghề nghiệp tương đương thì phải có ít nhất 01 năm (đủ 12 tháng) giữ chức danh bác sĩ y học dự phòng chính (hạng II) tính đến ngày hết thời hạn nộp hồ sơ đăng ký dự xét thăng hạng.</w:t>
      </w:r>
    </w:p>
    <w:p>
      <w:pPr>
        <w:jc w:val="both"/>
      </w:pPr>
      <w:r>
        <w:rPr>
          <w:b/>
        </w:rPr>
        <w:t>Điều 8. Bác sĩ y học dự phòng chính (hạng II) - Mã số: V.08.02.05</w:t>
      </w:r>
    </w:p>
    <w:p>
      <w:pPr>
        <w:jc w:val="both"/>
      </w:pPr>
      <w:r>
        <w:t>1. Nhiệm vụ:</w:t>
      </w:r>
    </w:p>
    <w:p>
      <w:pPr>
        <w:jc w:val="both"/>
      </w:pPr>
      <w:r>
        <w:t>a) Tổ chức thực hiện nhiệm vụ phòng bệnh, cụ thể:</w:t>
      </w:r>
    </w:p>
    <w:p>
      <w:pPr>
        <w:jc w:val="both"/>
      </w:pPr>
      <w:r>
        <w:t>- Xây dựng kế hoạch tổ chức thực hiện các hoạt động chuyên môn về phòng bệnh, quản lý chương trình y tế, truyền thông giáo dục sức khỏe, sức khỏe lao động, bệnh nghề nghiệp, tai nạn thương tích;</w:t>
      </w:r>
    </w:p>
    <w:p>
      <w:pPr>
        <w:jc w:val="both"/>
      </w:pPr>
      <w:r>
        <w:t>- Tổ chức thực hiện hoạt động phòng, chống các bệnh truyền nhiễm: giám sát, phát hiện dịch bệnh, tiêm chủng phòng bệnh, kiểm soát, xử lý và khống chế dịch, bệnh, các tác nhân truyền nhiễm gây dịch nhất là dịch bệnh mới phát sinh;</w:t>
      </w:r>
    </w:p>
    <w:p>
      <w:pPr>
        <w:jc w:val="both"/>
      </w:pPr>
      <w:r>
        <w:t>- Tổ chức thực hiện hoạt động phòng, chống các bệnh không lây nhiễm: phòng chống các yếu tố nguy cơ; sàng lọc, phát hiện sớm, quản lý, theo dõi người mắc bệnh không lây nhiễm, bệnh mạn tính;</w:t>
      </w:r>
    </w:p>
    <w:p>
      <w:pPr>
        <w:jc w:val="both"/>
      </w:pPr>
      <w:r>
        <w:t>- Tổ chức triển khai thực hiện việc đánh giá tình trạng sức khỏe, các yếu tố nguy cơ và nhu cầu chăm sóc sức khỏe của cộng đồng;</w:t>
      </w:r>
    </w:p>
    <w:p>
      <w:pPr>
        <w:jc w:val="both"/>
      </w:pPr>
      <w:r>
        <w:t>- Tổ chức thực hiện các hoạt động sức khỏe môi trường, sức khỏe nghề nghiệp: bảo đảm chất lượng nước sinh hoạt, phòng chống bệnh nghề nghiệp và phòng chống tai nạn, thương tích, quản lý chất thải y tế.</w:t>
      </w:r>
    </w:p>
    <w:p>
      <w:pPr>
        <w:jc w:val="both"/>
      </w:pPr>
      <w:r>
        <w:t>b) Thực hiện việc khám bệnh, chữa bệnh cấp ban đầu, xử lý cấp cứu, khắc phục hậu quả thiên tai, thảm họa liên quan đến sức khỏe con người theo phạm vi hoạt động chuyên môn được giao;</w:t>
      </w:r>
    </w:p>
    <w:p>
      <w:pPr>
        <w:jc w:val="both"/>
      </w:pPr>
      <w:r>
        <w:t>c) Tổ chức biên soạn nội dung và lập kế hoạch hướng dẫn công tác thông tin, giáo dục, truyền thông về bảo vệ, chăm sóc và nâng cao sức khỏe; đưa ra các biện pháp quản lý sức khỏe tại cộng đồng;</w:t>
      </w:r>
    </w:p>
    <w:p>
      <w:pPr>
        <w:jc w:val="both"/>
      </w:pPr>
      <w:r>
        <w:t>d) Tổ chức triển khai các nội dung chăm sóc sức khỏe ban đầu;</w:t>
      </w:r>
    </w:p>
    <w:p>
      <w:pPr>
        <w:jc w:val="both"/>
      </w:pPr>
      <w:r>
        <w:t>đ) Tham gia phân tích, đánh giá, kết luận những vấn đề chuyên môn về phòng bệnh khi có yêu cầu;</w:t>
      </w:r>
    </w:p>
    <w:p>
      <w:pPr>
        <w:jc w:val="both"/>
      </w:pPr>
      <w:r>
        <w:t>e) Đào tạo và nghiên cứu khoa học:</w:t>
      </w:r>
    </w:p>
    <w:p>
      <w:pPr>
        <w:jc w:val="both"/>
      </w:pPr>
      <w:r>
        <w:t>- Tổ chức biên soạn chương trình, tài liệu chuyên môn; xây dựng quy chế, quy trình kỹ thuật chuyên môn phòng bệnh; các giải pháp nhằm nâng cao chất lượng công tác phòng bệnh;</w:t>
      </w:r>
    </w:p>
    <w:p>
      <w:pPr>
        <w:jc w:val="both"/>
      </w:pPr>
      <w:r>
        <w:t>- Tổ chức đào tạo, bồi dưỡng về lĩnh vực phòng bệnh phù hợp với trình độ và phạm vi chuyên môn đối với viên chức, người học;</w:t>
      </w:r>
    </w:p>
    <w:p>
      <w:pPr>
        <w:jc w:val="both"/>
      </w:pPr>
      <w:r>
        <w:t>- Chủ trì hoặc tham gia các đề tài, chương trình, dự án nghiên cứu khoa học cấp Nhà nước, cấp bộ, cấp tỉnh;</w:t>
      </w:r>
    </w:p>
    <w:p>
      <w:pPr>
        <w:jc w:val="both"/>
      </w:pPr>
      <w:r>
        <w:t>- Chủ trì hoặc tham gia nghiên cứu, cung cấp bằng chứng xây dựng chính sách, kế hoạch phát triển về công tác phòng bệnh của ngành, lĩnh vực, địa phương.</w:t>
      </w:r>
    </w:p>
    <w:p>
      <w:pPr>
        <w:jc w:val="both"/>
      </w:pPr>
      <w:r>
        <w:t>2. Tiêu chuẩn về trình độ đào tạo, bồi dưỡng:</w:t>
      </w:r>
    </w:p>
    <w:p>
      <w:pPr>
        <w:jc w:val="both"/>
      </w:pPr>
      <w:r>
        <w:t>a) Tốt nghiệp bác sĩ chuyên khoa cấp I hoặc thạc sĩ ngành y học dự phòng, thạc sĩ ngành dịch tễ học;</w:t>
      </w:r>
    </w:p>
    <w:p>
      <w:pPr>
        <w:jc w:val="both"/>
      </w:pPr>
      <w:r>
        <w:t>b) Có chứng chỉ bồi dưỡng theo tiêu chuẩn chức danh nghề nghiệp bác sĩ y học dự phòng hoặc có giấy phép (chứng chỉ) hành nghề với phạm vi hành nghề y học dự phòng.</w:t>
      </w:r>
    </w:p>
    <w:p>
      <w:pPr>
        <w:jc w:val="both"/>
      </w:pPr>
      <w:r>
        <w:t>3. Tiêu chuẩn năng lực, chuyên môn nghiệp vụ:</w:t>
      </w:r>
    </w:p>
    <w:p>
      <w:pPr>
        <w:jc w:val="both"/>
      </w:pPr>
      <w:r>
        <w:t>a) Hiểu biết quan điểm, chủ trương, đường lối của Đảng, chính sách, pháp luật của Nhà nước về công tác bảo vệ, chăm sóc và nâng cao sức khỏe nhân dân; nắm được định hướng phát triển chuyên ngành trong nước và trên thế giới;</w:t>
      </w:r>
    </w:p>
    <w:p>
      <w:pPr>
        <w:jc w:val="both"/>
      </w:pPr>
      <w:r>
        <w:t>b) Có năng lực xác định yếu tố tác động của môi trường tự nhiên, xã hội, nghề nghiệp ảnh hưởng đến sức khỏe con người;</w:t>
      </w:r>
    </w:p>
    <w:p>
      <w:pPr>
        <w:jc w:val="both"/>
      </w:pPr>
      <w:r>
        <w:t>c) Có năng lực đề xuất biện pháp can thiệp, lập kế hoạch chăm sóc, bảo vệ, nâng cao sức khỏe toàn diện, liên tục cho cá nhân, gia đình, cộng đồng và bảo vệ môi trường;</w:t>
      </w:r>
    </w:p>
    <w:p>
      <w:pPr>
        <w:jc w:val="both"/>
      </w:pPr>
      <w:r>
        <w:t>d) Có năng lực tổ chức thực hiện, đánh giá các nội dung chăm sóc sức khỏe ban đầu, chương trình mục tiêu quốc gia về y tế và quản lý sức khỏe, bệnh nghề nghiệp, phòng chống tai nạn thương tích, xây dựng cộng đồng an toàn;</w:t>
      </w:r>
    </w:p>
    <w:p>
      <w:pPr>
        <w:jc w:val="both"/>
      </w:pPr>
      <w:r>
        <w:t>đ) Có năng lực giám sát, đánh giá tác động môi trường và đề xuất giải pháp phòng chống ô nhiễm môi trường;</w:t>
      </w:r>
    </w:p>
    <w:p>
      <w:pPr>
        <w:jc w:val="both"/>
      </w:pPr>
      <w:r>
        <w:t>e) Có năng lực phát hiện sớm ổ dịch bệnh, tham gia phòng chống dịch và phát hiện vấn đề về dinh dưỡng, an toàn thực phẩm trong cộng đồng, đề xuất giải pháp thích hợp;</w:t>
      </w:r>
    </w:p>
    <w:p>
      <w:pPr>
        <w:jc w:val="both"/>
      </w:pPr>
      <w:r>
        <w:t>g) Có năng lực lồng ghép, huy động và phối hợp liên ngành trong thực hiện nhiệm vụ;</w:t>
      </w:r>
    </w:p>
    <w:p>
      <w:pPr>
        <w:jc w:val="both"/>
      </w:pPr>
      <w:r>
        <w:t>h) Có năng lực chủ trì hoặc tham gia thực hiện nhiệm vụ khoa học và công nghệ các cấp;</w:t>
      </w:r>
    </w:p>
    <w:p>
      <w:pPr>
        <w:jc w:val="both"/>
      </w:pPr>
      <w:r>
        <w:t>i)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both"/>
      </w:pPr>
      <w:r>
        <w:t>4. Viên chức dự xét thăng hạng từ chức danh bác sĩ y học dự phòng (hạng III) lên chức danh bác sĩ y học dự phòng chính (hạng II) phải có thời gian giữ chức danh bác sĩ y học dự phòng (hạng III) hoặc tương đương tối thiểu là 09 năm đối với người có bằng tốt nghiệp bác sĩ chuyên khoa cấp I hoặc thạc sĩ ngành y học dự phòng; tối thiểu 06 năm đối với người có bằng tốt nghiệp bác sĩ chuyên khoa cấp II hoặc tiến sĩ ngành y học dự phòng, tiến sĩ ngành dịch tễ học. Trường hợp có thời gian giữ chức danh nghề nghiệp tương đương thì phải có ít nhất 01 năm (đủ 12 tháng) giữ chức danh bác sĩ y học dự phòng (hạng III) tính đến ngày hết thời hạn nộp hồ sơ đăng ký dự xét thăng hạng.</w:t>
      </w:r>
    </w:p>
    <w:p>
      <w:pPr>
        <w:jc w:val="both"/>
      </w:pPr>
      <w:r>
        <w:rPr>
          <w:b/>
        </w:rPr>
        <w:t>Điều 9. Bác sĩ y học dự phòng (hạng III) - Mã số: V.08.02.06</w:t>
      </w:r>
    </w:p>
    <w:p>
      <w:pPr>
        <w:jc w:val="both"/>
      </w:pPr>
      <w:r>
        <w:t>1. Nhiệm vụ:</w:t>
      </w:r>
    </w:p>
    <w:p>
      <w:pPr>
        <w:jc w:val="both"/>
      </w:pPr>
      <w:r>
        <w:t>a) Thực hiện nhiệm vụ phòng bệnh, cụ thể:</w:t>
      </w:r>
    </w:p>
    <w:p>
      <w:pPr>
        <w:jc w:val="both"/>
      </w:pPr>
      <w:r>
        <w:t>- Xây dựng hoặc tham gia xây dựng kế hoạch hoạt động chuyên môn về phòng bệnh, quản lý chương trình y tế trong lĩnh vực, địa bàn được giao;</w:t>
      </w:r>
    </w:p>
    <w:p>
      <w:pPr>
        <w:jc w:val="both"/>
      </w:pPr>
      <w:r>
        <w:t>- Thực hiện hoạt động phòng, chống các bệnh truyền nhiễm: giám sát, phát hiện dịch bệnh, tiêm chủng phòng bệnh, kiểm soát, xử lý và khống chế dịch, bệnh, các tác nhân truyền nhiễm gây dịch nhất là dịch bệnh mới phát sinh;</w:t>
      </w:r>
    </w:p>
    <w:p>
      <w:pPr>
        <w:jc w:val="both"/>
      </w:pPr>
      <w:r>
        <w:t>- Thực hiện hoạt động phòng, chống các bệnh không lây nhiễm: phòng chống các yếu tố nguy cơ; sàng lọc, phát hiện sớm, quản lý, theo dõi người mắc bệnh không lây nhiễm, bệnh mạn tính;</w:t>
      </w:r>
    </w:p>
    <w:p>
      <w:pPr>
        <w:jc w:val="both"/>
      </w:pPr>
      <w:r>
        <w:t>- Thực hiện việc đánh giá tình trạng sức khỏe, các yếu tố nguy cơ và nhu cầu chăm sóc sức khỏe của cộng đồng;</w:t>
      </w:r>
    </w:p>
    <w:p>
      <w:pPr>
        <w:jc w:val="both"/>
      </w:pPr>
      <w:r>
        <w:t>- Thực hiện các hoạt động sức khỏe môi trường, sai sót chuyên môn kỹ thuật nghề nghiệp: bảo đảm chất lượng nước sinh hoạt, phòng chống bệnh nghề nghiệp và phòng chống tai nạn, thương tích, quản lý chất thải y tế.</w:t>
      </w:r>
    </w:p>
    <w:p>
      <w:pPr>
        <w:jc w:val="both"/>
      </w:pPr>
      <w:r>
        <w:t>b) Thực hiện việc khám bệnh, chữa bệnh cấp ban đầu, xử lý cấp cứu, khắc phục hậu quả thiên tai, thảm họa liên quan đến sức khỏe con người theo phạm vi hoạt động chuyên môn được giao;</w:t>
      </w:r>
    </w:p>
    <w:p>
      <w:pPr>
        <w:jc w:val="both"/>
      </w:pPr>
      <w:r>
        <w:t>c) Thực hiện việc thông tin, truyền thông, giáo dục về bảo vệ, chăm sóc và nâng cao sức khỏe; quản lý sức khỏe và đề xuất biện pháp quản lý sức khỏe tại cộng đồng;</w:t>
      </w:r>
    </w:p>
    <w:p>
      <w:pPr>
        <w:jc w:val="both"/>
      </w:pPr>
      <w:r>
        <w:t>d) Thực hiện hướng dẫn chuyên môn, kỹ thuật và các nội dung chăm sóc sức khỏe ban đầu;</w:t>
      </w:r>
    </w:p>
    <w:p>
      <w:pPr>
        <w:jc w:val="both"/>
      </w:pPr>
      <w:r>
        <w:t>đ) Đào tạo và nghiên cứu khoa học:</w:t>
      </w:r>
    </w:p>
    <w:p>
      <w:pPr>
        <w:jc w:val="both"/>
      </w:pPr>
      <w:r>
        <w:t>- Tham gia biên soạn chương trình, tài liệu chuyên môn; xây dựng quy chế, quy trình kỹ thuật chuyên môn về phòng bệnh; các giải pháp nhằm nâng cao chất lượng công tác phòng bệnh;</w:t>
      </w:r>
    </w:p>
    <w:p>
      <w:pPr>
        <w:jc w:val="both"/>
      </w:pPr>
      <w:r>
        <w:t>- Tham gia đào tạo, bồi dưỡng về lĩnh vực phòng bệnh phù hợp với trình độ và phạm vi chuyên môn đối với viên chức, người học;</w:t>
      </w:r>
    </w:p>
    <w:p>
      <w:pPr>
        <w:jc w:val="both"/>
      </w:pPr>
      <w:r>
        <w:t>- Chủ trì, tham gia các đề tài, chương trình, dự án nghiên cứu khoa học cấp bộ, cấp tỉnh, cấp cơ sở.</w:t>
      </w:r>
    </w:p>
    <w:p>
      <w:pPr>
        <w:jc w:val="both"/>
      </w:pPr>
      <w:r>
        <w:t>2. Tiêu chuẩn về trình độ đào tạo, bồi dưỡng:</w:t>
      </w:r>
    </w:p>
    <w:p>
      <w:pPr>
        <w:jc w:val="both"/>
      </w:pPr>
      <w:r>
        <w:t>a) Tốt nghiệp bác sĩ nhóm ngành Y học (trừ ngành Y học cổ truyền);</w:t>
      </w:r>
    </w:p>
    <w:p>
      <w:pPr>
        <w:jc w:val="both"/>
      </w:pPr>
      <w:r>
        <w:t>b) Có chứng chỉ bồi dưỡng theo tiêu chuẩn chức danh nghề nghiệp bác sĩ y học dự phòng hoặc có giấy phép (chứng chỉ) hành nghề với phạm vi hành nghề y học dự phòng.</w:t>
      </w:r>
    </w:p>
    <w:p>
      <w:pPr>
        <w:jc w:val="both"/>
      </w:pPr>
      <w:r>
        <w:t>3. Tiêu chuẩn về năng lực chuyên môn, nghiệp vụ:</w:t>
      </w:r>
    </w:p>
    <w:p>
      <w:pPr>
        <w:jc w:val="both"/>
      </w:pPr>
      <w:r>
        <w:t>a) Hiểu biết quan điểm, chủ trương đường lối của Đảng, chính sách, pháp luật của Nhà nước về công tác bảo vệ, chăm sóc và nâng cao sức khỏe nhân dân;</w:t>
      </w:r>
    </w:p>
    <w:p>
      <w:pPr>
        <w:jc w:val="both"/>
      </w:pPr>
      <w:r>
        <w:t>b) Có năng lực xác định yếu tố tác động của môi trường tự nhiên, xã hội, nghề nghiệp ảnh hưởng đến sức khỏe con người;</w:t>
      </w:r>
    </w:p>
    <w:p>
      <w:pPr>
        <w:jc w:val="both"/>
      </w:pPr>
      <w:r>
        <w:t>c) Có năng lực đề xuất biện pháp xử lý thích hợp, lập kế hoạch chăm sóc, bảo vệ, nâng cao sức khỏe toàn diện, liên tục đối với cá nhân, gia đình, cộng đồng và bảo vệ môi trường;</w:t>
      </w:r>
    </w:p>
    <w:p>
      <w:pPr>
        <w:jc w:val="both"/>
      </w:pPr>
      <w:r>
        <w:t>d) Có năng lực tổ chức thực hiện và đánh giá các nội dung chăm sóc sức khỏe ban đầu, chương trình mục tiêu quốc gia về y tế và quản lý sức khỏe, bệnh nghề nghiệp, phòng chống tai nạn thương tích, xây dựng cộng đồng an toàn;</w:t>
      </w:r>
    </w:p>
    <w:p>
      <w:pPr>
        <w:jc w:val="both"/>
      </w:pPr>
      <w:r>
        <w:t>đ) Có năng lực phát hiện sớm ổ dịch bệnh, vấn đề về dinh dưỡng, an toàn thực phẩm trong cộng đồng và tham gia phòng chống dịch;</w:t>
      </w:r>
    </w:p>
    <w:p>
      <w:pPr>
        <w:jc w:val="both"/>
      </w:pPr>
      <w:r>
        <w:t>e) Có năng lực tham gia nghiên cứu khoa học;</w:t>
      </w:r>
    </w:p>
    <w:p>
      <w:pPr>
        <w:jc w:val="both"/>
      </w:pPr>
      <w:r>
        <w:t>g) Có kỹ năng trong việc hợp tác và phối hợp có hiệu quả với các ban ngành, đoàn thể, tổ chức quốc tế để thực hiện nhiệm vụ;</w:t>
      </w:r>
    </w:p>
    <w:p>
      <w:pPr>
        <w:jc w:val="both"/>
      </w:pPr>
      <w:r>
        <w:t>h) Có kỹ năng sử dụng công nghệ thông tin cơ bản và sử dụng được ngoại ngữ (hoặc sử dụng được tiếng dân tộc thiểu số đối với viên chức công tác ở vùng dân tộc thiểu số) theo yêu cầu của vị trí việc làm.</w:t>
      </w:r>
    </w:p>
    <w:p>
      <w:pPr>
        <w:jc w:val="center"/>
      </w:pPr>
      <w:r>
        <w:rPr>
          <w:b/>
        </w:rPr>
        <w:t>Chương IV</w:t>
      </w:r>
    </w:p>
    <w:p>
      <w:pPr>
        <w:jc w:val="both"/>
      </w:pPr>
      <w:r>
        <w:t>CHỨC DANH Y SĨ</w:t>
      </w:r>
    </w:p>
    <w:p>
      <w:pPr>
        <w:jc w:val="both"/>
      </w:pPr>
      <w:r>
        <w:rPr>
          <w:b/>
        </w:rPr>
        <w:t>Điều 10. Y sĩ hạng IV - Mã số: V.08.03.07</w:t>
      </w:r>
    </w:p>
    <w:p>
      <w:pPr>
        <w:jc w:val="both"/>
      </w:pPr>
      <w:r>
        <w:t>1. Nhiệm vụ:</w:t>
      </w:r>
    </w:p>
    <w:p>
      <w:pPr>
        <w:jc w:val="both"/>
      </w:pPr>
      <w:r>
        <w:t>a) Thực hiện nhiệm vụ khám bệnh, chữa bệnh của người hành nghề chức danh y sĩ phù hợp với phạm vi hoạt động chuyên môn được giao;</w:t>
      </w:r>
    </w:p>
    <w:p>
      <w:pPr>
        <w:jc w:val="both"/>
      </w:pPr>
      <w:r>
        <w:t>b) Tuyên truyền vận động, triển khai thực hiện các biện pháp chuyên môn về bảo vệ sức khỏe bà mẹ trẻ em và kế hoạch hóa gia đình;</w:t>
      </w:r>
    </w:p>
    <w:p>
      <w:pPr>
        <w:jc w:val="both"/>
      </w:pPr>
      <w:r>
        <w:t>c) Tham gia sơ cứu ban đầu, khám bệnh, chữa bệnh cho nhân dân tại trạm y tế và quản lý sức khỏe cộng đồng khu vực phụ trách;</w:t>
      </w:r>
    </w:p>
    <w:p>
      <w:pPr>
        <w:jc w:val="both"/>
      </w:pPr>
      <w:r>
        <w:t>d) Xây dựng kế hoạch hoạt động và lựa chọn chương trình ưu tiên về chuyên môn y tế trong phạm vi phụ trách;</w:t>
      </w:r>
    </w:p>
    <w:p>
      <w:pPr>
        <w:jc w:val="both"/>
      </w:pPr>
      <w:r>
        <w:t>đ) Xây dựng tủ thuốc, hướng dẫn sử dụng thuốc an toàn và hợp lý, có kế hoạch quản lý các nguồn thuốc; xây dựng phát triển thuốc nam, kết hợp ứng dụng y học cổ truyền trong phòng bệnh và chữa bệnh;</w:t>
      </w:r>
    </w:p>
    <w:p>
      <w:pPr>
        <w:jc w:val="both"/>
      </w:pPr>
      <w:r>
        <w:t>e) Phát hiện và báo cáo kịp thời bệnh dịch, ổ dịch, tác nhân gây bệnh, yếu tố nguy cơ gây dịch, bệnh đối với sức khỏe cộng đồng;</w:t>
      </w:r>
    </w:p>
    <w:p>
      <w:pPr>
        <w:jc w:val="both"/>
      </w:pPr>
      <w:r>
        <w:t>g) Tham gia tổ chức phòng chống dịch, bệnh, biện pháp ngăn ngừa nguy cơ đối với sức khỏe cộng đồng;</w:t>
      </w:r>
    </w:p>
    <w:p>
      <w:pPr>
        <w:jc w:val="both"/>
      </w:pPr>
      <w:r>
        <w:t>h) Quản lý các chỉ số sức khỏe, quản lý thai, quản lý bệnh nhân mãn tính tại cộng đồng và tổng hợp báo cáo, cung cấp thông tin kịp thời, chính xác theo quy định của pháp luật;</w:t>
      </w:r>
    </w:p>
    <w:p>
      <w:pPr>
        <w:jc w:val="both"/>
      </w:pPr>
      <w:r>
        <w:t>i) Bồi dưỡng kiến thức chuyên môn kỹ thuật cho nhân viên y tế thôn, tổ dân phố và cô đỡ thôn bản, cộng tác viên y tế, dân số tại cộng đồng;</w:t>
      </w:r>
    </w:p>
    <w:p>
      <w:pPr>
        <w:jc w:val="both"/>
      </w:pPr>
      <w:r>
        <w:t>k) Tham mưu cho chính quyền xã, phường, đặc khu trong việc quản lý, thực hiện các nội dung chăm sóc sức khỏe ban đầu và tổ chức thực hiện những nội dung chuyên môn thuộc chương trình trọng điểm về y tế tại địa phương;</w:t>
      </w:r>
    </w:p>
    <w:p>
      <w:pPr>
        <w:jc w:val="both"/>
      </w:pPr>
      <w:r>
        <w:t>l) Tham gia, phối hợp quản lý, bảo quản, báo cáo tình trạng thiết bị y tế tại đơn vị tuyến cơ sở;</w:t>
      </w:r>
    </w:p>
    <w:p>
      <w:pPr>
        <w:jc w:val="both"/>
      </w:pPr>
      <w:r>
        <w:t>m) Tham gia nghiên cứu khoa học cấp cơ sở.</w:t>
      </w:r>
    </w:p>
    <w:p>
      <w:pPr>
        <w:jc w:val="both"/>
      </w:pPr>
      <w:r>
        <w:t>2. Tiêu chuẩn về trình độ đào tạo, bồi dưỡng:</w:t>
      </w:r>
    </w:p>
    <w:p>
      <w:pPr>
        <w:jc w:val="both"/>
      </w:pPr>
      <w:r>
        <w:t>a) Tốt nghiệp cao đẳng y sĩ đa khoa, cao đẳng y sĩ y học cổ truyền;</w:t>
      </w:r>
    </w:p>
    <w:p>
      <w:pPr>
        <w:jc w:val="both"/>
      </w:pPr>
      <w:r>
        <w:t>b) Có giấy phép (chứng chỉ) hành nghề y sĩ đa khoa, y sĩ y học cổ truyền hoặc có chứng chỉ bồi dưỡng theo tiêu chuẩn chức danh nghề nghiệp y sĩ.</w:t>
      </w:r>
    </w:p>
    <w:p>
      <w:pPr>
        <w:jc w:val="both"/>
      </w:pPr>
      <w:r>
        <w:t>3. Tiêu chuẩn về năng lực chuyên môn, nghiệp vụ:</w:t>
      </w:r>
    </w:p>
    <w:p>
      <w:pPr>
        <w:jc w:val="both"/>
      </w:pPr>
      <w:r>
        <w:t>a) Hiểu biết quan điểm, chủ trương đường lối của Đảng, chính sách, pháp luật của Nhà nước về công tác chăm sóc sức khỏe, nâng cao sức khỏe nhân dân;</w:t>
      </w:r>
    </w:p>
    <w:p>
      <w:pPr>
        <w:jc w:val="both"/>
      </w:pPr>
      <w:r>
        <w:t>b) Xác định tình trạng bệnh lý và yếu tố ảnh hưởng đến sức khỏe cộng đồng;</w:t>
      </w:r>
    </w:p>
    <w:p>
      <w:pPr>
        <w:jc w:val="both"/>
      </w:pPr>
      <w:r>
        <w:t>c) Phát hiện, can thiệp và dự phòng các yếu tố ảnh hưởng đến sức khỏe cộng đồng;</w:t>
      </w:r>
    </w:p>
    <w:p>
      <w:pPr>
        <w:jc w:val="both"/>
      </w:pPr>
      <w:r>
        <w:t>d) Có kỹ năng tổ chức thực hiện và theo dõi các nội dung chăm sóc sức khỏe ban đầu và quản lý sức khỏe, quản lý bệnh nghề nghiệp;</w:t>
      </w:r>
    </w:p>
    <w:p>
      <w:pPr>
        <w:jc w:val="both"/>
      </w:pPr>
      <w:r>
        <w:t>đ) Có kỹ năng tổ chức thực hiện và đánh giá hoạt động chương trình mục tiêu quốc gia về y tế;</w:t>
      </w:r>
    </w:p>
    <w:p>
      <w:pPr>
        <w:jc w:val="both"/>
      </w:pPr>
      <w:r>
        <w:t>e) Có kỹ năng hợp tác và làm việc nhóm, phối hợp với các cơ quan có liên quan trong thực hiện nhiệm vụ.</w:t>
      </w:r>
    </w:p>
    <w:p>
      <w:pPr>
        <w:jc w:val="center"/>
      </w:pPr>
      <w:r>
        <w:rPr>
          <w:b/>
        </w:rPr>
        <w:t>Chương V</w:t>
      </w:r>
    </w:p>
    <w:p>
      <w:pPr>
        <w:jc w:val="both"/>
      </w:pPr>
      <w:r>
        <w:t>ĐIỀU KHOẢN THI HÀNH</w:t>
      </w:r>
    </w:p>
    <w:p>
      <w:pPr>
        <w:jc w:val="both"/>
      </w:pPr>
      <w:r>
        <w:rPr>
          <w:b/>
        </w:rPr>
        <w:t>Điều 11. Hiệu lực thi hành</w:t>
      </w:r>
    </w:p>
    <w:p>
      <w:pPr>
        <w:jc w:val="both"/>
      </w:pPr>
      <w:r>
        <w:t>1. Thông tư này có hiệu lực thi hành kể từ ngày 18 tháng 12 năm 2025.</w:t>
      </w:r>
    </w:p>
    <w:p>
      <w:pPr>
        <w:jc w:val="both"/>
      </w:pPr>
      <w:r>
        <w:t>2. Thông tư liên tịch số 10/2015/TTLT-BYT-BNV ngày 27 tháng 5 năm 2015 của Bộ trưởng Bộ Y tế và Bộ trưởng Bộ Nội vụ quy định mã số, tiêu chuẩn chức danh nghề nghiệp bác sĩ, bác sĩ y học dự phòng, y sĩ hết hiệu lực thi hành kể từ ngày Thông tư này có hiệu lực thi hành.</w:t>
      </w:r>
    </w:p>
    <w:p>
      <w:pPr>
        <w:jc w:val="both"/>
      </w:pPr>
      <w:r>
        <w:t>3. Bãi bỏ Điều 1 Thông tư số 03/2022/TT-BYT ngày 26 tháng 4 năm 2022 của Bộ trưởng Bộ Y tế sửa đổi, bổ sung một số quy định về tiêu chuẩn chức danh nghề nghiệp viên chức chuyên ngành y tế kể từ ngày Thông tư này có hiệu lực thi hành.</w:t>
      </w:r>
    </w:p>
    <w:p>
      <w:pPr>
        <w:jc w:val="both"/>
      </w:pPr>
      <w:r>
        <w:rPr>
          <w:b/>
        </w:rPr>
        <w:t>Điều 12. Điều khoản chuyển tiếp</w:t>
      </w:r>
    </w:p>
    <w:p>
      <w:pPr>
        <w:jc w:val="both"/>
      </w:pPr>
      <w:r>
        <w:t>1. Viên chức tuyển dụng mới vào chức danh y sĩ kể từ ngày Thông tư này có hiệu lực thi hành được áp dụng bảng lương viên chức loại A0 (có hệ số lương từ 2,10 đến 4,89) ban hành kèm theo Nghị định số 204/2004/NĐ-CP ngày 14 tháng 12 năm 2004 của Chính phủ về chế độ tiền lương đối với cán bộ, công chức, viên chức và lực lượng vũ trang.</w:t>
      </w:r>
    </w:p>
    <w:p>
      <w:pPr>
        <w:jc w:val="both"/>
      </w:pPr>
      <w:r>
        <w:t>2. Viên chức đã được bổ nhiệm và xếp lương chức danh y sĩ hạng IV, nếu có trình độ cao đẳng trở lên thì được chuyển xếp lương viên chức loại A0 quy định tại Nghị định số 204/2004/NĐ-CP ngày 14 tháng 12 năm 2004 của Chính phủ và việc xếp lương thực hiện theo hướng dẫn tại Thông tư số 02/2007/TT-BNV ngày 25 tháng 5 năm 2007 của Bộ trưởng Bộ Nội vụ hướng dẫn xếp lương khi nâng ngạch, chuyển ngạch, chuyển loại công chức, viên chức.</w:t>
      </w:r>
    </w:p>
    <w:p>
      <w:pPr>
        <w:jc w:val="both"/>
      </w:pPr>
      <w:r>
        <w:t>3. Viên chức đã được bổ nhiệm và xếp lương chức danh nghề nghiệp y sĩ hạng IV mà chưa có bằng tốt nghiệp cao đẳng y sĩ thì tiếp tục áp dụng hệ số lương viên chức loại B (có hệ số lương từ 1,86 đến 2,06).</w:t>
      </w:r>
    </w:p>
    <w:p>
      <w:pPr>
        <w:jc w:val="both"/>
      </w:pPr>
      <w:r>
        <w:t>4. Viên chức đã được bổ nhiệm vào chức danh bác sĩ, bác sĩ y học dự phòng, y sĩ theo quy định của pháp luật từ trước ngày Thông tư này có hiệu lực thi hành thì được xác định là đáp ứng quy định về tiêu chuẩn nghiệp vụ, chuyên môn của chức danh bác sĩ, bác sĩ y học dự phòng, y sĩ tương ứng với chức danh nghề nghiệp đã được bổ nhiệm mà không phải hoàn thiện theo quy định tại Thông tư này.</w:t>
      </w:r>
    </w:p>
    <w:p>
      <w:pPr>
        <w:jc w:val="both"/>
      </w:pPr>
      <w:r>
        <w:rPr>
          <w:b/>
        </w:rPr>
        <w:t>Điều 13. Điều khoản tham chiếu</w:t>
      </w:r>
    </w:p>
    <w:p>
      <w:pPr>
        <w:jc w:val="both"/>
      </w:pPr>
      <w:r>
        <w:t>Trường hợp các văn bản quy phạm pháp luật dẫn chiếu tại Thông tư này được sửa đổi, bổ sung hoặc thay thế thì áp dụng theo văn bản sửa đổi, bổ sung, thay thế.</w:t>
      </w:r>
    </w:p>
    <w:p>
      <w:pPr>
        <w:jc w:val="both"/>
      </w:pPr>
      <w:r>
        <w:rPr>
          <w:b/>
        </w:rPr>
        <w:t>Điều 14. Trách nhiệm thi hành</w:t>
      </w:r>
    </w:p>
    <w:p>
      <w:pPr>
        <w:jc w:val="both"/>
      </w:pPr>
      <w:r>
        <w:t>Thủ trưởng các đơn vị thuộc Bộ Y tế, Giám đốc Sở Y tế các tỉnh, thành phố trực thuộc trung ương, người đứng đầu đơn vị sự nghiệp công lập thuộc ngành, lĩnh vực y tế; cơ quan, tổ chức có liên quan chịu trách nhiệm thi hành Thông tư này.</w:t>
      </w:r>
    </w:p>
    <w:p>
      <w:pPr>
        <w:jc w:val="both"/>
      </w:pPr>
      <w:r>
        <w:t>Trong quá trình thực hiện nếu có vướng mắc, đề nghị phản ánh về Bộ Y tế (Vụ Tổ chức cán bộ) để được hướng dẫn hoặc xem xét, giải quyết./.</w:t>
      </w:r>
    </w:p>
    <w:p>
      <w:pPr>
        <w:jc w:val="both"/>
      </w:pPr>
      <w:r>
        <w:t>Nơi nhận:</w:t>
      </w:r>
    </w:p>
    <w:p>
      <w:pPr>
        <w:jc w:val="both"/>
      </w:pPr>
      <w:r>
        <w:t>- Ủy ban Văn hóa và Xã hội của Quốc hội;</w:t>
      </w:r>
    </w:p>
    <w:p>
      <w:pPr>
        <w:jc w:val="both"/>
      </w:pPr>
      <w:r>
        <w:t>- Văn phòng Chính phủ (Vụ KGVX, Công báo, Cổng TTĐT Chính phủ);</w:t>
      </w:r>
    </w:p>
    <w:p>
      <w:pPr>
        <w:jc w:val="both"/>
      </w:pPr>
      <w:r>
        <w:t>- Bộ trưởng (để báo cáo);</w:t>
      </w:r>
    </w:p>
    <w:p>
      <w:pPr>
        <w:jc w:val="both"/>
      </w:pPr>
      <w:r>
        <w:t>- Các Thứ trưởng Bộ Y tế;</w:t>
      </w:r>
    </w:p>
    <w:p>
      <w:pPr>
        <w:jc w:val="both"/>
      </w:pPr>
      <w:r>
        <w:t>- Bộ Tư pháp (Cục KTVB&amp;QLXLVPHC);</w:t>
      </w:r>
    </w:p>
    <w:p>
      <w:pPr>
        <w:jc w:val="both"/>
      </w:pPr>
      <w:r>
        <w:t>- Các Bộ, cơ quan ngang Bộ, cơ quan thuộc Chính phủ;</w:t>
      </w:r>
    </w:p>
    <w:p>
      <w:pPr>
        <w:jc w:val="both"/>
      </w:pPr>
      <w:r>
        <w:t>- HĐND, UBND các tỉnh, TP trực thuộc Trung ương;</w:t>
      </w:r>
    </w:p>
    <w:p>
      <w:pPr>
        <w:jc w:val="both"/>
      </w:pPr>
      <w:r>
        <w:t>- Các đơn vị thuộc, trực thuộc Bộ Y tế;</w:t>
      </w:r>
    </w:p>
    <w:p>
      <w:pPr>
        <w:jc w:val="both"/>
      </w:pPr>
      <w:r>
        <w:t>- Y tế các bộ, ngành;</w:t>
      </w:r>
    </w:p>
    <w:p>
      <w:pPr>
        <w:jc w:val="both"/>
      </w:pPr>
      <w:r>
        <w:t>- Sở Y tế các tỉnh, thành phố trực thuộc Trung ương;</w:t>
      </w:r>
    </w:p>
    <w:p>
      <w:pPr>
        <w:jc w:val="both"/>
      </w:pPr>
      <w:r>
        <w:t>- Cổng TTĐT Bộ Y tế;</w:t>
      </w:r>
    </w:p>
    <w:p>
      <w:pPr>
        <w:jc w:val="both"/>
      </w:pPr>
      <w:r>
        <w:t>- Lưu: VT, Vụ TCCB, PC.</w:t>
      </w:r>
    </w:p>
    <w:p>
      <w:pPr>
        <w:jc w:val="both"/>
      </w:pPr>
      <w:r>
        <w:t>KT. BỘ TRƯỞNG</w:t>
      </w:r>
    </w:p>
    <w:p>
      <w:pPr>
        <w:jc w:val="both"/>
      </w:pPr>
      <w:r>
        <w:t>THỨ TRƯỞNG</w:t>
      </w:r>
    </w:p>
    <w:p>
      <w:pPr>
        <w:jc w:val="both"/>
      </w:pPr>
      <w:r>
        <w:t>(Đã ký)</w:t>
      </w:r>
    </w:p>
    <w:p>
      <w:pPr>
        <w:jc w:val="both"/>
      </w:pPr>
      <w:r>
        <w:t>Đỗ Xuân Tuyên</w:t>
      </w:r>
    </w:p>
    <w:p>
      <w:r>
        <w:rPr>
          <w:i/>
        </w:rPr>
        <w:t>Nguồn: Cơ sở dữ liệu quốc gia về văn bản pháp luật (Bộ Tư pháp). VietSmart Legal, legal.giangpham.asia/van-ban/183370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