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28/2025/TT-BYT</w:t>
      </w:r>
    </w:p>
    <w:p>
      <w:pPr>
        <w:jc w:val="both"/>
      </w:pPr>
      <w:r>
        <w:t>Hà Nội, ngày 01 tháng 7 năm 2025</w:t>
      </w:r>
    </w:p>
    <w:p>
      <w:pPr>
        <w:jc w:val="center"/>
      </w:pPr>
      <w:r>
        <w:rPr>
          <w:b/>
        </w:rPr>
        <w:t>THÔNG TƯ</w:t>
      </w:r>
    </w:p>
    <w:p>
      <w:pPr>
        <w:jc w:val="both"/>
      </w:pPr>
      <w:r>
        <w:t>QUY ĐỊNH VỀ THỰC HÀNH TỐT SẢN XUẤT THUỐC, NGUYÊN LIỆU LÀM THUỐC</w:t>
      </w:r>
    </w:p>
    <w:p>
      <w:pPr>
        <w:jc w:val="both"/>
      </w:pPr>
      <w:r>
        <w:t>Căn cứ Luật Dược năm 2016 và Luật sửa đổi, bổ sung một số điều của Luật Dược năm 2024;</w:t>
      </w:r>
    </w:p>
    <w:p>
      <w:pPr>
        <w:jc w:val="both"/>
      </w:pPr>
      <w:r>
        <w:t>Căn cứ Nghị định số 42/2025/NĐ-CP ngày 27 tháng 02 năm 2025 của Chính phủ quy định chức năng, nhiệm vụ, quyền hạn và cơ cấu tổ chức của Bộ Y tế;</w:t>
      </w:r>
    </w:p>
    <w:p>
      <w:pPr>
        <w:jc w:val="both"/>
      </w:pPr>
      <w:r>
        <w:t>Căn cứ Nghị định số 163/2025/NĐ-CP ngày 29 tháng 06 năm 2025 của Chính phủ quy định chi tiết một số điều và biện pháp thi hành Luật dược;</w:t>
      </w:r>
    </w:p>
    <w:p>
      <w:pPr>
        <w:jc w:val="both"/>
      </w:pPr>
      <w:r>
        <w:t>Theo đề nghị của Cục trưởng Cục Quản lý Dược, Cục trưởng Cục Quản lý Y, Dược cổ truyền;</w:t>
      </w:r>
    </w:p>
    <w:p>
      <w:pPr>
        <w:jc w:val="both"/>
      </w:pPr>
      <w:r>
        <w:t>Bộ trưởng Bộ Y tế ban hành Thông tư quy định về Thực hành tốt sản xuất thuốc, nguyên liệu làm thuốc.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công bố áp dụng, ban hành nguyên tắc, tiêu chuẩn Thực hành tốt sản xuất thuốc, nguyên liệu làm thuốc và đánh giá, đánh giá duy trì việc đáp ứng Thực hành tốt sản xuất thuốc, nguyên liệu làm thuốc.</w:t>
      </w:r>
    </w:p>
    <w:p>
      <w:pPr>
        <w:jc w:val="both"/>
      </w:pPr>
      <w:r>
        <w:rPr>
          <w:b/>
        </w:rPr>
        <w:t>Điều 2. Giải thích từ ngữ</w:t>
      </w:r>
    </w:p>
    <w:p>
      <w:pPr>
        <w:jc w:val="both"/>
      </w:pPr>
      <w:r>
        <w:t>Trong Thông tư này, các từ ngữ dưới đây được hiểu như sau:</w:t>
      </w:r>
    </w:p>
    <w:p>
      <w:pPr>
        <w:jc w:val="both"/>
      </w:pPr>
      <w:r>
        <w:t>1. Thực hành tốt sản xuất thuốc, nguyên liệu làm thuốc (sau đây gọi tắt là Thực hành tốt sản xuất) là bộ nguyên tắc, tiêu chuẩn về sản xuất thuốc, nguyên liệu làm thuốc nhằm bảo đảm thuốc, nguyên liệu làm thuốc luôn được sản xuất và kiểm tra một cách nhất quán theo các tiêu chuẩn chất lượng phù hợp với mục đích sử dụng và yêu cầu của giấy đăng ký lưu hành thuốc, nguyên liệu làm thuốc.</w:t>
      </w:r>
    </w:p>
    <w:p>
      <w:pPr>
        <w:jc w:val="both"/>
      </w:pPr>
      <w:r>
        <w:t>2. Cơ sở sản xuất (bao gồm cơ sở sản xuất thuốc hóa dược, thuốc dược liệu, vắc xin, sinh phẩm, thuốc cổ truyền, vị thuốc cổ truyền, nguyên liệu làm thuốc, dược liệu) là cơ sở có hoạt động dược thuộc diện cấp hoặc không thuộc diện cấp Giấy chứng nhận đủ điều kiện kinh doanh dược có phạm vi thực hiện một, một số hoặc toàn bộ các công đoạn của quá trình sản xuất thuốc, nguyên liệu làm thuốc.</w:t>
      </w:r>
    </w:p>
    <w:p>
      <w:pPr>
        <w:jc w:val="both"/>
      </w:pPr>
      <w:r>
        <w:t>3. Tồn tại là sai lệch so với nguyên tắc, tiêu chuẩn Thực hành tốt sản xuất (GMP) hoặc với quy định pháp luật hiện hành về quản lý dược.</w:t>
      </w:r>
    </w:p>
    <w:p>
      <w:pPr>
        <w:jc w:val="both"/>
      </w:pPr>
      <w:r>
        <w:t>4. GMP là chữ viết tắt của cụm từ tiếng Anh "Good Manufacturing Practices", được dịch sang tiếng Việt là "Thực hành tốt sản xuất".</w:t>
      </w:r>
    </w:p>
    <w:p>
      <w:pPr>
        <w:jc w:val="both"/>
      </w:pPr>
      <w:r>
        <w:t>5. WHO là chữ viết tắt của cụm từ tiếng Anh "World Health Organization", được dịch sang tiếng Việt là "Tổ chức Y tế thế giới".</w:t>
      </w:r>
    </w:p>
    <w:p>
      <w:pPr>
        <w:jc w:val="both"/>
      </w:pPr>
      <w:r>
        <w:t>6. WHO-GMP là chữ viết tắt của "Thực hành tốt sản xuất của Tổ chức Y tế thế giới".</w:t>
      </w:r>
    </w:p>
    <w:p>
      <w:pPr>
        <w:jc w:val="both"/>
      </w:pPr>
      <w:r>
        <w:t>7. PIC/S là chữ viết tắt của cụm từ tiếng Anh "Pharmaceutical Inspection Co-operation Scheme", được dịch sang tiếng Việt là "Hệ thống hợp tác thanh tra dược phẩm".</w:t>
      </w:r>
    </w:p>
    <w:p>
      <w:pPr>
        <w:jc w:val="both"/>
      </w:pPr>
      <w:r>
        <w:t>8. PIC/S-GMP là chữ viết tắt của "Thực hành tốt sản xuất của Hệ thống hợp tác thanh tra dược phẩm".</w:t>
      </w:r>
    </w:p>
    <w:p>
      <w:pPr>
        <w:jc w:val="both"/>
      </w:pPr>
      <w:r>
        <w:t>9. EU là chữ viết tắt của từ tiếng Anh "European Union", được dịch sang tiếng Việt là "Liên minh châu Âu".</w:t>
      </w:r>
    </w:p>
    <w:p>
      <w:pPr>
        <w:jc w:val="both"/>
      </w:pPr>
      <w:r>
        <w:t>10. EU-GMP là chữ viết tắt của "Thực hành tốt sản xuất của Liên minh châu Âu".</w:t>
      </w:r>
    </w:p>
    <w:p>
      <w:pPr>
        <w:jc w:val="both"/>
      </w:pPr>
      <w:r>
        <w:t>11. US là chữ viết tắt của từ tiếng Anh "United States", được dịch sang tiếng Việt là "Hoa Kỳ".</w:t>
      </w:r>
    </w:p>
    <w:p>
      <w:pPr>
        <w:jc w:val="both"/>
      </w:pPr>
      <w:r>
        <w:t>12. SRA là chữ viết tắt của từ tiếng Anh "Stringent Regulatory Authorities", được dịch sang tiếng Việt là "Cơ quan quản lý dược nghiêm ngặt" theo định nghĩa của WHO.</w:t>
      </w:r>
    </w:p>
    <w:p>
      <w:pPr>
        <w:jc w:val="both"/>
      </w:pPr>
      <w:r>
        <w:t>13. Tương đương EU-GMP là nguyên tắc, tiêu chuẩn GMP do cơ quan quản lý dược các nước SRA ban hành.</w:t>
      </w:r>
    </w:p>
    <w:p>
      <w:pPr>
        <w:jc w:val="center"/>
      </w:pPr>
      <w:r>
        <w:rPr>
          <w:b/>
        </w:rPr>
        <w:t>Chương II</w:t>
      </w:r>
    </w:p>
    <w:p>
      <w:pPr>
        <w:jc w:val="both"/>
      </w:pPr>
      <w:r>
        <w:t>CÔNG BỐ ÁP DỤNG, BAN HÀNH THỰC HÀNH TỐT SẢN XUẤT THUỐC, NGUYÊN LIỆU LÀM THUỐC</w:t>
      </w:r>
    </w:p>
    <w:p>
      <w:pPr>
        <w:jc w:val="both"/>
      </w:pPr>
      <w:r>
        <w:rPr>
          <w:b/>
        </w:rPr>
        <w:t>Điều 3. Tài liệu về nguyên tắc, tiêu chuẩn Thực hành tốt sản xuất</w:t>
      </w:r>
    </w:p>
    <w:p>
      <w:pPr>
        <w:jc w:val="both"/>
      </w:pPr>
      <w:r>
        <w:t>1. Công bố áp dụng các nguyên tắc, tiêu chuẩn thực hành tốt sản xuất sau đây:</w:t>
      </w:r>
    </w:p>
    <w:p>
      <w:pPr>
        <w:jc w:val="both"/>
      </w:pPr>
      <w:r>
        <w:t>a) Nguyên tắc, tiêu chuẩn Thực hành tốt sản xuất của WHO quy định tại Phụ lục I ban hành kèm theo Thông tư này và tài liệu cập nhật được quy định tại khoản 4 Điều này;</w:t>
      </w:r>
    </w:p>
    <w:p>
      <w:pPr>
        <w:jc w:val="both"/>
      </w:pPr>
      <w:r>
        <w:t>b) Nguyên tắc, tiêu chuẩn Thực hành tốt sản xuất thuốc sinh học là dẫn xuất của máu và huyết tương người của WHO quy định tại Phụ lục II ban hành kèm theo Thông tư này và tài liệu cập nhật được quy định tại khoản 4 Điều này;</w:t>
      </w:r>
    </w:p>
    <w:p>
      <w:pPr>
        <w:jc w:val="both"/>
      </w:pPr>
      <w:r>
        <w:t>c) Nguyên tắc, tiêu chuẩn Thực hành tốt sản xuất của Hệ thống hợp tác thanh tra dược phẩm quy định tại Phụ lục III ban hành kèm theo Thông tư này và tài liệu cập nhật được quy định tại khoản 4 Điều này;</w:t>
      </w:r>
    </w:p>
    <w:p>
      <w:pPr>
        <w:jc w:val="both"/>
      </w:pPr>
      <w:r>
        <w:t>d) Nguyên tắc, tiêu chuẩn Thực hành tốt sản xuất của Liên minh châu Âu quy định tại Phụ lục IV ban hành kèm theo Thông tư này và tài liệu cập nhật được quy định tại khoản 4 Điều này.</w:t>
      </w:r>
    </w:p>
    <w:p>
      <w:pPr>
        <w:jc w:val="both"/>
      </w:pPr>
      <w:r>
        <w:t>2. Ban hành các nguyên tắc, tiêu chuẩn thực hành tốt sản xuất sau đây:</w:t>
      </w:r>
    </w:p>
    <w:p>
      <w:pPr>
        <w:jc w:val="both"/>
      </w:pPr>
      <w:r>
        <w:t>a) Nguyên tắc, tiêu chuẩn Thực hành tốt sản xuất thuốc dược liệu quy định tại Phụ lục V ban hành kèm theo Thông tư này;</w:t>
      </w:r>
    </w:p>
    <w:p>
      <w:pPr>
        <w:jc w:val="both"/>
      </w:pPr>
      <w:r>
        <w:t>b) Nguyên tắc, tiêu chuẩn Thực hành tốt sản xuất thuốc cổ truyền quy định tại Phụ lục VI ban hành kèm theo Thông tư này;</w:t>
      </w:r>
    </w:p>
    <w:p>
      <w:pPr>
        <w:jc w:val="both"/>
      </w:pPr>
      <w:r>
        <w:t>c) Nguyên tắc, tiêu chuẩn Thực hành tốt sản xuất vị thuốc cổ truyền quy định tại Phụ lục VII ban hành kèm theo Thông tư này.</w:t>
      </w:r>
    </w:p>
    <w:p>
      <w:pPr>
        <w:jc w:val="both"/>
      </w:pPr>
      <w:r>
        <w:t>3. Áp dụng nguyên tắc, tiêu chuẩn GMP khác:</w:t>
      </w:r>
    </w:p>
    <w:p>
      <w:pPr>
        <w:jc w:val="both"/>
      </w:pPr>
      <w:r>
        <w:t>a) Đối với cơ sở sản xuất thuốc, nguyên liệu làm thuốc không phải là tá dược:</w:t>
      </w:r>
    </w:p>
    <w:p>
      <w:pPr>
        <w:jc w:val="both"/>
      </w:pPr>
      <w:r>
        <w:t>Ngoài các nguyên tắc, tiêu chuẩn GMP quy định tại khoản 1, khoản 2 Điều này, nguyên tắc, tiêu chuẩn GMP khác được áp dụng gồm:</w:t>
      </w:r>
    </w:p>
    <w:p>
      <w:pPr>
        <w:jc w:val="both"/>
      </w:pPr>
      <w:r>
        <w:t>- Các nguyên tắc, tiêu chuẩn GMP tương đương với nguyên tắc, tiêu chuẩn EU-GMP do cơ quan quản lý dược các nước SRA ban hành được phép áp dụng. Cơ sở sản xuất thuốc, nguyên liệu làm thuốc triển khai áp dụng có trách nhiệm cung cấp bản tiếng Anh được cơ quan quản lý dược SRA ban hành gửi Cục Quản lý Dược để đăng tải trên Cổng thông tin điện tử của Bộ Y tế và Trang thông tin điện tử của Cục Quản lý Dược;</w:t>
      </w:r>
    </w:p>
    <w:p>
      <w:pPr>
        <w:jc w:val="both"/>
      </w:pPr>
      <w:r>
        <w:t>- Các nguyên tắc, tiêu chuẩn GMP đã được Bộ Y tế đánh giá và công nhận sự phù hợp với các nguyên tắc, tiêu chuẩn GMP đã được Bộ trưởng Bộ Y tế ban hành hoặc công bố áp dụng theo quy định tại điểm c khoản 1 Điều 97 của Nghị định số 163/2025/NĐ-CP ngày 29 tháng 06 năm 2025 quy định chi tiết một số điều và biện pháp để tổ chức, hướng dẫn thi hành Luật Dược (Sau đây viết tắt là Nghị định số 163/2025/NĐ-CP) được sử dụng trong đánh giá đáp ứng GMP của cơ sở sản xuất thuốc, nguyên liệu làm thuốc nước ngoài khi đăng ký lưu hành thuốc, nguyên liệu làm thuốc tại Việt Nam.</w:t>
      </w:r>
    </w:p>
    <w:p>
      <w:pPr>
        <w:jc w:val="both"/>
      </w:pPr>
      <w:r>
        <w:t>b) Đối với cơ sở sản xuất nguyên liệu làm thuốc là tá dược:</w:t>
      </w:r>
    </w:p>
    <w:p>
      <w:pPr>
        <w:jc w:val="both"/>
      </w:pPr>
      <w:r>
        <w:t>Ngoài các nguyên tắc, tiêu chuẩn GMP quy định tại khoản 1 Điều này, cơ sở sản xuất tá dược được áp dụng nguyên tắc, tiêu chuẩn GMP khác của Hội đồng Tá dược Quốc tế (International Pharmaceutical Excipients Council - IPEC), Hệ thống chứng nhận tá dược quốc tế (The Certification Scheme for Pharmaceutical Excipients - EXCiPACT), Viện Tiêu chuẩn quốc gia Hoa Kỳ (American National Standards Institute - ANSI), Dược điển Hoa Kỳ (United States Pharmacopeia - USP) hoặc nguyên tắc, tiêu chuẩn khác đối với sản xuất tá dược đã được cơ quan quản lý của nước hoặc tổ chức quốc tế khác có liên quan đến tá dược dùng để sản xuất thuốc, mỹ phẩm, thực phẩm áp dụng.</w:t>
      </w:r>
    </w:p>
    <w:p>
      <w:pPr>
        <w:jc w:val="both"/>
      </w:pPr>
      <w:r>
        <w:t>4. Tài liệu cập nhật nguyên tắc, tiêu chuẩn GMP:</w:t>
      </w:r>
    </w:p>
    <w:p>
      <w:pPr>
        <w:jc w:val="both"/>
      </w:pPr>
      <w:r>
        <w:t>a) Trường hợp WHO có sửa đổi, bổ sung nguyên tắc, tiêu chuẩn GMP (sau đây gọi là tài liệu cập nhật) quy định tại điểm a và điểm b khoản 1 Điều này, trong thời hạn 03 tháng, kể từ ngày các tài liệu cập nhật được công bố trên Cổng thông tin điện tử của WHO, Cục Quản lý Dược hoặc Cục Quản lý Y Dược cổ truyền theo lĩnh vực quản lý nhà nước được giao, công bố nội dung của các tài liệu cập nhật trên để các đối tượng có liên quan tra cứu, cập nhật và áp dụng; tổ chức dịch và công bố bản dịch tiếng Việt (để tham khảo) trên Cổng thông tin điện tử của Bộ Y tế, Trang thông tin điện tử của Cục Quản lý Dược, Cục Quản lý Y Dược cổ truyền;</w:t>
      </w:r>
    </w:p>
    <w:p>
      <w:pPr>
        <w:jc w:val="both"/>
      </w:pPr>
      <w:r>
        <w:t>b) Trường hợp Hệ thống hợp tác thanh tra dược phẩm (PIC/S), Liên minh châu Âu có tài liệu cập nhật quy định tại điểm c và điểm d khoản 1 Điều này, chưa được đăng tải trên Cổng thông tin điện tử của Bộ Y tế, Trang thông tin điện tử của Cục Quản lý Dược thì cơ sở sản xuất thuốc, nguyên liệu làm thuốc triển khai áp dụng có trách nhiệm cung cấp bản tiếng Anh gửi Cục Quản lý Dược. Trong thời hạn 10 ngày kể từ ngày nhận, Cục Quản lý Dược đăng tải bản tiếng Anh trên Cổng thông tin điện tử của Bộ Y tế, Trang thông tin điện tử của Cục Quản lý Dược để các đối tượng có liên quan tra cứu, cập nhật và áp dụng.</w:t>
      </w:r>
    </w:p>
    <w:p>
      <w:pPr>
        <w:jc w:val="both"/>
      </w:pPr>
      <w:r>
        <w:rPr>
          <w:b/>
        </w:rPr>
        <w:t>Điều 4. Áp dụng nguyên tắc, tiêu chuẩn Thực hành tốt sản xuất</w:t>
      </w:r>
    </w:p>
    <w:p>
      <w:pPr>
        <w:jc w:val="both"/>
      </w:pPr>
      <w:r>
        <w:t>1. Cơ sở sản xuất thuốc, nguyên liệu làm thuốc (trừ thuốc, nguyên liệu làm thuốc sinh học là dẫn xuất từ máu và huyết tương người) triển khai áp dụng GMP quy định tại Phụ lục I hoặc Phụ lục III hoặc Phụ lục IV ban hành kèm theo Thông tư này và tài liệu cập nhật theo quy định tại khoản 4 Điều 3 của Thông tư này.</w:t>
      </w:r>
    </w:p>
    <w:p>
      <w:pPr>
        <w:jc w:val="both"/>
      </w:pPr>
      <w:r>
        <w:t>2. Cơ sở sản xuất thuốc, nguyên liệu làm thuốc sinh học là dẫn xuất của máu và huyết tương người triển khai áp dụng GMP quy định tại Phụ lục II ban hành kèm theo Thông tư này và tài liệu cập nhật theo quy định tại khoản 4 Điều 3 của Thông tư này.</w:t>
      </w:r>
    </w:p>
    <w:p>
      <w:pPr>
        <w:jc w:val="both"/>
      </w:pPr>
      <w:r>
        <w:t>3. Cơ sở sản xuất thuốc dược liệu, nguyên liệu từ dược liệu triển khai áp dụng nguyên tắc, tiêu chuẩn GMP quy định tại Phụ lục V ban hành kèm theo Thông tư này.</w:t>
      </w:r>
    </w:p>
    <w:p>
      <w:pPr>
        <w:jc w:val="both"/>
      </w:pPr>
      <w:r>
        <w:t>4. Cơ sở sản xuất thuốc cổ truyền chỉ sản xuất thuốc cổ truyền có dạng bào chế cao, đơn, hoàn, bột, rượu thuốc, cồn thuốc triển khai áp dụng nguyên tắc, tiêu chuẩn GMP quy định tại Phần I - Phụ lục VI ban hành kèm theo Thông tư này.</w:t>
      </w:r>
    </w:p>
    <w:p>
      <w:pPr>
        <w:jc w:val="both"/>
      </w:pPr>
      <w:r>
        <w:t>5. Cơ sở sản xuất thuốc cổ truyền dưới dạng bào chế hiện đại (thuốc viên nang, viên nén, thuốc cốm, thuốc nước và các dạng bào chế hiện đại khác) không thuộc trường hợp quy định tại khoản 4 Điều này triển khai áp dụng GMP quy định tại Phần II - Phụ lục VI ban hành kèm theo Thông tư này.</w:t>
      </w:r>
    </w:p>
    <w:p>
      <w:pPr>
        <w:jc w:val="both"/>
      </w:pPr>
      <w:r>
        <w:t>6. Cơ sở sản xuất vị thuốc cổ truyền triển khai áp dụng GMP quy định tại Phụ lục VII ban hành kèm theo Thông tư này.</w:t>
      </w:r>
    </w:p>
    <w:p>
      <w:pPr>
        <w:jc w:val="both"/>
      </w:pPr>
      <w:r>
        <w:t>7. Cơ sở sản xuất thuốc, nguyên liệu làm thuốc được triển khai áp dụng nguyên tắc, tiêu chuẩn GMP khác, tương đương với nguyên tắc tiêu chuẩn EU-GMP, do Cơ quan quản lý dược các nước SRA ban hành và tài liệu cập nhật quy định tại khoản 4 Điều 3 của Thông tư này.</w:t>
      </w:r>
    </w:p>
    <w:p>
      <w:pPr>
        <w:jc w:val="both"/>
      </w:pPr>
      <w:r>
        <w:t>8. Cơ sở sản xuất thuốc dược liệu, thuốc cổ truyền, vị thuốc cổ truyền được triển khai áp dụng nguyên tắc, tiêu chuẩn GMP quy định tại Phụ lục I hoặc Phụ lục III hoặc Phụ lục IV ban hành kèm theo Thông tư này và tài liệu cập nhật theo quy định tại khoản 4 Điều 3 của Thông tư này.</w:t>
      </w:r>
    </w:p>
    <w:p>
      <w:pPr>
        <w:jc w:val="both"/>
      </w:pPr>
      <w:r>
        <w:t>9. Cơ sở sản xuất thuốc cổ truyền, vị thuốc cổ truyền được phép triển khai áp dụng nguyên tắc, tiêu chuẩn GMP quy định tại Phần II Phụ lục VI hoặc Phụ lục I hoặc Phụ lục III hoặc Phụ lục IV hoặc phụ lục V ban hành kèm theo Thông tư này và tài liệu cập nhật theo quy định tại khoản 4 Điều 3 của Thông tư này.</w:t>
      </w:r>
    </w:p>
    <w:p>
      <w:pPr>
        <w:jc w:val="both"/>
      </w:pPr>
      <w:r>
        <w:t>10. Việc áp dụng tiêu chuẩn nguyên tắc GMP đối với các thuốc có nguy cơ cao thực hiện theo quy định cụ thể như sau:</w:t>
      </w:r>
    </w:p>
    <w:p>
      <w:pPr>
        <w:jc w:val="both"/>
      </w:pPr>
      <w:r>
        <w:t>a) Thuốc và nguyên liệu làm thuốc chứa kháng sinh nhóm betalactam (Penicillins, Cephalosporins, Penems và tương tự), thuốc độc tế bào, thuốc chứa hormone sinh dục thuộc nhóm có tác dụng tránh thai, vắc xin, sinh phẩm chứa vi sinh vật sống và các thuốc cụ thể có yêu cầu sản xuất riêng biệt theo quy định tại nguyên tắc, tiêu chuẩn GMP (WHO-GMP, PIC/S-GMP, EU-GMP và tương đương EU-GMP), ngoài yêu cầu được sản xuất tại cơ sở sản xuất triển khai áp dụng nguyên tắc, tiêu chuẩn GMP tương ứng quy định tại Điều này, phải bảo đảm được sản xuất tại dây chuyền riêng biệt (nhà xưởng, thiết bị sản xuất riêng biệt) và có biện pháp phòng tránh phát tán, gây nhiễm môi trường và sản phẩm thuốc khác sản xuất tại cùng khu vực;</w:t>
      </w:r>
    </w:p>
    <w:p>
      <w:pPr>
        <w:jc w:val="both"/>
      </w:pPr>
      <w:r>
        <w:t>b) Đối với thuốc chống ung thư, thuốc hormone sinh dục và thuốc có hoạt tính mạnh không thuộc nhóm các thuốc quy định tại điểm a khoản này, việc xác định tính cần thiết và mức độ riêng biệt về nhà xưởng (facilities) và/hoặc thiết bị sản xuất được xác định trên cơ sở đánh giá nguy cơ và hướng dẫn của Cơ quan quản lý Dược Châu Âu (EMA) hoặc của WHO;</w:t>
      </w:r>
    </w:p>
    <w:p>
      <w:pPr>
        <w:jc w:val="both"/>
      </w:pPr>
      <w:r>
        <w:t>c) Các thuốc, nguyên liệu làm thuốc quy định tại điểm a, b khoản này được sản xuất tại cơ sở sản xuất tại nước ngoài quy định tại điểm b khoản 1 Điều 94 của Nghị định số 163/2025/NĐ-CP , đồng thời được cơ quan quản lý các nước này cấp phép lưu hành hoặc Giấy chứng nhận sản phẩm dược (CPP) thì được công nhận thuộc phạm vi chứng nhận GMP mà không yêu cầu phải sản xuất trên dây chuyền riêng biệt và được công bố thuộc phạm vi hoạt động sản xuất đã được đánh giá của cơ sở sản xuất theo quy định Điều 17 của Thông tư này.</w:t>
      </w:r>
    </w:p>
    <w:p>
      <w:pPr>
        <w:jc w:val="both"/>
      </w:pPr>
      <w:r>
        <w:t>11. Cơ sở sản xuất thuốc hóa dược bao gồm cả thuốc hóa dược kê đơn và thuốc hóa dược không kê đơn có dây chuyền sản xuất thuốc có dạng bào chế thuốc viên nang mềm, thuốc uống dạng lỏng, thuốc dùng ngoài (thuốc kem, thuốc gel, thuốc mỡ và thuốc dùng ngoài dạng lỏng) được sản xuất thuốc hóa dược kê đơn, thuốc hóa dược không kê đơn và thuốc dược liệu từ dịch chiết dược liệu, cao, cốm, bột dược liệu, tinh dầu đã được tiêu chuẩn hóa trên dây chuyền sản xuất có dạng bào chế tương ứng. Cơ sở phải triển khai áp dụng nguyên tắc, tiêu chuẩn GMP quy định tại Phụ lục I hoặc Phụ lục III hoặc Phụ lục IV ban hành kèm theo Thông tư này và tài liệu cập nhật theo quy định tại khoản 4 Điều 3 của Thông tư này.</w:t>
      </w:r>
    </w:p>
    <w:p>
      <w:pPr>
        <w:jc w:val="both"/>
      </w:pPr>
      <w:r>
        <w:t>12. Cơ sở chỉ sản xuất thuốc hóa dược không kê đơn được sản xuất thuốc dược liệu, thuốc cổ truyền, thực phẩm bảo vệ sức khỏe có dạng bào chế tương ứng với dạng bào chế được chứng nhận. Cơ sở phải triển khai áp dụng nguyên tắc, tiêu chuẩn GMP quy định tại Phụ lục I hoặc Phụ lục III hoặc Phụ lục IV ban hành kèm theo Thông tư này và tài liệu cập nhật theo quy định tại khoản 4 Điều 3 của Thông tư này.</w:t>
      </w:r>
    </w:p>
    <w:p>
      <w:pPr>
        <w:jc w:val="both"/>
      </w:pPr>
      <w:r>
        <w:t>13. Cơ sở sản xuất thuốc dược liệu được sản xuất thuốc dược liệu có bổ sung thêm thành phần tinh khiết chiết xuất từ tinh dầu, tinh dầu, vitamin và khoáng chất và phải triển khai áp dụng nguyên tắc, tiêu chuẩn GMP quy định tại Phụ lục V ban hành kèm theo Thông tư này.</w:t>
      </w:r>
    </w:p>
    <w:p>
      <w:pPr>
        <w:jc w:val="both"/>
      </w:pPr>
      <w:r>
        <w:t>14. Cơ sở sản xuất thuốc cổ truyền được sản xuất thuốc cổ truyền có bổ sung thêm thành phần tinh khiết chiết xuất từ tinh dầu, tinh dầu, vitamin và khoáng chất và phải triển khai áp dụng nguyên tắc, tiêu chuẩn GMP quy định tại Phụ lục VI ban hành kèm theo Thông tư này.</w:t>
      </w:r>
    </w:p>
    <w:p>
      <w:pPr>
        <w:jc w:val="both"/>
      </w:pPr>
      <w:r>
        <w:t>15. Cơ sở sản xuất thuốc dược liệu, thuốc cổ truyền được sản xuất thực phẩm bảo vệ sức khỏe có dạng bào chế tương ứng với dạng bào chế đã được chứng nhận và phải triển khai áp dụng nguyên tắc, tiêu chuẩn GMP tương ứng quy định tại các khoản 1, khoản 8, khoản 9 Điều này.</w:t>
      </w:r>
    </w:p>
    <w:p>
      <w:pPr>
        <w:jc w:val="both"/>
      </w:pPr>
      <w:r>
        <w:t>16. Cơ sở sản xuất dược liệu, bán thành phẩm dược liệu dưới dạng cao, cốm, bột, dịch chiết, tinh dầu, nhựa, gôm, thạch được sản xuất nguyên liệu, bán thành phẩm thực phẩm bảo vệ sức khỏe có dạng bào chế tương ứng với dạng bào chế đã được chứng nhận và phải triển khai áp dụng nguyên tắc, tiêu chuẩn GMP tương ứng quy định tại các khoản 8, khoản 9 Điều này.</w:t>
      </w:r>
    </w:p>
    <w:p>
      <w:pPr>
        <w:jc w:val="both"/>
      </w:pPr>
      <w:r>
        <w:t>17. Cơ sở sản xuất có dây chuyền riêng chỉ sản xuất thuốc, nguyên liệu làm thuốc sinh học chứa vi sinh vật (probiotics) được sản xuất nguyên liệu, thực phẩm bảo vệ sức khỏe có chứa cùng loại vi sinh vật (probiotic) và có dạng bào chế tương ứng có với dạng bào chế đã được chứng nhận và phải triển khai áp dụng nguyên tắc, tiêu chuẩn GMP tương ứng quy định tại khoản 1 Điều này.</w:t>
      </w:r>
    </w:p>
    <w:p>
      <w:pPr>
        <w:jc w:val="both"/>
      </w:pPr>
      <w:r>
        <w:t>18. Cơ sở sản xuất thực hiện một hoặc một số công đoạn của quá trình sản xuất thuốc, nguyên liệu làm thuốc triển khai áp dụng và đáp ứng GMP theo các nội dung yêu cầu tương ứng phù hợp với công đoạn sản xuất thuốc, nguyên liệu làm thuốc quy định tại các khoản 1, 2, 3, 4, 5, 6, 7, 8, 9 và 10 Điều này.</w:t>
      </w:r>
    </w:p>
    <w:p>
      <w:pPr>
        <w:jc w:val="both"/>
      </w:pPr>
      <w:r>
        <w:t>19. Cơ sở sản xuất thuốc, nguyên liệu làm thuốc triển khai áp dụng tài liệu GMP cập nhật quy định tại khoản 4 Điều 3 của Thông tư này trong thời hạn:</w:t>
      </w:r>
    </w:p>
    <w:p>
      <w:pPr>
        <w:jc w:val="both"/>
      </w:pPr>
      <w:r>
        <w:t>a) 12 tháng đối với trường hợp có yêu cầu thay đổi về nhà xưởng, thiết bị sản xuất, tính từ thời điểm tài liệu cập nhật được công bố trên Cổng thông tin điện tử của Bộ Y tế và Trang thông tin điện tử của Cục Quản lý Dược;</w:t>
      </w:r>
    </w:p>
    <w:p>
      <w:pPr>
        <w:jc w:val="both"/>
      </w:pPr>
      <w:r>
        <w:t>b) 06 tháng đối với các cập nhật không thuộc điểm a khoản này, tính từ thời điểm tài liệu cập nhật được công bố trên Cổng thông tin điện tử của Bộ Y tế và Trang thông tin điện tử của Cục Quản lý Dược.</w:t>
      </w:r>
    </w:p>
    <w:p>
      <w:pPr>
        <w:jc w:val="both"/>
      </w:pPr>
      <w:r>
        <w:t>20. Cơ sở sản xuất nguyên liệu làm thuốc là tá dược triển khai áp dụng nguyên tắc, tiêu chuẩn GMP và tuân thủ quy định tại Phần IV Phụ lục I ban hành kèm theo Thông tư này hoặc nguyên tắc, tiêu chuẩn GMP khác quy định tại khoản 3 Điều 3 của Thông tư này và tài liệu cập nhật theo quy định tại khoản 4 Điều 3 của Thông tư này. Trường hợp WHO, các tổ chức IPEC, EXCiPACT, ANSI, USP hoặc tổ chức quốc tế khác có liên quan đến tá dược dùng để sản xuất thuốc, mỹ phẩm, thực phẩm đã công bố có sửa đổi, bổ sung nguyên tắc, tiêu chuẩn GMP đối với nguyên liệu làm thuốc là tá dược (sau đây viết tắt là tài liệu cập nhật) trên Trang thông tin điện tử của các cơ quan này, cơ sở sản xuất nguyên liệu làm thuốc là tá dược triển khai áp dụng tài liệu GMP cập nhật trong thời hạn sau đây:</w:t>
      </w:r>
    </w:p>
    <w:p>
      <w:pPr>
        <w:jc w:val="both"/>
      </w:pPr>
      <w:r>
        <w:t>a) 12 tháng đối với trường hợp có yêu cầu thay đổi về nhà xưởng, thiết bị sản xuất, tính từ thời điểm tài liệu cập nhật được công bố;</w:t>
      </w:r>
    </w:p>
    <w:p>
      <w:pPr>
        <w:jc w:val="both"/>
      </w:pPr>
      <w:r>
        <w:t>b) 06 tháng đối với các cập nhật không thuộc trường hợp quy định tại điểm a khoản này, tính từ thời điểm tài liệu cập nhật được công bố.</w:t>
      </w:r>
    </w:p>
    <w:p>
      <w:pPr>
        <w:jc w:val="center"/>
      </w:pPr>
      <w:r>
        <w:rPr>
          <w:b/>
        </w:rPr>
        <w:t>Chương III</w:t>
      </w:r>
    </w:p>
    <w:p>
      <w:pPr>
        <w:jc w:val="both"/>
      </w:pPr>
      <w:r>
        <w:t>ĐÁNH GIÁ VIỆC ĐÁP ỨNG THỰC HÀNH TỐT SẢN XUẤT ĐỂ CẤP GIẤY CHỨNG NHẬN ĐỦ ĐIỀU KIỆN KINH DOANH DƯỢC ĐỐI VỚI CƠ SỞ SẢN XUẤT THUỐC, NGUYÊN LIỆU LÀM THUỐC</w:t>
      </w:r>
    </w:p>
    <w:p>
      <w:pPr>
        <w:jc w:val="both"/>
      </w:pPr>
      <w:r>
        <w:rPr>
          <w:b/>
        </w:rPr>
        <w:t>Điều 5. Hồ sơ làm căn cứ để đánh giá đáp ứng Thực hành tốt sản xuất</w:t>
      </w:r>
    </w:p>
    <w:p>
      <w:pPr>
        <w:jc w:val="both"/>
      </w:pPr>
      <w:r>
        <w:t>1. Hồ sơ làm căn cứ để đánh giá đáp ứng GMP đối với cơ sở kinh doanh dược là Hồ sơ mà cơ sở kinh doanh dược nộp khi đề nghị cấp Giấy chứng nhận đủ điều kiện kinh doanh dược theo quy định tại khoản 1 Điều 38 Luật Dược, cụ thể:</w:t>
      </w:r>
    </w:p>
    <w:p>
      <w:pPr>
        <w:jc w:val="both"/>
      </w:pPr>
      <w:r>
        <w:t>a) Tài liệu quy định tại khoản 1 và điểm a khoản 2 Điều 20 của Nghị định số 163/2025/NĐ-CP ;</w:t>
      </w:r>
    </w:p>
    <w:p>
      <w:pPr>
        <w:jc w:val="both"/>
      </w:pPr>
      <w:r>
        <w:t>b) Tài liệu quy định tại điểm a khoản này và tài liệu quy định điểm a khoản 1 Điều 37 của Nghị định số 163/2025/NĐ-CP đối với cơ sở sản xuất thuốc phải kiểm soát đặc biệt;</w:t>
      </w:r>
    </w:p>
    <w:p>
      <w:pPr>
        <w:jc w:val="both"/>
      </w:pPr>
      <w:r>
        <w:t>c) Tài liệu kỹ thuật về cơ sở sản xuất quy định tại điểm a khoản 2 Điều 20 của Nghị định số 163/2025/NĐ-CP được trình bày theo hướng dẫn về hồ sơ tổng thể của cơ sở sản xuất quy định tại Phụ lục VIII ban hành kèm theo Thông tư này hoặc hồ sơ tổng thể được cập nhật trong trường hợp bổ sung phạm vi hoạt động.</w:t>
      </w:r>
    </w:p>
    <w:p>
      <w:pPr>
        <w:jc w:val="both"/>
      </w:pPr>
      <w:r>
        <w:t>2. Trường hợp cơ sở sản xuất đề nghị cấp Giấy chứng nhận GMP cùng với Giấy chứng nhận đủ điều kiện kinh doanh dược, cơ sở sản xuất phải ghi rõ nội dung này trong Đơn đề nghị cấp Giấy chứng nhận đủ điều kiện kinh doanh dược.</w:t>
      </w:r>
    </w:p>
    <w:p>
      <w:pPr>
        <w:jc w:val="both"/>
      </w:pPr>
      <w:r>
        <w:t>3. Trường hợp cơ sở sản xuất đề nghị cấp Giấy chứng nhận đủ điều kiện kinh doanh dược với phạm vi sản xuất thuốc, nguyên liệu làm thuốc có bán, giao thuốc, nguyên liệu làm thuốc do cơ sở sản xuất cho cơ sở bán buôn, bán lẻ, cơ sở khám bệnh, chữa bệnh thì phải có thêm tài liệu chuyên môn kỹ thuật và nhân sự theo nguyên tắc Thực hành tốt phân phối thuốc, nguyên liệu làm thuốc theo quy định tại điểm c khoản 2 Điều 20 của Nghị định số 163/2025/NĐ-CP , Cơ quan tiếp nhận thực hiện đánh giá đồng thời việc đáp ứng Thực hành tốt phân phối thuốc, nguyên liệu làm thuốc (GDP) khi đánh giá việc đáp ứng GMP của cơ sở theo các quy định của pháp luật có liên quan về Thực hành tốt phân phối thuốc, nguyên liệu làm thuốc. Trường hợp cơ sở sản xuất giao thuốc, nguyên liệu làm thuốc tại kho của cơ sở sản xuất thì không phải nộp tài liệu chuyên môn kỹ thuật và nhân sự theo nguyên tắc Thực hành tốt phân phối thuốc, nguyên liệu làm thuốc nêu trên.</w:t>
      </w:r>
    </w:p>
    <w:p>
      <w:pPr>
        <w:jc w:val="both"/>
      </w:pPr>
      <w:r>
        <w:rPr>
          <w:b/>
        </w:rPr>
        <w:t>Điều 6. Trình tự đánh giá việc đáp ứng Thực hành tốt sản xuất thuốc, nguyên liệu làm thuốc</w:t>
      </w:r>
    </w:p>
    <w:p>
      <w:pPr>
        <w:jc w:val="both"/>
      </w:pPr>
      <w:r>
        <w:t>1. Tiếp nhận hồ sơ: Cơ sở sản xuất nộp trực tiếp hoặc qua dịch vụ bưu chính hoặc trực tuyến 01 (một) bộ hồ sơ theo quy định tại Điều 5 của Thông tư này kèm phí thẩm định theo quy định của Bộ trưởng Bộ Tài chính về phí thẩm định tiêu chuẩn và điều kiện sản xuất đến Cơ quan tiếp nhận của Bộ Y tế như sau:</w:t>
      </w:r>
    </w:p>
    <w:p>
      <w:pPr>
        <w:jc w:val="both"/>
      </w:pPr>
      <w:r>
        <w:t>a) Cục Quản lý Y, Dược cổ truyền đối với cơ sở sản xuất đề nghị cấp Giấy chứng nhận đủ điều kiện kinh doanh dược với phạm vi chỉ sản xuất dược liệu, thuốc cổ truyền, vị thuốc cổ truyền tại thời điểm nộp hồ sơ đề nghị;</w:t>
      </w:r>
    </w:p>
    <w:p>
      <w:pPr>
        <w:jc w:val="both"/>
      </w:pPr>
      <w:r>
        <w:t>b) Cục Quản lý Dược đối với cơ sở sản xuất đề nghị cấp Giấy chứng nhận đủ điều kiện kinh doanh dược với phạm vi chỉ sản xuất nguyên liệu làm thuốc (không bao gồm dược liệu), thuốc hóa dược, thuốc dược liệu, vắc xin, sinh phẩm tại thời điểm nộp hồ sơ đề nghị;</w:t>
      </w:r>
    </w:p>
    <w:p>
      <w:pPr>
        <w:jc w:val="both"/>
      </w:pPr>
      <w:r>
        <w:t>c) Cục Quản lý Dược đối với cơ sở sản xuất đề nghị cấp Giấy chứng nhận đủ điều kiện kinh doanh dược với phạm vi đồng thời sản xuất một trong các thuốc, nguyên liệu làm thuốc quy định tại điểm a khoản này và một trong các thuốc, nguyên liệu làm thuốc được quy định tại điểm b khoản này tại thời điểm nộp hồ sơ đề nghị.</w:t>
      </w:r>
    </w:p>
    <w:p>
      <w:pPr>
        <w:jc w:val="both"/>
      </w:pPr>
      <w:r>
        <w:t>2. Trình tự tiếp nhận và xử lý hồ sơ:</w:t>
      </w:r>
    </w:p>
    <w:p>
      <w:pPr>
        <w:jc w:val="both"/>
      </w:pPr>
      <w:r>
        <w:t>a) Khi nhận đủ hồ sơ theo quy định tại khoản 1 Điều 5 của Thông tư này, Cơ quan tiếp nhận hồ sơ trả cho cơ sở đề nghị Phiếu tiếp nhận hồ sơ theo Mẫu số 01 tại Phụ lục I ban hành kèm theo Nghị định số 163/2025/NĐ-CP ;</w:t>
      </w:r>
    </w:p>
    <w:p>
      <w:pPr>
        <w:jc w:val="both"/>
      </w:pPr>
      <w:r>
        <w:t>b) Trong thời hạn 05 ngày làm việc, kể từ ngày nhận được hồ sơ hợp lệ, Cơ quan tiếp nhận thành lập Đoàn đánh giá và gửi cho cơ sở sản xuất quyết định thành lập Đoàn đánh giá, trong đó có dự kiến thời gian đánh giá thực tế tại cơ sở sản xuất;</w:t>
      </w:r>
    </w:p>
    <w:p>
      <w:pPr>
        <w:jc w:val="both"/>
      </w:pPr>
      <w:r>
        <w:t>c) Trong thời hạn 07 ngày làm việc, kể từ ngày có quyết định thành lập và 03 ngày làm việc đối với cơ sở sản xuất có sản xuất thuốc, nguyên liệu làm thuốc được ưu tiên về thủ tục hành chính quy định tại khoản 5 Điều 7 Luật Dược, Đoàn đánh giá tiến hành đánh giá thực tế tại cơ sở sản xuất.</w:t>
      </w:r>
    </w:p>
    <w:p>
      <w:pPr>
        <w:jc w:val="both"/>
      </w:pPr>
      <w:r>
        <w:rPr>
          <w:b/>
        </w:rPr>
        <w:t>Điều 7. Quy trình đánh giá việc đáp ứng và phân loại đáp ứng Thực hành tốt sản xuất</w:t>
      </w:r>
    </w:p>
    <w:p>
      <w:pPr>
        <w:jc w:val="both"/>
      </w:pPr>
      <w:r>
        <w:t>1. Tài liệu sử dụng trong đánh giá việc đáp ứng GMP: Tài liệu nguyên tắc, tiêu chuẩn WHO-GMP hoặc tài liệu nguyên tắc, tiêu chuẩn GMP được quy định tại các điểm a và b khoản 1 và khoản 2 Điều 3 của Thông tư này tương ứng với hoạt động sản xuất của cơ sở sản xuất.</w:t>
      </w:r>
    </w:p>
    <w:p>
      <w:pPr>
        <w:jc w:val="both"/>
      </w:pPr>
      <w:r>
        <w:t>2. Quy trình đánh giá thực tế tại cơ sở sản xuất:</w:t>
      </w:r>
    </w:p>
    <w:p>
      <w:pPr>
        <w:jc w:val="both"/>
      </w:pPr>
      <w:r>
        <w:t>a) Bước 1. Đoàn đánh giá công bố Quyết định thành lập Đoàn đánh giá, mục đích, nội dung và chương trình đánh giá dự kiến tại cơ sở sản xuất;</w:t>
      </w:r>
    </w:p>
    <w:p>
      <w:pPr>
        <w:jc w:val="both"/>
      </w:pPr>
      <w:r>
        <w:t>b) Bước 2. Cơ sở sản xuất trình bày tóm tắt về tổ chức, nhân sự và hoạt động triển khai, áp dụng GMP hoặc nội dung cụ thể theo nội dung của đợt đánh giá;</w:t>
      </w:r>
    </w:p>
    <w:p>
      <w:pPr>
        <w:jc w:val="both"/>
      </w:pPr>
      <w:r>
        <w:t>c) Bước 3. Đoàn đánh giá tiến hành đánh giá thực tế tại cơ sở sản xuất việc triển khai áp dụng GMP tại cơ sở sản xuất theo từng nội dung cụ thể. Trường hợp cơ sở thực hiện một hoặc một số công đoạn của quá trình sản xuất thì nội dung đánh giá chỉ bao gồm các yêu cầu tương ứng với một hoặc một số công đoạn sản xuất mà cơ sở thực hiện. Chương trình đánh giá có thể được điều chỉnh theo tình hình triển khai thực tế hoặc các tồn tại của cơ sở sản xuất được phát hiện trong quá trình đánh giá;</w:t>
      </w:r>
    </w:p>
    <w:p>
      <w:pPr>
        <w:jc w:val="both"/>
      </w:pPr>
      <w:r>
        <w:t>d) Bước 4. Đoàn đánh giá họp với cơ sở sản xuất để thông báo về tồn tại phát hiện trong quá trình đánh giá (nếu có); đánh giá mức độ của từng tồn tại; thảo luận với cơ sở sản xuất trong trường hợp cơ sở sản xuất không thống nhất với đánh giá của Đoàn đánh giá đối với từng tồn tại hoặc về mức độ đáp ứng nguyên tắc, tiêu chuẩn GMP của cơ sở sản xuất.</w:t>
      </w:r>
    </w:p>
    <w:p>
      <w:pPr>
        <w:jc w:val="both"/>
      </w:pPr>
      <w:r>
        <w:t>đ) Bước 5. Lập và ký biên bản đánh giá: Sau khi họp thống nhất với cơ sở, Đoàn đánh giá lập biên bản đánh giá theo Mẫu số 03 quy định tại Phụ lục X ban hành kèm theo Thông tư này. Biên bản đánh giá phải thể hiện thành phần Đoàn đánh giá, thành phần của cơ sở sản xuất, địa điểm, thời gian, phạm vi đánh giá, hình thức đánh giá, vấn đề chưa thống nhất giữa Đoàn đánh giá và cơ sở sản xuất (nếu có). Lãnh đạo cơ sở sản xuất và Trưởng Đoàn đánh giá ký xác nhận vào biên bản đánh giá. Biên bản được làm thành 02 bản, trong đó, 01 bản lưu tại cơ sở sản xuất, 01 bản lưu tại Cơ quan tiếp nhận.</w:t>
      </w:r>
    </w:p>
    <w:p>
      <w:pPr>
        <w:jc w:val="both"/>
      </w:pPr>
      <w:r>
        <w:t>e) Bước 6. Hoàn thiện Báo cáo đánh giá GMP: Trong vòng 5 ngày làm việc kể từ ngày ký biên bản đánh giá, Đoàn đánh giá có trách nhiệm lập báo cáo đánh giá GMP theo Mẫu số 04 quy định tại Phụ lục X ban hành kèm theo Thông tư này và gửi tới cơ sở sản xuất. Báo cáo đánh giá GMP phải liệt kê và phân tích, phân loại mức độ tồn tại mà cơ sở sản xuất cần khắc phục, sửa chữa; tham chiếu điều khoản quy định tương ứng của văn bản pháp luật và nguyên tắc, tiêu chuẩn GMP, đánh giá mức độ tuân thủ GMP của cơ sở sản xuất. Việc phân loại mức độ tồn tại và đánh giá mức độ tuân thủ GMP của cơ sở sản xuất (cụ thể theo từng dây chuyền sản xuất) quy định tại Phụ lục IX ban hành kèm theo Thông tư này. Báo cáo đánh giá GMP được làm thành 02 bản, trong đó, 01 bản gửi đến cơ sở sản xuất, 01 bản lưu tại Cơ quan tiếp nhận.</w:t>
      </w:r>
    </w:p>
    <w:p>
      <w:pPr>
        <w:jc w:val="both"/>
      </w:pPr>
      <w:r>
        <w:t>3. Mức độ tuân thủ GMP: Mức độ tuân thủ GMP của cơ sở sản xuất quy định tại Phụ lục IX ban hành kèm theo Thông tư này, gồm các mức độ sau đây:</w:t>
      </w:r>
    </w:p>
    <w:p>
      <w:pPr>
        <w:jc w:val="both"/>
      </w:pPr>
      <w:r>
        <w:t>a) Cơ sở sản xuất tuân thủ GMP ở mức độ 1;</w:t>
      </w:r>
    </w:p>
    <w:p>
      <w:pPr>
        <w:jc w:val="both"/>
      </w:pPr>
      <w:r>
        <w:t>b) Cơ sở sản xuất tuân thủ GMP ở mức độ 2;</w:t>
      </w:r>
    </w:p>
    <w:p>
      <w:pPr>
        <w:jc w:val="both"/>
      </w:pPr>
      <w:r>
        <w:t>c) Cơ sở sản xuất tuân thủ GMP ở mức độ 3;</w:t>
      </w:r>
    </w:p>
    <w:p>
      <w:pPr>
        <w:jc w:val="both"/>
      </w:pPr>
      <w:r>
        <w:t>d) Cơ sở sản xuất tuân thủ GMP ở mức độ 4.</w:t>
      </w:r>
    </w:p>
    <w:p>
      <w:pPr>
        <w:jc w:val="both"/>
      </w:pPr>
      <w:r>
        <w:rPr>
          <w:b/>
        </w:rPr>
        <w:t>Điều 8. Xử lý kết quả đánh giá đáp ứng Thực hành tốt sản xuất</w:t>
      </w:r>
    </w:p>
    <w:p>
      <w:pPr>
        <w:jc w:val="both"/>
      </w:pPr>
      <w:r>
        <w:t>1. Trường hợp báo cáo đánh giá GMP kết luận cơ sở sản xuất tuân thủ GMP ở mức độ 1 theo quy định tại điểm a khoản 3 Điều 7 của Thông tư này:</w:t>
      </w:r>
    </w:p>
    <w:p>
      <w:pPr>
        <w:jc w:val="both"/>
      </w:pPr>
      <w:r>
        <w:t>a) Trong thời hạn 07 ngày làm việc, kể từ ngày hoàn thiện báo cáo đánh giá GMP, Cơ quan tiếp nhận trình Bộ trưởng Bộ Y tế cấp Giấy chứng nhận đủ điều kiện kinh doanh dược theo Mẫu số 13 tại Phụ lục I ban hành kèm theo Nghị định số 163/2025/NĐ-CP và thực hiện cấp Giấy chứng nhận GMP theo Mẫu số 05 tại Phụ lục X ban hành kèm theo Thông tư này nếu cơ sở sản xuất đề nghị;</w:t>
      </w:r>
    </w:p>
    <w:p>
      <w:pPr>
        <w:jc w:val="both"/>
      </w:pPr>
      <w:r>
        <w:t>b) Phạm vi hoạt động sản xuất được ghi trên Giấy chứng nhận đủ điều kiện kinh doanh dược của cơ sở sản xuất được xác định theo từng dây chuyền sản xuất đã được đánh giá đáp ứng GMP.</w:t>
      </w:r>
    </w:p>
    <w:p>
      <w:pPr>
        <w:jc w:val="both"/>
      </w:pPr>
      <w:r>
        <w:t>2. Trường hợp báo cáo đánh giá GMP kết luận cơ sở sản xuất tuân thủ GMP ở mức độ 2 theo quy định tại điểm b khoản 3 Điều 7 của Thông tư này:</w:t>
      </w:r>
    </w:p>
    <w:p>
      <w:pPr>
        <w:jc w:val="both"/>
      </w:pPr>
      <w:r>
        <w:t>a) Trong thời hạn 05 ngày làm việc, kể từ ngày hoàn thiện báo cáo đánh giá GMP, Cơ quan tiếp nhận có văn bản thông báo yêu cầu cơ sở sản xuất tiến hành khắc phục, sửa chữa các tồn tại được phát hiện theo Mẫu số 16 tại Phụ lục I ban hành kèm theo Nghị định số 163/2025/NĐ-CP kèm báo cáo đánh giá GMP gửi cho cơ sở sản xuất;</w:t>
      </w:r>
    </w:p>
    <w:p>
      <w:pPr>
        <w:jc w:val="both"/>
      </w:pPr>
      <w:r>
        <w:t>b) Sau khi hoàn thành việc khắc phục, sửa chữa các tồn tại, cơ sở sản xuất phải có văn bản báo cáo việc khắc phục, sửa chữa bao gồm kế hoạch và bằng chứng chứng minh (hồ sơ tài liệu, hình ảnh, video, giấy chứng nhận hoặc các tài liệu chứng minh khác);</w:t>
      </w:r>
    </w:p>
    <w:p>
      <w:pPr>
        <w:jc w:val="both"/>
      </w:pPr>
      <w:r>
        <w:t>c) Trong thời hạn 20 ngày, kể từ ngày nhận được văn bản báo cáo của cơ sở về việc đã hoàn thành việc khắc phục, sửa chữa tồn tại, Cơ quan tiếp nhận đánh giá kết quả khắc phục, sửa chữa của cơ sở sản xuất theo các tài liệu quy định tại khoản 1 Điều 7 của Thông tư này, lập báo cáo đánh giá việc khắc phục sửa chữa tồn tại của cơ sở sản xuất và kết luận về tình trạng đáp ứng GMP của cơ sở sản xuất: - Cơ quan tiếp nhận trình Bộ trưởng Bộ Y tế cấp Giấy chứng nhận đủ điều kiện kinh doanh dược và thực hiện cấp Giấy chứng nhận GMP (trong trường hợp cơ sở đề nghị cấp) theo Mẫu số 05 quy định tại Phụ lục X ban hành kèm theo Thông tư này trong trường hợp việc khắc phục của cơ sở sản xuất đã đáp ứng yêu cầu và được kết luận cơ sở đáp ứng GMP; - Cơ quan tiếp nhận có văn bản thông báo cho cơ sở và nêu rõ lý do trong trường hợp kết luận cơ sở chưa đáp ứng GMP;</w:t>
      </w:r>
    </w:p>
    <w:p>
      <w:pPr>
        <w:jc w:val="both"/>
      </w:pPr>
      <w:r>
        <w:t>d) Trong thời hạn 06 tháng, kể từ ngày Cơ quan tiếp nhận gửi Báo cáo đánh giá GMP có nội dung yêu cầu khắc phục, sửa chữa các tồn tại, cơ sở sản xuất phải nộp văn bản báo cáo việc khắc phục, sửa chữa theo quy định tại điểm b, khoản 2 Điều này. Sau thời hạn trên, cơ sở sản xuất không nộp văn bản báo cáo việc khắc phục, sửa chữa hoặc sau 12 tháng kể từ ngày nộp hồ sơ đề nghị lần đầu mà Cơ quan tiếp nhận kết luận cơ sở sản xuất chưa đáp ứng GMP thì hồ sơ đề nghị đã nộp không còn giá trị.</w:t>
      </w:r>
    </w:p>
    <w:p>
      <w:pPr>
        <w:jc w:val="both"/>
      </w:pPr>
      <w:r>
        <w:t>3. Trường hợp báo cáo đánh giá GMP kết luận cơ sở sản xuất tuân thủ GMP ở mức độ 3 theo quy định tại điểm c khoản 3 Điều 7 của Thông tư này:</w:t>
      </w:r>
    </w:p>
    <w:p>
      <w:pPr>
        <w:jc w:val="both"/>
      </w:pPr>
      <w:r>
        <w:t>a) Trình tự, thời gian xử lý kết quả đánh giá đáp ứng GMP theo quy định tại khoản 2 Điều này;</w:t>
      </w:r>
    </w:p>
    <w:p>
      <w:pPr>
        <w:jc w:val="both"/>
      </w:pPr>
      <w:r>
        <w:t>b) Trong thời hạn 20 ngày, kể từ ngày nhận được văn bản báo cáo khắc phục, sửa chữa tồn tại của cơ sở sản xuất, Cơ quan tiếp nhận tiến hành đánh giá thực tế việc khắc phục, sửa chữa tại cơ sở sản xuất và kết luận tình trạng đáp ứng GMP của cơ sở sản xuất theo quy định tại khoản 2 Điều 7 của Thông tư này.</w:t>
      </w:r>
    </w:p>
    <w:p>
      <w:pPr>
        <w:jc w:val="both"/>
      </w:pPr>
      <w:r>
        <w:t>4. Trường hợp báo cáo đánh giá GMP kết luận cơ sở sản xuất tuân thủ GMP ở mức độ 4 theo quy định tại điểm d khoản 3 Điều 7 của Thông tư này: Trong thời hạn 05 ngày làm việc, kể từ ngày hoàn thiện báo cáo đánh giá GMP, Cơ quan tiếp nhận ban hành văn bản thông báo về việc không đáp ứng GMP của cơ sở sản xuất theo Mẫu số 16 tại Phụ lục I ban hành kèm theo Nghị định số 163/2025/NĐ-CP kèm báo cáo đánh giá GMP gửi cho cơ sở sản xuất và không cấp Giấy chứng nhận đủ điều kiện kinh doanh dược.</w:t>
      </w:r>
    </w:p>
    <w:p>
      <w:pPr>
        <w:jc w:val="both"/>
      </w:pPr>
      <w:r>
        <w:t>5. Trường hợp cơ sở sản xuất có ý kiến không thống nhất với tồn tại theo đánh giá của Đoàn đánh giá GMP, trong thời hạn 30 ngày, kể từ ngày hoàn thiện báo cáo đánh giá GMP hoặc báo cáo đánh giá hành động khắc phục, cơ sở sản xuất có văn bản kiến nghị gửi Cơ quan tiếp nhận kèm theo bằng chứng (hồ sơ tài liệu, hình ảnh, video, giấy chứng nhận) chứng minh liên quan đến tồn tại đó. Trong thời hạn 10 ngày, kể từ ngày nhận được văn bản kiến nghị của cơ sở sản xuất, Cơ quan tiếp nhận tổ chức rà soát báo cáo đánh giá GMP, nội dung kiến nghị của cơ sở sản xuất, nếu cần thiết, lấy ý kiến tư vấn chuyên gia trong lĩnh vực có liên quan và có văn bản trả lời cơ sở sản xuất. Văn bản trả lời phải nêu rõ nội dung chấp thuận, không chấp thuận đối với nội dung kiến nghị của cơ sở sản xuất, lý do không chấp thuận. Thời gian này không tính vào thời hạn đánh giá.</w:t>
      </w:r>
    </w:p>
    <w:p>
      <w:pPr>
        <w:jc w:val="both"/>
      </w:pPr>
      <w:r>
        <w:t>6. Trong thời gian 05 ngày làm việc, kể từ ngày cấp Giấy chứng nhận đủ điều kiện kinh doanh dược, Cơ quan tiếp nhận công bố trên Cổng thông tin điện tử của Bộ Y tế và Trang thông tin điện tử của Cơ quan tiếp nhận các thông tin sau đây:</w:t>
      </w:r>
    </w:p>
    <w:p>
      <w:pPr>
        <w:jc w:val="both"/>
      </w:pPr>
      <w:r>
        <w:t>a) Tên và địa chỉ cơ sở sản xuất;</w:t>
      </w:r>
    </w:p>
    <w:p>
      <w:pPr>
        <w:jc w:val="both"/>
      </w:pPr>
      <w:r>
        <w:t>b) Họ tên người chịu trách nhiệm chuyên môn về dược, người phụ trách về bảo đảm chất lượng kèm theo số Chứng chỉ hành nghề dược;</w:t>
      </w:r>
    </w:p>
    <w:p>
      <w:pPr>
        <w:jc w:val="both"/>
      </w:pPr>
      <w:r>
        <w:t>c) Số Giấy chứng nhận đủ điều kiện kinh doanh dược;</w:t>
      </w:r>
    </w:p>
    <w:p>
      <w:pPr>
        <w:jc w:val="both"/>
      </w:pPr>
      <w:r>
        <w:t>d) Phạm vi kinh doanh dược (phạm vi hoạt động sản xuất);</w:t>
      </w:r>
    </w:p>
    <w:p>
      <w:pPr>
        <w:jc w:val="both"/>
      </w:pPr>
      <w:r>
        <w:t>đ) Số Giấy chứng nhận GMP (nếu có);</w:t>
      </w:r>
    </w:p>
    <w:p>
      <w:pPr>
        <w:jc w:val="both"/>
      </w:pPr>
      <w:r>
        <w:t>e) Thời hạn hết hiệu lực của việc đánh giá đáp ứng GMP.</w:t>
      </w:r>
    </w:p>
    <w:p>
      <w:pPr>
        <w:jc w:val="center"/>
      </w:pPr>
      <w:r>
        <w:rPr>
          <w:b/>
        </w:rPr>
        <w:t>Chương IV</w:t>
      </w:r>
    </w:p>
    <w:p>
      <w:pPr>
        <w:jc w:val="both"/>
      </w:pPr>
      <w:r>
        <w:t>ĐÁNH GIÁ VIỆC DUY TRÌ ĐÁP ỨNG THỰC HÀNH TỐT SẢN XUẤT THUỐC, NGUYÊN LIỆU LÀM THUỐC</w:t>
      </w:r>
    </w:p>
    <w:p>
      <w:pPr>
        <w:jc w:val="both"/>
      </w:pPr>
      <w:r>
        <w:rPr>
          <w:b/>
        </w:rPr>
        <w:t>Điều 9. Đánh giá định kỳ việc duy trì đáp ứng Thực hành tốt sản xuất</w:t>
      </w:r>
    </w:p>
    <w:p>
      <w:pPr>
        <w:jc w:val="both"/>
      </w:pPr>
      <w:r>
        <w:t>1. Thời gian định kỳ đánh giá việc duy trì đáp ứng GMP tại cơ sở sản xuất là 03 năm, kể từ ngày ký biên bản đánh giá lần đánh giá liền trước (không bao gồm các lần đánh giá đột xuất, thanh tra, kiểm tra của Bộ Y tế, Sở Y tế).</w:t>
      </w:r>
    </w:p>
    <w:p>
      <w:pPr>
        <w:jc w:val="both"/>
      </w:pPr>
      <w:r>
        <w:t>2. Tháng 11 hằng năm, Cơ quan tiếp nhận rà soát và ban hành kế hoạch đánh giá định kỳ việc duy trì đáp ứng GMP của các cơ sở sản xuất trong năm kế tiếp. Kế hoạch đánh giá định kỳ việc duy trì đáp ứng GMP được công bố trên Trang thông tin điện tử của Cơ quan tiếp nhận. Đối với trường hợp cơ sở sản xuất quy định tại khoản 3 Điều 6 của Thông tư này, Cục Quản lý Dược công bố và thực hiện kế hoạch đánh giá định kỳ việc duy trì đáp ứng GMP và đánh duy trì đáp ứng GDP nếu cơ sở đề nghị.</w:t>
      </w:r>
    </w:p>
    <w:p>
      <w:pPr>
        <w:jc w:val="both"/>
      </w:pPr>
      <w:r>
        <w:t>3. Tối thiểu 30 ngày trước thời điểm đánh giá định kỳ việc duy trì đáp ứng GMP theo kế hoạch đã được Cơ quan tiếp nhận công bố, cơ sở sản xuất phải gửi về Cơ quan tiếp nhận báo cáo về hoạt động sản xuất thuốc, nguyên liệu làm thuốc và việc duy trì đáp ứng tiêu chuẩn GMP (sau đây viết tắt là báo cáo hoạt động - duy trì đáp ứng GMP) của cơ sở theo Mẫu số 2 quy định tại Phụ lục X ban hành kèm theo Thông tư này, kèm theo tài liệu kỹ thuật cập nhật về điều kiện cơ sở vật chất, kỹ thuật và nhân sự của cơ sở sản xuất (nếu có thay đổi). Ví dụ: Thời điểm dự kiến đánh giá định kỳ tại cơ sở sản xuất A là ngày 18 tháng 8 năm 2018 thì cơ sở sản xuất A phải nộp báo cáo hoạt động và việc duy trì đáp ứng GMP về Cơ quan tiếp nhận trước ngày 18 tháng 7 năm 2018.</w:t>
      </w:r>
    </w:p>
    <w:p>
      <w:pPr>
        <w:jc w:val="both"/>
      </w:pPr>
      <w:r>
        <w:t>4. Trường hợp cơ sở sản xuất không nộp báo cáo hoạt động - duy trì đáp ứng GMP theo thời hạn được quy định tại khoản 3 Điều này, trong thời gian 15 ngày kể từ ngày đến hạn nộp báo cáo, Cơ quan tiếp nhận có văn bản yêu cầu cơ sở sản xuất thực hiện việc báo cáo hoạt động - duy trì đáp ứng GMP theo quy định.</w:t>
      </w:r>
    </w:p>
    <w:p>
      <w:pPr>
        <w:jc w:val="both"/>
      </w:pPr>
      <w:r>
        <w:t>5. Trong thời hạn 45 ngày, kể từ ngày Cơ quan tiếp nhận có văn bản yêu cầu, cơ sở sản xuất phải nộp báo cáo hoạt động - duy trì đáp ứng GMP kèm theo giải trình về lý do chậm nộp báo cáo. Nếu sau thời hạn này, cơ sở sản xuất không nộp báo cáo hoạt động - duy trì đáp ứng GMP, Cơ quan tiếp nhận tiến hành đánh giá đột xuất, thanh tra, kiểm tra việc duy trì đáp ứng GMP của cơ sở theo quy định tại Điều 12 của Thông tư này.</w:t>
      </w:r>
    </w:p>
    <w:p>
      <w:pPr>
        <w:jc w:val="both"/>
      </w:pPr>
      <w:r>
        <w:t>6. Sau khi nộp báo cáo hoạt động - duy trì đáp ứng GMP theo quy định, cơ sở sản xuất được tiếp tục thực hiện các hoạt động của cơ sở sản xuất thuốc, nguyên liệu làm thuốc theo quy định tại Luật dược, văn bản hướng dẫn liên quan và phù hợp với phạm vi hoạt động ghi tại Giấy chứng nhận đủ điều kiện kinh doanh dược đã được cấp, trừ trường hợp có văn bản xử lý của cơ quan quản lý về việc không tuân thủ GMP. Cơ sở phải bảo đảm duy trì việc đáp ứng GMP trong quá trình hoạt động. Trường hợp cơ sở có văn bản đề nghị, Cơ quan tiếp nhận có văn bản xác nhận về tình trạng nộp báo cáo hoạt động - duy trì đáp ứng GMP của cơ sở.</w:t>
      </w:r>
    </w:p>
    <w:p>
      <w:pPr>
        <w:jc w:val="both"/>
      </w:pPr>
      <w:r>
        <w:t>7. Trình tự đánh giá, quy trình đánh giá, phân loại kết quả đánh giá đáp ứng GMP thực hiện theo quy định tại Điều 6 và Điều 7 của Thông tư này.</w:t>
      </w:r>
    </w:p>
    <w:p>
      <w:pPr>
        <w:jc w:val="both"/>
      </w:pPr>
      <w:r>
        <w:t>8. Trường hợp xảy ra tình trạng dịch bệnh, thiên tai, thảm họa, chiến tranh mà Cơ quan tiếp nhận bị hạn chế đi lại, không thể thực hiện được việc đánh giá duy trì đáp ứng GMP theo quy định, Cơ quan tiếp nhận thực hiện:</w:t>
      </w:r>
    </w:p>
    <w:p>
      <w:pPr>
        <w:jc w:val="both"/>
      </w:pPr>
      <w:r>
        <w:t>a) Cấp Giấy chứng nhận GMP theo đề nghị của cơ sở sản xuất để phục vụ cho nhu cầu xuất khẩu thuốc, nguyên liệu làm thuốc của cơ sở;</w:t>
      </w:r>
    </w:p>
    <w:p>
      <w:pPr>
        <w:jc w:val="both"/>
      </w:pPr>
      <w:r>
        <w:t>b) Thực hiện việc đánh giá từ xa đối với các cơ sở sản xuất thuốc vô trùng, thuốc sinh học hoặc trường hợp đánh giá lần gần nhất đáp ứng mức độ 3 và 4;</w:t>
      </w:r>
    </w:p>
    <w:p>
      <w:pPr>
        <w:jc w:val="both"/>
      </w:pPr>
      <w:r>
        <w:t>c) Sau khi khắc phục được tình trạng thiên tai, dịch bệnh, thảm họa, Cơ quan tiếp nhận thực hiện việc đánh giá duy trì đáp ứng GMP theo quy định tại Điều 6 và Điều 7 của Thông tư này.</w:t>
      </w:r>
    </w:p>
    <w:p>
      <w:pPr>
        <w:jc w:val="both"/>
      </w:pPr>
      <w:r>
        <w:rPr>
          <w:b/>
        </w:rPr>
        <w:t>Điều 10. Xử lý kết quả đánh giá định kỳ việc duy trì đáp ứng Thực hành tốt sản xuất</w:t>
      </w:r>
    </w:p>
    <w:p>
      <w:pPr>
        <w:jc w:val="both"/>
      </w:pPr>
      <w:r>
        <w:t>1. Trường hợp báo cáo đánh giá GMP kết luận cơ sở sản xuất tuân thủ GMP ở mức độ 1 theo quy định tại điểm a khoản 3 Điều 7 của Thông tư này:</w:t>
      </w:r>
    </w:p>
    <w:p>
      <w:pPr>
        <w:jc w:val="both"/>
      </w:pPr>
      <w:r>
        <w:t>a) Trong thời hạn 10 ngày, kể từ ngày hoàn thiện báo cáo đánh giá GMP, Cơ quan tiếp nhận cập nhật thông tin về việc duy trì đáp ứng GMP của cơ sở trên Cổng Thông tin điện tử của Bộ Y tế, Trang Thông tin điện tử của Cơ quan tiếp nhận theo quy định tại khoản 6 Điều 8 của Thông tư này và thực hiện việc cấp Giấy chứng nhận GMP theo Mẫu số 05 tại Phụ lục X ban hành kèm theo Thông tư này đối với cơ sở đề nghị cấp Giấy chứng nhận GMP;</w:t>
      </w:r>
    </w:p>
    <w:p>
      <w:pPr>
        <w:jc w:val="both"/>
      </w:pPr>
      <w:r>
        <w:t>b) Trường hợp cơ sở sản xuất ngừng một hoặc một số hoạt động sản xuất thuộc phạm vi chứng nhận được ghi trên Giấy chứng nhận đủ điều kiện kinh doanh dược, Cơ quan tiếp nhận cập nhật thông tin về việc duy trì đáp ứng GMP đối với các hoạt động sản xuất được đánh giá duy trì đáp ứng GMP và có văn bản thông báo yêu cầu cơ sở sản xuất thực hiện thủ tục điều chỉnh Giấy chứng nhận đủ điều kiện kinh doanh dược theo quy định tại điểm b khoản 3 Điều 36 Luật Dược.</w:t>
      </w:r>
    </w:p>
    <w:p>
      <w:pPr>
        <w:jc w:val="both"/>
      </w:pPr>
      <w:r>
        <w:t>2. Trường hợp báo cáo đánh giá GMP kết luận cơ sở sản xuất tuân thủ GMP ở mức độ 2 theo quy định tại điểm b khoản 3 Điều 7 của Thông tư này:</w:t>
      </w:r>
    </w:p>
    <w:p>
      <w:pPr>
        <w:jc w:val="both"/>
      </w:pPr>
      <w:r>
        <w:t>a) Trong thời hạn 05 ngày làm việc, kể từ ngày hoàn thiện báo cáo đánh giá GMP, Cơ quan tiếp nhận có văn bản thông báo yêu cầu cơ sở sản xuất tiến hành khắc phục, sửa chữa các tồn tại được phát hiện theo Mẫu số 16 tại Phụ lục I ban hành kèm theo Nghị định số 163/2025/NĐ-CP kèm báo cáo đánh giá GMP gửi cho cơ sở sản xuất để tiến hành khắc phục, sửa chữa tồn tại và gửi báo cáo khắc phục về Cơ quan tiếp nhận;</w:t>
      </w:r>
    </w:p>
    <w:p>
      <w:pPr>
        <w:jc w:val="both"/>
      </w:pPr>
      <w:r>
        <w:t>b) Trong thời hạn 45 ngày, kể từ ngày Cơ quan tiếp nhận gửi báo cáo đánh giá GMP, cơ sở sản xuất phải có văn bản báo cáo khắc phục bao gồm kế hoạch và bằng chứng chứng minh (hồ sơ tài liệu, hình ảnh, video, giấy chứng nhận hoặc các tài liệu chứng minh khác) việc khắc phục, sửa chữa tồn tại được ghi trong báo cáo đánh giá GMP;</w:t>
      </w:r>
    </w:p>
    <w:p>
      <w:pPr>
        <w:jc w:val="both"/>
      </w:pPr>
      <w:r>
        <w:t>c) Trong thời hạn 20 ngày, kể từ ngày nhận được văn bản báo cáo khắc phục, Cơ quan tiếp nhận đánh giá kết quả khắc phục của cơ sở sản xuất và kết luận về tình trạng đáp ứng GMP của cơ sở sản xuất: - Trường hợp việc khắc phục của cơ sở sản xuất đã đáp ứng yêu cầu: Cơ quan tiếp nhận cập nhật thông tin về việc duy trì đáp ứng GMP của cơ sở trên Cổng Thông tin điện tử của Bộ Y tế, Trang Thông tin điện tử của Cơ quan tiếp nhận theo quy định tại khoản 6 Điều 8 của Thông tư này và thực hiện việc cấp Giấy chứng nhận GMP theo Mẫu số 05 tại Phụ lục X ban hành kèm theo Thông tư này đối với cơ sở đề nghị cấp Giấy chứng nhận GMP; - Trường hợp việc khắc phục của cơ sở sản xuất chưa đáp ứng yêu cầu: Cơ quan tiếp nhận có văn bản thông báo nội dung cần tiếp tục khắc phục, sửa chữa và nộp báo cáo bổ sung. Thời gian gia hạn để tiếp tục khắc phục, sửa chữa và báo cáo là 45 ngày, kể từ ngày có văn bản yêu cầu.</w:t>
      </w:r>
    </w:p>
    <w:p>
      <w:pPr>
        <w:jc w:val="both"/>
      </w:pPr>
      <w:r>
        <w:t>d) Trong thời hạn 135 ngày, kể từ ngày hoàn thiện báo cáo đánh giá GMP mà cơ sở sản xuất không có báo cáo khắc phục hoặc sau khi khắc phục theo quy định tại điểm c khoản này mà kết quả khắc phục vẫn tiếp tục không đạt yêu cầu, Cơ quan tiếp nhận ban hành văn bản thông báo về việc không đáp ứng GMP và tùy theo tính chất, mức độ vi phạm, Cơ quan tiếp nhận thực hiện một hoặc các biện pháp theo quy định tại điểm a và điểm b khoản 4 Điều này.</w:t>
      </w:r>
    </w:p>
    <w:p>
      <w:pPr>
        <w:jc w:val="both"/>
      </w:pPr>
      <w:r>
        <w:t>3. Trường hợp báo cáo đánh giá GMP kết luận cơ sở sản xuất tuân thủ GMP ở mức độ 3 theo quy định tại điểm c khoản 3 Điều 7 của Thông tư này: Trình tự, thời gian xử lý kết quả đánh giá đáp ứng GMP theo quy định tại khoản 2 Điều này. Trong thời hạn 20 ngày, kể từ ngày nhận được văn bản báo cáo khắc phục, Cơ quan tiếp nhận tiến hành đánh giá thực tế việc khắc phục tại cơ sở sản xuất trước khi kết luận tình trạng đáp ứng GMP của cơ sở sản xuất theo quy định tại điểm c khoản 2 Điều này.</w:t>
      </w:r>
    </w:p>
    <w:p>
      <w:pPr>
        <w:jc w:val="both"/>
      </w:pPr>
      <w:r>
        <w:t>4. Trường hợp báo cáo đánh giá GMP kết luận cơ sở sản xuất tuân thủ GMP ở mức độ 4 theo quy định tại điểm d khoản 3 Điều 7 của Thông tư này: Trong thời hạn 05 ngày làm việc, kể từ ngày ký biên bản đánh giá, trên cơ sở đánh giá nguy cơ về tồn tại được phát hiện đối với chất lượng thuốc, nguyên liệu làm thuốc, an toàn của người sử dụng thuốc, Cơ quan tiếp nhận ban hành văn bản thông báo về việc không đáp ứng GMP kèm theo báo cáo đánh giá GMP. Tùy theo tính chất, mức độ vi phạm, Cơ quan tiếp nhận thực hiện một hoặc các biện pháp sau đây:</w:t>
      </w:r>
    </w:p>
    <w:p>
      <w:pPr>
        <w:jc w:val="both"/>
      </w:pPr>
      <w:r>
        <w:t>a) Có văn bản tạm ngừng hoạt động của cơ sở sản xuất; Xử phạt vi phạm hành chính hoặc chuyển cơ quan có thẩm quyền để xử phạt vi phạm hành chính theo quy định của pháp luật về xử lý vi phạm hành chính;</w:t>
      </w:r>
    </w:p>
    <w:p>
      <w:pPr>
        <w:jc w:val="both"/>
      </w:pPr>
      <w:r>
        <w:t>b) Trình Bộ trưởng Bộ Y tế ra quyết định thu hồi Giấy chứng nhận đủ điều kiện kinh doanh dược đã cấp theo quy định tại khoản 2 Điều 40 của Luật dược trong trường hợp hết thời hạn bị đình chỉ hoạt động mà cơ sở chưa thực hiện khắc phục, sửa chữa tồn tại;</w:t>
      </w:r>
    </w:p>
    <w:p>
      <w:pPr>
        <w:jc w:val="both"/>
      </w:pPr>
      <w:r>
        <w:t>c) Trường hợp cơ sở sản xuất không đáp ứng một hoặc một số hoạt động sản xuất thuộc phạm vi kinh doanh được ghi trên Giấy chứng nhận đủ điều kiện kinh doanh dược đã cấp, Cơ quan tiếp nhận: - Có văn bản tạm ngừng hoạt động của cơ sở sản xuất đối với phạm vi vi phạm; Xử phạt vi phạm hành chính hoặc chuyển cơ quan có thẩm quyền để xử phạt vi phạm hành chính theo quy định của pháp luật về xử lý vi phạm hành chính; - Trình Bộ trưởng Bộ Y tế ra quyết định thu hồi Giấy chứng nhận đủ điều kiện kinh doanh dược đã cấp để loại bỏ phạm vi kinh doanh không đáp ứng theo quy định tại Điều 40 của Luật dược trong trường hợp hết thời hạn bị đình chỉ hoạt động mà cơ sở chưa thực hiện khắc phục, sửa chữa tồn tại liên quan đến phạm vi vi phạm, đồng thời cấp Giấy chứng nhận đủ điều kiện kinh doanh dược phù hợp với phạm vi kinh doanh mà cơ sở sản xuất đáp ứng GMP;</w:t>
      </w:r>
    </w:p>
    <w:p>
      <w:pPr>
        <w:jc w:val="both"/>
      </w:pPr>
      <w:r>
        <w:t>d) Thu hồi Giấy chứng nhận GMP (nếu có) và thực hiện cấp Giấy chứng nhận GMP phù hợp với phạm vi mà cơ sở sản xuất đáp ứng nếu cơ sở có yêu cầu.</w:t>
      </w:r>
    </w:p>
    <w:p>
      <w:pPr>
        <w:jc w:val="both"/>
      </w:pPr>
      <w:r>
        <w:t>5. Trong thời hạn 05 ngày làm việc, kể từ ngày kết luận cơ sở sản xuất đáp ứng việc duy trì GMP hoặc từ ngày ban hành Quyết định thu hồi Giấy chứng nhận đủ điều kiện kinh doanh dược đã cấp do cơ sở sản xuất không duy trì đáp ứng GMP, Cơ quan tiếp nhận cập nhật tình trạng đáp ứng GMP trên Trang thông tin điện tử của Cơ quan tiếp nhận theo nội dung quy định tại khoản 6 Điều 8 của Thông tư này đối với cơ sở sản xuất đáp ứng GMP hoặc thông tin về việc thu hồi Giấy chứng nhận đủ điều kiện kinh doanh dược, Giấy chứng nhận GMP (nếu có) đã cấp đối với cơ sở sản xuất không duy trì đáp ứng GMP.</w:t>
      </w:r>
    </w:p>
    <w:p>
      <w:pPr>
        <w:jc w:val="both"/>
      </w:pPr>
      <w:r>
        <w:t>6. Trường hợp mẫu thuốc, nguyên liệu làm thuốc do Đoàn đánh giá lấy trong quá trình đánh giá, bị kết luận vi phạm chất lượng, Cơ quan tiếp nhận tiến hành xử lý thuốc, nguyên liệu làm thuốc vi phạm theo quy định hiện hành.</w:t>
      </w:r>
    </w:p>
    <w:p>
      <w:pPr>
        <w:jc w:val="both"/>
      </w:pPr>
      <w:r>
        <w:rPr>
          <w:b/>
        </w:rPr>
        <w:t>Điều 11. Kiểm soát thay đổi</w:t>
      </w:r>
    </w:p>
    <w:p>
      <w:pPr>
        <w:jc w:val="both"/>
      </w:pPr>
      <w:r>
        <w:t>1. Cơ sở sản xuất vắc xin trước khi tiến hành thay đổi thuộc một trong các trường hợp được quy định tại điểm a, b khoản này phải có văn bản thông báo kèm theo đánh giá về nguy cơ, ảnh hưởng của các thay đổi dự kiến thực hiện đến chất lượng, an toàn của sản phẩm:</w:t>
      </w:r>
    </w:p>
    <w:p>
      <w:pPr>
        <w:jc w:val="both"/>
      </w:pPr>
      <w:r>
        <w:t>a) Trường hợp quy định tại các điểm d, đ, e, và g khoản 2 Điều này;</w:t>
      </w:r>
    </w:p>
    <w:p>
      <w:pPr>
        <w:jc w:val="both"/>
      </w:pPr>
      <w:r>
        <w:t>b) Sản xuất, sản xuất thử vắc xin hoặc sản phẩm thuốc khác trên dây chuyền sản xuất vắc xin đã được cấp chứng nhận; Trong thời hạn 15 ngày, Cục Quản lý Dược có ý kiến trả lời bằng văn bản trong trường hợp không đồng ý với đề xuất thay đổi của cơ sở sản xuất vắc xin.</w:t>
      </w:r>
    </w:p>
    <w:p>
      <w:pPr>
        <w:jc w:val="both"/>
      </w:pPr>
      <w:r>
        <w:t>2. Cơ sở sản xuất sau khi tiến hành thay đổi phải thực hiện thủ tục đề nghị cấp Giấy chứng nhận đủ điều kiện kinh doanh dược hoặc báo cáo thay đổi theo Mẫu số 06 quy định tại Phụ lục X ban hành kèm theo Thông tư này nếu thuộc một trong các trường hợp sau đây:</w:t>
      </w:r>
    </w:p>
    <w:p>
      <w:pPr>
        <w:jc w:val="both"/>
      </w:pPr>
      <w:r>
        <w:t>a) Thay đổi thuộc một trong các trường hợp được quy định tại điểm b khoản 1 Điều 36 của Luật dược;</w:t>
      </w:r>
    </w:p>
    <w:p>
      <w:pPr>
        <w:jc w:val="both"/>
      </w:pPr>
      <w:r>
        <w:t>b) Thay đổi vị trí nhà máy sản xuất tại cùng địa điểm kinh doanh;</w:t>
      </w:r>
    </w:p>
    <w:p>
      <w:pPr>
        <w:jc w:val="both"/>
      </w:pPr>
      <w:r>
        <w:t>c) Bổ sung nhà máy sản xuất ở vị trí mới tại cùng địa điểm kinh doanh;</w:t>
      </w:r>
    </w:p>
    <w:p>
      <w:pPr>
        <w:jc w:val="both"/>
      </w:pPr>
      <w:r>
        <w:t>d) Mở rộng nhà máy sản xuất hoặc thay đổi lớn về cấu trúc, bố trí nhà xưởng của một hoặc một số dây chuyền sản xuất hoặc của toàn bộ nhà máy trên cơ sở cấu trúc nhà máy đã có;</w:t>
      </w:r>
    </w:p>
    <w:p>
      <w:pPr>
        <w:jc w:val="both"/>
      </w:pPr>
      <w:r>
        <w:t>đ) Sửa chữa, thay đổi về cấu trúc, bố trí nhà xưởng tại một phần của dây chuyền sản xuất và làm thay đổi điều kiện môi trường sản xuất, quy trình sản xuất;</w:t>
      </w:r>
    </w:p>
    <w:p>
      <w:pPr>
        <w:jc w:val="both"/>
      </w:pPr>
      <w:r>
        <w:t>e) Thay đổi các thiết bị sản xuất chính, quan trọng gây ảnh hưởng tới quy trình sản xuất, chất lượng thuốc, nguyên liệu làm thuốc;</w:t>
      </w:r>
    </w:p>
    <w:p>
      <w:pPr>
        <w:jc w:val="both"/>
      </w:pPr>
      <w:r>
        <w:t>g) Thay đổi hệ thống phụ trợ hoặc thay đổi nguyên lý thiết kế, vận hành hệ thống tiện ích mà có ảnh hưởng tới môi trường sản xuất;</w:t>
      </w:r>
    </w:p>
    <w:p>
      <w:pPr>
        <w:jc w:val="both"/>
      </w:pPr>
      <w:r>
        <w:t>h) Cơ sở sản xuất chuyển đổi phạm vi sản xuất giữa phạm vi sản xuất thuốc hóa dược bao gồm cả thuốc hóa dược kê đơn và phạm vi chỉ sản xuất thuốc hóa dược không kê đơn.</w:t>
      </w:r>
    </w:p>
    <w:p>
      <w:pPr>
        <w:jc w:val="both"/>
      </w:pPr>
      <w:r>
        <w:t>3. Trường hợp cơ sở sản xuất có thay đổi theo quy định tại điểm a khoản 2 Điều này, cơ sở sản xuất phải gửi hồ sơ đề nghị cấp Giấy chứng nhận đủ điều kiện kinh doanh dược theo quy định tại khoản 2 và khoản 4 Điều 38 của Luật dược. Trình tự đánh giá việc đáp ứng GMP, phân loại kết quả và xử lý kết quả đánh giá mức độ tuân thủ GMP được thực hiện theo quy định tại các Điều 6, 7 và 8 Thông tư này.</w:t>
      </w:r>
    </w:p>
    <w:p>
      <w:pPr>
        <w:jc w:val="both"/>
      </w:pPr>
      <w:r>
        <w:t>4. Trường hợp cơ sở sản xuất có thay đổi thuộc một trong các trường hợp quy định tại các điểm b, c hoặc d khoản 2 Điều này hoặc trường hợp cơ sở sản xuất sản xuất thuốc, nguyên liệu làm thuốc vô trùng có thay đổi thuộc điểm đ, e và g khoản 2 Điều này, cơ sở sản xuất phải nộp báo cáo thay đổi kèm tài liệu kỹ thuật tương ứng với sự thay đổi về Cơ quan tiếp nhận.</w:t>
      </w:r>
    </w:p>
    <w:p>
      <w:pPr>
        <w:jc w:val="both"/>
      </w:pPr>
      <w:r>
        <w:t>a) Cơ quan tiếp nhận thực hiện đánh giá thực tế tại cơ sở sản xuất. Trường hợp cơ sở sản xuất đáp ứng yêu cầu, Cơ quan tiếp nhận có văn bản đồng ý với thay đổi của cơ sở sản xuất;</w:t>
      </w:r>
    </w:p>
    <w:p>
      <w:pPr>
        <w:jc w:val="both"/>
      </w:pPr>
      <w:r>
        <w:t>b) Trình tự đánh giá, phân loại kết quả và xử lý kết quả đánh giá đối với cơ sở sản xuất có thay đổi theo quy định tại điểm b khoản 2 Điều này được thực hiện theo quy định tại các Điều 6, 7 và 10 của Thông tư này;</w:t>
      </w:r>
    </w:p>
    <w:p>
      <w:pPr>
        <w:jc w:val="both"/>
      </w:pPr>
      <w:r>
        <w:t>c) Trình tự đánh giá, phân loại kết quả và xử lý kết quả đánh giá đối với cơ sở sản xuất có thay đổi theo quy định tại điểm c hoặc d khoản 2 Điều này hoặc cơ sở sản xuất sản xuất thuốc, nguyên liệu làm thuốc vô trùng có thay đổi thuộc điểm đ, e và g khoản 2 Điều này được thực hiện theo quy định tại các Điều 6, 7 và 8 của Thông tư này.</w:t>
      </w:r>
    </w:p>
    <w:p>
      <w:pPr>
        <w:jc w:val="both"/>
      </w:pPr>
      <w:r>
        <w:t>5. Trường hợp cơ sở sản xuất thuốc, nguyên liệu làm thuốc có thay đổi thuộc một trong các trường hợp quy định tại điểm đ, e, hoặc g khoản 2 Điều này (trừ trường hợp quy định tại khoản 4 Điều này), cơ sở sản xuất phải nộp báo cáo thay đổi kèm tài liệu kỹ thuật tương ứng với sự thay đổi về Cơ quan tiếp nhận. Cơ sở sản xuất phải tiếp tục bảo đảm duy trì các hoạt động theo nguyên tắc, tiêu chuẩn GMP. Cơ quan tiếp nhận thực hiện đánh giá đột xuất, xử lý kết quả đánh giá theo quy định tại Điều 12 của Thông tư này trong trường hợp báo cáo thay đổi không bảo đảm chứng minh việc duy trì đáp ứng GMP tại cơ sở sản xuất.</w:t>
      </w:r>
    </w:p>
    <w:p>
      <w:pPr>
        <w:jc w:val="both"/>
      </w:pPr>
      <w:r>
        <w:t>6. Trường hợp cơ sở sản xuất thuốc, nguyên liệu làm thuốc có thay đổi theo quy định tại điểm h khoản 2 Điều này, cơ sở thực hiện thủ tục điều chỉnh Giấy chứng nhận đủ điều kiện kinh doanh dược theo quy định tại khoản 1 Điều 20 Nghị định số 163/2025/NĐ-CP ;</w:t>
      </w:r>
    </w:p>
    <w:p>
      <w:pPr>
        <w:jc w:val="both"/>
      </w:pPr>
      <w:r>
        <w:t>7. Trường hợp cơ sở sản xuất được đánh giá đáp ứng EU-GMP hoặc tương đương EU-GMP bởi một trong các cơ quan quản lý dược chặt chẽ (SRA) hoặc cơ quan quản lý dược được Bộ Y tế công nhận trên cơ sở phân loại của WHO và đề nghị công bố trên Trang thông tin điện tử của Cơ quan tiếp nhận:</w:t>
      </w:r>
    </w:p>
    <w:p>
      <w:pPr>
        <w:jc w:val="both"/>
      </w:pPr>
      <w:r>
        <w:t>a) Cơ sở sản xuất có văn bản đề nghị công bố kèm theo Giấy chứng nhận GMP hoặc văn bản kết luận cơ sở đáp ứng EU-GMP hoặc tương đương EU-GMP và báo cáo kiểm tra GMP do cơ quan quản lý dược chặt chẽ (SRA) hoặc cơ quan quản lý dược được Bộ Y tế công nhận trên cơ sở phân loại của WHO cấp;</w:t>
      </w:r>
    </w:p>
    <w:p>
      <w:pPr>
        <w:jc w:val="both"/>
      </w:pPr>
      <w:r>
        <w:t>b) Trong thời gian 15 ngày kể từ ngày tiếp nhận hồ sơ đề nghị, Cơ quan tiếp nhận thực hiện rà soát hồ sơ đề nghị và đối chiếu với thông tin về hoạt động sản xuất thuộc phạm vi chứng nhận được ghi trên Giấy chứng nhận đủ điều kiện kinh doanh dược của cơ sở sản xuất và công bố trên Cổng thông tin điện tử của Bộ Y tế, Trang thông tin điện tử của Cơ quan tiếp nhận. Thông tin công bố bao gồm: - Tên và địa chỉ của cơ sở sản xuất (Địa chỉ đặt nhà máy/dây chuyền sản xuất được đánh giá); - Số giấy chứng nhận EU-GMP hoặc tương đương EU-GMP hoặc văn bản kết luận cơ sở đáp ứng EU-GMP hoặc tương đương; thời hạn hiệu lực và cơ quan cấp giấy chứng nhận; - Phạm vi hoạt động sản xuất đã được đánh giá của cơ sở sản xuất tương ứng với giấy chứng nhận GMP.</w:t>
      </w:r>
    </w:p>
    <w:p>
      <w:pPr>
        <w:jc w:val="both"/>
      </w:pPr>
      <w:r>
        <w:rPr>
          <w:b/>
        </w:rPr>
        <w:t>Điều 12. Đánh giá đột xuất, kiểm tra việc duy trì đáp ứng Thực hành tốt sản xuất</w:t>
      </w:r>
    </w:p>
    <w:p>
      <w:pPr>
        <w:jc w:val="both"/>
      </w:pPr>
      <w:r>
        <w:t>1. Công tác kiểm tra việc duy trì đáp ứng GMP của cơ sở sản xuất được thực hiện theo quy định của pháp luật.</w:t>
      </w:r>
    </w:p>
    <w:p>
      <w:pPr>
        <w:jc w:val="both"/>
      </w:pPr>
      <w:r>
        <w:t>2. Cơ quan tiếp nhận tiến hành đánh giá đột xuất việc duy trì đáp ứng GMP tại cơ sở sản xuất khi cơ sở sản xuất thuộc một trong các trường hợp sau đây:</w:t>
      </w:r>
    </w:p>
    <w:p>
      <w:pPr>
        <w:jc w:val="both"/>
      </w:pPr>
      <w:r>
        <w:t>a) Cơ sở sản xuất khắc phục chưa đáp ứng yêu cầu quy định tại tiết 2 điểm c khoản 6 Điều 11 của Thông tư này;</w:t>
      </w:r>
    </w:p>
    <w:p>
      <w:pPr>
        <w:jc w:val="both"/>
      </w:pPr>
      <w:r>
        <w:t>b) Cơ sở sản xuất tuân thủ GMP ở mức 3 hoặc mức 4 quy định tại điểm c và d khoản 3 Điều 7 của Thông tư này phải được đánh giá đột xuất ít nhất 01 lần trong thời hạn 03 (ba) năm kể từ ngày kết thúc đợt đánh giá kỳ trước;</w:t>
      </w:r>
    </w:p>
    <w:p>
      <w:pPr>
        <w:jc w:val="both"/>
      </w:pPr>
      <w:r>
        <w:t>c) Cơ sở sản xuất có từ 01 lô thuốc bị thu hồi do vi phạm ở mức độ 1;</w:t>
      </w:r>
    </w:p>
    <w:p>
      <w:pPr>
        <w:jc w:val="both"/>
      </w:pPr>
      <w:r>
        <w:t>d) Cơ sở sản xuất có thuốc có phản ứng phụ nghiêm trọng hoặc có chuỗi phản ứng có hại (ADR) theo báo cáo của Trung tâm Quốc gia về thông tin thuốc và theo dõi phản ứng có hại của thuốc trong đó có phản ứng có hại nghiêm trọng ảnh hưởng trực tiếp đến chất lượng, an toàn, hiệu quả của thuốc;</w:t>
      </w:r>
    </w:p>
    <w:p>
      <w:pPr>
        <w:jc w:val="both"/>
      </w:pPr>
      <w:r>
        <w:t>đ) Cơ sở sản xuất có kết quả kiểm tra của cơ quan chức năng kết luận có vi phạm nghiêm trọng nguyên tắc, tiêu chuẩn GMP;</w:t>
      </w:r>
    </w:p>
    <w:p>
      <w:pPr>
        <w:jc w:val="both"/>
      </w:pPr>
      <w:r>
        <w:t>e) Trường hợp có thông tin phản ánh, tố giác cơ sở vi phạm nghiêm trọng nguyên tắc, tiêu chuẩn GMP;</w:t>
      </w:r>
    </w:p>
    <w:p>
      <w:pPr>
        <w:jc w:val="both"/>
      </w:pPr>
      <w:r>
        <w:t>g) Cơ sở sản xuất không nộp báo cáo hoạt động - duy trì đáp ứng GMP theo quy định tại khoản 5 Điều 9 của Thông tư này;</w:t>
      </w:r>
    </w:p>
    <w:p>
      <w:pPr>
        <w:jc w:val="both"/>
      </w:pPr>
      <w:r>
        <w:t>h) Cơ sở sản xuất thuốc hóa dược không kê đơn khi triển khai hoạt động sản xuất thuốc dược liệu, thuốc cổ truyền hoặc thực phẩm bảo vệ sức khỏe.</w:t>
      </w:r>
    </w:p>
    <w:p>
      <w:pPr>
        <w:jc w:val="both"/>
      </w:pPr>
      <w:r>
        <w:t>3. Thành phần Đoàn đánh giá do Thủ trưởng Cơ quan tiếp nhận quyết định theo quy định tại Điều 19 của Thông tư này.</w:t>
      </w:r>
    </w:p>
    <w:p>
      <w:pPr>
        <w:jc w:val="both"/>
      </w:pPr>
      <w:r>
        <w:t>4. Trình tự đánh giá đột xuất tại cơ sở sản xuất thực hiện theo quy định tại Điều 7 của Thông tư này.</w:t>
      </w:r>
    </w:p>
    <w:p>
      <w:pPr>
        <w:jc w:val="both"/>
      </w:pPr>
      <w:r>
        <w:t>5. Việc xử lý kết quả kiểm tra, đánh giá đột xuất tại cơ sở sản xuất thực hiện theo quy định của pháp luật.</w:t>
      </w:r>
    </w:p>
    <w:p>
      <w:pPr>
        <w:jc w:val="both"/>
      </w:pPr>
      <w:r>
        <w:rPr>
          <w:b/>
        </w:rPr>
        <w:t>Điều 13. Đánh giá việc đáp ứng và duy trì đáp ứng Thực hành tốt sản xuất đối với cơ sở sản xuất thuốc, nguyên liệu làm thuốc trong nước không thuộc diện cấp Giấy chứng nhận đủ điều kiện kinh doanh dược</w:t>
      </w:r>
    </w:p>
    <w:p>
      <w:pPr>
        <w:jc w:val="both"/>
      </w:pPr>
      <w:r>
        <w:t>1. Cơ sở sản xuất không thuộc diện cấp Giấy chứng nhận đủ điều kiện kinh doanh dược (cơ sở có hoạt động dược nhưng không vì mục đích thương mại) phải tuân thủ GMP theo quy định tại điểm a khoản 2 Điều 35 Luật Dược.</w:t>
      </w:r>
    </w:p>
    <w:p>
      <w:pPr>
        <w:jc w:val="both"/>
      </w:pPr>
      <w:r>
        <w:t>2. Cơ sở sản xuất không thuộc diện cấp Giấy chứng nhận đủ điều kiện kinh doanh dược (trừ bộ phận pha chế thuốc của cơ sở khám bệnh chữa bệnh) nộp văn bản đề nghị đánh giá đáp ứng GMP theo Mẫu số 1 quy định tại Phụ lục X ban hành kèm theo Thông tư này và tài liệu kỹ thuật về cơ sở sản xuất thuốc được trình bày theo hướng dẫn về hồ sơ tổng thể của cơ sở sản xuất quy định tại Phụ lục VIII ban hành kèm theo Thông tư này đối với trường hợp đánh giá lần đầu hoặc báo cáo hoạt động sản xuất - duy trì đáp ứng GMP của cơ sở, kèm theo tài liệu kỹ thuật cập nhật về cơ sở sản xuất (nếu có thay đổi) theo quy định tại khoản 3 Điều 9 đối với trường hợp đánh giá định kỳ.</w:t>
      </w:r>
    </w:p>
    <w:p>
      <w:pPr>
        <w:jc w:val="both"/>
      </w:pPr>
      <w:r>
        <w:t>3. Trình tự đánh giá, quy trình đánh giá, phân loại kết quả đánh giá, kiểm soát thay đổi và đánh giá đột xuất việc đáp ứng GMP đối với cơ sở sản xuất thuốc, nguyên liệu làm thuốc không thuộc diện cấp Giấy chứng nhận đủ điều kiện kinh doanh dược thực hiện theo quy định tương ứng tại các điều 6, 7, 9, 11 và 12 của Thông tư này.</w:t>
      </w:r>
    </w:p>
    <w:p>
      <w:pPr>
        <w:jc w:val="both"/>
      </w:pPr>
      <w:r>
        <w:t>4. Xử lý kết quả đánh giá lần đầu việc đáp ứng GMP của cơ sở sản xuất thuốc, nguyên liệu làm thuốc không thuộc diện cấp Giấy chứng nhận đủ điều kiện kinh doanh dược:</w:t>
      </w:r>
    </w:p>
    <w:p>
      <w:pPr>
        <w:jc w:val="both"/>
      </w:pPr>
      <w:r>
        <w:t>a) Trình tự, thời gian xử lý kết quả đánh giá lần đầu việc đáp ứng GMP của cơ sở sản xuất được thực hiện theo quy định tại Điều 8 của Thông tư này;</w:t>
      </w:r>
    </w:p>
    <w:p>
      <w:pPr>
        <w:jc w:val="both"/>
      </w:pPr>
      <w:r>
        <w:t>b) Cơ quan tiếp nhận có văn bản thông báo tình trạng đáp ứng GMP của cơ sở sản xuất và công bố trên Cổng thông tin điện tử của Bộ Y tế, Trang Thông tin điện tử của Cơ quan tiếp nhận theo quy định tại khoản 6 Điều này.</w:t>
      </w:r>
    </w:p>
    <w:p>
      <w:pPr>
        <w:jc w:val="both"/>
      </w:pPr>
      <w:r>
        <w:t>5. Xử lý kết quả đánh giá định kỳ, kiểm tra đánh giá đột xuất việc duy trì đáp ứng GMP của cơ sở sản xuất thuốc, nguyên liệu làm thuốc không thuộc diện cấp Giấy chứng nhận đủ điều kiện kinh doanh dược:</w:t>
      </w:r>
    </w:p>
    <w:p>
      <w:pPr>
        <w:jc w:val="both"/>
      </w:pPr>
      <w:r>
        <w:t>a) Trường hợp kết quả kiểm tra đánh giá kết luận cơ sở sản xuất tuân thủ GMP ở mức độ 1 hoặc 2 hoặc 3 theo quy định tại điểm a, b và điểm c khoản 3 Điều 7 của Thông tư này, cơ quan tiến hành kiểm tra, đánh giá xử lý theo quy định tại các khoản 1, 2 và 3 Điều 10 của Thông tư này;</w:t>
      </w:r>
    </w:p>
    <w:p>
      <w:pPr>
        <w:jc w:val="both"/>
      </w:pPr>
      <w:r>
        <w:t>b) Trường hợp kết quả kiểm tra đánh giá kết luận cơ sở sản xuất tuân thủ GMP ở mức độ 4 theo quy định tại điểm d khoản 3 Điều 7 của Thông tư này thì cơ quan tiến hành kiểm tra, đánh giá ban hành quyết định tạm ngừng toàn bộ hoạt động sản xuất hoặc phạm vi hoạt động sản xuất không đáp ứng cho đến khi cơ sở tiến hành khắc phục, sửa chữa tồn tại đạt yêu cầu;</w:t>
      </w:r>
    </w:p>
    <w:p>
      <w:pPr>
        <w:jc w:val="both"/>
      </w:pPr>
      <w:r>
        <w:t>c) Trường hợp mẫu thuốc, nguyên liệu làm thuốc do Đoàn kiểm tra đánh giá lấy trong quá trình kiểm tra đánh giá bị kết luận vi phạm chất lượng, Cơ quan tiếp nhận tiến hành xử lý thuốc, nguyên liệu làm thuốc vi phạm theo quy định hiện hành về quản lý chất lượng thuốc, nguyên liệu làm thuốc. Người đứng đầu cơ sở sản xuất phải chịu trách nhiệm trước pháp luật về vi phạm này.</w:t>
      </w:r>
    </w:p>
    <w:p>
      <w:pPr>
        <w:jc w:val="both"/>
      </w:pPr>
      <w:r>
        <w:t>6. Trong thời gian 05 ngày làm việc, kể từ ngày kết luận việc đáp ứng/duy trì đáp ứng GMP của cơ sở sản xuất thuốc, nguyên liệu làm thuốc không thuộc diện cấp Giấy chứng nhận đủ điều kiện kinh doanh dược, Cơ quan tiếp nhận công bố, cập nhật trên Cổng thông tin điện tử của Bộ Y tế, Trang thông tin điện tử của Cơ quan tiếp nhận các thông tin sau đây:</w:t>
      </w:r>
    </w:p>
    <w:p>
      <w:pPr>
        <w:jc w:val="both"/>
      </w:pPr>
      <w:r>
        <w:t>a) Tên và địa chỉ cơ sở sản xuất;</w:t>
      </w:r>
    </w:p>
    <w:p>
      <w:pPr>
        <w:jc w:val="both"/>
      </w:pPr>
      <w:r>
        <w:t>b) Họ tên người chịu trách nhiệm chuyên môn về dược, người phụ trách về bảo đảm chất lượng và số Chứng chỉ hành nghề dược;</w:t>
      </w:r>
    </w:p>
    <w:p>
      <w:pPr>
        <w:jc w:val="both"/>
      </w:pPr>
      <w:r>
        <w:t>c) Số Giấy chứng nhận GMP;</w:t>
      </w:r>
    </w:p>
    <w:p>
      <w:pPr>
        <w:jc w:val="both"/>
      </w:pPr>
      <w:r>
        <w:t>d) Thời hạn hết hiệu lực của việc đánh giá đáp ứng GMP;</w:t>
      </w:r>
    </w:p>
    <w:p>
      <w:pPr>
        <w:jc w:val="both"/>
      </w:pPr>
      <w:r>
        <w:t>đ) Phạm vi hoạt động của cơ sở sản xuất.</w:t>
      </w:r>
    </w:p>
    <w:p>
      <w:pPr>
        <w:jc w:val="center"/>
      </w:pPr>
      <w:r>
        <w:rPr>
          <w:b/>
        </w:rPr>
        <w:t>Chương V</w:t>
      </w:r>
    </w:p>
    <w:p>
      <w:pPr>
        <w:jc w:val="both"/>
      </w:pPr>
      <w:r>
        <w:t>QUY TRÌNH KỸ THUẬT ĐÁNH GIÁ VIỆC ĐÁP ỨNG, DUY TRÌ ĐÁP ỨNG THỰC HÀNH TỐT SẢN XUẤT CỦA CƠ SỞ SẢN XUẤT THUỐC, NGUYÊN LIỆU LÀM THUỐC NƯỚC NGOÀI KHI ĐĂNG KÝ LƯU HÀNH THUỐC, NGUYÊN LIỆU LÀM THUỐC TẠI VIỆT NAM</w:t>
      </w:r>
    </w:p>
    <w:p>
      <w:pPr>
        <w:jc w:val="both"/>
      </w:pPr>
      <w:r>
        <w:rPr>
          <w:b/>
        </w:rPr>
        <w:t>Điều 14. Tiếp nhận, tổ chức đánh giá việc đáp ứng, duy trì đáp ứng Thực hành tốt sản xuất của cơ sở sản xuất thuốc, nguyên liệu làm thuốc tại nước ngoài</w:t>
      </w:r>
    </w:p>
    <w:p>
      <w:pPr>
        <w:jc w:val="both"/>
      </w:pPr>
      <w:r>
        <w:t>1. Tiếp nhận hồ sơ: Cơ sở sản xuất, cơ sở đăng ký thuốc, nguyên liệu làm thuốc nộp 01 (một) bộ hồ sơ đề nghị đánh giá đáp ứng, duy trì đáp ứng GMP của cơ sở sản xuất thuốc, nguyên liệu làm thuốc tại nước ngoài theo quy định tại khoản 2 Điều 97 Nghị định số 163/2025/ NĐ-CP kèm phí thẩm định theo quy định của Bộ trưởng Bộ Tài chính về phí thẩm định tiêu chuẩn và điều kiện sản xuất đến Cơ quan tiếp nhận của Bộ Y tế như sau:</w:t>
      </w:r>
    </w:p>
    <w:p>
      <w:pPr>
        <w:jc w:val="both"/>
      </w:pPr>
      <w:r>
        <w:t>a) Cục Quản lý Y, Dược cổ truyền đối với cơ sở sản xuất thuốc, nguyên liệu làm thuốc tại nước ngoài chỉ sản xuất dược liệu, thuốc cổ truyền, vị thuốc cổ truyền tại thời điểm nộp hồ sơ đề nghị;</w:t>
      </w:r>
    </w:p>
    <w:p>
      <w:pPr>
        <w:jc w:val="both"/>
      </w:pPr>
      <w:r>
        <w:t>b) Cục Quản lý Dược đối với cơ sở sản xuất thuốc, nguyên liệu làm thuốc tại nước ngoài sản xuất nguyên liệu làm thuốc (không bao gồm dược liệu), thuốc hóa dược, thuốc dược liệu, vắc xin, sinh phẩm tại thời điểm nộp hồ sơ đề nghị;</w:t>
      </w:r>
    </w:p>
    <w:p>
      <w:pPr>
        <w:jc w:val="both"/>
      </w:pPr>
      <w:r>
        <w:t>c) Cục Quản lý Dược đối với cơ sở sản xuất thuốc, nguyên liệu làm thuốc tại nước ngoài đồng thời sản xuất một trong các thuốc, nguyên liệu làm thuốc quy định tại điểm a khoản này và một trong các thuốc, nguyên liệu làm thuốc được quy định tại điểm b khoản này tại thời điểm nộp hồ sơ đề nghị.</w:t>
      </w:r>
    </w:p>
    <w:p>
      <w:pPr>
        <w:jc w:val="both"/>
      </w:pPr>
      <w:r>
        <w:t>2. Cơ quan tiếp nhận tổ chức tiếp nhận, thẩm định, đánh giá hồ sơ đề nghị đánh giá đáp ứng, duy trì đáp ứng GMP của cơ sở sản xuất thuốc, nguyên liệu làm thuốc tại nước ngoài. Hồ sơ đề nghị đánh giá, trình tự, thủ tục đánh giá và nội dung đánh giá việc đáp ứng, duy trì đáp ứng GMP của cơ sở sản xuất thuốc, nguyên liệu làm thuốc tại nước ngoài được thực hiện theo quy định tại các khoản 2, 3, 4 Điều 93; khoản 2, 3, 4 Điều 94; khoản 2, 3, 4 Điều 95; khoản 1, 2, 3, 4 Điều 96; khoản 2, 3, 4, 5, 6, 7 Điều 97 của Nghị định số 163/2025/NĐ-CP .</w:t>
      </w:r>
    </w:p>
    <w:p>
      <w:pPr>
        <w:jc w:val="both"/>
      </w:pPr>
      <w:r>
        <w:t>3. Tài liệu nguyên tắc tiêu chuẩn GMP làm căn cứ đánh giá đáp ứng GMP tại cơ sở sản xuất tại nước ngoài theo quy định tại khoản 1 Điều 97 của Nghị định số 163/2025/NĐ-CP.</w:t>
      </w:r>
    </w:p>
    <w:p>
      <w:pPr>
        <w:jc w:val="both"/>
      </w:pPr>
      <w:r>
        <w:t>4. Cơ quan tiếp nhận căn cứ vào chức năng, nhiệm vụ được giao thành lập tổ chuyên gia thẩm định, xây dựng quy chế và tổ chức hoạt động của tổ chuyên gia đánh giá hồ sơ đề nghị đánh giá đáp ứng, duy trì đáp ứng GMP và công bố tình trạng đáp ứng, duy trì đáp ứng GMP của cơ sở sản xuất thuốc, nguyên liệu làm thuốc tại nước ngoài. Kinh phí tổ chức đánh giá hồ sơ được thực hiện theo quy định của pháp luật.</w:t>
      </w:r>
    </w:p>
    <w:p>
      <w:pPr>
        <w:jc w:val="both"/>
      </w:pPr>
      <w:r>
        <w:t>5. Nguyên tắc hoạt động của các chuyên gia:</w:t>
      </w:r>
    </w:p>
    <w:p>
      <w:pPr>
        <w:jc w:val="both"/>
      </w:pPr>
      <w:r>
        <w:t>a) Các ý kiến thẩm định phải bảo đảm căn cứ pháp lý, cơ sở khoa học và phải được thể hiện trong biên bản thẩm định;</w:t>
      </w:r>
    </w:p>
    <w:p>
      <w:pPr>
        <w:jc w:val="both"/>
      </w:pPr>
      <w:r>
        <w:t>b) Chuyên gia thẩm định chịu trách nhiệm trước lãnh đạo cấp trưởng Cơ quan tiếp nhận về các nội dung thẩm định, ý kiến đề xuất liên quan đến công tác thẩm định.</w:t>
      </w:r>
    </w:p>
    <w:p>
      <w:pPr>
        <w:jc w:val="both"/>
      </w:pPr>
      <w:r>
        <w:rPr>
          <w:b/>
        </w:rPr>
        <w:t>Điều 15. Quy trình kỹ thuật đánh giá việc đáp ứng, duy trì đáp ứng Thực hành tốt sản xuất đối với các cơ sở sản xuất thuốc, nguyên liệu làm thuốc quy định tại Điều 93, 94, 95 và 96 của Nghị định số 163/2025/NĐ-CP</w:t>
      </w:r>
    </w:p>
    <w:p>
      <w:pPr>
        <w:jc w:val="both"/>
      </w:pPr>
      <w:r>
        <w:t>1. Trong thời hạn 02 ngày làm việc kể từ ngày tiếp nhận, Cơ quan tiếp nhận rà soát tính phù hợp về hình thức đánh giá được đề nghị và chuyển hồ sơ đề nghị kèm theo mẫu biên bản thẩm định tương ứng tới chuyên gia đánh giá.</w:t>
      </w:r>
    </w:p>
    <w:p>
      <w:pPr>
        <w:jc w:val="both"/>
      </w:pPr>
      <w:r>
        <w:t>2. Trong thời hạn 08 ngày đối với trường hợp cơ sở đánh giá nộp hồ sơ có thêm tài liệu theo quy định tại điểm e khoản 2 Điều 93 hoặc quy định tại khoản 2 Điều 94 hoặc khoản 1 và 2 Điều 96 của Nghị định số 163/2025/NĐ-CP và 30 ngày đối với trường hợp hồ sơ đề nghị đánh giá của cơ sở chỉ bao gồm các tài liệu theo quy định tại điểm a, b, c, d, đ khoản 2 Điều 93 của Nghị định số 163/2025/NĐ-CP ngày 29 tháng 06 năm 2025, Tổ chuyên gia đánh giá thực hiện việc đánh giá hồ sơ đề nghị theo nội dung đánh giá quy định tại khoản 4 các Điều 93, 94, 95 và 96 của Nghị định số 163/2025/NĐ-CP , điền thông tin đánh giá đối với từng nội dung trong biên bản đánh giá và đưa ra ý kiến kết luận về tình trạng đáp ứng GMP của cơ sở sản xuất.</w:t>
      </w:r>
    </w:p>
    <w:p>
      <w:pPr>
        <w:jc w:val="both"/>
      </w:pPr>
      <w:r>
        <w:t>3. Trong thời hạn 04 ngày làm việc kể từ khi nhận được kết luận của Tổ chuyên gia, Cơ quan tiếp nhận rà soát ý kiến kết luận của chuyên gia, phê duyệt kết quả thẩm định. Trường hợp các chuyên gia không thống nhất kết luận, Cơ quan tiếp nhận trả lại hồ sơ để chuyên gia rà soát, thống nhất để cùng đánh giá hồ sơ. Trường hợp các chuyên gia không thống nhất kết luận, Cơ quan tiếp nhận tổ chức nhóm chuyên gia gồm các chuyên gia ban đầu và 02 chuyên gia khác cùng đánh giá và kết luận về hồ sơ. Trường hợp các chuyên gia vẫn không thống nhất kết luận, Cơ quan tiếp nhận rà soát toàn bộ hồ sơ, ý kiến của các chuyên gia và đưa ra kết luận sau cùng.</w:t>
      </w:r>
    </w:p>
    <w:p>
      <w:pPr>
        <w:jc w:val="both"/>
      </w:pPr>
      <w:r>
        <w:t>4. Trong thời hạn 01 ngày làm việc kể từ ngày kết luận về hồ sơ, Cơ quan tiếp nhận có văn bản thông báo kết quả tình trạng đáp ứng GMP của cơ sở sản xuất. Trường hợp hồ sơ chưa đáp ứng hoặc không đáp ứng GMP, văn bản trả lời phải nêu rõ lý do.</w:t>
      </w:r>
    </w:p>
    <w:p>
      <w:pPr>
        <w:jc w:val="both"/>
      </w:pPr>
      <w:r>
        <w:t>5. Trong thời hạn 03 ngày làm việc kể từ ngày có kết quả đánh giá đáp ứng, Cơ quan tiếp nhận công bố thông tin về cơ sở sản xuất thuốc, nguyên liệu làm thuốc tại nước ngoài được đánh giá đáp ứng, duy trì đáp ứng GMP trên Cổng thông tin điện tử của Bộ Y tế, Trang thông tin điện tử của Cơ quan tiếp nhận.</w:t>
      </w:r>
    </w:p>
    <w:p>
      <w:pPr>
        <w:jc w:val="both"/>
      </w:pPr>
      <w:r>
        <w:t>6. Cơ quan tiếp nhận xử lý hồ sơ bổ sung của cơ sở theo trình tự quy định tại khoản 1, 2, 3, 4, 5 nêu trên theo thời gian quy định như sau:</w:t>
      </w:r>
    </w:p>
    <w:p>
      <w:pPr>
        <w:jc w:val="both"/>
      </w:pPr>
      <w:r>
        <w:t>a) Trong thời hạn 15 ngày kể từ ngày nhận được hồ sơ bổ sung của cơ sở theo yêu cầu tại khoản 4 Điều này đối với trường hợp cơ sở đánh giá nộp hồ sơ theo quy định hoặc quy định tại khoản 2 Điều 94 hoặc khoản 1 và 2 Điều 96 của Nghị định số 163/2025/NĐ-CP ;</w:t>
      </w:r>
    </w:p>
    <w:p>
      <w:pPr>
        <w:jc w:val="both"/>
      </w:pPr>
      <w:r>
        <w:t>b) Trong thời hạn 30 ngày kể từ ngày nhận được hồ sơ bổ sung của cơ sở theo yêu cầu tại khoản 4 Điều này đối với trường hợp cơ sở đánh giá nộp hồ sơ theo quy định tại khoản 2 Điều 93 của Nghị định số 163/2025/NĐ-CP .</w:t>
      </w:r>
    </w:p>
    <w:p>
      <w:pPr>
        <w:jc w:val="both"/>
      </w:pPr>
      <w:r>
        <w:rPr>
          <w:b/>
        </w:rPr>
        <w:t>Điều 16. Quy trình kỹ thuật đánh giá việc đáp ứng Thực hành tốt sản xuất đối với các cơ sở sản xuất thuốc, nguyên liệu làm thuốc theo hình thức đánh giá thực tế tại cơ sở sản xuất quy định tại Điều 95 của Nghị định số 163/2025/NĐ-CP</w:t>
      </w:r>
    </w:p>
    <w:p>
      <w:pPr>
        <w:jc w:val="both"/>
      </w:pPr>
      <w:r>
        <w:t>1. Trong thời hạn 15 ngày kể từ ngày nhận đủ hồ sơ đối với trường hợp quy định tại các điểm b, d và đ khoản 1 Điều 95 của Nghị định số 163/2025/NĐ-CP hoặc kể từ ngày thông báo kết quả thẩm định hồ sơ đăng ký thuốc hoặc hồ sơ đề nghị đánh giá cơ sở sản xuất đáp ứng Thực hành tốt sản xuất đối với trường hợp quy định tại các điểm a và c khoản 1 Điều 95 của Nghị định số 163/2025/NĐ-CP , Cơ quan tiếp nhận rà soát tính phù hợp về hình thức đánh giá được đề nghị, rà soát tính đầy đủ của hồ sơ đề nghị, xây dựng kế hoạch kiểm tra và ra quyết định thành lập Đoàn đánh giá thực tế tại cơ sở sản xuất thuốc, nguyên liệu làm thuốc nước ngoài theo quy định tại Điều 18 và 19 của Thông tư này và chuyển hồ sơ đề nghị tới thành viên Đoàn đánh giá. Trường hợp hồ sơ chưa đầy đủ, Cơ quan tiếp nhận có văn bản yêu cầu bổ sung.</w:t>
      </w:r>
    </w:p>
    <w:p>
      <w:pPr>
        <w:jc w:val="both"/>
      </w:pPr>
      <w:r>
        <w:t>2. Trong thời hạn 30 ngày kể từ ngày có Quyết định thành lập Đoàn đánh giá, Trưởng đoàn đánh giá phân công các thành viên chuẩn bị các thủ tục đi công tác nước ngoài, xây dựng Chương trình đánh giá và gửi cơ sở sản xuất được đánh giá. Chương trình đánh giá phải đảm bảo phù hợp nội dung đánh giá quy định tại khoản 4 Điều 95 của Nghị định số 163/2025/NĐ-CP , phù hợp với dạng bào chế đăng ký thuốc, nguyên liệu làm thuốc/phạm vi sản xuất của cơ sở sản xuất. Chương trình đánh giá có thể được thay đổi trong quá trình đánh giá nếu phát hiện các điểm cần đánh giá kỹ hơn hoặc mở rộng đối tượng, phạm vi đánh giá.</w:t>
      </w:r>
    </w:p>
    <w:p>
      <w:pPr>
        <w:jc w:val="both"/>
      </w:pPr>
      <w:r>
        <w:t>3. Trong thời hạn 15 ngày kể từ ngày kể từ ngày gửi Chương trình đánh giá cho cơ sở, Đoàn đánh giá thực hiện việc kiểm tra thực tế tại cơ sở. Quy trình kiểm tra thực tế tại cơ sở được thực hiện theo quy định tại điểm a, b, c, d, đ khoản 2 Điều 7 của Thông tư này. Chương trình đánh giá có thể được điều chỉnh theo các tồn tại của cơ sở sản xuất được phát hiện trong quá trình đánh giá.</w:t>
      </w:r>
    </w:p>
    <w:p>
      <w:pPr>
        <w:jc w:val="both"/>
      </w:pPr>
      <w:r>
        <w:t>4. Trong thời hạn 20 ngày kể từ ngày kết thúc đánh giá tại cơ sở, Đoàn đánh giá lập báo cáo đánh giá Thực hành tốt sản xuất theo Mẫu số 04 quy định tại Phụ lục X ban hành kèm theo Thông tư này. Báo cáo đánh giá được rà soát, hoàn thiện và ký bởi các thành viên trong Đoàn và gửi Cơ quan tiếp nhận. Việc đánh giá phân loại tồn tại và mức độ tuân thủ GMP của cơ sở sản xuất của cơ sở được thực hiện theo quy định tại khoản 3 Điều 7 và Phụ lục IX ban hành kèm theo Thông tư này.</w:t>
      </w:r>
    </w:p>
    <w:p>
      <w:pPr>
        <w:jc w:val="both"/>
      </w:pPr>
      <w:r>
        <w:t>5. Trong thời hạn 10 ngày kể từ ngày nhận được báo cáo đánh giá của Đoàn đánh giá, Cơ quan tiếp nhận rà soát Biên bản đánh giá, nội dung đánh giá và kết luận đánh giá mức độ đáp ứng tại Báo cáo đánh giá GMP, trao đổi về kết quả đánh giá của Đoàn đánh giá trong trường hợp cần thiết, có văn bản thông báo kết luận đánh giá đáp ứng GMP của cơ sở sản xuất. Trường hợp cơ sở sản xuất chưa đáp ứng hoặc không đáp ứng GMP, văn bản trả lời phải nêu rõ lý do.</w:t>
      </w:r>
    </w:p>
    <w:p>
      <w:pPr>
        <w:jc w:val="both"/>
      </w:pPr>
      <w:r>
        <w:t>6. Trong thời hạn 03 ngày làm việc kể từ ngày kết luận cơ sở đáp ứng GMP, Cơ quan tiếp nhận công bố thông tin về cơ sở sản xuất tại nước ngoài được đánh giá đáp ứng GMP trên Cổng thông tin điện tử của Bộ Y tế, Trang thông tin điện tử của Cơ quan tiếp nhận.</w:t>
      </w:r>
    </w:p>
    <w:p>
      <w:pPr>
        <w:jc w:val="both"/>
      </w:pPr>
      <w:r>
        <w:t>7. Trình tự xử lý hồ sơ bổ sung theo yêu cầu tại khoản 5 Điều này được thực hiện như sau:</w:t>
      </w:r>
    </w:p>
    <w:p>
      <w:pPr>
        <w:jc w:val="both"/>
      </w:pPr>
      <w:r>
        <w:t>a) Trong thời hạn 01 ngày làm việc kể từ ngày nhận được hồ sơ bổ sung, Cơ quan tiếp nhận chuyển hồ sơ bổ sung đến Đoàn kiểm tra;</w:t>
      </w:r>
    </w:p>
    <w:p>
      <w:pPr>
        <w:jc w:val="both"/>
      </w:pPr>
      <w:r>
        <w:t>b) Trong thời hạn 29 ngày kể từ ngày nhận được hồ sơ bổ sung của cơ sở, Đoàn kiểm tra thực hiện việc rà soát, đánh giá đối với hồ sơ bổ sung của cơ sở sản xuất; lập báo cáo đánh giá hồ sơ bổ sung, đưa ra ý kiến đánh giá mức độ đáp ứng GMP của cơ sở sản xuất và gửi Cơ quan tiếp nhận;</w:t>
      </w:r>
    </w:p>
    <w:p>
      <w:pPr>
        <w:jc w:val="both"/>
      </w:pPr>
      <w:r>
        <w:t>c) Trong thời hạn 10 ngày kể từ ngày nhận được báo cáo đánh giá hồ sơ bổ sung của Đoàn đánh giá, Cơ quan tiếp nhận thực hiện việc rà soát báo cáo đánh giá, kết luận mức độ đánh giá đáp ứng GMP của Đoàn đánh giá, có ý kiến trao đổi, làm rõ (nếu cần); có văn bản thông báo kết luận đánh giá đáp ứng GMP gửi cơ sở sản xuất hoặc cơ sở đăng ký thuốc đứng tên trên hồ sơ đề nghị đánh giá đáp ứng GMP. Trường hợp cơ sở sản xuất chưa đáp ứng hoặc không đáp ứng GMP, văn bản trả lời đối với cơ sở cần nêu rõ lý do.</w:t>
      </w:r>
    </w:p>
    <w:p>
      <w:pPr>
        <w:jc w:val="both"/>
      </w:pPr>
      <w:r>
        <w:rPr>
          <w:b/>
        </w:rPr>
        <w:t>Điều 17. Thông tin công bố về việc đáp ứng Thực hành tốt sản xuất của cơ sở sản xuất thuốc, nguyên liệu làm thuốc tại nước ngoài</w:t>
      </w:r>
    </w:p>
    <w:p>
      <w:pPr>
        <w:jc w:val="both"/>
      </w:pPr>
      <w:r>
        <w:t>1. Trong thời gian 03 ngày làm việc, kể từ ngày có kết quả đánh giá cơ sở sản xuất đáp ứng GMP, Cơ quan tiếp nhận công bố, cập nhật kết quả đánh giá đáp ứng GMP của cơ sở sản xuất thuốc, nguyên liệu làm thuốc tại nước ngoài trên Cổng thông tin điện tử của Bộ Y tế, Trang thông tin điện tử của Cơ quan tiếp nhận. Thông tin công bố bao gồm:</w:t>
      </w:r>
    </w:p>
    <w:p>
      <w:pPr>
        <w:jc w:val="both"/>
      </w:pPr>
      <w:r>
        <w:t>a) Tên và địa chỉ cơ sở sản xuất (địa chỉ đặt nhà máy/dây chuyền sản xuất được đánh giá);</w:t>
      </w:r>
    </w:p>
    <w:p>
      <w:pPr>
        <w:jc w:val="both"/>
      </w:pPr>
      <w:r>
        <w:t>b) Số Giấy chứng nhận GMP/Giấy phép sản xuất/Báo cáo kiểm tra GMP hoặc các tài liệu khác theo quy định tại khoản 5 Điều 97 của Nghị định số 163/2025/NĐ-CP do Cơ quan quản lý nước sở tại cấp, thời hạn hiệu lực; Nguyên tắc tiêu chuẩn GMP và cơ quan cấp Giấy chứng nhận, đánh giá. Trường hợp cơ sở sản xuất thuộc nước thành viên của PIC/S, nguyên tắc tiêu chuẩn PIC/S-GMP kèm nguyên tắc tiêu chuẩn GMP ghi trên Giấy chứng nhận GMP/Giấy phép sản xuất/Báo cáo kiểm tra GMP;</w:t>
      </w:r>
    </w:p>
    <w:p>
      <w:pPr>
        <w:jc w:val="both"/>
      </w:pPr>
      <w:r>
        <w:t>c) Số Giấy chứng nhận EU-GMP hoặc tương đương EU-GMP/Giấy phép sản xuất/Báo cáo kiểm tra GMP, thời hạn hiệu lực và cơ quan cấp Giấy chứng nhận đối với cơ sở sản xuất đã được một trong các cơ quan quản lý dược chặt chẽ (SRA) hoặc quản lý dược được Bộ Y tế công nhận trên cơ sở phân loại của WHO đánh giá đáp ứng EU-GMP hoặc tương đương EU-GMP;</w:t>
      </w:r>
    </w:p>
    <w:p>
      <w:pPr>
        <w:jc w:val="both"/>
      </w:pPr>
      <w:r>
        <w:t>d) Phạm vi hoạt động sản xuất đã được đánh giá của cơ sở sản xuất tương ứng với từng Giấy chứng nhận GMP.</w:t>
      </w:r>
    </w:p>
    <w:p>
      <w:pPr>
        <w:jc w:val="both"/>
      </w:pPr>
      <w:r>
        <w:t>2. Thời hạn hiệu lực đáp ứng Thực hành tốt sản xuất thuốc:</w:t>
      </w:r>
    </w:p>
    <w:p>
      <w:pPr>
        <w:jc w:val="both"/>
      </w:pPr>
      <w:r>
        <w:t>a) Thời hạn hiệu lực ghi trên Giấy chứng nhận GMP, Giấy phép sản xuất hoặc Báo cáo kiểm tra Thực hành tốt sản xuất;</w:t>
      </w:r>
    </w:p>
    <w:p>
      <w:pPr>
        <w:jc w:val="both"/>
      </w:pPr>
      <w:r>
        <w:t>b) Quy định của cơ quan quản lý dược/cơ quan quản lý có thẩm quyền nước cấp, đánh giá đáp ứng GMP;</w:t>
      </w:r>
    </w:p>
    <w:p>
      <w:pPr>
        <w:jc w:val="both"/>
      </w:pPr>
      <w:r>
        <w:t>c) Chính sách về gia hạn, kéo dài thời hạn hiệu lực đáp ứng GMP của cơ quan cấp, đánh giá GMP.</w:t>
      </w:r>
    </w:p>
    <w:p>
      <w:pPr>
        <w:jc w:val="both"/>
      </w:pPr>
      <w:r>
        <w:t>3. Phạm vi chứng nhận đáp ứng GMP được quy định căn cứ trên các cơ sở sau:</w:t>
      </w:r>
    </w:p>
    <w:p>
      <w:pPr>
        <w:jc w:val="both"/>
      </w:pPr>
      <w:r>
        <w:t>a) Phạm vi chứng nhận GMP đề nghị được đánh giá của cơ sở đăng ký, cơ sở sản xuất thuốc, nguyên liệu làm thuốc;</w:t>
      </w:r>
    </w:p>
    <w:p>
      <w:pPr>
        <w:jc w:val="both"/>
      </w:pPr>
      <w:r>
        <w:t>b) Phạm vi chứng nhận được ghi trên Giấy chứng nhận GMP/Giấy phép sản xuất hoặc Báo cáo kiểm tra GMP;</w:t>
      </w:r>
    </w:p>
    <w:p>
      <w:pPr>
        <w:jc w:val="both"/>
      </w:pPr>
      <w:r>
        <w:t>c) Điều kiện cơ sở vật chất, trang thiết bị sản xuất của cơ sở sản xuất.</w:t>
      </w:r>
    </w:p>
    <w:p>
      <w:pPr>
        <w:jc w:val="center"/>
      </w:pPr>
      <w:r>
        <w:rPr>
          <w:b/>
        </w:rPr>
        <w:t>Chương VI</w:t>
      </w:r>
    </w:p>
    <w:p>
      <w:pPr>
        <w:jc w:val="both"/>
      </w:pPr>
      <w:r>
        <w:t>THÀNH VIÊN ĐOÀN ĐÁNH GIÁ THỰC TẾ, CHUYÊN GIA ĐÁNH GIÁ HỒ SƠ VIỆC ĐÁP ỨNG THỰC HÀNH TỐT SẢN XUẤT THUỐC, NGUYÊN LIỆU LÀM THUỐC</w:t>
      </w:r>
    </w:p>
    <w:p>
      <w:pPr>
        <w:jc w:val="both"/>
      </w:pPr>
      <w:r>
        <w:rPr>
          <w:b/>
        </w:rPr>
        <w:t>Điều 18. Tiêu chuẩn của thành viên Đoàn đánh giá đáp ứng, duy trì đáp ứng Thực hành tốt sản xuất theo hình thức kiểm tra thực tế tại cơ sở sản xuất, chuyên gia đánh giá hồ sơ đề nghị đánh giá đáp ứng, duy trì đáp ứng Thực hành tốt sản xuất</w:t>
      </w:r>
    </w:p>
    <w:p>
      <w:pPr>
        <w:jc w:val="both"/>
      </w:pPr>
      <w:r>
        <w:t>1. Thành viên Đoàn đánh giá đáp ứng, duy trì đáp ứng GMP theo hình thức kiểm tra thực tế tại cơ sở sản xuất, chuyên gia đánh giá hồ sơ đề nghị đánh giá đáp ứng, duy trì đáp ứng GMP phải đáp ứng tiêu chuẩn sau đây:</w:t>
      </w:r>
    </w:p>
    <w:p>
      <w:pPr>
        <w:jc w:val="both"/>
      </w:pPr>
      <w:r>
        <w:t>a) Có trình độ đại học trở lên và được đào tạo các môn khoa học về y, dược, sinh học, quản lý chất lượng thuốc và công tác quản lý dược;</w:t>
      </w:r>
    </w:p>
    <w:p>
      <w:pPr>
        <w:jc w:val="both"/>
      </w:pPr>
      <w:r>
        <w:t>b) Đã được đào tạo, tập huấn về GMP, thanh tra, đánh giá GMP và nắm vững nguyên tắc, tiêu chuẩn GMP. Riêng thành viên tham gia Đoàn đánh giá cơ sở sản xuất thuốc cổ truyền, dược liệu thì phải được đào tạo, tập huấn về GMP thuốc cổ truyền, dược liệu;</w:t>
      </w:r>
    </w:p>
    <w:p>
      <w:pPr>
        <w:jc w:val="both"/>
      </w:pPr>
      <w:r>
        <w:t>c) Trung thực, khách quan và nghiêm chỉnh chấp hành các quy chế, quy định pháp luật trong quá trình đánh giá, không có xung đột lợi ích với cơ sở sản xuất được đánh giá theo quy định tại khoản 4 Điều này;</w:t>
      </w:r>
    </w:p>
    <w:p>
      <w:pPr>
        <w:jc w:val="both"/>
      </w:pPr>
      <w:r>
        <w:t>d) Trưởng Đoàn đánh giá có kinh nghiệm trong công tác quản lý dược từ 03 (ba) năm trở lên.</w:t>
      </w:r>
    </w:p>
    <w:p>
      <w:pPr>
        <w:jc w:val="both"/>
      </w:pPr>
      <w:r>
        <w:t>2. Thành phần Đoàn đánh giá đáp ứng, duy trì đáp ứng GMP theo hình thức kiểm tra thực tế tại cơ sở sản xuất bao gồm:</w:t>
      </w:r>
    </w:p>
    <w:p>
      <w:pPr>
        <w:jc w:val="both"/>
      </w:pPr>
      <w:r>
        <w:t>a) Trưởng Đoàn và 01 hoặc 02 thành viên thuộc Cơ quan tiếp nhận. Đối với cơ sở sản xuất quy định tại điểm c khoản 1 Điều 6 của Thông tư này thì bổ sung 01 hoặc 02 thành viên thuộc Cục Quản lý Y Dược cổ truyền;</w:t>
      </w:r>
    </w:p>
    <w:p>
      <w:pPr>
        <w:jc w:val="both"/>
      </w:pPr>
      <w:r>
        <w:t>b) 01 thành viên là đại diện Viện Kiểm nghiệm thuốc Trung ương hoặc Viện Kiểm nghiệm thuốc Thành phố Hồ Chí Minh hoặc Viện Kiểm định vắc xin và sinh phẩm Quốc gia (đối với cơ sở sản xuất vắc xin, sinh phẩm);</w:t>
      </w:r>
    </w:p>
    <w:p>
      <w:pPr>
        <w:jc w:val="both"/>
      </w:pPr>
      <w:r>
        <w:t>c) 01 thành viên là đại diện Sở Y tế tỉnh, thành phố trực thuộc Trung ương nơi đặt nhà máy sản xuất thuốc, nguyên liệu làm thuốc trong nước;</w:t>
      </w:r>
    </w:p>
    <w:p>
      <w:pPr>
        <w:jc w:val="both"/>
      </w:pPr>
      <w:r>
        <w:t>d) Thành viên của cơ quan liên quan trong trường hợp cần thiết.</w:t>
      </w:r>
    </w:p>
    <w:p>
      <w:pPr>
        <w:jc w:val="both"/>
      </w:pPr>
      <w:r>
        <w:t>3. Thành phần chuyên gia đánh giá hồ sơ đề nghị đánh giá đáp ứng, duy trì đáp ứng GMP của cơ sở sản xuất thuốc, nguyên liệu làm thuốc tại nước ngoài:</w:t>
      </w:r>
    </w:p>
    <w:p>
      <w:pPr>
        <w:jc w:val="both"/>
      </w:pPr>
      <w:r>
        <w:t>a) 02 chuyên gia đối với hồ sơ đề nghị đánh giá đáp ứng GMP của cơ sở sản xuất theo hình thức công nhận, thừa nhận lẫn nhau về kết quả thanh tra, kiểm tra của cơ quan quản lý nhà nước về dược đối với yêu cầu đáp ứng và hồ sơ đề nghị đánh giá duy trì đáp ứng GMP của cơ sở này;</w:t>
      </w:r>
    </w:p>
    <w:p>
      <w:pPr>
        <w:jc w:val="both"/>
      </w:pPr>
      <w:r>
        <w:t>b) 03 chuyên gia đối với hồ sơ đề nghị đánh giá đáp ứng GMP của cơ sở sản xuất theo hình thức thẩm định hồ sơ liên quan đến điều kiện sản xuất và hồ sơ đề nghị đánh giá duy trì đáp ứng GMP của cơ sở sản xuất này.</w:t>
      </w:r>
    </w:p>
    <w:p>
      <w:pPr>
        <w:jc w:val="both"/>
      </w:pPr>
      <w:r>
        <w:t>4. Nguyên tắc đánh giá xung đột lợi ích: Thành viên Đoàn đánh giá thực tế, chuyên gia đánh giá hồ sơ được coi là có xung đột lợi ích với cơ sở sản xuất được đánh giá nếu thuộc một trong các trường hợp sau đây:</w:t>
      </w:r>
    </w:p>
    <w:p>
      <w:pPr>
        <w:jc w:val="both"/>
      </w:pPr>
      <w:r>
        <w:t>a) Đã từng làm việc hoặc tham gia hoạt động tư vấn trong thời gian 05 năm gần đây cho cơ sở sản xuất được đánh giá;</w:t>
      </w:r>
    </w:p>
    <w:p>
      <w:pPr>
        <w:jc w:val="both"/>
      </w:pPr>
      <w:r>
        <w:t>b) Đang có quyền lợi về tài chính với cơ sở sản xuất được đánh giá;</w:t>
      </w:r>
    </w:p>
    <w:p>
      <w:pPr>
        <w:jc w:val="both"/>
      </w:pPr>
      <w:r>
        <w:t>c) Có vợ hoặc chồng, con, bố hoặc mẹ, anh chị em ruột, bố hoặc mẹ của vợ, bố hoặc mẹ của chồng đang làm việc cho cơ sở sản xuất được đánh giá.</w:t>
      </w:r>
    </w:p>
    <w:p>
      <w:pPr>
        <w:jc w:val="both"/>
      </w:pPr>
      <w:r>
        <w:rPr>
          <w:b/>
        </w:rPr>
        <w:t>Điều 19. Trách nhiệm và quyền hạn của thành viên đoàn đánh giá thực tế, chuyên gia đánh giá hồ sơ</w:t>
      </w:r>
    </w:p>
    <w:p>
      <w:pPr>
        <w:jc w:val="both"/>
      </w:pPr>
      <w:r>
        <w:t>1. Trách nhiệm của Đoàn đánh giá:</w:t>
      </w:r>
    </w:p>
    <w:p>
      <w:pPr>
        <w:jc w:val="both"/>
      </w:pPr>
      <w:r>
        <w:t>a) Đánh giá toàn bộ hoạt động của cơ sở sản xuất theo nguyên tắc, tiêu chuẩn GMP tương ứng quy định tại Điều 3 của Thông tư này, phiên bản cập nhật nguyên tắc, tiêu chuẩn GMP và các văn bản quy phạm pháp luật, quy định chuyên môn có liên quan; ghi nhận cụ thể nội dung đánh giá, tồn tại phát hiện được, lập biên bản thẩm định đối với đánh giá hồ sơ và lập biên bản đánh giá/báo cáo đánh giá đối với đánh giá thực tế; các ý kiến thẩm định, đánh giá phải bảo đảm căn cứ pháp lý, cơ sở khoa học và phải được thể hiện trong biên bản thẩm định đối với đánh giá hồ sơ và báo cáo đánh giá đối với đánh giá thực tế;</w:t>
      </w:r>
    </w:p>
    <w:p>
      <w:pPr>
        <w:jc w:val="both"/>
      </w:pPr>
      <w:r>
        <w:t>b) Báo cáo kết quả đánh giá hoặc giải trình về báo cáo kết quả đánh giá GMP trong trường hợp cơ sở sản xuất có ý kiến không thống nhất với nội dung Báo cáo đánh giá GMP;</w:t>
      </w:r>
    </w:p>
    <w:p>
      <w:pPr>
        <w:jc w:val="both"/>
      </w:pPr>
      <w:r>
        <w:t>c) Chịu trách nhiệm trước Cơ quan tiếp nhận về các nội dung đánh giá. Bảo mật toàn bộ thông tin liên quan về nội dung đánh giá và toàn bộ thông tin liên quan đến hoạt động sản xuất, kiểm tra chất lượng, bảo quản, phân phối thuốc (các quy trình sản xuất, kiểm nghiệm, vệ sinh, các bí mật công nghệ...), trừ trường hợp có sự đồng ý của cơ sở sản xuất hoặc theo yêu cầu của cơ quan Nhà nước có thẩm quyền để phục vụ công tác thanh tra, điều tra.</w:t>
      </w:r>
    </w:p>
    <w:p>
      <w:pPr>
        <w:jc w:val="both"/>
      </w:pPr>
      <w:r>
        <w:t>2. Quyền hạn của Đoàn đánh giá:</w:t>
      </w:r>
    </w:p>
    <w:p>
      <w:pPr>
        <w:jc w:val="both"/>
      </w:pPr>
      <w:r>
        <w:t>a) Kiểm tra toàn bộ khu vực, nhà xưởng thuộc cơ sở sản xuất, và có quyền đề nghị kiểm tra khu vực khác có liên quan đến hoạt động sản xuất, bảo quản, kiểm nghiệm thuốc và nguyên liệu làm thuốc. Riêng đối với sản xuất vị thuốc cổ truyền thì kiểm tra thêm các quy trình chế biến, sản xuất vị thuốc cổ truyền của cơ sở dự kiến sản xuất;</w:t>
      </w:r>
    </w:p>
    <w:p>
      <w:pPr>
        <w:jc w:val="both"/>
      </w:pPr>
      <w:r>
        <w:t>b) Yêu cầu cung cấp hồ sơ tài liệu liên quan đến hoạt động quản lý chất lượng, sản xuất, kiểm nghiệm, bảo quản thuốc, nguyên liệu làm thuốc;</w:t>
      </w:r>
    </w:p>
    <w:p>
      <w:pPr>
        <w:jc w:val="both"/>
      </w:pPr>
      <w:r>
        <w:t>c) Thực hiện việc thu thập hồ sơ tài liệu, bằng chứng chứng minh (sao chụp tài liệu, chụp ảnh, quay video...) về tồn tại phát hiện trong quá trình đánh giá;</w:t>
      </w:r>
    </w:p>
    <w:p>
      <w:pPr>
        <w:jc w:val="both"/>
      </w:pPr>
      <w:r>
        <w:t>d) Lấy mẫu thuốc, bán thành phẩm, dược liệu và nguyên liệu làm thuốc để gửi kiểm tra chất lượng theo quy định pháp luật;</w:t>
      </w:r>
    </w:p>
    <w:p>
      <w:pPr>
        <w:jc w:val="both"/>
      </w:pPr>
      <w:r>
        <w:t>đ) Lập biên bản, yêu cầu cơ sở sản xuất tạm dừng hoạt động một, một số hoặc toàn bộ hoạt động sản xuất liên quan đến vi phạm. Nếu trong quá trình đánh giá, Đoàn đánh giá phát hiện cơ sở sản xuất có vi phạm ảnh hưởng nghiêm trọng tới chất lượng một hoặc nhiều sản phẩm thuốc, nguyên liệu làm thuốc phải báo cáo người có thẩm quyền xử lý theo quy định của pháp luật.</w:t>
      </w:r>
    </w:p>
    <w:p>
      <w:pPr>
        <w:jc w:val="both"/>
      </w:pPr>
      <w:r>
        <w:t>3. Trách nhiệm của chuyên gia đánh giá hồ sơ:</w:t>
      </w:r>
    </w:p>
    <w:p>
      <w:pPr>
        <w:jc w:val="both"/>
      </w:pPr>
      <w:r>
        <w:t>a) Đánh giá, rà soát việc đáp ứng GMP của cơ sở sản xuất thuốc theo hình thức rà soát, đánh giá hồ sơ để công bố Danh sách cơ sở sản xuất thuốc, nguyên liệu làm thuốc tại nước ngoài đáp ứng GMP khi đăng ký lưu hành thuốc tại Việt Nam; lập biên bản thẩm định đối với đánh giá hồ sơ và ghi các nhận xét tương ứng với từng đề mục trên Biên bản thẩm định và đưa ra ý kiến đối với hồ sơ được thẩm định, các ý kiến thẩm định, đánh giá phải bảo đảm căn cứ pháp lý, cơ sở khoa học và phải đảm bảo tính đầy đủ, chính xác, đáp ứng các quy định tại văn bản quy phạm pháp luật về thực hành tốt sản xuất thuốc, nguyên liệu làm thuốc, các công văn hướng dẫn, các hướng dẫn kỹ thuật và tài liệu chuyên ngành liên quan đến sản xuất thuốc, nguyên liệu làm thuốc;</w:t>
      </w:r>
    </w:p>
    <w:p>
      <w:pPr>
        <w:jc w:val="both"/>
      </w:pPr>
      <w:r>
        <w:t>b) Chịu trách nhiệm trước Cơ quan tiếp nhận về các nội dung đánh giá. Bảo mật toàn bộ thông tin liên quan về nội dung đánh giá và toàn bộ thông tin liên quan đến hoạt động sản xuất, kiểm tra chất lượng, bảo quản, phân phối thuốc (các quy trình sản xuất, kiểm nghiệm, vệ sinh, các bí mật công nghệ...), trừ trường hợp có sự đồng ý của cơ sở sản xuất hoặc theo yêu cầu của cơ quan Nhà nước có thẩm quyền để phục vụ công tác thanh tra, điều tra.</w:t>
      </w:r>
    </w:p>
    <w:p>
      <w:pPr>
        <w:jc w:val="both"/>
      </w:pPr>
      <w:r>
        <w:t>4. Quyền hạn của chuyên gia đánh giá hồ sơ:</w:t>
      </w:r>
    </w:p>
    <w:p>
      <w:pPr>
        <w:jc w:val="both"/>
      </w:pPr>
      <w:r>
        <w:t>a) Được cung cấp đầy đủ các văn bản quy phạm pháp luật, công văn hướng dẫn, liên quan đến thực hành tốt sản xuất thuốc, nguyên liệu làm thuốc để phục vụ cho việc đánh giá;</w:t>
      </w:r>
    </w:p>
    <w:p>
      <w:pPr>
        <w:jc w:val="both"/>
      </w:pPr>
      <w:r>
        <w:t>b) Được yêu cầu cung cấp bổ sung các hồ sơ theo quy định của pháp luật để phục vụ cho việc đánh giá;</w:t>
      </w:r>
    </w:p>
    <w:p>
      <w:pPr>
        <w:jc w:val="both"/>
      </w:pPr>
      <w:r>
        <w:t>c) Được đề xuất ý kiến đề nghị đánh giá thực tế tại cơ sở sản xuất đối với hồ sơ đề nghị đánh giá đáp ứng GMP của cơ sở sản xuất thuốc, nguyên liệu làm thuốc tại nước ngoài theo quy định tại điểm c khoản 1 Điều 95 của Nghị định số 163/2025/NĐ-CP .</w:t>
      </w:r>
    </w:p>
    <w:p>
      <w:pPr>
        <w:jc w:val="center"/>
      </w:pPr>
      <w:r>
        <w:rPr>
          <w:b/>
        </w:rPr>
        <w:t>Chương VII</w:t>
      </w:r>
    </w:p>
    <w:p>
      <w:pPr>
        <w:jc w:val="both"/>
      </w:pPr>
      <w:r>
        <w:t>ĐIỀU KHOẢN THI HÀNH</w:t>
      </w:r>
    </w:p>
    <w:p>
      <w:pPr>
        <w:jc w:val="both"/>
      </w:pPr>
      <w:r>
        <w:rPr>
          <w:b/>
        </w:rPr>
        <w:t>Điều 20. Hiệu lực thi hành</w:t>
      </w:r>
    </w:p>
    <w:p>
      <w:pPr>
        <w:jc w:val="both"/>
      </w:pPr>
      <w:r>
        <w:t>1. Thông tư này có hiệu lực thi hành kể từ ngày 01 tháng 7 năm 2025.</w:t>
      </w:r>
    </w:p>
    <w:p>
      <w:pPr>
        <w:jc w:val="both"/>
      </w:pPr>
      <w:r>
        <w:t>2. Các văn bản, quy định sau đây hết hiệu lực kể từ ngày Thông tư này có hiệu lực:</w:t>
      </w:r>
    </w:p>
    <w:p>
      <w:pPr>
        <w:jc w:val="both"/>
      </w:pPr>
      <w:r>
        <w:t>a) Thông tư số 35/2018/TT-BYT ngày 22 tháng 11 năm 2018 của Bộ trưởng Bộ Y tế quy định về Thực hành tốt sản xuất thuốc, nguyên liệu làm thuốc;</w:t>
      </w:r>
    </w:p>
    <w:p>
      <w:pPr>
        <w:jc w:val="both"/>
      </w:pPr>
      <w:r>
        <w:t>b) Thông tư số 12/2022/TT-BYT ngày 21 tháng 11 năm 2022 của Bộ Y tế sửa đổi, bổ sung một số điều của Thông tư số 35/2018/TT-BYT ngày 22 tháng 11 năm 2018 của Bộ trưởng Bộ Y tế quy định về Thực hành tốt sản xuất thuốc, nguyên liệu làm thuốc;</w:t>
      </w:r>
    </w:p>
    <w:p>
      <w:pPr>
        <w:jc w:val="both"/>
      </w:pPr>
      <w:r>
        <w:t>c) Khoản 6 Điều 1 của Thông tư số 29/2020/TT-BYT ngày 31 tháng 12 năm 2020 sửa đổi, bổ sung và bãi bỏ một số văn bản quy phạm pháp luật do Bộ trưởng Bộ Y tế ban hành, liên tịch ban hành.</w:t>
      </w:r>
    </w:p>
    <w:p>
      <w:pPr>
        <w:jc w:val="both"/>
      </w:pPr>
      <w:r>
        <w:rPr>
          <w:b/>
        </w:rPr>
        <w:t>Điều 21.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22. Điều khoản chuyển tiếp</w:t>
      </w:r>
    </w:p>
    <w:p>
      <w:pPr>
        <w:jc w:val="both"/>
      </w:pPr>
      <w:r>
        <w:t>1. Đối với hồ sơ đề nghị cấp Giấy chứng nhận đủ điều kiện kinh doanh dược hoặc hồ sơ đăng ký đánh giá định kỳ đáp ứng GMP đã được nộp về Cơ quan tiếp nhận trước ngày Thông tư này có hiệu lực, Cơ quan tiếp nhận tiếp tục tiến hành đánh giá cơ sở sản xuất theo quy định tại Thông tư 35/2018/TT-BYT quy định về Thực hành tốt sản xuất thuốc, nguyên liệu làm thuốc hoặc theo quy định tại Thông tư này nếu cơ sở sản xuất đề nghị.</w:t>
      </w:r>
    </w:p>
    <w:p>
      <w:pPr>
        <w:jc w:val="both"/>
      </w:pPr>
      <w:r>
        <w:t>2. Đối với cơ sở sản xuất đang sản xuất thuốc hóa dược kê đơn khi thay đổi phạm vi hoạt động chỉ sản xuất thuốc hóa dược không kê đơn phải:</w:t>
      </w:r>
    </w:p>
    <w:p>
      <w:pPr>
        <w:jc w:val="both"/>
      </w:pPr>
      <w:r>
        <w:t>a) Thực hiện thủ tục điều chỉnh Giấy chứng nhận đủ điều kiện kinh doanh dược theo quy định tại khoản 1 Điều 20 của Nghị định số 163/2025/NĐ-CP ;</w:t>
      </w:r>
    </w:p>
    <w:p>
      <w:pPr>
        <w:jc w:val="both"/>
      </w:pPr>
      <w:r>
        <w:t>b) Ngừng sản xuất đối với các thuốc hóa dược kê đơn kể từ ngày được cấp Giấy chứng nhận đủ điều kiện kinh doanh theo quy định tại điểm a khoản này; đồng thời thực hiện các thủ tục pháp lý rút Giấy đăng ký lưu hành thuốc, nguyên liệu làm thuốc đối với thuốc kê đơn.</w:t>
      </w:r>
    </w:p>
    <w:p>
      <w:pPr>
        <w:jc w:val="both"/>
      </w:pPr>
      <w:r>
        <w:rPr>
          <w:b/>
        </w:rPr>
        <w:t>Điều 23. Trách nhiệm thi hành</w:t>
      </w:r>
    </w:p>
    <w:p>
      <w:pPr>
        <w:jc w:val="both"/>
      </w:pPr>
      <w:r>
        <w:t>1. Cục Quản lý Dược có trách nhiệm:</w:t>
      </w:r>
    </w:p>
    <w:p>
      <w:pPr>
        <w:jc w:val="both"/>
      </w:pPr>
      <w:r>
        <w:t>a) Chủ trì, phối hợp với các đơn vị liên quan tổ chức triển khai thực hiện, tuyên truyền phổ biến Thông tư này theo chức năng nhiệm vụ được giao;</w:t>
      </w:r>
    </w:p>
    <w:p>
      <w:pPr>
        <w:jc w:val="both"/>
      </w:pPr>
      <w:r>
        <w:t>b) Triển khai việc thực hiện Thông tư này cho Sở Y tế, Y tế ngành và cơ sở sản xuất thuốc, nguyên liệu làm thuốc thuộc phạm vi chức năng, nhiệm vụ được giao;</w:t>
      </w:r>
    </w:p>
    <w:p>
      <w:pPr>
        <w:jc w:val="both"/>
      </w:pPr>
      <w:r>
        <w:t>c) Tổng hợp và công bố trên Trang Thông tin điện tử của Cục Quản lý Dược danh sách cơ sở sản xuất trên toàn quốc đã được cấp Giấy chứng nhận đủ điều kiện kinh doanh dược và/hoặc Giấy chứng nhận GMP; cập nhật tình trạng Giấy chứng nhận đủ điều kiện kinh doanh dược và/hoặc Giấy chứng nhận GMP, tình trạng đáp ứng GMP và các thông tin khác theo quy định tại khoản 6 Điều 8 của Thông tư này theo phạm vi chức năng, nhiệm vụ được giao;</w:t>
      </w:r>
    </w:p>
    <w:p>
      <w:pPr>
        <w:jc w:val="both"/>
      </w:pPr>
      <w:r>
        <w:t>d) Công bố tài liệu cập nhật GMP trên Cổng thông tin điện tử của Bộ Y tế và Trang thông tin điện tử của Cục Quản lý Dược;</w:t>
      </w:r>
    </w:p>
    <w:p>
      <w:pPr>
        <w:jc w:val="both"/>
      </w:pPr>
      <w:r>
        <w:t>đ) Đầu mối hoặc phối hợp với các cơ quan liên quan thực hiện kiểm tra, thanh tra việc tuân thủ đáp ứng GMP và xử lý vi phạm theo thẩm quyền.</w:t>
      </w:r>
    </w:p>
    <w:p>
      <w:pPr>
        <w:jc w:val="both"/>
      </w:pPr>
      <w:r>
        <w:t>2. Cục Quản lý Y, Dược cổ truyền có trách nhiệm:</w:t>
      </w:r>
    </w:p>
    <w:p>
      <w:pPr>
        <w:jc w:val="both"/>
      </w:pPr>
      <w:r>
        <w:t>a) Chủ trì, phối hợp với các đơn vị liên quan tổ chức triển khai thực hiện, tuyên truyền phổ biến Thông tư này theo chức năng nhiệm vụ được giao;</w:t>
      </w:r>
    </w:p>
    <w:p>
      <w:pPr>
        <w:jc w:val="both"/>
      </w:pPr>
      <w:r>
        <w:t>b) Tổng hợp và công bố trên Trang Thông tin điện tử của Cục Quản lý Y, Dược cổ truyền danh sách cơ sở sản xuất trên toàn quốc đã được cấp Giấy chứng nhận đủ điều kiện kinh doanh dược hoặc Giấy chứng nhận GMP, cập nhật tình trạng Giấy chứng nhận đủ điều kiện kinh doanh dược hoặc Giấy chứng nhận GMP, tình trạng đáp ứng GMP và các thông tin khác theo quy định tại khoản 6 Điều 8 của Thông tư này theo phạm vi chức năng, nhiệm vụ được giao;</w:t>
      </w:r>
    </w:p>
    <w:p>
      <w:pPr>
        <w:jc w:val="both"/>
      </w:pPr>
      <w:r>
        <w:t>c) Phối hợp với Cục Quản lý Dược trong việc đánh giá, cấp giấy chứng nhận và công bố đáp ứng Thực hành tốt sản xuất thuốc đối với cơ sở sản xuất quy định tại điểm c khoản 1 Điều 6 của Thông tư này khi có Quyết định thành lập Đoàn;</w:t>
      </w:r>
    </w:p>
    <w:p>
      <w:pPr>
        <w:jc w:val="both"/>
      </w:pPr>
      <w:r>
        <w:t>d) Đầu mối hoặc phối hợp với các cơ quan liên quan thực hiện kiểm tra, thanh tra việc tuân thủ đáp ứng GMP và xử lý vi phạm theo thẩm quyền.</w:t>
      </w:r>
    </w:p>
    <w:p>
      <w:pPr>
        <w:jc w:val="both"/>
      </w:pPr>
      <w:r>
        <w:t>3. Sở Y tế có trách nhiệm:</w:t>
      </w:r>
    </w:p>
    <w:p>
      <w:pPr>
        <w:jc w:val="both"/>
      </w:pPr>
      <w:r>
        <w:t>a) Phối hợp với các đơn vị liên quan tổ chức tuyên truyền phổ biến Thông tư này và hướng dẫn triển khai cho các đơn vị trên địa bàn;</w:t>
      </w:r>
    </w:p>
    <w:p>
      <w:pPr>
        <w:jc w:val="both"/>
      </w:pPr>
      <w:r>
        <w:t>b) Tham gia Đoàn kiểm tra, thanh tra, đánh giá đáp ứng GMP; giám sát và xử lý vi phạm theo thẩm quyền việc tuân thủ đối với các cơ sở sản xuất thuốc, nguyên liệu làm thuốc trên địa bàn.</w:t>
      </w:r>
    </w:p>
    <w:p>
      <w:pPr>
        <w:jc w:val="both"/>
      </w:pPr>
      <w:r>
        <w:t>4. Viện Kiểm nghiệm thuốc Trung ương, Viện Kiểm nghiệm thuốc Thành phố Hồ Chí Minh, Viện Kiểm định Quốc gia Vắc xin và Sinh phẩm y tế có trách nhiệm tham gia Đoàn đánh giá đáp ứng GMP khi có Quyết định thành lập Đoàn.</w:t>
      </w:r>
    </w:p>
    <w:p>
      <w:pPr>
        <w:jc w:val="both"/>
      </w:pPr>
      <w:r>
        <w:t>5. Cơ sở sản xuất thuốc, nguyên liệu làm thuốc có trách nhiệm:</w:t>
      </w:r>
    </w:p>
    <w:p>
      <w:pPr>
        <w:jc w:val="both"/>
      </w:pPr>
      <w:r>
        <w:t>a) Tổ chức triển khai thực hiện Thông tư này;</w:t>
      </w:r>
    </w:p>
    <w:p>
      <w:pPr>
        <w:jc w:val="both"/>
      </w:pPr>
      <w:r>
        <w:t>b) Bảo đảm luôn đáp ứng nguyên tắc, tiêu chuẩn GMP trong suốt quá trình hoạt động của cơ sở sản xuất;</w:t>
      </w:r>
    </w:p>
    <w:p>
      <w:pPr>
        <w:jc w:val="both"/>
      </w:pPr>
      <w:r>
        <w:t>c) Thực hiện các hoạt động sản xuất theo đúng phạm vi được đánh giá, cấp phép trên cơ sở tuân thủ các quy định của pháp luật;</w:t>
      </w:r>
    </w:p>
    <w:p>
      <w:pPr>
        <w:jc w:val="both"/>
      </w:pPr>
      <w:r>
        <w:t>d) Cơ sở sản xuất thuốc thành phẩm, bán thành phẩm căn cứ vào mục đích và phạm vi sử dụng tá dược tại cơ sở sản xuất để thực hiện việc tự đánh giá đáp ứng các nguyên tắc, tiêu chuẩn GMP quy định tại điểm đ khoản 1 Điều 3 và điểm b khoản 3 Điều 3 của Thông tư này đối với tá dược sử dụng tại cơ sở;</w:t>
      </w:r>
    </w:p>
    <w:p>
      <w:pPr>
        <w:jc w:val="both"/>
      </w:pPr>
      <w:r>
        <w:t>đ) Cơ sở sản xuất thuốc có sản xuất thực phẩm bảo vệ sức khỏe, bán thành phẩm thực phẩm bảo vệ sức khỏe quy định tại khoản Điều 4 phải tuân thủ đầy đủ các quy định của pháp luật liên quan về quản lý thực phẩm bảo vệ sức khỏe.</w:t>
      </w:r>
    </w:p>
    <w:p>
      <w:pPr>
        <w:jc w:val="both"/>
      </w:pPr>
      <w:r>
        <w:t>Trong quá trình thực hiện nếu có khó khăn, vướng mắc, các cơ quan, tổ chức, cá nhân phản ánh về Bộ Y tế (Cục Quản lý Dược, Cục Quản lý Y, Dược cổ truyền) để xem xét, giải quyết.</w:t>
      </w:r>
    </w:p>
    <w:p>
      <w:pPr>
        <w:jc w:val="both"/>
      </w:pPr>
      <w:r>
        <w:t>KT. BỘ TRƯỞNG</w:t>
      </w:r>
    </w:p>
    <w:p>
      <w:pPr>
        <w:jc w:val="both"/>
      </w:pPr>
      <w:r>
        <w:t>THỨ TRƯỞNG</w:t>
      </w:r>
    </w:p>
    <w:p>
      <w:pPr>
        <w:jc w:val="both"/>
      </w:pPr>
      <w:r>
        <w:t>Đỗ Xuân Tuyên</w:t>
      </w:r>
    </w:p>
    <w:p>
      <w:r>
        <w:rPr>
          <w:i/>
        </w:rPr>
        <w:t>Nguồn: Cơ sở dữ liệu quốc gia về văn bản pháp luật (Bộ Tư pháp). VietSmart Legal, legal.giangpham.asia/van-ban/179740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