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02/2025/TT-BTP</w:t>
      </w:r>
    </w:p>
    <w:p>
      <w:pPr>
        <w:jc w:val="both"/>
      </w:pPr>
      <w:r>
        <w:t>Hà Nội, ngày 31 tháng 3 năm 2025</w:t>
      </w:r>
    </w:p>
    <w:p>
      <w:pPr>
        <w:jc w:val="center"/>
      </w:pPr>
      <w:r>
        <w:rPr>
          <w:b/>
        </w:rPr>
        <w:t>THÔNG TƯ</w:t>
      </w:r>
    </w:p>
    <w:p>
      <w:pPr>
        <w:jc w:val="both"/>
      </w:pPr>
      <w:r>
        <w:t>Hướng dẫn vị trí việc làm về công tác pháp chế trong cơ quan,</w:t>
      </w:r>
    </w:p>
    <w:p>
      <w:pPr>
        <w:jc w:val="both"/>
      </w:pPr>
      <w:r>
        <w:t>tổ chức hành chính và đơn vị sự nghiệp công lập</w:t>
      </w:r>
    </w:p>
    <w:p>
      <w:pPr>
        <w:jc w:val="both"/>
      </w:pPr>
      <w:r>
        <w:t>_______________</w:t>
      </w:r>
    </w:p>
    <w:p>
      <w:pPr>
        <w:jc w:val="both"/>
      </w:pPr>
      <w:r>
        <w:t>Căn cứ Nghị định số 62/2020/NĐ-CP ngày 01 tháng 6 năm 2020 của Chính phủ về vị trí việc làm và biên chế công chức;</w:t>
      </w:r>
    </w:p>
    <w:p>
      <w:pPr>
        <w:jc w:val="both"/>
      </w:pPr>
      <w:r>
        <w:t>Căn cứ Nghị định số 106/2020/NĐ-CP ngày 10 tháng 9 năm 2020 của Chính phủ về vị trí việc làm và số lượng người làm việc trong đơn vị sự nghiệp công lập;</w:t>
      </w:r>
    </w:p>
    <w:p>
      <w:pPr>
        <w:jc w:val="both"/>
      </w:pPr>
      <w:r>
        <w:t>Căn cứ Nghị định số 55/2011/NĐ-CP ngày 04 tháng 7 năm 2011 của Chính phủ quy định chức năng, nhiệm vụ, quyền hạn và tổ chức bộ máy của tổ chức pháp chế; Nghị định số 56/2024/NĐ-CP ngày 18 tháng 5 năm 2024 của Chính phủ sửa đổi, bổ sung một số điều của Nghị định số 55/2011/NĐ-CP;</w:t>
      </w:r>
    </w:p>
    <w:p>
      <w:pPr>
        <w:jc w:val="both"/>
      </w:pPr>
      <w:r>
        <w:t>Căn cứ Nghị định số 39 /202 5 /NĐ-CP ngày 2 6 tháng 02 năm 202 5 của Chính phủ quy định chức năng, nhiệm vụ, quyền hạn và cơ cấu tổ chức của Bộ Tư pháp;</w:t>
      </w:r>
    </w:p>
    <w:p>
      <w:pPr>
        <w:jc w:val="both"/>
      </w:pPr>
      <w:r>
        <w:t>Theo đề nghị của Cục trưởng Cục Kiểm tra văn bản và Quản lý xử lý vi phạm hành chính;</w:t>
      </w:r>
    </w:p>
    <w:p>
      <w:pPr>
        <w:jc w:val="both"/>
      </w:pPr>
      <w:r>
        <w:t>Bộ trưởng Bộ Tư pháp ban hành Thông tư hướng dẫn vị trí việc làm về công tác pháp chế trong cơ quan, tổ chức hành chính và đơn vị sự nghiệp công lập.</w:t>
      </w:r>
    </w:p>
    <w:p>
      <w:pPr>
        <w:jc w:val="both"/>
      </w:pPr>
      <w:r>
        <w:rPr>
          <w:b/>
        </w:rPr>
        <w:t>Điều 1. Phạm vi điều chỉnh</w:t>
      </w:r>
    </w:p>
    <w:p>
      <w:pPr>
        <w:jc w:val="both"/>
      </w:pPr>
      <w:r>
        <w:t>Thông tư này hướng dẫn về danh mục vị trí việc làm, bản mô tả công việc và khung cấp độ xác định yêu cầu về năng lực đối với vị trí việc làm về pháp chế trong cơ quan, tổ chức hành chính và đơn vị sự nghiệp công lập.</w:t>
      </w:r>
    </w:p>
    <w:p>
      <w:pPr>
        <w:jc w:val="both"/>
      </w:pPr>
      <w:r>
        <w:rPr>
          <w:b/>
        </w:rPr>
        <w:t>Điều 2. Đối tượng áp dụng</w:t>
      </w:r>
    </w:p>
    <w:p>
      <w:pPr>
        <w:jc w:val="both"/>
      </w:pPr>
      <w:r>
        <w:t>1. Thông tư này áp dụng đối với:</w:t>
      </w:r>
    </w:p>
    <w:p>
      <w:pPr>
        <w:jc w:val="both"/>
      </w:pPr>
      <w:r>
        <w:t>a) Pháp chế viên cao cấp, pháp chế viên chính, pháp chế viên và chuyên viên về pháp chế tại các bộ, cơ quan ngang bộ, cơ quan thuộc Chính phủ, cơ quan chuyên môn thuộc Ủy ban nhân dân các tỉnh, thành phố trực thuộc Trung ương (sau đây gọi chung là cấp tỉnh); chuyên viên chính về pháp chế, chuyên viên về pháp chế tại đơn vị sự nghiệp công lập;</w:t>
      </w:r>
    </w:p>
    <w:p>
      <w:pPr>
        <w:jc w:val="both"/>
      </w:pPr>
      <w:r>
        <w:t>b) Các bộ, cơ quan ngang bộ, cơ quan thuộc Chính phủ, Ủy ban nhân dân cấp tỉnh, cơ quan chuyên môn thuộc Ủy ban nhân dân cấp tỉnh, đơn vị sự nghiệp công lập và các cơ quan, tổ chức, cá nhân có liên quan.</w:t>
      </w:r>
    </w:p>
    <w:p>
      <w:pPr>
        <w:jc w:val="both"/>
      </w:pPr>
      <w:r>
        <w:t>2. Danh mục vị trí việc làm, bản mô tả và khung cấp độ xác định yêu cầu về năng lực đối với vị trí việc làm về công tác pháp chế trong quân đội nhân dân, công an nhân dân thực hiện theo quy định của Bộ trưởng Bộ Quốc phòng, Bộ trưởng Bộ Công an và pháp luật có liên quan.</w:t>
      </w:r>
    </w:p>
    <w:p>
      <w:pPr>
        <w:jc w:val="both"/>
      </w:pPr>
      <w:r>
        <w:rPr>
          <w:b/>
        </w:rPr>
        <w:t>Điều 3. Nguyên tắc và căn cứ xác định vị trí việc làm về công tác pháp chế</w:t>
      </w:r>
    </w:p>
    <w:p>
      <w:pPr>
        <w:jc w:val="both"/>
      </w:pPr>
      <w:r>
        <w:t>1. Nguyên tắc và căn cứ xác định vị trí việc làm về công tác pháp chế trong cơ quan, tổ chức hành chính được xác định trên cơ sở nguyên tắc quy định tại Điều 3, khoản 1 Điều 4 Nghị định số 62/2020/NĐ-CP ngày 01 tháng 6 năm 2020 của Chính phủ về vị trí việc làm và biên chế công chức.</w:t>
      </w:r>
    </w:p>
    <w:p>
      <w:pPr>
        <w:jc w:val="both"/>
      </w:pPr>
      <w:r>
        <w:t>2. Nguyên tắc và căn cứ xác định vị trí việc làm về công tác pháp chế trong đơn vị sự nghiệp công lập được xác định trên cơ sở nguyên tắc quy định tại Điều 3, khoản 1 Điều 4 Nghị định số 106/2020/NĐ-CP ngày 10 tháng 9 năm 2020 của Chính phủ về vị trí việc làm và số lượng người làm việc trong đơn vị sự nghiệp công lập.</w:t>
      </w:r>
    </w:p>
    <w:p>
      <w:pPr>
        <w:jc w:val="both"/>
      </w:pPr>
      <w:r>
        <w:rPr>
          <w:b/>
        </w:rPr>
        <w:t>Điều 4. Danh mục vị trí việc làm, bản mô tả công việc và khung cấp độ xác định yêu cầu về năng lực đối với vị trí việc làm về công tác pháp chế</w:t>
      </w:r>
    </w:p>
    <w:p>
      <w:pPr>
        <w:jc w:val="both"/>
      </w:pPr>
      <w:r>
        <w:t>1. Danh mục vị trí việc làm về công tác pháp chế thực hiện theo quy định tại Phụ lục II và Phụ lục IV ban hành kèm theo Thông tư số 06/2024/TT-BNV ngày 28 tháng 6 năm 2024 của Bộ trưởng Bộ Nội vụ sửa đổi, bổ sung một số điều của Thông tư số 12/2022/TT-BNV ngày 30 tháng 12 năm 2022 của Bộ trưởng Bộ Nội vụ hướng dẫn về vị trí việc làm công chức lãnh đạo, quản lý; nghiệp vụ chuyên môn dùng chung; hỗ trợ, phục vụ trong cơ quan, tổ chức hành chính và vị trí việc làm chức danh nghề nghiệp chuyên môn dùng chung; hỗ trợ, phục vụ trong đơn vị sự nghiệp công lập.</w:t>
      </w:r>
    </w:p>
    <w:p>
      <w:pPr>
        <w:jc w:val="both"/>
      </w:pPr>
      <w:r>
        <w:t>2. Bản mô tả công việc và Khung cấp độ xác định yêu cầu về năng lực đối với vị trí việc làm về pháp chế trong cơ quan, tổ chức hành chính quy định tại Phụ lục I và Phụ lục II ban hành kèm theo Thông tư này.</w:t>
      </w:r>
    </w:p>
    <w:p>
      <w:pPr>
        <w:jc w:val="both"/>
      </w:pPr>
      <w:r>
        <w:t>3. Bản mô tả công việc và Khung cấp độ xác định yêu cầu về năng lực đối với vị trí việc làm về pháp chế trong đơn vị sự nghiệp công lập quy định tại Phụ lục III và Phụ lục IV ban hành kèm theo Thông tư này.</w:t>
      </w:r>
    </w:p>
    <w:p>
      <w:pPr>
        <w:jc w:val="both"/>
      </w:pPr>
      <w:r>
        <w:rPr>
          <w:b/>
        </w:rPr>
        <w:t>Điều 5. Trình tự phê duyệt vị trí việc làm; hồ sơ trình, nội dung và thời hạn thẩm định đề án vị trí việc làm; điều chỉnh vị trí việc làm</w:t>
      </w:r>
    </w:p>
    <w:p>
      <w:pPr>
        <w:jc w:val="both"/>
      </w:pPr>
      <w:r>
        <w:t>1. Trình tự phê duyệt vị trí việc làm; hồ sơ trình, nội dung và thời hạn thẩm định Đề án vị trí việc làm của cơ quan, tổ chức hành chính được thực hiện theo quy định tại Điều 7 và Điều 8 Nghị định số 62/2020/NĐ-CP.</w:t>
      </w:r>
    </w:p>
    <w:p>
      <w:pPr>
        <w:jc w:val="both"/>
      </w:pPr>
      <w:r>
        <w:t>2. Trình tự phê duyệt vị trí việc làm; hồ sơ trình, nội dung và thời hạn thẩm định Đề án vị trí việc làm của đơn vị sự nghiệp công lập được thực hiện theo quy định tại Điều 6 và Điều 7 Nghị định số 106/2020/NĐ-CP.</w:t>
      </w:r>
    </w:p>
    <w:p>
      <w:pPr>
        <w:jc w:val="both"/>
      </w:pPr>
      <w:r>
        <w:t>3. Việc điều chỉnh vị trí việc làm được thực hiện theo quy định tại Điều 9 Nghị định số 62/2020/NĐ-CP và Điều 8 Nghị định số 106/2020/NĐ-CP.</w:t>
      </w:r>
    </w:p>
    <w:p>
      <w:pPr>
        <w:jc w:val="both"/>
      </w:pPr>
      <w:r>
        <w:t>4. Căn cứ Thông tư này, cơ quan, tổ chức hành chính, đơn vị sự nghiệp công lập nêu tại khoản 1 Điều 2 xây dựng hoặc điều chỉnh Đề án vị trí việc làm của cơ quan, đơn vị, tổ chức mình gửi cơ quan, tổ chức được giao nhiệm vụ về tổ chức cán bộ của bộ, ngành, địa phương để thẩm định, trình cấp có thẩm quyền phê duyệt theo quy định của pháp luật.</w:t>
      </w:r>
    </w:p>
    <w:p>
      <w:pPr>
        <w:jc w:val="both"/>
      </w:pPr>
      <w:r>
        <w:rPr>
          <w:b/>
        </w:rPr>
        <w:t>Điều 6. Hiệu lực và tổ chức thi hành</w:t>
      </w:r>
    </w:p>
    <w:p>
      <w:pPr>
        <w:jc w:val="both"/>
      </w:pPr>
      <w:r>
        <w:t>1. Thông tư này có hiệu lực từ ngày 15 tháng 5 năm 2025.</w:t>
      </w:r>
    </w:p>
    <w:p>
      <w:pPr>
        <w:jc w:val="both"/>
      </w:pPr>
      <w:r>
        <w:t>2. Bộ trưởng, Thủ trưởng cơ quan ngang bộ, Thủ trưởng cơ quan thuộc Chính phủ, Chủ tịch Ủy ban nhân dân cấp tỉnh, người đứng đầu đơn vị sự nghiệp công lập và các cơ quan, tổ chức, cá nhân có liên quan chịu trách nhiệm thi hành quy định tại Thông tư này.</w:t>
      </w:r>
    </w:p>
    <w:p>
      <w:pPr>
        <w:jc w:val="both"/>
      </w:pPr>
      <w:r>
        <w:t>3. Trong quá trình thực hiện nếu có vướng mắc, đề nghị phản ánh về Bộ Tư pháp để được hướng dẫn, giải quyết./.</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Văn phòng T 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Ủy ban trung ương Mặt trận Tổ quốc Việt Nam;</w:t>
      </w:r>
    </w:p>
    <w:p>
      <w:pPr>
        <w:jc w:val="both"/>
      </w:pPr>
      <w:r>
        <w:t>- Cơ quan Trung ương của các đoàn thể;</w:t>
      </w:r>
    </w:p>
    <w:p>
      <w:pPr>
        <w:jc w:val="both"/>
      </w:pPr>
      <w:r>
        <w:t>- HĐND, UBND các tỉnh, thành phố trực thuộc trung ương;</w:t>
      </w:r>
    </w:p>
    <w:p>
      <w:pPr>
        <w:jc w:val="both"/>
      </w:pPr>
      <w:r>
        <w:t>- Sở Tư pháp các tỉnh, thành phố trực thuộc trung ương;</w:t>
      </w:r>
    </w:p>
    <w:p>
      <w:pPr>
        <w:jc w:val="both"/>
      </w:pPr>
      <w:r>
        <w:t>- Sở Nội vụ các tỉnh, thành phố trực thuộc trung ương;</w:t>
      </w:r>
    </w:p>
    <w:p>
      <w:pPr>
        <w:jc w:val="both"/>
      </w:pPr>
      <w:r>
        <w:t>- Công báo Chính phủ; Cổng TTĐT: Chính phủ, Bộ Tư pháp;</w:t>
      </w:r>
    </w:p>
    <w:p>
      <w:pPr>
        <w:jc w:val="both"/>
      </w:pPr>
      <w:r>
        <w:t>- Bộ Tư pháp: Bộ trưởng, các Thứ trưởng, các đơn vị thuộc Bộ;</w:t>
      </w:r>
    </w:p>
    <w:p>
      <w:pPr>
        <w:jc w:val="both"/>
      </w:pPr>
      <w:r>
        <w:t>- Lưu: VT, KTVB&amp;QLXLVPHC (Phòng PCTD).</w:t>
      </w:r>
    </w:p>
    <w:p>
      <w:pPr>
        <w:jc w:val="both"/>
      </w:pPr>
      <w:r>
        <w:t>KT. BỘ TRƯỞNG</w:t>
      </w:r>
    </w:p>
    <w:p>
      <w:pPr>
        <w:jc w:val="both"/>
      </w:pPr>
      <w:r>
        <w:t>THỨ TRƯỞNG</w:t>
      </w:r>
    </w:p>
    <w:p>
      <w:pPr>
        <w:jc w:val="both"/>
      </w:pPr>
      <w:r>
        <w:t>(Đã ký)</w:t>
      </w:r>
    </w:p>
    <w:p>
      <w:pPr>
        <w:jc w:val="both"/>
      </w:pPr>
      <w:r>
        <w:t>Đặng Hoàng Oanh</w:t>
      </w:r>
    </w:p>
    <w:p>
      <w:r>
        <w:rPr>
          <w:i/>
        </w:rPr>
        <w:t>Nguồn: Cơ sở dữ liệu quốc gia về văn bản pháp luật (Bộ Tư pháp). VietSmart Legal, legal.giangpham.asia/van-ban/176850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