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Quy chế tuyển sinh đi học nước ngoài</w:t>
      </w:r>
    </w:p>
    <w:p>
      <w:pPr>
        <w:jc w:val="both"/>
      </w:pPr>
      <w:r>
        <w:t>Thông tư số 06/2016/TT-BGDĐT ngày 21 tháng 3 năm 2016 của Bộ trưởng Bộ Giáo dục và Đào tạo ban hành Quy chế tuyển sinh đi học nước ngoài, có hiệu lực kể từ ngày 06 tháng 5 năm 2016, được sửa đổi, bổ sung bởi:</w:t>
      </w:r>
    </w:p>
    <w:p>
      <w:pPr>
        <w:jc w:val="both"/>
      </w:pPr>
      <w:r>
        <w:t>1. Thông tư số 18/2022/TT-BGDĐT ngày 15 tháng 12 năm 2022 của Bộ trưởng Bộ Giáo dục và Đào tạo sửa đổi, bổ sung một số điều của Quy chế tuyển sinh đi học nước ngoài ban hành kèm theo Thông tư số 06/2016/TT-BGDĐT ngày 21 tháng 3 năm 2016 của Bộ trưởng Bộ Giáo dục và Đào tạo, có hiệu lực kể từ ngày 30 tháng 01 năm 2023.</w:t>
      </w:r>
    </w:p>
    <w:p>
      <w:pPr>
        <w:jc w:val="both"/>
      </w:pPr>
      <w:r>
        <w:t>2. Thông tư số 20/2024/TT-BGDĐT ngày 28 tháng 11 năm 2024 của Bộ trưởng Bộ Giáo dục và Đào tạo sửa đổi, bổ sung một số điều của Quy chế tuyển sinh đi học nước ngoài ban hành kèm theo Thông tư số 06/2016/TT-BGDĐT ngày 21 tháng 3 năm 2016 được sửa đổi, bổ sung bởi Thông tư số 18/2022/TT-BGDĐT ngày 15 tháng 12 năm 2022 của Bộ trưởng Bộ Giáo dục và Đào tạo, có hiệu lực kể từ ngày 14 tháng 01 năm 2025.</w:t>
      </w:r>
    </w:p>
    <w:p>
      <w:pPr>
        <w:jc w:val="both"/>
      </w:pPr>
      <w:r>
        <w:t>Căn cứ Luật Giáo dục ngày 14 tháng 6 năm 2005; Luật sửa đổi, bổ sung một số điều của Luật Giáo dục ngày 25 tháng 11 năm 2009;</w:t>
      </w:r>
    </w:p>
    <w:p>
      <w:pPr>
        <w:jc w:val="both"/>
      </w:pPr>
      <w:r>
        <w:t>Căn cứ Luật Giáo dục đại học ngày 18 tháng 6 năm 2012;</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về việc sửa đổi, bổ sung một số điều của Nghị định số 75/2006/NĐ-CP ngày 02 tháng 8 năm 2006 của Chính phủ quy định chi tiết và hướng dẫn thi hành một số điều của Luật Giáo dục; Nghị định số 07/2013/NĐ-CP ngày 09 tháng 01 năm 2013 của Chính phủ sửa đổi điểm b khoản 13 Điều 1 của Nghị định số 31/2011/NĐ-CP ngày 11 tháng 5 năm 2011 của Chính phủ về việc sửa đổi, bổ sung một số điều của Nghị định số 75/2006/NĐ-CP ngày 02 tháng 8 năm 2006 của Chính phủ quy định chi tiết và hướng dẫn thi hành một số điều của Luật Giáo dục;</w:t>
      </w:r>
    </w:p>
    <w:p>
      <w:pPr>
        <w:jc w:val="both"/>
      </w:pPr>
      <w:r>
        <w:t>Căn cứ Nghị định số 115/2010/NĐ-CP ngày 24 tháng 12 năm 2010 của Chính phủ quy định trách nhiệm quản lý nhà nước về giáo dục;</w:t>
      </w:r>
    </w:p>
    <w:p>
      <w:pPr>
        <w:jc w:val="both"/>
      </w:pPr>
      <w:r>
        <w:t>Theo đề nghị của Cục trưởng Cục Đào tạo với nước ngoài;</w:t>
      </w:r>
    </w:p>
    <w:p>
      <w:pPr>
        <w:jc w:val="both"/>
      </w:pPr>
      <w:r>
        <w:t>Bộ trưởng Bộ Giáo dục và Đào tạo ban hành Thông tư ban hành Quy chế tuyển sinh đi học nước ngoài. [1]</w:t>
      </w:r>
    </w:p>
    <w:p>
      <w:pPr>
        <w:jc w:val="both"/>
      </w:pPr>
      <w:r>
        <w:rPr>
          <w:b/>
        </w:rPr>
        <w:t>Điều 1. Ban hành kèm theo Thông tư này Quy chế tuyển sinh đi học nước ngoài.</w:t>
      </w:r>
    </w:p>
    <w:p>
      <w:pPr>
        <w:jc w:val="both"/>
      </w:pPr>
      <w:r>
        <w:rPr>
          <w:b/>
        </w:rPr>
        <w:t>Điều 2. [2] Thông tư này có hiệu lực kể từ ngày 06 tháng 5 năm 2016. Thông tư này thay thế Thông tư số 01/2013/TT-BGDĐT ngày 29 tháng 01 năm 2013 của Bộ trưởng Bộ Giáo dục và Đào tạo ban hành Quy chế tuyển sinh đi học nước ngoài.</w:t>
      </w:r>
    </w:p>
    <w:p>
      <w:pPr>
        <w:jc w:val="both"/>
      </w:pPr>
      <w:r>
        <w:t>[1] Thông tư số 18/2022/TT-BGDĐT sửa đổi, bổ sung một số điều của Quy chế tuyển sinh đi học nước ngoài ban hành kèm theo Thông tư số 06/2016/TT-BGDĐT ngày 21 tháng 3 năm 2016 của Bộ trưởng Bộ Giáo dục và Đào tạo, có căn cứ ban hành như sau:</w:t>
      </w:r>
    </w:p>
    <w:p>
      <w:pPr>
        <w:jc w:val="both"/>
      </w:pPr>
      <w:r>
        <w:t>“ Căn cứ Luật Giáo dục ngày 14 tháng 6 năm 2019;</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Căn cứ Nghị định số 86/2021/NĐ-CP ngày 25 tháng 9 năm 2021 của Chính phủ quy định việc công dân Việt Nam ra nước ngoài học tập, giảng dạy, nghiên cứu khoa học và trao đổi học thuật;</w:t>
      </w:r>
    </w:p>
    <w:p>
      <w:pPr>
        <w:jc w:val="both"/>
      </w:pPr>
      <w:r>
        <w:t>Theo đề nghị của Cục trưởng Cục Hợp tác quốc tế;</w:t>
      </w:r>
    </w:p>
    <w:p>
      <w:pPr>
        <w:jc w:val="both"/>
      </w:pPr>
      <w:r>
        <w:t>Bộ trưởng Bộ Giáo dục và Đào tạo ban hành Thông tư sửa đổi, bổ sung một số điều của Quy chế tuyển sinh đi học nước ngoài ban hành kèm theo Thông tư số 06/2016/TT-BGDĐT ngày 21 tháng 3 năm 2016 của Bộ trưởng Bộ Giáo dục và Đào tạo.”</w:t>
      </w:r>
    </w:p>
    <w:p>
      <w:pPr>
        <w:jc w:val="both"/>
      </w:pPr>
      <w:r>
        <w:t>Thông tư số 20/2024/TT-BGDĐT sửa đổi, bổ sung một số điều của Quy chế tuyển sinh đi học nước ngoài ban hành kèm theo Thông tư số 06/2016/TT-BGDĐT ngày 21 tháng 3 năm 2016 được sửa đổi, bổ sung bởi Thông tư số 18/2022/TT-BGDĐT ngày 15 tháng 12 năm 2022 của Bộ trưởng Bộ Giáo dục và Đào tạo có căn cứ ban hành như sau:</w:t>
      </w:r>
    </w:p>
    <w:p>
      <w:pPr>
        <w:jc w:val="both"/>
      </w:pPr>
      <w:r>
        <w:t>“ Căn cứ Luật Giáo dục ngày 14 tháng 6 năm 2019;</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Căn cứ Nghị định số 86/2021/NĐ-CP ngày 25 tháng 9 năm 2021 của Chính phủ quy định việc công dân Việt Nam ra nước ngoài học tập, giảng dạy, nghiên cứu khoa học và trao đổi học thuật;</w:t>
      </w:r>
    </w:p>
    <w:p>
      <w:pPr>
        <w:jc w:val="both"/>
      </w:pPr>
      <w:r>
        <w:t>Theo đề nghị của Cục trưởng Cục Hợp tác quốc tế;</w:t>
      </w:r>
    </w:p>
    <w:p>
      <w:pPr>
        <w:jc w:val="both"/>
      </w:pPr>
      <w:r>
        <w:t>Bộ trưởng Bộ Giáo dục và Đào tạo ban hành Thông tư sửa đổi, bổ sung một số điều của Quy chế tuyển sinh đi học nước ngoài ban hành kèm theo Thông tư số 06/2016/TT-BGDĐT ngày 21 tháng 3 năm 2016 được sửa đổi, bổ sung bởi Thông tư số 18/2022/TT-BGDĐT ngày 15 tháng 12 năm 2022 của Bộ trưởng Bộ Giáo dục và Đ ào tạo.”</w:t>
      </w:r>
    </w:p>
    <w:p>
      <w:pPr>
        <w:jc w:val="both"/>
      </w:pPr>
      <w:r>
        <w:t>[2] Điều 3 và Điều 4 của Thông tư số 18/2022/TT-BGDĐT sửa đổi, bổ sung một số điều của Quy chế tuyển sinh đi học nước ngoài ban hành kèm theo Thông tư số 06/2016/TT-BGDĐT ngày 21 tháng 3 năm 2016 của Bộ trưởng Bộ Giáo dục và Đào tạo, có hiệu lực kể từ ngày 30 tháng 01 năm 2023, quy định như sau:</w:t>
      </w:r>
    </w:p>
    <w:p>
      <w:pPr>
        <w:jc w:val="both"/>
      </w:pPr>
      <w:r>
        <w:t>“ Điều 3. Trách nhiệm tổ chức thực hiện</w:t>
      </w:r>
    </w:p>
    <w:p>
      <w:pPr>
        <w:jc w:val="both"/>
      </w:pPr>
      <w:r>
        <w:t>Chánh Văn phòng, Cục trưởng Cục Hợp tác quốc tế, Thủ trưởng các đơn vị có liên quan thuộc Bộ Giáo dục và Đào tạo, các cơ quan, tổ chức và cá nhân có liên quan chịu trách nhiệm thi hành Thông tư này.</w:t>
      </w:r>
    </w:p>
    <w:p>
      <w:pPr>
        <w:jc w:val="both"/>
      </w:pPr>
      <w:r>
        <w:rPr>
          <w:b/>
        </w:rPr>
        <w:t>Điều 4. Hiệu lực thi hành</w:t>
      </w:r>
    </w:p>
    <w:p>
      <w:pPr>
        <w:jc w:val="both"/>
      </w:pPr>
      <w:r>
        <w:t>Thông tư này có hiệu lực từ ngày 30 tháng 01 năm 2023.”</w:t>
      </w:r>
    </w:p>
    <w:p>
      <w:pPr>
        <w:jc w:val="both"/>
      </w:pPr>
      <w:r>
        <w:t>Điều 3 và Điều 4 của Thông tư số 20/2024/TT-BGDĐT sửa đổi, bổ sung một số điều của Quy chế tuyển sinh đi học nước ngoài ban hành kèm theo Thông tư số 06/2016/TT-BGDĐT ngày 21 tháng 3 năm 2016 được sửa đổi, bổ sung bởi Thông tư số 18/2022/TT-BGDĐT ngày 15 tháng 12 năm 2022 của Bộ trưởng Bộ Giáo dục và Đào tạo, có hiệu lực kể từ ngày 14 tháng 01 năm 2025, quy định như sau:</w:t>
      </w:r>
    </w:p>
    <w:p>
      <w:pPr>
        <w:jc w:val="both"/>
      </w:pPr>
      <w:r>
        <w:t>“ Điều 3 . Trách nhiệm tổ chức thực hiện</w:t>
      </w:r>
    </w:p>
    <w:p>
      <w:pPr>
        <w:jc w:val="both"/>
      </w:pPr>
      <w:r>
        <w:t>Chánh Văn phòng, Cục trưởng Cục Hợp tác quốc tế, Thủ trưởng các đơn vị có liên quan thuộc Bộ Giáo dục và Đào tạo , các cơ quan, tổ chức và cá nhân có liên quan chịu trách nhiệm thi hành Thông tư này.</w:t>
      </w:r>
    </w:p>
    <w:p>
      <w:pPr>
        <w:jc w:val="both"/>
      </w:pPr>
      <w:r>
        <w:rPr>
          <w:b/>
        </w:rPr>
        <w:t>Điều 4 . Điều khoản thi hành</w:t>
      </w:r>
    </w:p>
    <w:p>
      <w:pPr>
        <w:jc w:val="both"/>
      </w:pPr>
      <w:r>
        <w:t>Thông tư này có hiệu lực từ ngày 14 tháng 01 năm 202 5.”</w:t>
      </w:r>
    </w:p>
    <w:p>
      <w:pPr>
        <w:jc w:val="both"/>
      </w:pPr>
      <w:r>
        <w:rPr>
          <w:b/>
        </w:rPr>
        <w:t>Điều 3. Chánh Văn phòng, Cục trưởng Cục Hợp tác quốc tế [1] , Thủ trưởng các đơn vị liên quan thuộc Bộ Giáo dục và Đào tạo; các tổ chức, cá nhân có liên quan chịu trách nhiệm thi hành Thông tư này./.</w:t>
      </w:r>
    </w:p>
    <w:p>
      <w:pPr>
        <w:jc w:val="both"/>
      </w:pPr>
      <w:r>
        <w:t>[1] Cụm từ “Cục Đào tạo với nước ngoài” được thay thế bởi cụm từ “Cục Hợp tác quốc tế” theo quy định tại khoản 1 Điều 2 của Thông tư số 18/2022/TT-BGDĐT sửa đổi, bổ sung một số điều của Quy chế tuyển sinh đi học nước ngoài ban hành kèm theo Thông tư số 06/2016/TT-BGDĐT ngày 21 tháng 3 năm 2016 của Bộ trưởng Bộ Giáo dục và Đào tạo, có hiệu lực kể từ ngày 30 tháng 01 năm 2023.</w:t>
      </w:r>
    </w:p>
    <w:p>
      <w:r>
        <w:rPr>
          <w:i/>
        </w:rPr>
        <w:t>Nguồn: Cơ sở dữ liệu quốc gia về văn bản pháp luật (Bộ Tư pháp). VietSmart Legal, legal.giangpham.asia/van-ban/174701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