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TƯ PHÁP</w:t>
      </w:r>
    </w:p>
    <w:p>
      <w:pPr>
        <w:jc w:val="both"/>
      </w:pPr>
      <w:r>
        <w:t>CỘNG HÒA XÃ HỘI CHỦ NGHĨA VIỆT NAM</w:t>
      </w:r>
    </w:p>
    <w:p>
      <w:pPr>
        <w:jc w:val="both"/>
      </w:pPr>
      <w:r>
        <w:t>Độc lập – Tự do – Hạnh phúc</w:t>
      </w:r>
    </w:p>
    <w:p>
      <w:pPr>
        <w:jc w:val="both"/>
      </w:pPr>
      <w:r>
        <w:t>Số: 12/2024/TT-BTP</w:t>
      </w:r>
    </w:p>
    <w:p>
      <w:pPr>
        <w:jc w:val="both"/>
      </w:pPr>
      <w:r>
        <w:t>Hà Nội, ngày 31 tháng 10 năm 2024</w:t>
      </w:r>
    </w:p>
    <w:p>
      <w:pPr>
        <w:jc w:val="center"/>
      </w:pPr>
      <w:r>
        <w:rPr>
          <w:b/>
        </w:rPr>
        <w:t>THÔNG TƯ</w:t>
      </w:r>
    </w:p>
    <w:p>
      <w:pPr>
        <w:jc w:val="both"/>
      </w:pPr>
      <w:r>
        <w:t>Bãi bỏ một số điều, khoản của các Thông tư do Bộ trưởng Bộ Tư pháp ban hành hướng dẫn một số nội dung quản lý công chức, viên chức, người lao động thuộc hệ thống tổ chức thi hành án dân sự</w:t>
      </w:r>
    </w:p>
    <w:p>
      <w:pPr>
        <w:jc w:val="both"/>
      </w:pPr>
      <w:r>
        <w:t>------------------------------</w:t>
      </w:r>
    </w:p>
    <w:p>
      <w:pPr>
        <w:jc w:val="both"/>
      </w:pPr>
      <w:r>
        <w:t>BỘ TRƯỞNG BỘ TƯ PHÁP</w:t>
      </w:r>
    </w:p>
    <w:p>
      <w:pPr>
        <w:jc w:val="both"/>
      </w:pPr>
      <w:r>
        <w:t>Căn cứ Luật Ban hành văn bản quy phạm pháp luật ngày 22 tháng 6 năm 2015;</w:t>
      </w:r>
    </w:p>
    <w:p>
      <w:pPr>
        <w:jc w:val="both"/>
      </w:pPr>
      <w:r>
        <w:t>Căn cứ Luật sửa đổi, bổ sung một số điều của Luật Ban hành văn bản quy phạm pháp luật ngày 18 tháng 6 năm 2020;</w:t>
      </w:r>
    </w:p>
    <w:p>
      <w:pPr>
        <w:jc w:val="both"/>
      </w:pPr>
      <w:r>
        <w:t>Că n cứ Luật Thi hành án dân sự ngày 14 tháng 11 năm 200 8;</w:t>
      </w:r>
    </w:p>
    <w:p>
      <w:pPr>
        <w:jc w:val="both"/>
      </w:pPr>
      <w:r>
        <w:t>Căn cứ Luật sửa đổi, bổ sung một số điều của Luật Thi hành án dân sự ngày 25 tháng 11 năm 2014;</w:t>
      </w:r>
    </w:p>
    <w:p>
      <w:pPr>
        <w:jc w:val="both"/>
      </w:pPr>
      <w:r>
        <w:t>Căn cứ Nghị định số 62/2015/NĐ-CP ngày 18 tháng 7 năm 2015 của Chính phủ quy định chi tiết và hướng dẫn thi hành một số điều của Luật Thi hành án dân sự;</w:t>
      </w:r>
    </w:p>
    <w:p>
      <w:pPr>
        <w:jc w:val="both"/>
      </w:pPr>
      <w:r>
        <w:t>Căn cứ Nghị định số 33/2020/NĐ-CP ngày 17 tháng 3 năm 2020 của Chính phủ sửa đổi, bổ sung một số điều của Nghị định số 62/2015/NĐ-C P ngày 18 tháng 7 năm 2015 của Chính phủ quy định chi tiết và hướng dẫn thi hành một số điều của Luật Thi hành án dân sự ;</w:t>
      </w:r>
    </w:p>
    <w:p>
      <w:pPr>
        <w:jc w:val="both"/>
      </w:pPr>
      <w:r>
        <w:t>Căn cứ Nghị định số 138/2020/NĐ-CP ngày 27 tháng 11 năm 2020 của Chính phủ quy định về tuyển dụng, sử dụng và quản lý công chức;</w:t>
      </w:r>
    </w:p>
    <w:p>
      <w:pPr>
        <w:jc w:val="both"/>
      </w:pPr>
      <w:r>
        <w:t>Căn cứ Nghị định số 116 /202 4 /NĐ-CP ngày 17 tháng 9 năm 2024 của Chính phủ sửa đổi, bổ sung một số điều của Nghị định số 138 /20 20 /NĐ-C P ngày 27 tháng 11 năm 2020 quy định về tuyển dụng, sử dụng và quản lý công chức và Nghị định số 06/2023/NĐ-CP ngày 21 tháng 02 năm 2023 quy định về kiểm định chất lượng đầu vào công chức ;</w:t>
      </w:r>
    </w:p>
    <w:p>
      <w:pPr>
        <w:jc w:val="both"/>
      </w:pPr>
      <w:r>
        <w:t>Căn cứ Nghị định số 29/2024/NĐ-CP ngày 06 tháng 3 năm 2024 của Chính phủ quy định tiêu chuẩn, chức danh công chức lãnh đạo, quản lý trong cơ quan hành chính nhà nước ;</w:t>
      </w:r>
    </w:p>
    <w:p>
      <w:pPr>
        <w:jc w:val="both"/>
      </w:pPr>
      <w:r>
        <w:t>Căn cứ Nghị định số 98/2022/NĐ-CP ngày 29 tháng 11 năm 2022 của Chính phủ quy định chức năng, nhiệm vụ, quyền hạn và cơ cấu tổ chức của Bộ Tư pháp;</w:t>
      </w:r>
    </w:p>
    <w:p>
      <w:pPr>
        <w:jc w:val="both"/>
      </w:pPr>
      <w:r>
        <w:t>Theo đề nghị của Tổng Cục trưởng Tổng cục Thi hành án dân sự;</w:t>
      </w:r>
    </w:p>
    <w:p>
      <w:pPr>
        <w:jc w:val="both"/>
      </w:pPr>
      <w:r>
        <w:t>Bộ trưởng Bộ Tư pháp ban hành Thông tư b ãi bỏ một số điều, khoản củ a các Thông tư do Bộ trưởng Bộ Tư pháp ban hành hướng dẫn một số nội dung quản lý công chức, viên chức, người lao động thuộc hệ thống tổ chức thi hành án dân sự.</w:t>
      </w:r>
    </w:p>
    <w:p>
      <w:pPr>
        <w:jc w:val="both"/>
      </w:pPr>
      <w:r>
        <w:rPr>
          <w:b/>
        </w:rPr>
        <w:t>Điều 1. Bãi bỏ một phần các văn bản quy phạm pháp luật</w:t>
      </w:r>
    </w:p>
    <w:p>
      <w:pPr>
        <w:jc w:val="both"/>
      </w:pPr>
      <w:r>
        <w:t>1. Bãi bỏ một số điều, khoản, điểm của Thông tư số 02/2017/TT-BTP ngày 23 tháng 3 năm 2017 của Bộ trưởng Bộ Tư pháp hướng dẫn một số nội dung quản lý công chức, viên chức, người lao động thuộc hệ thống tổ chức thi hành án dân sự như sau:</w:t>
      </w:r>
    </w:p>
    <w:p>
      <w:pPr>
        <w:jc w:val="both"/>
      </w:pPr>
      <w:r>
        <w:t>a) Khoản 1 Điều 1; khoản 1, điểm a, b, khoản 2 Điều 5; khoản 1, điểm a, b, c, khoản 2 Điều 7;</w:t>
      </w:r>
    </w:p>
    <w:p>
      <w:pPr>
        <w:jc w:val="both"/>
      </w:pPr>
      <w:r>
        <w:t>b) Các Điều: 6, 8, 9, 10, 11, 12, 13, 14, 15, 16, 17, 18, 83 và Điều 84.</w:t>
      </w:r>
    </w:p>
    <w:p>
      <w:pPr>
        <w:jc w:val="both"/>
      </w:pPr>
      <w:r>
        <w:t>2. Bãi bỏ khoản 1, 2, 3, 23 Điều 1 của Thông tư số 18/2018/TT-BTP ngày 28 tháng 12 năm 2018 của Bộ trưởng Bộ Tư pháp sửa đổi, bổ sung một số điều của Thông tư số 02/2017/TT-BTP ngày 23 tháng 3 năm 2017.</w:t>
      </w:r>
    </w:p>
    <w:p>
      <w:pPr>
        <w:jc w:val="both"/>
      </w:pPr>
      <w:r>
        <w:rPr>
          <w:b/>
        </w:rPr>
        <w:t>Điều 2. Hiệu lực thi hành</w:t>
      </w:r>
    </w:p>
    <w:p>
      <w:pPr>
        <w:jc w:val="both"/>
      </w:pPr>
      <w:r>
        <w:t>1. Thông tư này có hiệu lực kể từ ngày ký.</w:t>
      </w:r>
    </w:p>
    <w:p>
      <w:pPr>
        <w:jc w:val="both"/>
      </w:pPr>
      <w:r>
        <w:t>2. Thủ trưởng các đơn vị thuộc Bộ Tư pháp, Thủ trưởng các cơ quan Thi hành án dân sự ở địa phương, Cục trưởng Cục Thi hành án Bộ Quốc phòng trong phạm vi nhiệm vụ, quyền hạn chịu trách nhiệm thực hiện Thông tư này.</w:t>
      </w:r>
    </w:p>
    <w:p>
      <w:pPr>
        <w:jc w:val="both"/>
      </w:pPr>
      <w:r>
        <w:t>KT. BỘ TRƯỞNG</w:t>
      </w:r>
    </w:p>
    <w:p>
      <w:pPr>
        <w:jc w:val="both"/>
      </w:pPr>
      <w:r>
        <w:t>THỨ TRƯỞNG</w:t>
      </w:r>
    </w:p>
    <w:p>
      <w:pPr>
        <w:jc w:val="both"/>
      </w:pPr>
      <w:r>
        <w:t>(Đã ký)</w:t>
      </w:r>
    </w:p>
    <w:p>
      <w:pPr>
        <w:jc w:val="both"/>
      </w:pPr>
      <w:r>
        <w:t>Mai Lương Khôi</w:t>
      </w:r>
    </w:p>
    <w:p>
      <w:r>
        <w:rPr>
          <w:i/>
        </w:rPr>
        <w:t>Nguồn: Cơ sở dữ liệu quốc gia về văn bản pháp luật (Bộ Tư pháp). VietSmart Legal, legal.giangpham.asia/van-ban/171890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