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B an hành Quy ch ế th i t ố t nghiệp trung học ph ổ thông</w:t>
      </w:r>
    </w:p>
    <w:p>
      <w:pPr>
        <w:jc w:val="center"/>
      </w:pPr>
      <w:r>
        <w:rPr>
          <w:b/>
        </w:rPr>
        <w:t>THÔNG TƯ</w:t>
      </w:r>
    </w:p>
    <w:p>
      <w:pPr>
        <w:jc w:val="both"/>
      </w:pPr>
      <w:r>
        <w:t>B an hành Quy ch ế th i t ố t nghiệp trung học ph ổ thông</w:t>
      </w:r>
    </w:p>
    <w:p>
      <w:pPr>
        <w:jc w:val="both"/>
      </w:pPr>
      <w:r>
        <w:t>Thông tư số 15/2020/TT-BGDĐT ngày 26 tháng 5 năm 2020 của Bộ trưởng Bộ Giáo dục và Đào tạo ban hành Quy chế thi tốt nghiệp trung học phổ thông, có hiệu lực kể từ ngày 26 tháng 5 năm 2020, được sửa đổi, bổ sung bởi:</w:t>
      </w:r>
    </w:p>
    <w:p>
      <w:pPr>
        <w:jc w:val="both"/>
      </w:pPr>
      <w:r>
        <w:t>1. Thông tư số 05/2021/TT-BGDĐT ngày 12 tháng 3 năm 2021 của Bộ trưởng Bộ Giáo dục và Đào tạo sửa đổi, bổ sung một số điều của Quy chế thi tốt nghiệp trung học phổ thông ban hành kèm theo Thông tư số 15/2020/TT-BGDĐT ngày 26 tháng 5 năm 2020 của Bộ trưởng Bộ Giáo dục và Đào tạo, có hiệu lực kể từ ngày 27 tháng 4 năm 2021.</w:t>
      </w:r>
    </w:p>
    <w:p>
      <w:pPr>
        <w:jc w:val="both"/>
      </w:pPr>
      <w:r>
        <w:t>2. Thông tư số 06/2023/TT-BGDĐT ngày 24 tháng 3 năm 2023 của Bộ trưởng Bộ Giáo dục và Đào tạo sửa đổi, bổ sung một số điều của Quy chế thi tốt nghiệp trung học phổ thông ban hành kèm theo Thông tư số 15/2020/TT-BGDĐT ngày 26 tháng 5 năm 2020 được sửa đổi, bổ sung bởi Thông tư số 05/2021/TT-BGDĐT ngày 12 tháng 3 năm 2021 của Bộ trưởng Bộ Giáo dục và Đào tạo, có hiệu lực kể từ ngày 09 tháng 5 năm 2023.</w:t>
      </w:r>
    </w:p>
    <w:p>
      <w:pPr>
        <w:jc w:val="both"/>
      </w:pPr>
      <w:r>
        <w:t>3. Thông tư số 02/2024/TT-BGDĐT ngày 06 tháng 3 năm 2024 của Bộ trưởng Bộ Giáo dục và Đào tạo sửa đổi, bổ sung một số điều của Quy chế thi tốt nghiệp trung học phổ thông ban hành kèm theo Thông tư số 15/2020/TT-BGDĐT ngày 26 tháng 5 năm 2020 được sửa đổi, bổ sung bởi Thông tư số 05/2021/TT-BGDĐT ngày 12 tháng 3 năm 2021 và Thông tư số 06/2023/TT-BGDĐT ngày 24 tháng 3 năm 2023 của Bộ trưởng Bộ Giáo dục và Đào tạo, có hiệu lực kể từ ngày 22 tháng 4 năm 2024.</w:t>
      </w:r>
    </w:p>
    <w:p>
      <w:pPr>
        <w:jc w:val="both"/>
      </w:pPr>
      <w:r>
        <w:t>Căn cứ Luật giáo dục ngày 14 tháng 6 năm 2005; Luật sửa đ ổ i, b ổ sung một số điều của Luật giáo dục ngày 25 tháng 11 năm 2009; Luật giáo dục ngày 14 tháng 6 năm 2019;</w:t>
      </w:r>
    </w:p>
    <w:p>
      <w:pPr>
        <w:jc w:val="both"/>
      </w:pPr>
      <w:r>
        <w:t>Căn cứ Luật giáo dục đại học ngày 18 tháng 6 năm 2012; Luật sửa đổi bổ sung một số điều của Luật giáo dục đại học ngày 19 tháng 11 năm 2018;</w:t>
      </w:r>
    </w:p>
    <w:p>
      <w:pPr>
        <w:jc w:val="both"/>
      </w:pPr>
      <w:r>
        <w:t>Căn cứ Nghị định s ố 69/2017/NĐ-CP ngày 25 tháng 5 năm 2017 của Chính phủ quy định chức năng, nhiệm vụ, quyền hạn và cơ cấu t ổ chức của Bộ Giáo dục và Đào tạo;</w:t>
      </w:r>
    </w:p>
    <w:p>
      <w:pPr>
        <w:jc w:val="both"/>
      </w:pPr>
      <w:r>
        <w:t>Căn cứ Nghị định s ố 75/2006/NĐ-CP ngày 02 tháng 8 năm 2006 của Chính phủ quy định chi tiết và hướng dẫn thi hành một số điều của Luật giáo dục; Nghị định s ố 31/2011/NĐ-CP ngày 11 th á ng 5 năm 2011 của Chính phủ về việc sửa đổi, bổ sung một số điều của Nghị định số 75/2006/NĐ-CP ngày 02 tháng 8 năm 2006 của Chính phủ quy định ch i tiết và hướng dẫn thi hành một số điều của Luật giáo dục; Nghị định số 07/2013/NĐ-CP ngày 09 tháng 01 năm 2013 của Chính phủ sửa đổi điểm b khoản 13 Điều 1 của Nghị định số 31/2011/NĐ-CP ngày 11 tháng 5 năm 201 1 của Chính phủ về việc sửa đổi, bổ sung một s ố điều của Nghị định s ố 75/2006/NĐ-CP ngày 02 tháng 8 năm 2006 của Chính phủ quy định chi tiết và hướng dẫn thi hành một số điều của Luật giáo dục;</w:t>
      </w:r>
    </w:p>
    <w:p>
      <w:pPr>
        <w:jc w:val="both"/>
      </w:pPr>
      <w:r>
        <w:t>Theo đề nghị của Cục trưởng Cục Quản l ý ch ấ t lượng;</w:t>
      </w:r>
    </w:p>
    <w:p>
      <w:pPr>
        <w:jc w:val="both"/>
      </w:pPr>
      <w:r>
        <w:t>Bộ trưởng Bộ Giáo dục và Đào tạo ban hành Thông tư ban hành Quy chế thi tốt nghiệp trung học phổ thông [ 1 ] .</w:t>
      </w:r>
    </w:p>
    <w:p>
      <w:pPr>
        <w:jc w:val="both"/>
      </w:pPr>
      <w:r>
        <w:rPr>
          <w:b/>
        </w:rPr>
        <w:t>Điều 1. Ban hành kèm theo Thông tư này Quy chế thi tốt nghiệp trung học phổ thông.</w:t>
      </w:r>
    </w:p>
    <w:p>
      <w:pPr>
        <w:jc w:val="both"/>
      </w:pPr>
      <w:r>
        <w:rPr>
          <w:b/>
        </w:rPr>
        <w:t>Điều 2. [ 2] Thông tư này có hiệu lực thi hành kể từ ngày 26 tháng 5 năm 2020 và thay thế các Thông tư số 04/2017/TT-BGDĐT ngày 25 tháng 01 năm 2017 của Bộ trưởng Bộ Giáo dục và Đào tạo ban hành Quy chế thi trung học phổ thông quốc gia và xét công nhận tốt nghiệp trung học phổ thông và các Thông tư sửa đổi, bổ sung Quy chế trên (Thông tư số 04/2018/TT-BGDĐT ngày 28 tháng 02 năm 2018, Thông tư số 03/2019/TT-BGDĐT ngày 18 tháng 3 năm 2019, Thông tư số 08/2020/TT-BGDĐT ngày 23 tháng 3 năm 2020).</w:t>
      </w:r>
    </w:p>
    <w:p>
      <w:pPr>
        <w:jc w:val="both"/>
      </w:pPr>
      <w:r>
        <w:rPr>
          <w:b/>
        </w:rPr>
        <w:t>Điều 3. Chánh Văn phòng, Cục trưởng Cục Quản lý chất lượng, Thủ trưởng các đơn vị có liên quan thuộc Bộ Giáo dục và Đào tạo; Chủ tịch Ủy ban nhân dân tỉnh, thành phố trực thuộc Trung ương; Cục trưởng Cục Nhà trường - Bộ Quốc phòng, Cục trưởng Cục Đào tạo - Bộ Công an; Giám đốc các sở giáo dục và đào tạo; Giám đốc Sở Giáo dục, Khoa học và Công nghệ tỉnh Bạc Liêu; Giám đốc đại học, học viện; Hiệu trưởng trường đại học; Hiệu trưởng trường cao đẳng tuyển sinh ngành Giáo dục Mầm non chịu trách nhiệm thi hành Thông tư này./.</w:t>
      </w:r>
    </w:p>
    <w:p>
      <w:pPr>
        <w:jc w:val="both"/>
      </w:pPr>
      <w:r>
        <w:t>[1] Thông tư số 05/2021/TT-BGDĐT sửa đổi, bổ sung một số điều của Quy chế thi tốt nghiệp trung học phổ thông ban hành kèm theo Thông tư số 15/2020/TT-BGDĐT ngày 26 tháng 5 năm 2020 của Bộ trưởng Bộ Giáo dục và Đào tạo có căn cứ ban hành như sau:</w:t>
      </w:r>
    </w:p>
    <w:p>
      <w:pPr>
        <w:jc w:val="both"/>
      </w:pPr>
      <w:r>
        <w:t>“ Căn cứ Luật Giáo dục ngày 14 tháng 6 năm 2019;</w:t>
      </w:r>
    </w:p>
    <w:p>
      <w:pPr>
        <w:jc w:val="both"/>
      </w:pPr>
      <w:r>
        <w:t>Căn cứ Luật Giáo dục đại học ngày 18 tháng 6 năm 2012; Luật sửa đổi bổ sung một số điều của Luật Giáo dục đại học ngày 19 tháng 11 năm 2018;</w:t>
      </w:r>
    </w:p>
    <w:p>
      <w:pPr>
        <w:jc w:val="both"/>
      </w:pPr>
      <w:r>
        <w:t>Căn cứ Nghị định số 69/2017/NĐ-CP ngày 25 tháng 5 năm 2017 của Chính phủ quy định chức năng, nhiệm vụ, quyền hạn và cơ cấu tổ chức của Bộ Giáo dục và Đào tạo;</w:t>
      </w:r>
    </w:p>
    <w:p>
      <w:pPr>
        <w:jc w:val="both"/>
      </w:pPr>
      <w:r>
        <w:t>Theo đề nghị của Cục trưởng Cục Quản lý chất lượng;</w:t>
      </w:r>
    </w:p>
    <w:p>
      <w:pPr>
        <w:jc w:val="both"/>
      </w:pPr>
      <w:r>
        <w:t>Bộ trưởng Bộ Giáo dục và Đào tạo ban hành Thông tư sửa đổi, bổ sung một số điều của Quy chế thi tốt nghiệp trung học phổ thông ban hành kèm theo Thông tư số 15/2020/TT-BGDĐT ngày 26 tháng 5 năm 2020 của Bộ trưởng Bộ Giáo dục và Đào tạo.”</w:t>
      </w:r>
    </w:p>
    <w:p>
      <w:pPr>
        <w:jc w:val="both"/>
      </w:pPr>
      <w:r>
        <w:t>Thông tư số 06/2023/TT-BGDĐT sửa đổi, bổ sung một số điều của Quy chế thi tốt nghiệp trung học phổ thông ban hành kèm theo Thông tư số 15/2020/TT-BGDĐT ngày 26 tháng 5 năm 2020 được sửa đổi, bổ sung bởi Thông tư số 05/2021/TT-BGDĐT ngày 12 tháng 3 năm 2021 của Bộ trưởng Bộ Giáo dục và Đào tạo có căn cứ ban hành như sau:</w:t>
      </w:r>
    </w:p>
    <w:p>
      <w:pPr>
        <w:jc w:val="both"/>
      </w:pPr>
      <w:r>
        <w:t>“Căn cứ Luật giáo dục ngày 14 tháng 6 năm 2019;</w:t>
      </w:r>
    </w:p>
    <w:p>
      <w:pPr>
        <w:jc w:val="both"/>
      </w:pPr>
      <w:r>
        <w:t>Căn cứ Luật giáo dục đại học ngày 18 tháng 6 năm 2012; Luật sửa đổi bổ sung một số điều của Luật giáo dục đại học ngày 19 tháng 11 năm 2018;</w:t>
      </w:r>
    </w:p>
    <w:p>
      <w:pPr>
        <w:jc w:val="both"/>
      </w:pPr>
      <w:r>
        <w:t>Căn cứ Nghị định số 86/2022/NĐ-CP ngày 24 tháng 10 năm 2022 của Chính phủ quy định chức năng, nhiệm vụ, quyền hạn và cơ cấu tổ chức của Bộ Giáo dục và Đào tạo;</w:t>
      </w:r>
    </w:p>
    <w:p>
      <w:pPr>
        <w:jc w:val="both"/>
      </w:pPr>
      <w:r>
        <w:t>Theo đề nghị của Cục trưởng Cục Quản lý chất lượng.</w:t>
      </w:r>
    </w:p>
    <w:p>
      <w:pPr>
        <w:jc w:val="both"/>
      </w:pPr>
      <w:r>
        <w:t>Bộ trưởng Bộ Giáo dục và Đào tạo ban hành Thông tư sửa đổi, bổ sung một số điều của Quy chế thi tốt nghiệp trung học phổ thông ban hành kèm theo Thông tư số 15/2020/TT-BGDĐT ngày 26 tháng 5 năm 2020 được sửa đổi, bổ sung bởi Thông tư số 05/2021/TT-BGDĐT ngày 12 tháng 3 năm 2021 của Bộ trưởng Bộ Giáo dục và Đào tạo.”</w:t>
      </w:r>
    </w:p>
    <w:p>
      <w:pPr>
        <w:jc w:val="both"/>
      </w:pPr>
      <w:r>
        <w:t>Thông tư số 02/2024/TT-BGDĐT sửa đổi, bổ sung một số điều của Quy chế thi tốt nghiệp trung học phổ thông ban hành kèm theo Thông tư số 15/2020/TT-BGDĐT ngày 26 tháng 5 năm 2020 được sửa đổi, bổ sung bởi Thông tư số 05/2021/TT-BGDĐT ngày 12 tháng 3 năm 2021 và Thông tư số 06/2023/TT-BGDĐT ngày 24 tháng 3 năm 2023 của Bộ trưởng Bộ Giáo dục và Đào tạo có căn cứ ban hành như sau:</w:t>
      </w:r>
    </w:p>
    <w:p>
      <w:pPr>
        <w:jc w:val="both"/>
      </w:pPr>
      <w:r>
        <w:t>“Căn cứ Luật Giáo dục ngày 14 tháng 6 năm 2019;</w:t>
      </w:r>
    </w:p>
    <w:p>
      <w:pPr>
        <w:jc w:val="both"/>
      </w:pPr>
      <w:r>
        <w:t>Căn cứ Luật Giáo dục đại học ngày 18 tháng 6 năm 2012; Luật sửa đổi bổ sung một số điều của Luật Giáo dục đại học ngày 19 tháng 11 năm 2018;</w:t>
      </w:r>
    </w:p>
    <w:p>
      <w:pPr>
        <w:jc w:val="both"/>
      </w:pPr>
      <w:r>
        <w:t>Căn cứ Nghị định số 86/2022/NĐ-CP ngày 24 tháng 10 năm 2022 của Chính phủ quy định chức năng, nhiệm vụ, quyền hạn và cơ cấu tổ chức của Bộ Giáo dục và Đào tạo;</w:t>
      </w:r>
    </w:p>
    <w:p>
      <w:pPr>
        <w:jc w:val="both"/>
      </w:pPr>
      <w:r>
        <w:t>Theo đề nghị của Cục trưởng Cục Quản lý chất lượng;</w:t>
      </w:r>
    </w:p>
    <w:p>
      <w:pPr>
        <w:jc w:val="both"/>
      </w:pPr>
      <w:r>
        <w:t>Bộ trưởng Bộ Giáo dục và Đào tạo ban hành Thông tư sửa đổi, bổ sung một số điều của Quy chế thi tốt nghiệp trung học phổ thông ban hành kèm theo Thông tư số 15/2020/TT-BGDĐT ngày 26 tháng 5 năm 2020 được sửa đổi, bổ sung bởi Thông tư số 05/2021/TT-BGDĐT ngày 12 tháng 3 năm 2021 và Thông tư số 06/2023/TT-BGDĐT ngày 24 tháng 3 năm 2023 của Bộ trưởng Bộ Giáo dục và Đào tạo.”</w:t>
      </w:r>
    </w:p>
    <w:p>
      <w:pPr>
        <w:jc w:val="both"/>
      </w:pPr>
      <w:r>
        <w:t>[2] Điều 3 của Thông tư số 05/2021/TT-BGDĐT sửa đổi, bổ sung một số điều của Quy chế thi tốt nghiệp trung học phổ thông ban hành kèm theo Thông tư số 15/2020/TT-BGDĐT ngày 26 tháng 5 năm 2020 của Bộ trưởng Bộ Giáo dục và Đào tạo, có hiệu lực kể từ ngày 27 tháng 4 năm 2021 quy định như sau:</w:t>
      </w:r>
    </w:p>
    <w:p>
      <w:pPr>
        <w:jc w:val="both"/>
      </w:pPr>
      <w:r>
        <w:t>“ Điều 3. Hiệu lực thi hành</w:t>
      </w:r>
    </w:p>
    <w:p>
      <w:pPr>
        <w:jc w:val="both"/>
      </w:pPr>
      <w:r>
        <w:t>1. Thông tư này có hiệu lực thi hành kể từ ngày 27 tháng 4 năm 2021.</w:t>
      </w:r>
    </w:p>
    <w:p>
      <w:pPr>
        <w:jc w:val="both"/>
      </w:pPr>
      <w:r>
        <w:t>2. Các bộ, ngành có liên quan; Ủy ban nhân dân các tỉnh thành phố trực thuộc Trung ương; Cục trưởng Cục Nhà trường - Bộ Quốc phòng; Cục trưởng Cục Đào tạo - Bộ Công an; Giám đốc các sở giáo dục và đào tạo; Giám đốc Sở Giáo dục, Khoa học và Công nghệ tỉnh Bạc Liêu; Giám đốc các đại học, học viện; Hiệu trưởng các trường đại học; Hiệu trưởng các trường cao đẳng đào tạo trình độ cao đẳng ngành Giáo dục Mầm non chịu trách nhiệm thi hành Thông tư này.”</w:t>
      </w:r>
    </w:p>
    <w:p>
      <w:pPr>
        <w:jc w:val="both"/>
      </w:pPr>
      <w:r>
        <w:t>Điều 3 của Thông tư số 06/2023/TT-BGDĐT sửa đổi, bổ sung một số điều của Quy chế thi tốt nghiệp trung học phổ thông ban hành kèm theo Thông tư số 15/2020/TT-BGDĐT ngày 26 tháng 5 năm 2020 được sửa đổi, bổ sung bởi Thông tư số 05/2021/TT-BGDĐT ngày 12 tháng 3 năm 2021 của Bộ trưởng Bộ Giáo dục và Đào tạo, có hiệu lực kể từ ngày 15 tháng 02 năm 2022 quy định như sau:</w:t>
      </w:r>
    </w:p>
    <w:p>
      <w:pPr>
        <w:jc w:val="both"/>
      </w:pPr>
      <w:r>
        <w:t>“ Điều 3. Điều khoản thi hành</w:t>
      </w:r>
    </w:p>
    <w:p>
      <w:pPr>
        <w:jc w:val="both"/>
      </w:pPr>
      <w:r>
        <w:t>1. Thông tư này có hiệu lực thi hành kể từ ngày 09 tháng 5 năm 2023.</w:t>
      </w:r>
    </w:p>
    <w:p>
      <w:pPr>
        <w:jc w:val="both"/>
      </w:pPr>
      <w:r>
        <w:t>2. Chánh Văn phòng, Cục trưởng Cục Quản lý chất lượng, Thủ trưởng các đơn vị có liên quan thuộc Bộ Giáo dục và Đào tạo; Chủ tịch Ủy ban nhân dân tỉnh thành phố trực thuộc Trung ương; Cục trưởng Cục nhà trường - Bộ Quốc phòng, Cục trưởng Cục Đào tạo - Bộ Công an; Giám đốc các Sở Giáo dục và Đào tạo; Giám đốc các đại học, học viện, Hiệu trưởng các trường đại học; Hiệu trưởng trường cao đẳng tuyển sinh ngành Giáo dục Mầm non chịu trách nhiệm thi hành Thông tư này.”</w:t>
      </w:r>
    </w:p>
    <w:p>
      <w:pPr>
        <w:jc w:val="both"/>
      </w:pPr>
      <w:r>
        <w:t>Điều 3 của Thông tư số 02/2024/TT-BGDĐT sửa đổi, bổ sung một số điều của Quy chế thi tốt nghiệp trung học phổ thông ban hành kèm theo Thông tư số 15/2020/TT-BGDĐT ngày 26 tháng 5 năm 2020 được sửa đổi, bổ sung bởi Thông tư số 05/2021/TT-BGDĐT ngày 12 tháng 3 năm 2021 và Thông tư số 06/2023/TT-BGDĐT ngày 24 tháng 3 năm 2023 của Bộ trưởng Bộ Giáo dục và Đào tạo, có hiệu lực kể từ ngày 22 tháng 4 năm 2024 quy định như sau:</w:t>
      </w:r>
    </w:p>
    <w:p>
      <w:pPr>
        <w:jc w:val="both"/>
      </w:pPr>
      <w:r>
        <w:t>“ Điều 3. Hiệu lực thi hành</w:t>
      </w:r>
    </w:p>
    <w:p>
      <w:pPr>
        <w:jc w:val="both"/>
      </w:pPr>
      <w:r>
        <w:t>1. Thông tư này có hiệu lực thi hành kể từ ngày 22 tháng 4 năm 2024.</w:t>
      </w:r>
    </w:p>
    <w:p>
      <w:pPr>
        <w:jc w:val="both"/>
      </w:pPr>
      <w:r>
        <w:t>2. Chánh Văn phòng, Cục trưởng Cục Quản lý chất lượng, Thủ trưởng các đơn vị có liên quan thuộc Bộ Giáo dục và Đào tạo; Chủ tịch Ủy ban nhân dân tỉnh, thành phố trực thuộc Trung ương; Cục trưởng Cục nhà trường - Bộ Quốc phòng, Cục trưởng Cục Đào tạo - Bộ Công an; Giám đốc các Sở Giáo dục và Đào tạo; Giám đốc các đại học, học viện, Hiệu trưởng các trường đại học; Hiệu trưởng trường cao đẳng tuyển sinh ngành Giáo dục Mầm non chịu trách nhiệm thi hành Thông tư này.”</w:t>
      </w:r>
    </w:p>
    <w:p>
      <w:r>
        <w:rPr>
          <w:i/>
        </w:rPr>
        <w:t>Nguồn: Cơ sở dữ liệu quốc gia về văn bản pháp luật (Bộ Tư pháp). VietSmart Legal, legal.giangpham.asia/van-ban/167573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