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15/2024/NĐ-CP</w:t>
      </w:r>
    </w:p>
    <w:p>
      <w:pPr>
        <w:jc w:val="both"/>
      </w:pPr>
      <w:r>
        <w:t>Hà Nội, ngày 16 tháng 02 năm 2024</w:t>
      </w:r>
    </w:p>
    <w:p>
      <w:pPr>
        <w:jc w:val="center"/>
      </w:pPr>
      <w:r>
        <w:rPr>
          <w:b/>
        </w:rPr>
        <w:t>NGHỊ ĐỊNH</w:t>
      </w:r>
    </w:p>
    <w:p>
      <w:pPr>
        <w:jc w:val="both"/>
      </w:pPr>
      <w:r>
        <w:t>Sửa đổi, bổ sung một số điều của Nghị định số 30/2013/NĐ-CP ngày 08 tháng 4 năm 2013 của Chính phủ về kinh doanh vận chuyển hàng không và hoạt động hàng không chung và Nghị định số 92/2016/NĐ-CP ngày 01 tháng 7 năm 2016 của Chính phủ quy định về các ngành, nghề kinh doanh có điều kiện trong lĩnh vực hàng không dân dụng</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Căn cứ Luật Đầu tư ngày 17 tháng 6 năm 2020; Theo đề nghị của Bộ trưởng Bộ Giao thông vận tải;</w:t>
      </w:r>
    </w:p>
    <w:p>
      <w:pPr>
        <w:jc w:val="both"/>
      </w:pPr>
      <w:r>
        <w:t>Chính phủ ban hành Nghị định sửa đổi, bổ sung một điều của Nghị định số 30/2013/NĐ-CP ngày 08 tháng 4 năm 2013 của Chính phủ về kinh doanh vận chuyển hàng không và hoạt động hàng không chung và Nghị định số 92/2016/NĐ-CP ngày 01 tháng 7 năm 2016 của Chính phủ quy định về các ngành, nghề kinh doanh có điều kiện trong lĩnh vực hàng không dân dụng.</w:t>
      </w:r>
    </w:p>
    <w:p>
      <w:pPr>
        <w:jc w:val="both"/>
      </w:pPr>
      <w:r>
        <w:rPr>
          <w:b/>
        </w:rPr>
        <w:t>Điều 1. Sửa đổi, bổ sung một số điều của Nghị định số 30/2013/NĐ-CP ngày 08 tháng 4 năm 2013 của Chính phủ về kinh doanh vận chuyển hàng không và hoạt động hàng không chung</w:t>
      </w:r>
    </w:p>
    <w:p>
      <w:pPr>
        <w:jc w:val="both"/>
      </w:pPr>
      <w:r>
        <w:t>Thay thế Mẫu số 03, Mẫu số 06, Mẫu số 08, Mẫu số 09, Mẫu số 10 tại Phụ lục kèm theo Nghị định số 30/2013/NĐ-CP ngày 08 tháng 4 năm 2013 của Chính phủ về kinh doanh vận chuyển hàng không và hoạt động hàng không chung tương ứng bằng Mẫu số 03, Mẫu số 06, Mẫu số 08, Mẫu số 09, Mẫu số 10 tại Phụ lục I kèm theo Nghị định này.</w:t>
      </w:r>
    </w:p>
    <w:p>
      <w:pPr>
        <w:jc w:val="both"/>
      </w:pPr>
      <w:r>
        <w:rPr>
          <w:b/>
        </w:rPr>
        <w:t>Điều 2. Sửa đổi, bổ sung một số điều của Nghị định số 92/2016/NĐ-CP ngày 01 tháng 7 năm 2016 của Chính phủ quy định về các ngành, nghề kinh doanh có điều kiện trong lĩnh vực hàng không (đã được sửa đổi, bổ sung bởi Nghị định số 64/2022/NĐ-CP ngày 15 tháng 9 năm 2022 của Chính phủ sửa đổi, bổ sung một số điều của các Nghị định quy định liên quan đến hoạt động kinh doanh trong lĩnh vực hàng không dân dụng)</w:t>
      </w:r>
    </w:p>
    <w:p>
      <w:pPr>
        <w:jc w:val="both"/>
      </w:pPr>
      <w:r>
        <w:t>1. Thay thế Mẫu số 01 tại Phụ lục kèm theo Nghị định số 92/2016/NĐ-CP ngày 01 tháng 7 năm 2016 của Chính phủ quy định về các ngành, nghề kinh doanh có điều kiện trong lĩnh vực hàng không dân dụng bằng Mẫu số 01 tại Phụ lục II kèm theo Nghị định này.</w:t>
      </w:r>
    </w:p>
    <w:p>
      <w:pPr>
        <w:jc w:val="both"/>
      </w:pPr>
      <w:r>
        <w:t>2. Thay thế Mẫu số 03 tại Phụ lục kèm theo Nghị định số 92/2016/NĐ-CP ngày 01 tháng 7 năm 2016 của Chính phủ quy định về các ngành, nghề kinh doanh có điều kiện trong lĩnh vực hàng không dân dụng (đã được thay thế bởi Phụ lục II kèm theo Nghị định số 64/2022/NĐ-CP ngày 15 tháng 9 năm 2022 của Chính phủ sửa đổi, bổ sung một số điều của các Nghị định quy định liên quan đến hoạt động kinh doanh trong lĩnh vực hàng không dân dụng) bằng Mẫu số 03 tại Phụ lục II kèm theo Nghị định này.</w:t>
      </w:r>
    </w:p>
    <w:p>
      <w:pPr>
        <w:jc w:val="both"/>
      </w:pPr>
      <w:r>
        <w:rPr>
          <w:b/>
        </w:rPr>
        <w:t>Điều 3. Hiệu lực thi hành</w:t>
      </w:r>
    </w:p>
    <w:p>
      <w:pPr>
        <w:jc w:val="both"/>
      </w:pPr>
      <w:r>
        <w:t>1. Nghị định này có hiệu lực thi hành từ ngày ký ban hành.</w:t>
      </w:r>
    </w:p>
    <w:p>
      <w:pPr>
        <w:jc w:val="both"/>
      </w:pPr>
      <w:r>
        <w:t>2. Giấy chứng nhận đăng ký hoạt động hàng không chung và Giấy chứng nhận đăng ký sử dụng thương hiệu đã được cấp trước ngày Nghị định này có hiệu lực tiếp tục có giá trị đến khi Giấy chứng nhận bị hủy bỏ.</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KT. THỦ TƯỚNG</w:t>
      </w:r>
    </w:p>
    <w:p>
      <w:pPr>
        <w:jc w:val="both"/>
      </w:pPr>
      <w:r>
        <w:t>PHÓ THỦ TƯỚNG</w:t>
      </w:r>
    </w:p>
    <w:p>
      <w:pPr>
        <w:jc w:val="both"/>
      </w:pPr>
      <w:r>
        <w:t>Trần Hồng Hà</w:t>
      </w:r>
    </w:p>
    <w:p>
      <w:pPr>
        <w:jc w:val="both"/>
      </w:pPr>
      <w:r>
        <w:t>PHỤ LỤC I</w:t>
      </w:r>
    </w:p>
    <w:p>
      <w:pPr>
        <w:jc w:val="both"/>
      </w:pPr>
      <w:r>
        <w:t>(Kèm theo Nghị định số 15/2024/NĐ-CP ngày 16 tháng 02 năm 2024 của Chính phủ)</w:t>
      </w:r>
    </w:p>
    <w:p>
      <w:pPr>
        <w:jc w:val="both"/>
      </w:pPr>
      <w:r>
        <w:t>Mẫu số 03</w:t>
      </w:r>
    </w:p>
    <w:p>
      <w:pPr>
        <w:jc w:val="both"/>
      </w:pPr>
      <w:r>
        <w:t>Giấy chứng nhận đăng ký hoạt động hàng không chung</w:t>
      </w:r>
    </w:p>
    <w:p>
      <w:pPr>
        <w:jc w:val="both"/>
      </w:pPr>
      <w:r>
        <w:t>Mẫu số 06</w:t>
      </w:r>
    </w:p>
    <w:p>
      <w:pPr>
        <w:jc w:val="both"/>
      </w:pPr>
      <w:r>
        <w:t>Đơn đề nghị cấp giấy chứng nhận đăng ký hoạt động hàng không chung</w:t>
      </w:r>
    </w:p>
    <w:p>
      <w:pPr>
        <w:jc w:val="both"/>
      </w:pPr>
      <w:r>
        <w:t>Mẫu số 08</w:t>
      </w:r>
    </w:p>
    <w:p>
      <w:pPr>
        <w:jc w:val="both"/>
      </w:pPr>
      <w:r>
        <w:t>Đơn đề nghị đăng ký (Nội dung đăng ký sử dụng thương hiệu)</w:t>
      </w:r>
    </w:p>
    <w:p>
      <w:pPr>
        <w:jc w:val="both"/>
      </w:pPr>
      <w:r>
        <w:t>Mẫu số 09</w:t>
      </w:r>
    </w:p>
    <w:p>
      <w:pPr>
        <w:jc w:val="both"/>
      </w:pPr>
      <w:r>
        <w:t>Giấy chứng nhận đăng ký (Nội dung đăng ký sử dụng thương hiệu)</w:t>
      </w:r>
    </w:p>
    <w:p>
      <w:pPr>
        <w:jc w:val="both"/>
      </w:pPr>
      <w:r>
        <w:t>Mẫu số 10</w:t>
      </w:r>
    </w:p>
    <w:p>
      <w:pPr>
        <w:jc w:val="both"/>
      </w:pPr>
      <w:r>
        <w:t>Đơn đề nghị cấp lại giấy chứng nhận đăng ký hoạt động hàng không chung</w:t>
      </w:r>
    </w:p>
    <w:p>
      <w:pPr>
        <w:jc w:val="both"/>
      </w:pPr>
      <w:r>
        <w:t>Mẫu số 03</w:t>
      </w:r>
    </w:p>
    <w:p>
      <w:pPr>
        <w:jc w:val="both"/>
      </w:pPr>
      <w:r>
        <w:t>BỘ GIAO THÔNG VẬN TẢI</w:t>
      </w:r>
    </w:p>
    <w:p>
      <w:pPr>
        <w:jc w:val="both"/>
      </w:pPr>
      <w:r>
        <w:t>……(tên cơ quan thẩm định</w:t>
      </w:r>
    </w:p>
    <w:p>
      <w:pPr>
        <w:jc w:val="both"/>
      </w:pPr>
      <w:r>
        <w:t>hoặc cấp Giấy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ĐĂNG KÝ HOẠT ĐỘNG HÀNG KHÔNG CHUNG</w:t>
      </w:r>
    </w:p>
    <w:p>
      <w:pPr>
        <w:jc w:val="both"/>
      </w:pPr>
      <w:r>
        <w:t>Số: ...........................</w:t>
      </w:r>
    </w:p>
    <w:p>
      <w:pPr>
        <w:jc w:val="both"/>
      </w:pPr>
      <w:r>
        <w:t>Ngày cấp: ...................................................................................................</w:t>
      </w:r>
    </w:p>
    <w:p>
      <w:pPr>
        <w:jc w:val="both"/>
      </w:pPr>
      <w:r>
        <w:t>Ngày cấp bổ sung lần thứ nhất: ................................................................</w:t>
      </w:r>
    </w:p>
    <w:p>
      <w:pPr>
        <w:jc w:val="both"/>
      </w:pPr>
      <w:r>
        <w:t>Ngày cấp bổ sung lần thứ hai: .................................................................</w:t>
      </w:r>
    </w:p>
    <w:p>
      <w:pPr>
        <w:jc w:val="both"/>
      </w:pPr>
      <w:r>
        <w:t>1. Tên tổ chức (đối với tổ chức): .......................................................</w:t>
      </w:r>
    </w:p>
    <w:p>
      <w:pPr>
        <w:jc w:val="both"/>
      </w:pPr>
      <w:r>
        <w:t>2. Số và ngày cấp Giấy phép thành lập, Giấy phép hoạt động, Giấy chứng nhận đăng ký kinh doanh (đối với tổ chức):</w:t>
      </w:r>
    </w:p>
    <w:p>
      <w:pPr>
        <w:jc w:val="both"/>
      </w:pPr>
      <w:r>
        <w:t>3. Họ tên, ngày tháng năm sinh, quốc tịch, số định danh cá nhân/chứng minh nhân dân hoặc số Hộ chiếu, chỗ ở hiện tại (đối với cá nhân):</w:t>
      </w:r>
    </w:p>
    <w:p>
      <w:pPr>
        <w:jc w:val="both"/>
      </w:pPr>
      <w:r>
        <w:t>4. Tên giao dịch (đối với tổ chức): ........................................................................</w:t>
      </w:r>
    </w:p>
    <w:p>
      <w:pPr>
        <w:jc w:val="both"/>
      </w:pPr>
      <w:r>
        <w:t>5. Địa điểm trụ sở chính (đối với tổ chức): ..............................................................</w:t>
      </w:r>
    </w:p>
    <w:p>
      <w:pPr>
        <w:jc w:val="both"/>
      </w:pPr>
      <w:r>
        <w:t>6. Nhãn hiệu của tổ chức hoặc cá nhân: ................................................................</w:t>
      </w:r>
    </w:p>
    <w:p>
      <w:pPr>
        <w:jc w:val="both"/>
      </w:pPr>
      <w:r>
        <w:t>7. Loại hình hoạt động dự định thực hiện: ……………………………………………..</w:t>
      </w:r>
    </w:p>
    <w:p>
      <w:pPr>
        <w:jc w:val="both"/>
      </w:pPr>
      <w:r>
        <w:t>8. Cảng hàng không, sân bay căn cứ của tàu bay: ………………………………………</w:t>
      </w:r>
    </w:p>
    <w:p>
      <w:pPr>
        <w:jc w:val="both"/>
      </w:pPr>
      <w:r>
        <w:t>9. Số lượng, chủng loại, số hiệu đăng ký của tàu bay: ……………………………………</w:t>
      </w:r>
    </w:p>
    <w:p>
      <w:pPr>
        <w:jc w:val="both"/>
      </w:pPr>
      <w:r>
        <w:t>10. Họ tên, ngày tháng năm sinh, quốc tịch, số định danh cá nhân/chứng minh nhân dân hoặc số Hộ chiếu, số và ngày cấp Giấy phép lái tàu bay của thành viên tổ bay:</w:t>
      </w:r>
    </w:p>
    <w:p>
      <w:pPr>
        <w:jc w:val="both"/>
      </w:pPr>
      <w:r>
        <w:t>…………………………………………………………………………………………………</w:t>
      </w:r>
    </w:p>
    <w:p>
      <w:pPr>
        <w:jc w:val="both"/>
      </w:pPr>
      <w:r>
        <w:t>………………………………………………………………………………………………….</w:t>
      </w:r>
    </w:p>
    <w:p>
      <w:pPr>
        <w:jc w:val="both"/>
      </w:pPr>
      <w:r>
        <w:t>11. Họ tên, số định danh cá nhân/chứng minh nhân dân, chỗ ở hiện tại của người đại diện theo pháp luật (đối với tổ chức):</w:t>
      </w:r>
    </w:p>
    <w:p>
      <w:pPr>
        <w:jc w:val="both"/>
      </w:pPr>
      <w:r>
        <w:t>…………………………………………………………………………………………….</w:t>
      </w:r>
    </w:p>
    <w:p>
      <w:pPr>
        <w:jc w:val="both"/>
      </w:pPr>
      <w:r>
        <w:t>…………………………………………………………………………………………….</w:t>
      </w:r>
    </w:p>
    <w:p>
      <w:pPr>
        <w:jc w:val="both"/>
      </w:pPr>
      <w:r>
        <w:t>CHỨC DANH THỦ TRƯỞNG</w:t>
      </w:r>
    </w:p>
    <w:p>
      <w:pPr>
        <w:jc w:val="both"/>
      </w:pPr>
      <w:r>
        <w:t>CƠ QUAN THẨM ĐỊNH HOẶC CẤP GIẤY ĐĂNG KÝ</w:t>
      </w:r>
    </w:p>
    <w:p>
      <w:pPr>
        <w:jc w:val="both"/>
      </w:pPr>
      <w:r>
        <w:t>(Ký, đóng dấu và ghi rõ họ tên)</w:t>
      </w:r>
    </w:p>
    <w:p>
      <w:pPr>
        <w:jc w:val="both"/>
      </w:pPr>
      <w:r>
        <w:t>Mẫu số 06</w:t>
      </w:r>
    </w:p>
    <w:p>
      <w:pPr>
        <w:jc w:val="both"/>
      </w:pPr>
      <w:r>
        <w:t>CỘNG HÒA XÃ HỘI CHỦ NGHĨA VIỆT NAM</w:t>
      </w:r>
    </w:p>
    <w:p>
      <w:pPr>
        <w:jc w:val="both"/>
      </w:pPr>
      <w:r>
        <w:t>Độc lập - Tự do - Hạnh phúc</w:t>
      </w:r>
    </w:p>
    <w:p>
      <w:pPr>
        <w:jc w:val="both"/>
      </w:pPr>
      <w:r>
        <w:t>--------------------</w:t>
      </w:r>
    </w:p>
    <w:p>
      <w:pPr>
        <w:jc w:val="both"/>
      </w:pPr>
      <w:r>
        <w:t>ĐƠN ĐỀ NGHỊ CẤP GIẤY CHỨNG NHẬN ĐĂNG KÝ HOẠT ĐỘNG HÀNG KHÔNG CHUNG</w:t>
      </w:r>
    </w:p>
    <w:p>
      <w:pPr>
        <w:jc w:val="both"/>
      </w:pPr>
      <w:r>
        <w:t>Kính gửi: .......................(tên Cơ quan thẩm định hoặc cấp Giấy đăng ký)</w:t>
      </w:r>
    </w:p>
    <w:p>
      <w:pPr>
        <w:jc w:val="both"/>
      </w:pPr>
      <w:r>
        <w:t>Tôi là: (ghi rõ họ tên bằng chữ in hoa) .......................... Giới tính: ................................</w:t>
      </w:r>
    </w:p>
    <w:p>
      <w:pPr>
        <w:jc w:val="both"/>
      </w:pPr>
      <w:r>
        <w:t>Chức danh: ......................................................................................................................</w:t>
      </w:r>
    </w:p>
    <w:p>
      <w:pPr>
        <w:jc w:val="both"/>
      </w:pPr>
      <w:r>
        <w:t>Ngày tháng năm sinh: ...../...../........................... Quốc tịch: ...............................................</w:t>
      </w:r>
    </w:p>
    <w:p>
      <w:pPr>
        <w:jc w:val="both"/>
      </w:pPr>
      <w:r>
        <w:t>Số định danh cá nhân/chứng minh nhân dân: ................................................................</w:t>
      </w:r>
    </w:p>
    <w:p>
      <w:pPr>
        <w:jc w:val="both"/>
      </w:pPr>
      <w:r>
        <w:t>hoặc số Hộ chiếu: ........................... Ngày cấp……………Nơi cấp………………………</w:t>
      </w:r>
    </w:p>
    <w:p>
      <w:pPr>
        <w:jc w:val="both"/>
      </w:pPr>
      <w:r>
        <w:t>Chỗ ở hiện tại: .......................................................................................................</w:t>
      </w:r>
    </w:p>
    <w:p>
      <w:pPr>
        <w:jc w:val="both"/>
      </w:pPr>
      <w:r>
        <w:t>Điện thoại:..............Fax: ……………Email: ……………Website: ………………………</w:t>
      </w:r>
    </w:p>
    <w:p>
      <w:pPr>
        <w:jc w:val="both"/>
      </w:pPr>
      <w:r>
        <w:t>Đại diện theo pháp luật của công ty (đối với tổ chức): .....................................</w:t>
      </w:r>
    </w:p>
    <w:p>
      <w:pPr>
        <w:jc w:val="both"/>
      </w:pPr>
      <w:r>
        <w:t>Đề nghị cấp Giấy đăng ký hoạt động hàng không chung với nội dung sau:</w:t>
      </w:r>
    </w:p>
    <w:p>
      <w:pPr>
        <w:jc w:val="both"/>
      </w:pPr>
      <w:r>
        <w:t>1. Tên doanh nghiệp hoặc cá nhân: ................................................................</w:t>
      </w:r>
    </w:p>
    <w:p>
      <w:pPr>
        <w:jc w:val="both"/>
      </w:pPr>
      <w:r>
        <w:t>2. Địa chỉ trụ sở chính hoặc địa chỉ nơi cư trú: ...................................................</w:t>
      </w:r>
    </w:p>
    <w:p>
      <w:pPr>
        <w:jc w:val="both"/>
      </w:pPr>
      <w:r>
        <w:t>Điện thoại:..............Fax: ……………Email: ……………Website: ………………………</w:t>
      </w:r>
    </w:p>
    <w:p>
      <w:pPr>
        <w:jc w:val="both"/>
      </w:pPr>
      <w:r>
        <w:t>Giấy phép thành lập hoặc Giấy phép hoạt động hoặc mã số doanh nghiệp (đối với tổ chức):........</w:t>
      </w:r>
    </w:p>
    <w:p>
      <w:pPr>
        <w:jc w:val="both"/>
      </w:pPr>
      <w:r>
        <w:t>3. Nhãn hiệu của tổ chức hoặc cá nhân: ..................................................................</w:t>
      </w:r>
    </w:p>
    <w:p>
      <w:pPr>
        <w:jc w:val="both"/>
      </w:pPr>
      <w:r>
        <w:t>4. Loại hình dự kiến hoạt động: ............................................................................</w:t>
      </w:r>
    </w:p>
    <w:p>
      <w:pPr>
        <w:jc w:val="both"/>
      </w:pPr>
      <w:r>
        <w:t>5. Cảng hàng không, sân bay căn cứ: ..............................................................</w:t>
      </w:r>
    </w:p>
    <w:p>
      <w:pPr>
        <w:jc w:val="both"/>
      </w:pPr>
      <w:r>
        <w:t>6. Số lượng, chủng loại, số hiệu đăng ký tàu bay: ..................................................</w:t>
      </w:r>
    </w:p>
    <w:p>
      <w:pPr>
        <w:jc w:val="both"/>
      </w:pPr>
      <w:r>
        <w:t>7. Họ tên, ngày tháng năm sinh, quốc tịch, số định danh cá nhân/chứng minh nhân dân/hộ chiếu, số và ngày cấp Giấy phép lái tàu bay của thành viên tổ bay:</w:t>
      </w:r>
    </w:p>
    <w:p>
      <w:pPr>
        <w:jc w:val="both"/>
      </w:pPr>
      <w:r>
        <w:t>………………………………………………………………………………………..</w:t>
      </w:r>
    </w:p>
    <w:p>
      <w:pPr>
        <w:jc w:val="both"/>
      </w:pPr>
      <w:r>
        <w:t>……………………………………………………………………………………….</w:t>
      </w:r>
    </w:p>
    <w:p>
      <w:pPr>
        <w:jc w:val="both"/>
      </w:pPr>
      <w:r>
        <w:t>……………………………………………………………………………………….</w:t>
      </w:r>
    </w:p>
    <w:p>
      <w:pPr>
        <w:jc w:val="both"/>
      </w:pPr>
      <w:r>
        <w:t>8. Họ tên, số định danh cá nhân/chứng minh nhân dân/hộ chiếu, chỗ ở hiện tại của người đại diện theo pháp luật (đối với tổ chức):</w:t>
      </w:r>
    </w:p>
    <w:p>
      <w:pPr>
        <w:jc w:val="both"/>
      </w:pPr>
      <w:r>
        <w:t>……………………………………………………………………………………….</w:t>
      </w:r>
    </w:p>
    <w:p>
      <w:pPr>
        <w:jc w:val="both"/>
      </w:pPr>
      <w:r>
        <w:t>Tôi và các thành viên cam kết:</w:t>
      </w:r>
    </w:p>
    <w:p>
      <w:pPr>
        <w:jc w:val="both"/>
      </w:pPr>
      <w:r>
        <w:t>- Chịu trách nhiệm hoàn toàn trước pháp luật về tính hợp pháp chính xác, trung thực của nội dung đề nghị cấp giấy phép.</w:t>
      </w:r>
    </w:p>
    <w:p>
      <w:pPr>
        <w:jc w:val="both"/>
      </w:pPr>
      <w:r>
        <w:t>………, ngày…… tháng…… năm……</w:t>
      </w:r>
    </w:p>
    <w:p>
      <w:pPr>
        <w:jc w:val="both"/>
      </w:pPr>
      <w:r>
        <w:t>NGƯỜI LÀM ĐƠN</w:t>
      </w:r>
    </w:p>
    <w:p>
      <w:pPr>
        <w:jc w:val="both"/>
      </w:pPr>
      <w:r>
        <w:t>(Trường hợp biểu mẫu giấy: ký, đóng dấu và ghi rõ họ tên/Trường hợp biểu mẫu điện tử: ký số hợp lệ của tổ chức, cá nhân)</w:t>
      </w:r>
    </w:p>
    <w:p>
      <w:pPr>
        <w:jc w:val="both"/>
      </w:pPr>
      <w:r>
        <w:t>Kèm theo Đơn đề nghị:</w:t>
      </w:r>
    </w:p>
    <w:p>
      <w:pPr>
        <w:jc w:val="both"/>
      </w:pPr>
      <w:r>
        <w:t>- ……………………………………….;</w:t>
      </w:r>
    </w:p>
    <w:p>
      <w:pPr>
        <w:jc w:val="both"/>
      </w:pPr>
      <w:r>
        <w:t>- ……………………………………….;</w:t>
      </w:r>
    </w:p>
    <w:p>
      <w:pPr>
        <w:jc w:val="both"/>
      </w:pPr>
      <w:r>
        <w:t>- ……………………………………….</w:t>
      </w:r>
    </w:p>
    <w:p>
      <w:pPr>
        <w:jc w:val="both"/>
      </w:pPr>
      <w:r>
        <w:t>Hướng dẫn:</w:t>
      </w:r>
    </w:p>
    <w:p>
      <w:pPr>
        <w:jc w:val="both"/>
      </w:pPr>
      <w:r>
        <w:t>- Công dân Việt Nam cung cấp thông tin Số định danh cá nhân hoặc chứng minh nhân dân không cần khai các thông tin quốc tịch, ngày cấp, nơi cấp, giới tính, chỗ ở hiện tại trong Đơn đề nghị.</w:t>
      </w:r>
    </w:p>
    <w:p>
      <w:pPr>
        <w:jc w:val="both"/>
      </w:pPr>
      <w:r>
        <w:t>- Công dân cung cấp thông tin về Hộ chiếu khai đầy đủ thông tin theo mẫu đơn.</w:t>
      </w:r>
    </w:p>
    <w:p>
      <w:pPr>
        <w:jc w:val="both"/>
      </w:pPr>
      <w:r>
        <w:t>Mẫu số 08</w:t>
      </w:r>
    </w:p>
    <w:p>
      <w:pPr>
        <w:jc w:val="both"/>
      </w:pPr>
      <w:r>
        <w:t>CỘNG HÒA XÃ HỘI CHỦ NGHĨA VIỆT NAM</w:t>
      </w:r>
    </w:p>
    <w:p>
      <w:pPr>
        <w:jc w:val="both"/>
      </w:pPr>
      <w:r>
        <w:t>Độc lập - Tự do - Hạnh phúc</w:t>
      </w:r>
    </w:p>
    <w:p>
      <w:pPr>
        <w:jc w:val="both"/>
      </w:pPr>
      <w:r>
        <w:t>------------------</w:t>
      </w:r>
    </w:p>
    <w:p>
      <w:pPr>
        <w:jc w:val="both"/>
      </w:pPr>
      <w:r>
        <w:t>ĐƠN ĐỀ NGHỊ ĐĂNG KÝ</w:t>
      </w:r>
    </w:p>
    <w:p>
      <w:pPr>
        <w:jc w:val="both"/>
      </w:pPr>
      <w:r>
        <w:t>(Nội dung đăng ký sử dụng thương hiệu)</w:t>
      </w:r>
    </w:p>
    <w:p>
      <w:pPr>
        <w:jc w:val="both"/>
      </w:pPr>
      <w:r>
        <w:t>Kính gửi:...........................(tên Cơ quan thẩm định hoặc cấp Giấy đăng ký)</w:t>
      </w:r>
    </w:p>
    <w:p>
      <w:pPr>
        <w:jc w:val="both"/>
      </w:pPr>
      <w:r>
        <w:t>1. Tên doanh nghiệp: ...............................................................................................</w:t>
      </w:r>
    </w:p>
    <w:p>
      <w:pPr>
        <w:jc w:val="both"/>
      </w:pPr>
      <w:r>
        <w:t>Tên doanh nghiệp bằng tiếng nước ngoài: ..............................................................</w:t>
      </w:r>
    </w:p>
    <w:p>
      <w:pPr>
        <w:jc w:val="both"/>
      </w:pPr>
      <w:r>
        <w:t>Tên doanh nghiệp viết tắt ............................................................................................</w:t>
      </w:r>
    </w:p>
    <w:p>
      <w:pPr>
        <w:jc w:val="both"/>
      </w:pPr>
      <w:r>
        <w:t>Tên thương mại: ........................................................................................................</w:t>
      </w:r>
    </w:p>
    <w:p>
      <w:pPr>
        <w:jc w:val="both"/>
      </w:pPr>
      <w:r>
        <w:t>2. Địa chỉ trụ sở chính: ..............................................................................................</w:t>
      </w:r>
    </w:p>
    <w:p>
      <w:pPr>
        <w:jc w:val="both"/>
      </w:pPr>
      <w:r>
        <w:t>Điện thoại:..............Fax: ……………Email: ……………Website: ………………………</w:t>
      </w:r>
    </w:p>
    <w:p>
      <w:pPr>
        <w:jc w:val="both"/>
      </w:pPr>
      <w:r>
        <w:t>Giấy phép kinh doanh vận chuyển hàng không/Giấy phép kinh doanh hàng không chung vì mục đích thương mại số:...............Do:......................cấp ngày ........tháng ....năm...........tại...........</w:t>
      </w:r>
    </w:p>
    <w:p>
      <w:pPr>
        <w:jc w:val="both"/>
      </w:pPr>
      <w:r>
        <w:t>3. Người đại diện theo pháp luật:</w:t>
      </w:r>
    </w:p>
    <w:p>
      <w:pPr>
        <w:jc w:val="both"/>
      </w:pPr>
      <w:r>
        <w:t>- Họ và tên: ...............................Giới tính …………………………………………………</w:t>
      </w:r>
    </w:p>
    <w:p>
      <w:pPr>
        <w:jc w:val="both"/>
      </w:pPr>
      <w:r>
        <w:t>- Chức danh: ...............................................................................................................</w:t>
      </w:r>
    </w:p>
    <w:p>
      <w:pPr>
        <w:jc w:val="both"/>
      </w:pPr>
      <w:r>
        <w:t>- Ngày tháng năm sinh: ………/………/………….Quốc tịch:…………………………….</w:t>
      </w:r>
    </w:p>
    <w:p>
      <w:pPr>
        <w:jc w:val="both"/>
      </w:pPr>
      <w:r>
        <w:t>- Số định danh cá nhân/chứng minh nhân dân: …………………………………………</w:t>
      </w:r>
    </w:p>
    <w:p>
      <w:pPr>
        <w:jc w:val="both"/>
      </w:pPr>
      <w:r>
        <w:t>hoặc số Hộ chiếu:................Ngày cấp..........Nơi cấp…………………………………..</w:t>
      </w:r>
    </w:p>
    <w:p>
      <w:pPr>
        <w:jc w:val="both"/>
      </w:pPr>
      <w:r>
        <w:t>- Chỗ ở hiện tại: ……………………………………………………………………………</w:t>
      </w:r>
    </w:p>
    <w:p>
      <w:pPr>
        <w:jc w:val="both"/>
      </w:pPr>
      <w:r>
        <w:t>Chúng tôi đề nghị đăng ký các nội dung cụ thể như sau:</w:t>
      </w:r>
    </w:p>
    <w:p>
      <w:pPr>
        <w:jc w:val="both"/>
      </w:pPr>
      <w:r>
        <w:t>Nội dung đăng ký: ......................................................................................................</w:t>
      </w:r>
    </w:p>
    <w:p>
      <w:pPr>
        <w:jc w:val="both"/>
      </w:pPr>
      <w:r>
        <w:t>Lý do đăng ký: ...........................................................................................................</w:t>
      </w:r>
    </w:p>
    <w:p>
      <w:pPr>
        <w:jc w:val="both"/>
      </w:pPr>
      <w:r>
        <w:t>Chúng tôi cam kết:</w:t>
      </w:r>
    </w:p>
    <w:p>
      <w:pPr>
        <w:jc w:val="both"/>
      </w:pPr>
      <w:r>
        <w:t>Chịu trách nhiệm hoàn toàn về sự trung thực và sự chính xác của nội dung Đơn đề nghị và tài liệu kèm theo.</w:t>
      </w:r>
    </w:p>
    <w:p>
      <w:pPr>
        <w:jc w:val="both"/>
      </w:pPr>
      <w:r>
        <w:t>………, ngày…… tháng…… năm……</w:t>
      </w:r>
    </w:p>
    <w:p>
      <w:pPr>
        <w:jc w:val="both"/>
      </w:pPr>
      <w:r>
        <w:t>ĐẠI DIỆN THEO PHÁP LUẬT CỦA CÔNG TY</w:t>
      </w:r>
    </w:p>
    <w:p>
      <w:pPr>
        <w:jc w:val="both"/>
      </w:pPr>
      <w:r>
        <w:t>(Đối với tổ chức;</w:t>
      </w:r>
    </w:p>
    <w:p>
      <w:pPr>
        <w:jc w:val="both"/>
      </w:pPr>
      <w:r>
        <w:t>Trường hợp biểu mẫu giấy: ký, đóng dấu và ghi rõ họ tên/Trường hợp biểu mẫu điện tử: ký số hợp lệ của tổ chức)</w:t>
      </w:r>
    </w:p>
    <w:p>
      <w:pPr>
        <w:jc w:val="both"/>
      </w:pPr>
      <w:r>
        <w:t>NGƯỜI LÀM ĐƠN</w:t>
      </w:r>
    </w:p>
    <w:p>
      <w:pPr>
        <w:jc w:val="both"/>
      </w:pPr>
      <w:r>
        <w:t>(Trường hợp biểu mẫu giấy: ký, đóng dấu và ghi rõ họ tên/Trường hợp biểu mẫu điện tử: ký số hợp lệ của tổ chức, cá nhân)</w:t>
      </w:r>
    </w:p>
    <w:p>
      <w:pPr>
        <w:jc w:val="both"/>
      </w:pPr>
      <w:r>
        <w:t>Kèm theo Đơn đề nghị:</w:t>
      </w:r>
    </w:p>
    <w:p>
      <w:pPr>
        <w:jc w:val="both"/>
      </w:pPr>
      <w:r>
        <w:t>- ……………………………………….;</w:t>
      </w:r>
    </w:p>
    <w:p>
      <w:pPr>
        <w:jc w:val="both"/>
      </w:pPr>
      <w:r>
        <w:t>- ……………………………………….</w:t>
      </w:r>
    </w:p>
    <w:p>
      <w:pPr>
        <w:jc w:val="both"/>
      </w:pPr>
      <w:r>
        <w:t>Hướng dẫn:</w:t>
      </w:r>
    </w:p>
    <w:p>
      <w:pPr>
        <w:jc w:val="both"/>
      </w:pPr>
      <w:r>
        <w:t>- Công dân Việt Nam cung cấp thông tin số định danh cá nhân hoặc chứng minh nhân dân không cần khai các thông tin giới tính, quốc tịch, ngày cấp, nơi cấp, chỗ ở hiện tại trong Đơn đề nghị.</w:t>
      </w:r>
    </w:p>
    <w:p>
      <w:pPr>
        <w:jc w:val="both"/>
      </w:pPr>
      <w:r>
        <w:t>- Công dân cung cấp thông tin về Hộ chiếu khai đầy đủ thông tin theo mẫu đơn.</w:t>
      </w:r>
    </w:p>
    <w:p>
      <w:pPr>
        <w:jc w:val="both"/>
      </w:pPr>
      <w:r>
        <w:t>Mẫu số 09</w:t>
      </w:r>
    </w:p>
    <w:p>
      <w:pPr>
        <w:jc w:val="both"/>
      </w:pPr>
      <w:r>
        <w:t>BỘ GIAO THÔNG VẬN TẢI</w:t>
      </w:r>
    </w:p>
    <w:p>
      <w:pPr>
        <w:jc w:val="both"/>
      </w:pPr>
      <w:r>
        <w:t>……(tên cơ quan thẩm định hoặc cấp Giấy đăng ký)</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CHỨNG NHẬN ĐĂNG KÝ</w:t>
      </w:r>
    </w:p>
    <w:p>
      <w:pPr>
        <w:jc w:val="both"/>
      </w:pPr>
      <w:r>
        <w:t>(Nội dung đăng ký sử dụng thương hiệu)</w:t>
      </w:r>
    </w:p>
    <w:p>
      <w:pPr>
        <w:jc w:val="both"/>
      </w:pPr>
      <w:r>
        <w:t>Các căn cứ...................................................... (tên Cơ quan thẩm định hoặc cấp Giấy đăng ký) chứng nhận hãng hàng không dưới đây:</w:t>
      </w:r>
    </w:p>
    <w:p>
      <w:pPr>
        <w:jc w:val="both"/>
      </w:pPr>
      <w:r>
        <w:t>1. Tên doanh nghiệp: ............................................................................................</w:t>
      </w:r>
    </w:p>
    <w:p>
      <w:pPr>
        <w:jc w:val="both"/>
      </w:pPr>
      <w:r>
        <w:t>Tên doanh nghiệp bằng tiếng nước ngoài: …………………………………………….</w:t>
      </w:r>
    </w:p>
    <w:p>
      <w:pPr>
        <w:jc w:val="both"/>
      </w:pPr>
      <w:r>
        <w:t>Tên doanh nghiệp viết tắt ........................................................................................</w:t>
      </w:r>
    </w:p>
    <w:p>
      <w:pPr>
        <w:jc w:val="both"/>
      </w:pPr>
      <w:r>
        <w:t>Tên thương mại:...............................................................................................</w:t>
      </w:r>
    </w:p>
    <w:p>
      <w:pPr>
        <w:jc w:val="both"/>
      </w:pPr>
      <w:r>
        <w:t>2. Địa chỉ trụ sở chính: ………………………………………………………………</w:t>
      </w:r>
    </w:p>
    <w:p>
      <w:pPr>
        <w:jc w:val="both"/>
      </w:pPr>
      <w:r>
        <w:t>Điện thoại:..............Fax: ……………Email: ……………Website: ………………………</w:t>
      </w:r>
    </w:p>
    <w:p>
      <w:pPr>
        <w:jc w:val="both"/>
      </w:pPr>
      <w:r>
        <w:t>Giấy phép kinh doanh vận chuyển hàng không/Giấy phép kinh doanh hàng không chung vì mục đích thương mại số:...............Do:......................cấp ngày ........tháng ....năm...........tại...........</w:t>
      </w:r>
    </w:p>
    <w:p>
      <w:pPr>
        <w:jc w:val="both"/>
      </w:pPr>
      <w:r>
        <w:t>3. Người đại diện theo pháp luật:</w:t>
      </w:r>
    </w:p>
    <w:p>
      <w:pPr>
        <w:jc w:val="both"/>
      </w:pPr>
      <w:r>
        <w:t>- Họ và tên: ...............................Giới tính …………………………………………………</w:t>
      </w:r>
    </w:p>
    <w:p>
      <w:pPr>
        <w:jc w:val="both"/>
      </w:pPr>
      <w:r>
        <w:t>- Chức danh: ...............................................................................................................</w:t>
      </w:r>
    </w:p>
    <w:p>
      <w:pPr>
        <w:jc w:val="both"/>
      </w:pPr>
      <w:r>
        <w:t>- Ngày tháng năm sinh: ………/………/………….Quốc tịch:…………………………….</w:t>
      </w:r>
    </w:p>
    <w:p>
      <w:pPr>
        <w:jc w:val="both"/>
      </w:pPr>
      <w:r>
        <w:t>- Số định danh cá nhân/chứng minh nhân dân: …………………………………………</w:t>
      </w:r>
    </w:p>
    <w:p>
      <w:pPr>
        <w:jc w:val="both"/>
      </w:pPr>
      <w:r>
        <w:t>hoặc số Hộ chiếu:................Ngày cấp..........Nơi cấp…………………………………..</w:t>
      </w:r>
    </w:p>
    <w:p>
      <w:pPr>
        <w:jc w:val="both"/>
      </w:pPr>
      <w:r>
        <w:t>- Chỗ ở hiện tại: ……………………………………………………………………………</w:t>
      </w:r>
    </w:p>
    <w:p>
      <w:pPr>
        <w:jc w:val="both"/>
      </w:pPr>
      <w:r>
        <w:t>Điện thoại:.......................Fax: …………….………Email: ……………………… đã hoàn thành thủ tục đăng ký: (nội dung đăng ký)……………………</w:t>
      </w:r>
    </w:p>
    <w:p>
      <w:pPr>
        <w:jc w:val="both"/>
      </w:pPr>
      <w:r>
        <w:t>Số đăng ký: ..................................................................................................</w:t>
      </w:r>
    </w:p>
    <w:p>
      <w:pPr>
        <w:jc w:val="both"/>
      </w:pPr>
      <w:r>
        <w:t>Nơi nhận:</w:t>
      </w:r>
    </w:p>
    <w:p>
      <w:pPr>
        <w:jc w:val="both"/>
      </w:pPr>
      <w:r>
        <w:t>- …………………….;</w:t>
      </w:r>
    </w:p>
    <w:p>
      <w:pPr>
        <w:jc w:val="both"/>
      </w:pPr>
      <w:r>
        <w:t>- ……………………..;</w:t>
      </w:r>
    </w:p>
    <w:p>
      <w:pPr>
        <w:jc w:val="both"/>
      </w:pPr>
      <w:r>
        <w:t>- ……………………..;</w:t>
      </w:r>
    </w:p>
    <w:p>
      <w:pPr>
        <w:jc w:val="both"/>
      </w:pPr>
      <w:r>
        <w:t>- Lưu: VT.</w:t>
      </w:r>
    </w:p>
    <w:p>
      <w:pPr>
        <w:jc w:val="both"/>
      </w:pPr>
      <w:r>
        <w:t>CHỨC DANH THỦ TRƯỞNG CƠ QUAN</w:t>
      </w:r>
    </w:p>
    <w:p>
      <w:pPr>
        <w:jc w:val="both"/>
      </w:pPr>
      <w:r>
        <w:t>THẨM ĐỊNH HOẶC CẤP GIẤY ĐĂNG KÝ</w:t>
      </w:r>
    </w:p>
    <w:p>
      <w:pPr>
        <w:jc w:val="both"/>
      </w:pPr>
      <w:r>
        <w:t>(Ký, đóng dấu và ghi rõ họ tên)</w:t>
      </w:r>
    </w:p>
    <w:p>
      <w:pPr>
        <w:jc w:val="both"/>
      </w:pPr>
      <w:r>
        <w:t>Mẫu số 10</w:t>
      </w:r>
    </w:p>
    <w:p>
      <w:pPr>
        <w:jc w:val="both"/>
      </w:pPr>
      <w:r>
        <w:t>CỘNG HÒA XÃ HỘI CHỦ NGHĨA VIỆT NAM</w:t>
      </w:r>
    </w:p>
    <w:p>
      <w:pPr>
        <w:jc w:val="both"/>
      </w:pPr>
      <w:r>
        <w:t>Độc lập - Tự do - Hạnh phúc</w:t>
      </w:r>
    </w:p>
    <w:p>
      <w:pPr>
        <w:jc w:val="both"/>
      </w:pPr>
      <w:r>
        <w:t>---------------</w:t>
      </w:r>
    </w:p>
    <w:p>
      <w:pPr>
        <w:jc w:val="both"/>
      </w:pPr>
      <w:r>
        <w:t>ĐƠN ĐỀ NGHỊ CẤP LẠI GIẤY CHỨNG NHẬN ĐĂNG KÝ HOẠT ĐỘNG HÀNG KHÔNG CHUNG</w:t>
      </w:r>
    </w:p>
    <w:p>
      <w:pPr>
        <w:jc w:val="both"/>
      </w:pPr>
      <w:r>
        <w:t>Kính gửi: ...................(tên Cơ quan thẩm định hoặc cấp Giấy đăng ký)</w:t>
      </w:r>
    </w:p>
    <w:p>
      <w:pPr>
        <w:jc w:val="both"/>
      </w:pPr>
      <w:r>
        <w:t>Tôi là: (ghi rõ họ tên bằng chữ in hoa).......................................... Giới tính:...........</w:t>
      </w:r>
    </w:p>
    <w:p>
      <w:pPr>
        <w:jc w:val="both"/>
      </w:pPr>
      <w:r>
        <w:t>Chức danh: ........................................................................................................</w:t>
      </w:r>
    </w:p>
    <w:p>
      <w:pPr>
        <w:jc w:val="both"/>
      </w:pPr>
      <w:r>
        <w:t>Ngày tháng năm sinh: ...........................................Quốc tịch: ..............................</w:t>
      </w:r>
    </w:p>
    <w:p>
      <w:pPr>
        <w:jc w:val="both"/>
      </w:pPr>
      <w:r>
        <w:t>Số định danh cá nhân/chứng minh nhân dân: ........................................................</w:t>
      </w:r>
    </w:p>
    <w:p>
      <w:pPr>
        <w:jc w:val="both"/>
      </w:pPr>
      <w:r>
        <w:t>hoặc số Hộ chiếu: ...........................Ngày cấp................Nơi cấp....................</w:t>
      </w:r>
    </w:p>
    <w:p>
      <w:pPr>
        <w:jc w:val="both"/>
      </w:pPr>
      <w:r>
        <w:t>Chỗ ở hiện tại: ..........................................................................................................</w:t>
      </w:r>
    </w:p>
    <w:p>
      <w:pPr>
        <w:jc w:val="both"/>
      </w:pPr>
      <w:r>
        <w:t>Điện thoại:..............Fax: ……………Email: ……………Website: ………………………</w:t>
      </w:r>
    </w:p>
    <w:p>
      <w:pPr>
        <w:jc w:val="both"/>
      </w:pPr>
      <w:r>
        <w:t>Đại diện theo pháp luật của công ty (đối với tổ chức): .........................................</w:t>
      </w:r>
    </w:p>
    <w:p>
      <w:pPr>
        <w:jc w:val="both"/>
      </w:pPr>
      <w:r>
        <w:t>Đề nghị cấp lại Giấy chứng nhận đăng ký hoạt động hàng không chung với những nội dung sửa đổi như sau:</w:t>
      </w:r>
    </w:p>
    <w:p>
      <w:pPr>
        <w:jc w:val="both"/>
      </w:pPr>
      <w:r>
        <w:t>Nội dung sửa đổi: .....................................................................................</w:t>
      </w:r>
    </w:p>
    <w:p>
      <w:pPr>
        <w:jc w:val="both"/>
      </w:pPr>
      <w:r>
        <w:t>Lý do sửa đổi: .......................................................................................</w:t>
      </w:r>
    </w:p>
    <w:p>
      <w:pPr>
        <w:jc w:val="both"/>
      </w:pPr>
      <w:r>
        <w:t>Chúng tôi cam kết:</w:t>
      </w:r>
    </w:p>
    <w:p>
      <w:pPr>
        <w:jc w:val="both"/>
      </w:pPr>
      <w:r>
        <w:t>Chịu trách nhiệm hoàn toàn về sự trung thực và sự chính xác của nội dung Đơn đề nghị và tài liệu kèm theo.</w:t>
      </w:r>
    </w:p>
    <w:p>
      <w:pPr>
        <w:jc w:val="both"/>
      </w:pPr>
      <w:r>
        <w:t>………, ngày…… tháng…… năm……</w:t>
      </w:r>
    </w:p>
    <w:p>
      <w:pPr>
        <w:jc w:val="both"/>
      </w:pPr>
      <w:r>
        <w:t>ĐẠI DIỆN THEO PHÁP LUẬT CỦA CÔNG TY</w:t>
      </w:r>
    </w:p>
    <w:p>
      <w:pPr>
        <w:jc w:val="both"/>
      </w:pPr>
      <w:r>
        <w:t>(Đối với tổ chức;</w:t>
      </w:r>
    </w:p>
    <w:p>
      <w:pPr>
        <w:jc w:val="both"/>
      </w:pPr>
      <w:r>
        <w:t>Trường hợp biểu mẫu giấy: ký, đóng dấu và ghi rõ họ tên/</w:t>
      </w:r>
    </w:p>
    <w:p>
      <w:pPr>
        <w:jc w:val="both"/>
      </w:pPr>
      <w:r>
        <w:t>Trường hợp biểu mẫu điện tử: ký số hợp lệ của tổ chức)</w:t>
      </w:r>
    </w:p>
    <w:p>
      <w:pPr>
        <w:jc w:val="both"/>
      </w:pPr>
      <w:r>
        <w:t>NGƯỜI LÀM ĐƠN</w:t>
      </w:r>
    </w:p>
    <w:p>
      <w:pPr>
        <w:jc w:val="both"/>
      </w:pPr>
      <w:r>
        <w:t>(Trường hợp biểu mẫu giấy: ký, đóng dấu và ghi rõ họ tên/</w:t>
      </w:r>
    </w:p>
    <w:p>
      <w:pPr>
        <w:jc w:val="both"/>
      </w:pPr>
      <w:r>
        <w:t>Trường hợp biểu mẫu điện tử: ký số hợp lệ của cá nhân)</w:t>
      </w:r>
    </w:p>
    <w:p>
      <w:pPr>
        <w:jc w:val="both"/>
      </w:pPr>
      <w:r>
        <w:t>Kèm theo Đơn đề nghị:</w:t>
      </w:r>
    </w:p>
    <w:p>
      <w:pPr>
        <w:jc w:val="both"/>
      </w:pPr>
      <w:r>
        <w:t>- ……………………………………….;</w:t>
      </w:r>
    </w:p>
    <w:p>
      <w:pPr>
        <w:jc w:val="both"/>
      </w:pPr>
      <w:r>
        <w:t>- ……………………………………….;</w:t>
      </w:r>
    </w:p>
    <w:p>
      <w:pPr>
        <w:jc w:val="both"/>
      </w:pPr>
      <w:r>
        <w:t>- ……………………………………….</w:t>
      </w:r>
    </w:p>
    <w:p>
      <w:pPr>
        <w:jc w:val="both"/>
      </w:pPr>
      <w:r>
        <w:t>Hướng dẫn:</w:t>
      </w:r>
    </w:p>
    <w:p>
      <w:pPr>
        <w:jc w:val="both"/>
      </w:pPr>
      <w:r>
        <w:t>- Công dân Việt Nam cung cấp thông tin Số định danh cá nhân hoặc chứng minh nhân dân không cần khai các thông tin quốc tịch, ngày cấp, nơi cấp, giới tính, chỗ ở hiện tại trong Đơn đề nghị.</w:t>
      </w:r>
    </w:p>
    <w:p>
      <w:pPr>
        <w:jc w:val="both"/>
      </w:pPr>
      <w:r>
        <w:t>- Công dân cung cấp thông tin về Hộ chiếu khai đầy đủ thông tin theo mẫu đơn.</w:t>
      </w:r>
    </w:p>
    <w:p>
      <w:pPr>
        <w:jc w:val="both"/>
      </w:pPr>
      <w:r>
        <w:t>PHỤ LỤC II</w:t>
      </w:r>
    </w:p>
    <w:p>
      <w:pPr>
        <w:jc w:val="both"/>
      </w:pPr>
      <w:r>
        <w:t>(Kèm theo Nghị định số 15/2024/NĐ-CP ngày 16 tháng 02 năm 2024 của Chính phủ)</w:t>
      </w:r>
    </w:p>
    <w:p>
      <w:pPr>
        <w:jc w:val="both"/>
      </w:pPr>
      <w:r>
        <w:t>Mẫu số 01</w:t>
      </w:r>
    </w:p>
    <w:p>
      <w:pPr>
        <w:jc w:val="both"/>
      </w:pPr>
      <w:r>
        <w:t>Tờ khai đề nghị cấp, cấp lại Giấy phép kinh doanh vận chuyển hàng không/Giấy phép kinh doanh hàng không chung</w:t>
      </w:r>
    </w:p>
    <w:p>
      <w:pPr>
        <w:jc w:val="both"/>
      </w:pPr>
      <w:r>
        <w:t>Mẫu số 03</w:t>
      </w:r>
    </w:p>
    <w:p>
      <w:pPr>
        <w:jc w:val="both"/>
      </w:pPr>
      <w:r>
        <w:t>Tờ khai cấp/cấp lại giấy phép cung cấp dịch vụ hàng không tại cảng hàng không, sân bay</w:t>
      </w:r>
    </w:p>
    <w:p>
      <w:pPr>
        <w:jc w:val="both"/>
      </w:pPr>
      <w:r>
        <w:t>Mẫu số 01</w:t>
      </w:r>
    </w:p>
    <w:p>
      <w:pPr>
        <w:jc w:val="both"/>
      </w:pPr>
      <w:r>
        <w:t>CỘNG HÒA XÃ HỘI CHỦ NGHĨA VIỆT NAM</w:t>
      </w:r>
    </w:p>
    <w:p>
      <w:pPr>
        <w:jc w:val="both"/>
      </w:pPr>
      <w:r>
        <w:t>Độc lập - Tự do - Hạnh phúc</w:t>
      </w:r>
    </w:p>
    <w:p>
      <w:pPr>
        <w:jc w:val="both"/>
      </w:pPr>
      <w:r>
        <w:t>---------------</w:t>
      </w:r>
    </w:p>
    <w:p>
      <w:pPr>
        <w:jc w:val="both"/>
      </w:pPr>
      <w:r>
        <w:t>TỜ KHAI ĐỀ NGHỊ CẤP, CẤP LẠI</w:t>
      </w:r>
    </w:p>
    <w:p>
      <w:pPr>
        <w:jc w:val="both"/>
      </w:pPr>
      <w:r>
        <w:t>Giấy phép kinh doanh vận chuyển hàng không/Giấy phép kinh doanh hàng không chung</w:t>
      </w:r>
    </w:p>
    <w:p>
      <w:pPr>
        <w:jc w:val="both"/>
      </w:pPr>
      <w:r>
        <w:t>Kính gửi: ...................(tên Cơ quan thẩm định hoặc cấp Giấy đăng ký)</w:t>
      </w:r>
    </w:p>
    <w:p>
      <w:pPr>
        <w:jc w:val="both"/>
      </w:pPr>
      <w:r>
        <w:t>Tôi là: (ghi rõ họ tên bằng chữ in hoa)………………………Giới tính:..........................</w:t>
      </w:r>
    </w:p>
    <w:p>
      <w:pPr>
        <w:jc w:val="both"/>
      </w:pPr>
      <w:r>
        <w:t>Chức danh:...................................................................................................</w:t>
      </w:r>
    </w:p>
    <w:p>
      <w:pPr>
        <w:jc w:val="both"/>
      </w:pPr>
      <w:r>
        <w:t>Ngày tháng năm sinh:……/…../…………………..…Quốc tịch:....................</w:t>
      </w:r>
    </w:p>
    <w:p>
      <w:pPr>
        <w:jc w:val="both"/>
      </w:pPr>
      <w:r>
        <w:t>Số định danh cá nhân/chứng minh nhân dân: ........................................................</w:t>
      </w:r>
    </w:p>
    <w:p>
      <w:pPr>
        <w:jc w:val="both"/>
      </w:pPr>
      <w:r>
        <w:t>hoặc số Hộ chiếu: ...........................Ngày cấp................Nơi cấp....................</w:t>
      </w:r>
    </w:p>
    <w:p>
      <w:pPr>
        <w:jc w:val="both"/>
      </w:pPr>
      <w:r>
        <w:t>Chỗ ở hiện tại: ..........................................................................................................</w:t>
      </w:r>
    </w:p>
    <w:p>
      <w:pPr>
        <w:jc w:val="both"/>
      </w:pPr>
      <w:r>
        <w:t>Điện thoại:..............Fax: ……………Email: ……………Website: ………………………</w:t>
      </w:r>
    </w:p>
    <w:p>
      <w:pPr>
        <w:jc w:val="both"/>
      </w:pPr>
      <w:r>
        <w:t>Đại diện theo pháp luật của công ty: .........................................................................</w:t>
      </w:r>
    </w:p>
    <w:p>
      <w:pPr>
        <w:jc w:val="both"/>
      </w:pPr>
      <w:r>
        <w:t>Mã số doanh nghiệp: ………………………………………………………………..</w:t>
      </w:r>
    </w:p>
    <w:p>
      <w:pPr>
        <w:jc w:val="both"/>
      </w:pPr>
      <w:r>
        <w:t>Đề nghị cấp, cấp lại Giấy phép kinh doanh vận chuyển hàng không/Giấy phép kinh doanh hàng không chung vì mục đích thương mại với nội dung sau:</w:t>
      </w:r>
    </w:p>
    <w:p>
      <w:pPr>
        <w:jc w:val="both"/>
      </w:pPr>
      <w:r>
        <w:t>1. Tên doanh nghiệp: .......................................................................................</w:t>
      </w:r>
    </w:p>
    <w:p>
      <w:pPr>
        <w:jc w:val="both"/>
      </w:pPr>
      <w:r>
        <w:t>Tên doanh nghiệp bằng tiếng nước ngoài: ..........................................................</w:t>
      </w:r>
    </w:p>
    <w:p>
      <w:pPr>
        <w:jc w:val="both"/>
      </w:pPr>
      <w:r>
        <w:t>Tên doanh nghiệp viết tắt: .....................................................................................</w:t>
      </w:r>
    </w:p>
    <w:p>
      <w:pPr>
        <w:jc w:val="both"/>
      </w:pPr>
      <w:r>
        <w:t>Tên thương mại: .....................................................................................................</w:t>
      </w:r>
    </w:p>
    <w:p>
      <w:pPr>
        <w:jc w:val="both"/>
      </w:pPr>
      <w:r>
        <w:t>Nhãn hiệu: .................................................................................................................</w:t>
      </w:r>
    </w:p>
    <w:p>
      <w:pPr>
        <w:jc w:val="both"/>
      </w:pPr>
      <w:r>
        <w:t>2. Địa chỉ trụ sở chính:</w:t>
      </w:r>
    </w:p>
    <w:p>
      <w:pPr>
        <w:jc w:val="both"/>
      </w:pPr>
      <w:r>
        <w:t>Điện thoại:..............Fax: ……………Email: ……………Website: ………………………</w:t>
      </w:r>
    </w:p>
    <w:p>
      <w:pPr>
        <w:jc w:val="both"/>
      </w:pPr>
      <w:r>
        <w:t>Mã số doanh nghiệp: ............................................................................................</w:t>
      </w:r>
    </w:p>
    <w:p>
      <w:pPr>
        <w:jc w:val="both"/>
      </w:pPr>
      <w:r>
        <w:t>3. Ngành, nghề kinh doanh:</w:t>
      </w:r>
    </w:p>
    <w:p>
      <w:pPr>
        <w:jc w:val="both"/>
      </w:pPr>
      <w:r>
        <w:t>STT</w:t>
      </w:r>
    </w:p>
    <w:p>
      <w:pPr>
        <w:jc w:val="both"/>
      </w:pPr>
      <w:r>
        <w:t>Tên ngành, nghề kinh doanh</w:t>
      </w:r>
    </w:p>
    <w:p>
      <w:pPr>
        <w:jc w:val="both"/>
      </w:pPr>
      <w:r>
        <w:t>1</w:t>
      </w:r>
    </w:p>
    <w:p>
      <w:pPr>
        <w:jc w:val="both"/>
      </w:pPr>
      <w:r>
        <w:t>2</w:t>
      </w:r>
    </w:p>
    <w:p>
      <w:pPr>
        <w:jc w:val="both"/>
      </w:pPr>
      <w:r>
        <w:t>…</w:t>
      </w:r>
    </w:p>
    <w:p>
      <w:pPr>
        <w:jc w:val="both"/>
      </w:pPr>
      <w:r>
        <w:t>4. Vốn điều lệ: .....................................................................................................</w:t>
      </w:r>
    </w:p>
    <w:p>
      <w:pPr>
        <w:jc w:val="both"/>
      </w:pPr>
      <w:r>
        <w:t>Tổng số: .....................................................................................................................</w:t>
      </w:r>
    </w:p>
    <w:p>
      <w:pPr>
        <w:jc w:val="both"/>
      </w:pPr>
      <w:r>
        <w:t>Phần vốn góp của mỗi thành viên được liệt kê tại danh sách thành viên.</w:t>
      </w:r>
    </w:p>
    <w:p>
      <w:pPr>
        <w:jc w:val="both"/>
      </w:pPr>
      <w:r>
        <w:t>5. Vốn tối thiểu: ………………………………………………………………………….</w:t>
      </w:r>
    </w:p>
    <w:p>
      <w:pPr>
        <w:jc w:val="both"/>
      </w:pPr>
      <w:r>
        <w:t>6. Tên, địa chỉ chi nhánh: .........................................................................................</w:t>
      </w:r>
    </w:p>
    <w:p>
      <w:pPr>
        <w:jc w:val="both"/>
      </w:pPr>
      <w:r>
        <w:t>7. Tên, địa chỉ văn phòng đại diện: ……………………………………………………….</w:t>
      </w:r>
    </w:p>
    <w:p>
      <w:pPr>
        <w:jc w:val="both"/>
      </w:pPr>
      <w:r>
        <w:t>8. Tên, địa chỉ địa điểm kinh doanh: ......................................................................</w:t>
      </w:r>
    </w:p>
    <w:p>
      <w:pPr>
        <w:jc w:val="both"/>
      </w:pPr>
      <w:r>
        <w:t>Tôi và các thành viên cam kết:</w:t>
      </w:r>
    </w:p>
    <w:p>
      <w:pPr>
        <w:jc w:val="both"/>
      </w:pPr>
      <w:r>
        <w:t>- Không thuộc diện quy định tại khoản 2 Điều 18 của Luật Doanh nghiệp ;</w:t>
      </w:r>
    </w:p>
    <w:p>
      <w:pPr>
        <w:jc w:val="both"/>
      </w:pPr>
      <w:r>
        <w:t>- Trụ sở chính thuộc quyền sở hữu/quyền sử dụng hợp pháp của công ty;</w:t>
      </w:r>
    </w:p>
    <w:p>
      <w:pPr>
        <w:jc w:val="both"/>
      </w:pPr>
      <w:r>
        <w:t>- Chịu trách nhiệm hoàn toàn trước pháp luật về tính hợp pháp chính xác, trung thực của nội dung đề nghị cấp giấy phép.</w:t>
      </w:r>
    </w:p>
    <w:p>
      <w:pPr>
        <w:jc w:val="both"/>
      </w:pPr>
      <w:r>
        <w:t>…………………………………………………………………………………………………..</w:t>
      </w:r>
    </w:p>
    <w:p>
      <w:pPr>
        <w:jc w:val="both"/>
      </w:pPr>
      <w:r>
        <w:t>…………………………………………………………………………………………………..</w:t>
      </w:r>
    </w:p>
    <w:p>
      <w:pPr>
        <w:jc w:val="both"/>
      </w:pPr>
      <w:r>
        <w:t>………, ngày…… tháng…… năm……</w:t>
      </w:r>
    </w:p>
    <w:p>
      <w:pPr>
        <w:jc w:val="both"/>
      </w:pPr>
      <w:r>
        <w:t>NGƯỜI LÀM ĐƠN</w:t>
      </w:r>
    </w:p>
    <w:p>
      <w:pPr>
        <w:jc w:val="both"/>
      </w:pPr>
      <w:r>
        <w:t>(Trường hợp biểu mẫu giấy: ký, đóng dấu và ghi rõ họ tên/</w:t>
      </w:r>
    </w:p>
    <w:p>
      <w:pPr>
        <w:jc w:val="both"/>
      </w:pPr>
      <w:r>
        <w:t>Trường hợp biểu mẫu điện tử: ký số hợp lệ của tổ chức, cá nhân)</w:t>
      </w:r>
    </w:p>
    <w:p>
      <w:pPr>
        <w:jc w:val="both"/>
      </w:pPr>
      <w:r>
        <w:t>Kèm theo đơn đề nghị:</w:t>
      </w:r>
    </w:p>
    <w:p>
      <w:pPr>
        <w:jc w:val="both"/>
      </w:pPr>
      <w:r>
        <w:t>- ………………………..;</w:t>
      </w:r>
    </w:p>
    <w:p>
      <w:pPr>
        <w:jc w:val="both"/>
      </w:pPr>
      <w:r>
        <w:t>- ………………………..;</w:t>
      </w:r>
    </w:p>
    <w:p>
      <w:pPr>
        <w:jc w:val="both"/>
      </w:pPr>
      <w:r>
        <w:t>- …………………………</w:t>
      </w:r>
    </w:p>
    <w:p>
      <w:pPr>
        <w:jc w:val="both"/>
      </w:pPr>
      <w:r>
        <w:t>Hướng dẫn:</w:t>
      </w:r>
    </w:p>
    <w:p>
      <w:pPr>
        <w:jc w:val="both"/>
      </w:pPr>
      <w:r>
        <w:t>- Công dân Việt Nam cung cấp thông tin số định danh cá nhân hoặc chứng minh nhân dân không cần khai các thông tin quốc tịch, ngày cấp, nơi cấp, giới tính, chỗ ở hiện tại trong Tờ khai.</w:t>
      </w:r>
    </w:p>
    <w:p>
      <w:pPr>
        <w:jc w:val="both"/>
      </w:pPr>
      <w:r>
        <w:t>- Công dân cung cấp thông tin về Hộ chiếu khai đầy đủ thông tin theo mẫu đơn.</w:t>
      </w:r>
    </w:p>
    <w:p>
      <w:pPr>
        <w:jc w:val="both"/>
      </w:pPr>
      <w:r>
        <w:t>Mẫu số 03</w:t>
      </w:r>
    </w:p>
    <w:p>
      <w:pPr>
        <w:jc w:val="both"/>
      </w:pPr>
      <w:r>
        <w:t>TÊN DOANH NGHIỆP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cấp/cấp lại</w:t>
      </w:r>
    </w:p>
    <w:p>
      <w:pPr>
        <w:jc w:val="both"/>
      </w:pPr>
      <w:r>
        <w:t>Hà Nội, ngày …. tháng …. năm ….</w:t>
      </w:r>
    </w:p>
    <w:p>
      <w:pPr>
        <w:jc w:val="both"/>
      </w:pPr>
      <w:r>
        <w:t>TỜ KHAI CẤP/CẤP LẠI GIẤY PHÉP CUNG CẤP DỊCH VỤ HÀNG KHÔNG TẠI CẢNG HÀNG KHÔNG, SÂN BAY</w:t>
      </w:r>
    </w:p>
    <w:p>
      <w:pPr>
        <w:jc w:val="both"/>
      </w:pPr>
      <w:r>
        <w:t>Kính gửi: Cục Hàng không Việt Nam.</w:t>
      </w:r>
    </w:p>
    <w:p>
      <w:pPr>
        <w:jc w:val="both"/>
      </w:pPr>
      <w:r>
        <w:t>Căn cứ ...........................................................................................................</w:t>
      </w:r>
    </w:p>
    <w:p>
      <w:pPr>
        <w:jc w:val="both"/>
      </w:pPr>
      <w:r>
        <w:t>Căn cứ .............................................................................................................</w:t>
      </w:r>
    </w:p>
    <w:p>
      <w:pPr>
        <w:jc w:val="both"/>
      </w:pPr>
      <w:r>
        <w:t>Công ty.............đề nghị Cục Hàng không Việt Nam cấp/cấp lại Giấy phép cung cấp dịch vụ hàng không tại cảng hàng không (sân bay).......................................</w:t>
      </w:r>
    </w:p>
    <w:p>
      <w:pPr>
        <w:jc w:val="both"/>
      </w:pPr>
      <w:r>
        <w:t>Thông tin cụ thể như sau:</w:t>
      </w:r>
    </w:p>
    <w:p>
      <w:pPr>
        <w:jc w:val="both"/>
      </w:pPr>
      <w:r>
        <w:t>1. Tên đầy đủ của tổ chức, cá nhân theo giấy chứng nhận đăng ký doanh nghiệp hoặc giấy tờ chứng minh tư cách pháp nhân, cá nhân (kể cả tên viết tắt và tên giao dịch quốc tế).</w:t>
      </w:r>
    </w:p>
    <w:p>
      <w:pPr>
        <w:jc w:val="both"/>
      </w:pPr>
      <w:r>
        <w:t>2. Mã số doanh nghiệp:</w:t>
      </w:r>
    </w:p>
    <w:p>
      <w:pPr>
        <w:jc w:val="both"/>
      </w:pPr>
      <w:r>
        <w:t>3. Địa chỉ trụ sở chính:</w:t>
      </w:r>
    </w:p>
    <w:p>
      <w:pPr>
        <w:jc w:val="both"/>
      </w:pPr>
      <w:r>
        <w:t>4. Địa chỉ liên lạc: (tên người có trách nhiệm, địa chỉ thư tín, địa chỉ điện tử, điện thoại, fax).</w:t>
      </w:r>
    </w:p>
    <w:p>
      <w:pPr>
        <w:jc w:val="both"/>
      </w:pPr>
      <w:r>
        <w:t>5. Họ và tên người đại diện theo pháp luật (đối với tổ chức):</w:t>
      </w:r>
    </w:p>
    <w:p>
      <w:pPr>
        <w:jc w:val="both"/>
      </w:pPr>
      <w:r>
        <w:t>6. Thông tin của người đại diện theo pháp luật 1 (ngày tháng năm sinh, giới tính, Số định danh cá nhân/chứng minh nhân dân).</w:t>
      </w:r>
    </w:p>
    <w:p>
      <w:pPr>
        <w:jc w:val="both"/>
      </w:pPr>
      <w:r>
        <w:t>7. Loại hình doanh nghiệp: (công ty TNHH, công ty cổ phần...).</w:t>
      </w:r>
    </w:p>
    <w:p>
      <w:pPr>
        <w:jc w:val="both"/>
      </w:pPr>
      <w:r>
        <w:t>8. Nội dung đề nghị 2 : yêu cầu nêu rõ nội dung đề nghị và các thông tin kèm theo tùy theo từng nội dung đề nghị (xem phần ghi chú).</w:t>
      </w:r>
    </w:p>
    <w:p>
      <w:pPr>
        <w:jc w:val="both"/>
      </w:pPr>
      <w:r>
        <w:t>Nơi nhận:</w:t>
      </w:r>
    </w:p>
    <w:p>
      <w:pPr>
        <w:jc w:val="both"/>
      </w:pPr>
      <w:r>
        <w:t>- ………;</w:t>
      </w:r>
    </w:p>
    <w:p>
      <w:pPr>
        <w:jc w:val="both"/>
      </w:pPr>
      <w:r>
        <w:t>- ……..</w:t>
      </w:r>
    </w:p>
    <w:p>
      <w:pPr>
        <w:jc w:val="both"/>
      </w:pPr>
      <w:r>
        <w:t>GIÁM ĐỐC</w:t>
      </w:r>
    </w:p>
    <w:p>
      <w:pPr>
        <w:jc w:val="both"/>
      </w:pPr>
      <w:r>
        <w:t>_____________________________</w:t>
      </w:r>
    </w:p>
    <w:p>
      <w:pPr>
        <w:jc w:val="both"/>
      </w:pPr>
      <w:r>
        <w:t>Ghi chú:</w:t>
      </w:r>
    </w:p>
    <w:p>
      <w:pPr>
        <w:jc w:val="both"/>
      </w:pPr>
      <w:r>
        <w:t>1 Đối với công dân Việt Nam cung cấp thông tin số định danh cá nhân hoặc chứng minh nhân dân không cần khai thông tin về giới tính.</w:t>
      </w:r>
    </w:p>
    <w:p>
      <w:pPr>
        <w:jc w:val="both"/>
      </w:pPr>
      <w:r>
        <w:t>2 Đối với đề nghị cấp giấy phép cung cấp dịch vụ hàng không tại cảng hàng không, sân bay: tên địa chỉ của người đề nghị; loại hình dịch vụ cung cấp/địa điểm cung cấp dịch vụ; quy mô cung cấp dịch vụ.</w:t>
      </w:r>
    </w:p>
    <w:p>
      <w:r>
        <w:rPr>
          <w:i/>
        </w:rPr>
        <w:t>Nguồn: Cơ sở dữ liệu quốc gia về văn bản pháp luật (Bộ Tư pháp). VietSmart Legal, legal.giangpham.asia/van-ban/167226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