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21/2023/TT-BYT</w:t>
      </w:r>
    </w:p>
    <w:p>
      <w:pPr>
        <w:jc w:val="both"/>
      </w:pPr>
      <w:r>
        <w:t>Hà Nội, ngày 17 tháng 11 năm 2023</w:t>
      </w:r>
    </w:p>
    <w:p>
      <w:pPr>
        <w:jc w:val="center"/>
      </w:pPr>
      <w:r>
        <w:rPr>
          <w:b/>
        </w:rPr>
        <w:t>THÔNG TƯ</w:t>
      </w:r>
    </w:p>
    <w:p>
      <w:pPr>
        <w:jc w:val="both"/>
      </w:pPr>
      <w:r>
        <w:t>QUY ĐỊNH KHUNG GIÁ DỊCH VỤ KHÁM BỆNH, CHỮA BỆNH TRONG CÁC CƠ SỞ KHÁM BỆNH, CHỮA BỆNH CỦA NHÀ NƯỚC VÀ HƯỚNG DẪN ÁP DỤNG GIÁ, THANH TOÁN CHI PHÍ KHÁM BỆNH CHỮA BỆNH TRONG MỘT SỐ TRƯỜNG HỢP</w:t>
      </w:r>
    </w:p>
    <w:p>
      <w:pPr>
        <w:jc w:val="both"/>
      </w:pPr>
      <w:r>
        <w:t>Căn cứ Luật Khám bệnh, chữa bệnh số 40/2009/QH12 ngày 23 tháng 11 năm 2009;</w:t>
      </w:r>
    </w:p>
    <w:p>
      <w:pPr>
        <w:jc w:val="both"/>
      </w:pPr>
      <w:r>
        <w:t>Căn cứ Luật Giá số 11/2012/QH12 ngày 20 tháng 6 năm 2012;</w:t>
      </w:r>
    </w:p>
    <w:p>
      <w:pPr>
        <w:jc w:val="both"/>
      </w:pPr>
      <w:r>
        <w:t>Căn cứ Nghị định số 177/2013/NĐ-CP ngày 14 tháng 11 năm 2013 của Chính phủ quy định chi tiết và hướng dẫn thi hành một số điều của Luật giá được sửa đổi, bổ sung bởi Nghị định số 149/2016/NĐ-CP ngày 11 tháng 11 năm 2016 của Chính phủ;</w:t>
      </w:r>
    </w:p>
    <w:p>
      <w:pPr>
        <w:jc w:val="both"/>
      </w:pPr>
      <w:r>
        <w:t>Căn cứ Nghị định 60/2021/NĐ-CP ngày 21 tháng 6 năm 2021 của Chính phủ quy định cơ chế tự chủ của đơn vị sự nghiệp công lập;</w:t>
      </w:r>
    </w:p>
    <w:p>
      <w:pPr>
        <w:jc w:val="both"/>
      </w:pPr>
      <w:r>
        <w:t>Căn cứ Nghị định số 24/2023/NĐ-CP ngày 14 tháng 5 năm 2023 của Chính phủ quy định mức lương cơ sở đối với cán bộ, công chức, viên chức và lực lượng vũ trang;</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Kế hoạch - Tài chính, Bộ Y tế;</w:t>
      </w:r>
    </w:p>
    <w:p>
      <w:pPr>
        <w:jc w:val="both"/>
      </w:pPr>
      <w:r>
        <w:t>Bộ trưởng Bộ Y tế ban hành Thông tư quy định khung giá dịch vụ khám bệnh, chữa bệnh của Nhà nước và hướng dẫn áp dụng giá, thanh toán chi phí khám bệnh, chữa bệnh trong một số trường hợp.</w:t>
      </w:r>
    </w:p>
    <w:p>
      <w:pPr>
        <w:jc w:val="both"/>
      </w:pPr>
      <w:r>
        <w:rPr>
          <w:b/>
        </w:rPr>
        <w:t>Điều 1. Phạm vi điều chỉnh và đối tượng áp dụng</w:t>
      </w:r>
    </w:p>
    <w:p>
      <w:pPr>
        <w:jc w:val="both"/>
      </w:pPr>
      <w:r>
        <w:t>Thông tư này quy định khung giá dịch vụ khám bệnh, chữa bệnh (dịch vụ thuộc phạm vi thanh toán của Quỹ bảo hiểm y tế và dịch vụ không thuộc phạm vi thanh toán của Quỹ bảo hiểm y tế mà không phải là dịch vụ khám bệnh, chữa bệnh theo yêu cầu) trong các cơ sở khám bệnh, chữa bệnh của Nhà nước; và hướng dẫn áp dụng giá, thanh toán chi phí khám bệnh, chữa bệnh trong một số trường hợp.</w:t>
      </w:r>
    </w:p>
    <w:p>
      <w:pPr>
        <w:jc w:val="both"/>
      </w:pPr>
      <w:r>
        <w:rPr>
          <w:b/>
        </w:rPr>
        <w:t>Điều 2. Khung giá dịch vụ khám bệnh, chữa bệnh</w:t>
      </w:r>
    </w:p>
    <w:p>
      <w:pPr>
        <w:jc w:val="both"/>
      </w:pPr>
      <w:r>
        <w:t>Khung giá dịch vụ khám bệnh, chữa bệnh bao gồm:</w:t>
      </w:r>
    </w:p>
    <w:p>
      <w:pPr>
        <w:jc w:val="both"/>
      </w:pPr>
      <w:r>
        <w:t>1. Khung giá dịch vụ khám bệnh, kiểm tra sức khỏe quy định tại Phụ lục I ban hành kèm theo Thông tư này;</w:t>
      </w:r>
    </w:p>
    <w:p>
      <w:pPr>
        <w:jc w:val="both"/>
      </w:pPr>
      <w:r>
        <w:t>2. Khung giá dịch vụ ngày giường bệnh quy định tại Phụ lục II ban hành kèm theo Thông tư này;</w:t>
      </w:r>
    </w:p>
    <w:p>
      <w:pPr>
        <w:jc w:val="both"/>
      </w:pPr>
      <w:r>
        <w:t>3. Khung giá dịch vụ kỹ thuật, xét nghiệm quy định tại Phụ lục III ban hành kèm theo Thông tư này.</w:t>
      </w:r>
    </w:p>
    <w:p>
      <w:pPr>
        <w:jc w:val="both"/>
      </w:pPr>
      <w:r>
        <w:t>4. Bổ sung ghi chú của một số dịch vụ kỹ thuật đã được Bộ Y tế xếp tương đương tại các Quyết định của Bộ Y tế tại Phụ lục IV ban hành kèm theo Thông tư này.</w:t>
      </w:r>
    </w:p>
    <w:p>
      <w:pPr>
        <w:jc w:val="both"/>
      </w:pPr>
      <w:r>
        <w:rPr>
          <w:b/>
        </w:rPr>
        <w:t>Điều 3. Cơ cấu giá dịch vụ khám bệnh, chữa bệnh</w:t>
      </w:r>
    </w:p>
    <w:p>
      <w:pPr>
        <w:jc w:val="both"/>
      </w:pPr>
      <w:r>
        <w:t>Khung giá các dịch vụ khám bệnh, chữa bệnh quy định tại Thông tư này được xây dựng trên cơ sở chi phí trực tiếp và tiền lương để bảo đảm cho việc khám bệnh, chăm sóc, điều trị người bệnh và thực hiện các dịch vụ kỹ thuật y tế; cụ thể như sau:</w:t>
      </w:r>
    </w:p>
    <w:p>
      <w:pPr>
        <w:jc w:val="both"/>
      </w:pPr>
      <w:r>
        <w:t>1. Các chi phí trực tiếp tính trong mức giá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điều trị:</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4, khoản 5 Điều 7 Thông tư này); điện cực, cáp điện tim, băng đo huyết áp, dây cáp SPO2 trong quá trình sử dụng máy theo dõi bệnh nhân đối với giường hồi sức cấp cứu, hồi sức tích cực.</w:t>
      </w:r>
    </w:p>
    <w:p>
      <w:pPr>
        <w:jc w:val="both"/>
      </w:pPr>
      <w:r>
        <w:t>b) Các chi phí quy định tại điểm b, điểm c khoản 1 Điều này phục vụ việc chăm sóc và điều trị người bệnh theo yêu cầu chuyên môn.</w:t>
      </w:r>
    </w:p>
    <w:p>
      <w:pPr>
        <w:jc w:val="both"/>
      </w:pPr>
      <w:r>
        <w:t>c) Riêng chi phí về thuốc, máu toàn phần, chế phẩm máu đạt tiêu chuẩn, dịch truyền, trang thiết bị y tế (ngoài các vật tư nêu trên); các loại bơm tiêm, kim tiêm, kim lấy thuốc dùng trong tiêm, truyền; bơm cho ăn; dây truyền dịch, ống nối, dây nối bơm tiêm điện, máy truyền dịch dùng trong tiêm, truyền; khí oxy, dây thở oxy, mask thở oxy (trừ các trường hợp người bệnh được chỉ định sử dụng thở máy) chưa tính trong cơ cấu giá dịch vụ ngày giường bệnh, được thanh toán theo thực tế sử dụng cho người bệnh.</w:t>
      </w:r>
    </w:p>
    <w:p>
      <w:pPr>
        <w:jc w:val="both"/>
      </w:pPr>
      <w:r>
        <w:t>3. Các chi phí trực tiếp tính trong giá dịch vụ kỹ thuật y tế:</w:t>
      </w:r>
    </w:p>
    <w:p>
      <w:pPr>
        <w:jc w:val="both"/>
      </w:pPr>
      <w:r>
        <w:t>a) Chi phí về quần áo, mũ, khẩu trang, ga, gối, đệm, chiếu, đồ vải; văn phòng phẩm; thuốc, dịch truyền, hóa chất, vật tư tiêu hao, vật tư thay thế sử dụng trong quá trình thực hiện các dịch vụ, kỹ thuật y tế;</w:t>
      </w:r>
    </w:p>
    <w:p>
      <w:pPr>
        <w:jc w:val="both"/>
      </w:pPr>
      <w:r>
        <w:t>b) Các chi phí quy định tại điểm b, điểm c khoản 1 Điều này phục vụ cho việc thực hiện các dịch vụ kỹ thuật y tế theo yêu cầu chuyên môn.</w:t>
      </w:r>
    </w:p>
    <w:p>
      <w:pPr>
        <w:jc w:val="both"/>
      </w:pPr>
      <w:r>
        <w:t>4. Chi phí tiền lương tính trong giá khám bệnh, ngày giường bệnh và các dịch vụ kỹ thuật y tế,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24/2023/NĐ-CP ngày 14 tháng 5 năm 2023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quy định tại khoản 4 Điều này không bao gồm các khoản chi theo chế độ do ngân sách nhà nước bảo đảm quy định tại các văn bản sau đây:</w:t>
      </w:r>
    </w:p>
    <w:p>
      <w:pPr>
        <w:jc w:val="both"/>
      </w:pPr>
      <w:r>
        <w:t>a) Chế độ phụ cấp ưu đãi, phụ cấp thu hút, trợ cấp và các ưu đãi khác đối với cán bộ, viên chức y tế, lao động hợp đồng và cán bộ, nhân viên quân y trực tiếp làm công tác chuyên môn y tế tại các cơ sở y tế của Nhà nước ở vùng có điều kiện kinh tế - xã hội đặc biệt khó khăn;</w:t>
      </w:r>
    </w:p>
    <w:p>
      <w:pPr>
        <w:jc w:val="both"/>
      </w:pPr>
      <w:r>
        <w:t>b) Phụ cấp thu hút, phụ cấp công tác lâu năm, một số trợ cấp và thanh toán tiền tàu xe đối với cán bộ, công chức, viên chức và người hưởng lương trong lực lượng vũ trang (quân đội nhân dân và công an nhân dân) công tác ở vùng có điều kiện kinh tế - xã hội đặc biệt khó khăn;</w:t>
      </w:r>
    </w:p>
    <w:p>
      <w:pPr>
        <w:jc w:val="both"/>
      </w:pPr>
      <w:r>
        <w:t>c)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w:t>
      </w:r>
    </w:p>
    <w:p>
      <w:pPr>
        <w:jc w:val="both"/>
      </w:pPr>
      <w:r>
        <w:t>d) Các chế độ phụ cấp đặc thù theo nghề hoặc công việc.</w:t>
      </w:r>
    </w:p>
    <w:p>
      <w:pPr>
        <w:jc w:val="both"/>
      </w:pPr>
      <w:r>
        <w:rPr>
          <w:b/>
        </w:rPr>
        <w:t>Điều 4. Nguyên tắc và thẩm quyền quyết định giá dịch vụ khám bệnh, chữa bệnh không thuộc phạm vi thanh toán của Quỹ bảo hiểm y tế mà không phải là dịch vụ khám bệnh, chữa bệnh theo yêu cầu</w:t>
      </w:r>
    </w:p>
    <w:p>
      <w:pPr>
        <w:jc w:val="both"/>
      </w:pPr>
      <w:r>
        <w:t>1. Cơ quan có thẩm quyền quy định tại khoản 2, khoản 3 Điều này quyết định mức giá cụ thể của các dịch vụ khám bệnh, chữa bệnh đối với các cơ sở khám bệnh, chữa bệnh thuộc phạm vi quản lý không được vượt quá mức tối đa khung giá của các dịch vụ khám bệnh, chữa bệnh quy định tại Thông tư này.</w:t>
      </w:r>
    </w:p>
    <w:p>
      <w:pPr>
        <w:jc w:val="both"/>
      </w:pPr>
      <w:r>
        <w:t>2. Hội đồng nhân dân cấp tỉnh quyết định mức giá cụ thể đối với dịch vụ khám bệnh, chữa bệnh thực hiện tại các cơ sở khám bệnh, chữa bệnh thuộc địa phương quản lý và quyết định mức giá cụ thể hoặc thực hiện áp giá dịch vụ khám bệnh, chữa bệnh đối với một số trường hợp theo nguyên tắc sau:</w:t>
      </w:r>
    </w:p>
    <w:p>
      <w:pPr>
        <w:jc w:val="both"/>
      </w:pPr>
      <w:r>
        <w:t>a) 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tương đương;</w:t>
      </w:r>
    </w:p>
    <w:p>
      <w:pPr>
        <w:jc w:val="both"/>
      </w:pPr>
      <w:r>
        <w:t>b) Các cơ sở khám bệnh, chữa bệnh chưa được phân hạng: áp dụng mức giá của bệnh viện hạng IV;</w:t>
      </w:r>
    </w:p>
    <w:p>
      <w:pPr>
        <w:jc w:val="both"/>
      </w:pPr>
      <w:r>
        <w:t>c) Đối với phòng khám đa khoa khu vực:</w:t>
      </w:r>
    </w:p>
    <w:p>
      <w:pPr>
        <w:jc w:val="both"/>
      </w:pPr>
      <w:r>
        <w:t>- Trường hợp được cấp giấy phép hoạt động bệnh viện hoặc thuộc trường hợp quy định tại khoản 12 Điều 11 Nghị định 155/2018/NĐ-CP ngày 12 tháng 11 năm 2018 của Chính phủ sửa đổi, bổ sung một số quy định liên quan đến điều kiện đầu tư kinh doanh thuộc phạm vi quản lý nhà nước của Bộ Y tế: áp dụng mức giá của bệnh viện hạng IV;</w:t>
      </w:r>
    </w:p>
    <w:p>
      <w:pPr>
        <w:jc w:val="both"/>
      </w:pPr>
      <w:r>
        <w:t>- Trường hợp chỉ làm nhiệm vụ cấp cứu, khám bệnh, chữa bệnh ngoại trú: áp dụng mức giá của bệnh viện hạng IV. Đối với trường hợp được Sở Y tế quyết định có giường lưu: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d) Trạm y tế xã, phường, thị trấn:</w:t>
      </w:r>
    </w:p>
    <w:p>
      <w:pPr>
        <w:jc w:val="both"/>
      </w:pPr>
      <w:r>
        <w:t>- Mức giá khám bệnh: áp dụng mức giá của trạm y tế xã. Mức giá các dịch vụ kỹ thuật bằng 70% mức giá của các dịch vụ tại Phụ lục III;</w:t>
      </w:r>
    </w:p>
    <w:p>
      <w:pPr>
        <w:jc w:val="both"/>
      </w:pPr>
      <w:r>
        <w:t>- Đối với các trạm y tế được Sở Y tế quyết định có giường lưu: áp dụng mức giá bằng 50% mức giá ngày giường nội khoa loại 3 của bệnh viện hạng IV.</w:t>
      </w:r>
    </w:p>
    <w:p>
      <w:pPr>
        <w:jc w:val="both"/>
      </w:pPr>
      <w:r>
        <w:t>e) Nhà hộ sinh: áp dụng mức giá của bệnh viện viện hạng IV. Mức giá thanh toán tiền giường bệnh áp dụng bằng 50% mức giá ngày giường nội khoa loại 3 của bệnh viện hạng 4.</w:t>
      </w:r>
    </w:p>
    <w:p>
      <w:pPr>
        <w:jc w:val="both"/>
      </w:pPr>
      <w:r>
        <w:t>3. Các cơ sở khám bệnh, chữa bệnh trực thuộc Bộ Y tế và các bệnh viện hạng đặc biệt, bệnh viện hạng I thuộc các Bộ, cơ quan trung ương: áp dụng mức giá tối thiểu theo hạng bệnh viện quy định tại các phụ lục đính kèm thông tư. Đối với các cơ sở y tế còn lại thuộc các Bộ, cơ quan trung ương việc áp giá dịch vụ khám bệnh, chữa bệnh như sau:</w:t>
      </w:r>
    </w:p>
    <w:p>
      <w:pPr>
        <w:jc w:val="both"/>
      </w:pPr>
      <w:r>
        <w:t>a) Đối với trạm y tế cơ quan, đơn vị, tổ chức, trạm y tế quân dân y, phòng khám quân dân y: áp dụng giá dịch vụ khám bệnh, chữa bệnh quy định đối với trạm y tế xã, phường, thị trấn của địa phương;</w:t>
      </w:r>
    </w:p>
    <w:p>
      <w:pPr>
        <w:jc w:val="both"/>
      </w:pPr>
      <w:r>
        <w:t>b) Đối với bệnh xá quân dân y: áp dụng giá dịch vụ khám bệnh, chữa bệnh đối với phòng khám đa khoa khu vực của địa phương;</w:t>
      </w:r>
    </w:p>
    <w:p>
      <w:pPr>
        <w:jc w:val="both"/>
      </w:pPr>
      <w:r>
        <w:t>c) Đối với các bệnh viện hạng II, III, IV (bao gồm cả bệnh viện quân dân y): áp dụng giá dịch vụ đối với cơ sở khám bệnh, chữa bệnh cùng hạng của địa phương;</w:t>
      </w:r>
    </w:p>
    <w:p>
      <w:pPr>
        <w:jc w:val="both"/>
      </w:pPr>
      <w:r>
        <w:t>d) Đối với các cơ sở khám bệnh, chữa bệnh còn lại khác: áp dụng giá dịch vụ đối với cơ sở khám bệnh, chữa bệnh hạng IV của địa phương.</w:t>
      </w:r>
    </w:p>
    <w:p>
      <w:pPr>
        <w:jc w:val="both"/>
      </w:pPr>
      <w:r>
        <w:t>4. Trường hợp cơ sở khám bệnh, chữa bệnh thuộc các Bộ, cơ quan trung ương thực hiện các dịch vụ kỹ thuật chưa có trong quy định giá dịch vụ khám bệnh, chữa bệnh của địa phương thì cơ sở khám bệnh, chữa bệnh phải thực hiện xây dựng phương án giá và báo cáo Bộ Y tế xem xét, quyết định.</w:t>
      </w:r>
    </w:p>
    <w:p>
      <w:pPr>
        <w:jc w:val="both"/>
      </w:pPr>
      <w:r>
        <w:t>5. Đối với dịch vụ kỹ thuật mới theo quy định của Luật khám bệnh, chữa bệnh và các dịch vụ kỹ thuật còn lại khác (trừ các dịch vụ đã được Bộ Y tế xếp tương đương về kỹ thuật và chi phí thực hiện) chưa được quy định khung giá:</w:t>
      </w:r>
    </w:p>
    <w:p>
      <w:pPr>
        <w:jc w:val="both"/>
      </w:pPr>
      <w:r>
        <w:t>a) Cơ sở khám bệnh, chữa bệnh xây dựng và đề xuất mức giá trình cơ quan có thẩm quyền quy định tại Điều 4 Thông tư này tạm thời quyết định mức giá;</w:t>
      </w:r>
    </w:p>
    <w:p>
      <w:pPr>
        <w:jc w:val="both"/>
      </w:pPr>
      <w:r>
        <w:t>b) Định kỳ 6 tháng (tuần thứ 4 của tháng 6 và tuần thứ 4 của tháng 12 hằng năm) các đơn vị, địa phương tổng hợp báo cáo về Bộ Y tế để xem xét, quyết định;</w:t>
      </w:r>
    </w:p>
    <w:p>
      <w:pPr>
        <w:jc w:val="both"/>
      </w:pPr>
      <w:r>
        <w:t>c) Trình tự và hồ sơ phương án giá thực hiện theo quy định của pháp luật về giá.</w:t>
      </w:r>
    </w:p>
    <w:p>
      <w:pPr>
        <w:jc w:val="both"/>
      </w:pPr>
      <w:r>
        <w:rPr>
          <w:b/>
        </w:rPr>
        <w:t>Điều 5. Hướng dẫn thực hiện giá khám bệnh</w:t>
      </w:r>
    </w:p>
    <w:p>
      <w:pPr>
        <w:jc w:val="both"/>
      </w:pPr>
      <w:r>
        <w:t>Số lần và giá khám bệnh trong một số trường hợp được xác định như sau:</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3 Điều này. Trường hợp không đăng ký khám bệnh tại khoa khám bệnh nhưng đến khám bệnh và vào điều trị nội trú tại các khoa lâm sàng theo yêu cầu chuyên môn thì không thanh toán tiền khám bệnh.</w:t>
      </w:r>
    </w:p>
    <w:p>
      <w:pPr>
        <w:jc w:val="both"/>
      </w:pPr>
      <w:r>
        <w:t>2. Cơ sở khám bệnh,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khám bệnh, chữa bệnh (có thể trong cùng một ngày hoặc do điều kiện khách quan hoặc yêu cầu chuyên môn nên chưa hoàn thành được quá trình khám bệnh trong ngày, phải tiếp tục khám bệnh trong ngày tiếp theo), người bệnh sau khi khám một chuyên khoa cần phải khám thêm các chuyên khoa khác thì từ lần khám thứ 02 chỉ tính 30% mức giá của 01 lần khám bệnh và mức thanh toán tối đa chi phí khám bệnh của người đó không quá 02 lần mức giá của 01 lần khám bệnh.</w:t>
      </w:r>
    </w:p>
    <w:p>
      <w:pPr>
        <w:jc w:val="both"/>
      </w:pPr>
      <w:r>
        <w:t>4. Người bệnh đến khám bệnh tại cơ sở khám bệnh, chữa bệnh, đã được khám bệnh, cấp thuốc về điều trị nhưng sau đó có biểu hiện bất thường, đến cơ sở khám bệnh, chữa bệnh đó để khám lại ngay trong ngày hôm đó và được tiếp tục thăm khám thì lần khám này được coi như là lần khám thứ 02 trở đi trong một ngày. Việc thanh toán thực hiện theo quy định tại khoản 3 Điều này.</w:t>
      </w:r>
    </w:p>
    <w:p>
      <w:pPr>
        <w:jc w:val="both"/>
      </w:pPr>
      <w:r>
        <w:rPr>
          <w:b/>
        </w:rPr>
        <w:t>Điều 6. Xác định số ngày giường, áp dụng mức giá ngày giường</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nặng đang điều trị nội trú mà tình trạng bệnh chưa thuyên giảm, tử vong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khám bệnh, chữa bệnh khác;</w:t>
      </w:r>
    </w:p>
    <w:p>
      <w:pPr>
        <w:jc w:val="both"/>
      </w:pPr>
      <w:r>
        <w:t>b) Số ngày điều trị nội trú bằng ngày ra viện trừ (-) ngày vào viện: áp dụng đối với các trường hợp còn lại;</w:t>
      </w:r>
    </w:p>
    <w:p>
      <w:pPr>
        <w:jc w:val="both"/>
      </w:pPr>
      <w:r>
        <w:t>c) Trường hợp người bệnh vào viện và ra viện trong cùng một ngày (hoặc vào viện ngày hôm trước, ra ngày hôm sau) có thời gian điều trị trên 04 giờ đến dưới 24 giờ thì được tính là 01 ngày điều trị. 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trang thiết bị y tế và các dịch vụ kỹ thuật, không thanh toán tiền ngày giường bệnh hồi sức cấp cứu;</w:t>
      </w:r>
    </w:p>
    <w:p>
      <w:pPr>
        <w:jc w:val="both"/>
      </w:pPr>
      <w:r>
        <w:t>d) Trường hợp người bệnh vào viện và ra viện có thời gian điều trị từ 04 giờ trở xuống thì được thanh toán tiền khám bệnh, tiền thuốc, trang thiết bị y tế và các dịch vụ kỹ thuật mà người bệnh đã sử dụng, không được tính tiền ngày giường bệnh điều trị nội trú.</w:t>
      </w:r>
    </w:p>
    <w:p>
      <w:pPr>
        <w:jc w:val="both"/>
      </w:pPr>
      <w:r>
        <w:t>2. Trường hợp trong cùng một ngày người bệnh chuyển 02 khoa thì mỗi khoa chỉ được tính 1/2 ngày. Trường hợp trong cùng một ngày người bệnh chuyển từ 03 khoa trở lên thì giá dịch vụ ngày giường bệnh hôm đó được tính bằng trung bình cộng tiền ngày giường bệnh tại khoa có thời gian nằm điều trị trên 04 giờ có mức giá tiền ngày giường bệnh cao nhất và tại khoa có thời gian nằm điều trị trên 04 giờ có mức giá tiền ngày giường bệnh thấp nhất.</w:t>
      </w:r>
    </w:p>
    <w:p>
      <w:pPr>
        <w:jc w:val="both"/>
      </w:pPr>
      <w:r>
        <w:t>3. Giá dịch vụ ngày giường bệnh ngoại khoa, bỏng: áp dụng tối đa không quá 10 ngày sau một lần phẫu thuật. Từ ngày thứ 11 sau phẫu thuật trở đi thì áp dụng mức giá ngày giường nội khoa theo các khoa tương ứng quy định tại mục 3 của Phụ lục II ban hành kèm theo Thông tư này.</w:t>
      </w:r>
    </w:p>
    <w:p>
      <w:pPr>
        <w:jc w:val="both"/>
      </w:pPr>
      <w:r>
        <w:t>4. Giá dịch vụ ngày giường bệnh được tính cho 01 người/01 giường. Trường hợp ở cùng một thời điểm phải nằm ghép 02 người/01 giường thì chỉ được thanh toán 1/2 mức giá dịch vụ ngày giường bệnh tương ứng. Trường hợp nằm ghép từ 03 người trở lên thì chỉ được thanh toán 1/3 mức giá ngày giường bệnh tương ứng.</w:t>
      </w:r>
    </w:p>
    <w:p>
      <w:pPr>
        <w:jc w:val="both"/>
      </w:pPr>
      <w:r>
        <w:t>5. Giá dịch vụ ngày giường bệnh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trong khoa Cấp cứu, khoa Gây mê hồi sức, khoa Nhi, khoa Sơ sinh, khoa Truyền nhiễm bố trí khu vực riêng hoặc buồng cấp cứu (có giường bệnh hồi sức tích cực hoặc giường bệnh sau hậu phẫu của các phẫu thuật loại đặc biệt) đáp ứng được yêu cầu về cơ sở vật chất, trang thiết bị, nhân lực quy định tại Quy chế Cấp cứu, Hồi sức tích cực và Chống độc ban hành kèm theo Quyết định số 01/2008/QĐ-BYT;</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dịch vụ ngày giường bệnh hồi sức cấp cứu và các loại giường khác quy định Phụ lục II ban hành kèm theo Thông tư này.</w:t>
      </w:r>
    </w:p>
    <w:p>
      <w:pPr>
        <w:jc w:val="both"/>
      </w:pPr>
      <w:r>
        <w:t>6. Đối với các khoa điều trị lâm sàng có giường hồi sức cấp cứu: áp dụng giá dịch vụ ngày giường bệnh hồi sức cấp cứu theo quy định tại dịch vụ số 2 Phụ lục II ban hành kèm theo Thông tư này.</w:t>
      </w:r>
    </w:p>
    <w:p>
      <w:pPr>
        <w:jc w:val="both"/>
      </w:pPr>
      <w:r>
        <w:t>Ví dụ: khoa Nhi có giường hồi sức cấp cứu nhi, các khoa sơ sinh hoặc chăm sóc đặc biệt đối với trẻ sơ sinh thiếu tháng.</w:t>
      </w:r>
    </w:p>
    <w:p>
      <w:pPr>
        <w:jc w:val="both"/>
      </w:pPr>
      <w:r>
        <w:t>7. Bệnh viện hạng III, hạng IV hoặc chưa xếp hạng nhưng được cơ quan có thẩm quyền phê duyệt thực hiện phẫu thuật loại đặc biệt: áp dụng mức giá dịch vụ ngày giường bệnh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dịch vụ ngày giường bệnh ngoại khoa sau phẫu thuật loại 1 của bệnh viện hạng III; nếu Bệnh viện được xếp hạng IV hoặc chưa xếp hạng thì được áp dụng mức giá dịch vụ ngày giường bệnh ngoại khoa sau phẫu thuật loại 1 của bệnh viện hạng IV.</w:t>
      </w:r>
    </w:p>
    <w:p>
      <w:pPr>
        <w:jc w:val="both"/>
      </w:pPr>
      <w:r>
        <w:t>8. Trường hợp một phẫu thuật nhưng được phân loại khác nhau theo các chuyên khoa (trừ chuyên khoa nhi) theo quy định tại Thông tư số 50/2014/TT-BYT ngày 26 tháng 12 năm 2014 của Bộ trưởng Bộ Y tế quy định phân loại phẫu thuật, thủ thuật và định mức nhân lực trong từng ca phẫu thuật, thủ thuật (sau đây gọi tắt là Thông tư số 50/2014/TT-BYT): áp dụng mức giá dịch vụ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50/2014/TT-BYT: áp dụng mức giá dịch vụ ngày giường bệnh ngoại khoa, bỏng theo phân loại của phẫu thuật.</w:t>
      </w:r>
    </w:p>
    <w:p>
      <w:pPr>
        <w:jc w:val="both"/>
      </w:pPr>
      <w:r>
        <w:t>10. Các phẫu thuật chưa được phân loại phẫu thuật quy định tại Thông tư số 50/2014/TT-BYT: áp dụng mức giá dịch vụ ngày giường ngoại khoa loại 4 của hạng bệnh viện tương ứng.</w:t>
      </w:r>
    </w:p>
    <w:p>
      <w:pPr>
        <w:jc w:val="both"/>
      </w:pPr>
      <w:r>
        <w:t>11. Đối với các bệnh viện y học cổ truyền hạng I trực thuộc Bộ Y tế: áp dụng mức giá dịch vụ ngày giường bệnh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Giá dịch vụ ngày giường bệnh Hồi sức tích cực (ICU): theo quy định tại khoản 5 Điều này;</w:t>
      </w:r>
    </w:p>
    <w:p>
      <w:pPr>
        <w:jc w:val="both"/>
      </w:pPr>
      <w:r>
        <w:t>b) Giá dịch vụ ngày giường bệnh Hồi sức Cấp cứu: theo quy định tại khoản 6 Điều này;</w:t>
      </w:r>
    </w:p>
    <w:p>
      <w:pPr>
        <w:jc w:val="both"/>
      </w:pPr>
      <w:r>
        <w:t>c) Giá dịch vụ ngày giường bệnh tại các khoa ung thư, nhi: áp dụng giá dịch vụ ngày giường bệnh nội khoa loại 1;</w:t>
      </w:r>
    </w:p>
    <w:p>
      <w:pPr>
        <w:jc w:val="both"/>
      </w:pPr>
      <w:r>
        <w:t>d) Giá dịch vụ ngày giường bệnh điều trị một trong các bệnh về tổn thương tủy sống, tai biến mạch máu não, chấn thương sọ não: áp dụng giá dịch vụ ngày giường bệnh nội khoa loại 2;</w:t>
      </w:r>
    </w:p>
    <w:p>
      <w:pPr>
        <w:jc w:val="both"/>
      </w:pPr>
      <w:r>
        <w:t>đ) Giá dịch vụ ngày giường bệnh tại các khoa còn lại: áp dụng giá dịch vụ ngày giường bệnh nội khoa loại 3.</w:t>
      </w:r>
    </w:p>
    <w:p>
      <w:pPr>
        <w:jc w:val="both"/>
      </w:pPr>
      <w:r>
        <w:t>13. Đối với các cơ sở khám bệnh, chữa bệnh tổ chức các khoa theo hình thức liên chuyên khoa: áp dụng mức giá dịch vụ ngày giường bệnh nội khoa mà người bệnh điều trị tương ứng với hạng bệnh viện. Trường hợp người bệnh điều trị nhiều bệnh cùng lúc thì áp theo mức giá dịch vụ ngày giường bệnh của khoa điều trị bệnh chính của người bệnh.</w:t>
      </w:r>
    </w:p>
    <w:p>
      <w:pPr>
        <w:jc w:val="both"/>
      </w:pPr>
      <w:r>
        <w:t>14. Trường hợp người bệnh nằm trên băng ca, giường gấp: áp dụng mức giá bằng 50% giá ngày giường theo từng loại chuyên khoa quy định tại Phụ lục II ban hành kèm theo Thông tư này.</w:t>
      </w:r>
    </w:p>
    <w:p>
      <w:pPr>
        <w:jc w:val="both"/>
      </w:pPr>
      <w:r>
        <w:t>15. Ngày giường bệnh ngoại khoa sau thực hiện “Phẫu thuật đục thủy tinh thể bằng phương pháp Phaco” áp dụng mức giá “Ngày giường bệnh ngoại khoa, bỏng” của loại 3 tương ứng theo hạng bệnh viện của Phụ lục II ban hành kèm theo Thông tư này.</w:t>
      </w:r>
    </w:p>
    <w:p>
      <w:pPr>
        <w:jc w:val="both"/>
      </w:pPr>
      <w:r>
        <w:rPr>
          <w:b/>
        </w:rPr>
        <w:t>Điều 7. Hướng dẫn thực hiện giá dịch vụ kỹ thuật và xét nghiệm</w:t>
      </w:r>
    </w:p>
    <w:p>
      <w:pPr>
        <w:jc w:val="both"/>
      </w:pPr>
      <w:r>
        <w:t>1. Các dịch vụ kỹ thuật được áp dụng theo thứ tự như sau:</w:t>
      </w:r>
    </w:p>
    <w:p>
      <w:pPr>
        <w:jc w:val="both"/>
      </w:pPr>
      <w:r>
        <w:t>a) Đối với các dịch vụ kỹ thuật cụ thể đã được quy định mức giá tại phụ lục ban hành kèm theo Thông tư này: áp dụng theo mức giá đã được quy định;</w:t>
      </w:r>
    </w:p>
    <w:p>
      <w:pPr>
        <w:jc w:val="both"/>
      </w:pPr>
      <w:r>
        <w:t>b) Các dịch vụ kỹ thuật chưa được quy định mức giá tại phụ lục ban hành kèm theo Thông tư này nhưng đã được xếp tương đương về kỹ thuật và chi phí thực hiện: áp dụng theo mức giá của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3.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phát sinh.</w:t>
      </w:r>
    </w:p>
    <w:p>
      <w:pPr>
        <w:jc w:val="both"/>
      </w:pPr>
      <w:r>
        <w:t>4. Đối với dịch vụ “Thay băng vết thương hoặc vết mổ chiều dài ≤ 15 cm”:</w:t>
      </w:r>
    </w:p>
    <w:p>
      <w:pPr>
        <w:jc w:val="both"/>
      </w:pPr>
      <w:r>
        <w:t>a) Thanh toán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w:t>
      </w:r>
    </w:p>
    <w:p>
      <w:pPr>
        <w:jc w:val="both"/>
      </w:pPr>
      <w:r>
        <w:t>b) Không áp dụng đối với thay băng trong các trường hợp sau: phẫu thuật nội soi, thay băng vết mổ, vết thương thông thường, thay băng rốn sơ sinh.</w:t>
      </w:r>
    </w:p>
    <w:p>
      <w:pPr>
        <w:jc w:val="both"/>
      </w:pPr>
      <w:r>
        <w:t>5.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mố trở lên;</w:t>
      </w:r>
    </w:p>
    <w:p>
      <w:pPr>
        <w:jc w:val="both"/>
      </w:pPr>
      <w:r>
        <w:t>d) Trường hợp phẫu thuật mổ lấy thai: được áp dụng mức giá này nhưng tối đa không quá 03 lần.</w:t>
      </w:r>
    </w:p>
    <w:p>
      <w:pPr>
        <w:jc w:val="both"/>
      </w:pPr>
      <w:r>
        <w:t>6. Đối với xét nghiệm hòa hợp miễn dịch ở nhiệt độ 37°C và có sử dụng huyết thanh kháng globulin (nghiệm pháp Coombs gián tiếp) trong truyền máu: Thanh toán theo giá của dịch vụ “Phản ứng hòa hợp có sử dụng kháng globulin người” có số thứ tự 1340 hoặc 1341 quy định tại Phụ lục III ban hành kèm theo Thông tư này.</w:t>
      </w:r>
    </w:p>
    <w:p>
      <w:pPr>
        <w:jc w:val="both"/>
      </w:pPr>
      <w:r>
        <w:t>7. Các dịch vụ kỹ thuật chuyên khoa nhi nhưng thực hiện cho người lớn hoặc các dịch vụ kỹ thuật thực hiện cho bệnh nhi nhưng trùng tên với người lớn nhưng chưa quy định cụ thể mức giá: được áp dụng mức giá dịch vụ kỹ thuật theo danh mục tại Thông tư này và các quyết định tương đương về kỹ thuật và chi phí thực hiện.</w:t>
      </w:r>
    </w:p>
    <w:p>
      <w:pPr>
        <w:jc w:val="both"/>
      </w:pPr>
      <w:r>
        <w:t>Các dịch vụ kỹ thuật chỉ có tên tại chuyên khoa nhi nhưng thực hiện cho người bệnh trên 16 tuổi: áp dụng mức giá dịch vụ kỹ thuật như đối với mức giá đã được quy định tại chuyên khoa nhi.</w:t>
      </w:r>
    </w:p>
    <w:p>
      <w:pPr>
        <w:jc w:val="both"/>
      </w:pPr>
      <w:r>
        <w:rPr>
          <w:b/>
        </w:rPr>
        <w:t>Điều 8. Tổ chức thực hiện</w:t>
      </w:r>
    </w:p>
    <w:p>
      <w:pPr>
        <w:jc w:val="both"/>
      </w:pPr>
      <w:r>
        <w:t>1. Ngân sách bảo đảm kinh phí theo phân cấp ngân sách hiện hành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hiện hành của Chính phủ quy định mức lương cơ sở đối với cán bộ, công chức, viên chức và lực lượng vũ trang.</w:t>
      </w:r>
    </w:p>
    <w:p>
      <w:pPr>
        <w:jc w:val="both"/>
      </w:pPr>
      <w:r>
        <w:t>c) Trường hợp nguồn tài chính của đơn vị không đảm bảo hoạt động thường xuyên, đơn vị được cơ quan có thẩm quyền phân loại là đơn vị sự nghiệp công tư bảo đảm một phần chi thường xuyên hoặc đơn vị sự nghiệp công do nhà nước bảo đảm chi thường xuyên.</w:t>
      </w:r>
    </w:p>
    <w:p>
      <w:pPr>
        <w:jc w:val="both"/>
      </w:pPr>
      <w:r>
        <w:t>2. Trách nhiệm của Bộ Y tế:</w:t>
      </w:r>
    </w:p>
    <w:p>
      <w:pPr>
        <w:jc w:val="both"/>
      </w:pPr>
      <w:r>
        <w:t>a) Chủ trì phối hợp với Bộ Tài chính quy định thống nhất giá dịch vụ khám bệnh, chữa bệnh bảo hiểm y tế giữa các bệnh viện cùng hạng trên toàn quốc.</w:t>
      </w:r>
    </w:p>
    <w:p>
      <w:pPr>
        <w:jc w:val="both"/>
      </w:pPr>
      <w:r>
        <w:t>b) Thống nhất với Bộ Tài chính xem xét, điều chỉnh khung giá của các dịch vụ khám bệnh, chữa bệnh quy định tại các phụ lục ban hành kèm theo Thông tư này khi bổ sung các yếu tố hình thành giá theo lộ trình, điều chỉnh định mức kinh tế kỹ thuật hoặc chi phí của các yếu tố hình thành giá thay đổi.</w:t>
      </w:r>
    </w:p>
    <w:p>
      <w:pPr>
        <w:jc w:val="both"/>
      </w:pPr>
      <w:r>
        <w:t>3. Trách nhiệm của Sở Y tế:</w:t>
      </w:r>
    </w:p>
    <w:p>
      <w:pPr>
        <w:jc w:val="both"/>
      </w:pPr>
      <w:r>
        <w:t>b) Chủ trì, thống nhất với Sở Tài chính báo cáo Ủy ban nhân dân cấp tỉnh để trình Hội đồng nhân dân cấp tỉnh xem xét, quyết định giá dịch vụ khám bệnh, chữa bệnh không thanh toán BHYT nhưng không phải là đối tượng khám chữa bệnh theo yêu cầu và thời điểm thực hiện đối với các cơ sở khám bệnh, chữa bệnh thuộc thẩm quyền quản lý của địa phương.</w:t>
      </w:r>
    </w:p>
    <w:p>
      <w:pPr>
        <w:jc w:val="both"/>
      </w:pPr>
      <w:r>
        <w:t>b) Chủ trì, phối hợp với các đơn vị có liên quan tổ chức triển khai, kiểm tra, giám sát, sơ kết, tổng kết việc thực hiện Thông tư này trên địa bàn quản lý.</w:t>
      </w:r>
    </w:p>
    <w:p>
      <w:pPr>
        <w:jc w:val="both"/>
      </w:pPr>
      <w:r>
        <w:t>c)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d) Báo cáo cấp có thẩm quyền giao giường bệnh, quyết định số lượng người làm việc cho các cơ sở y tế thuộc địa phương quản lý để các cơ sở y tế có đủ giường bệnh, nhân lực đáp ứng nhu cầu và nâng cao chất lượng dịch vụ khám, chữa bệnh cho nhân dân.</w:t>
      </w:r>
    </w:p>
    <w:p>
      <w:pPr>
        <w:jc w:val="both"/>
      </w:pPr>
      <w:r>
        <w:t>4. Trách nhiệm của các cơ sở khám,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và các hàng hóa khác ...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rPr>
          <w:b/>
        </w:rPr>
        <w:t>Điều 9. Điều khoản thi hành</w:t>
      </w:r>
    </w:p>
    <w:p>
      <w:pPr>
        <w:jc w:val="both"/>
      </w:pPr>
      <w:r>
        <w:t>1. Thông tư này có hiệu lực thi hành kể từ ngày ký ban hành.</w:t>
      </w:r>
    </w:p>
    <w:p>
      <w:pPr>
        <w:jc w:val="both"/>
      </w:pPr>
      <w:r>
        <w:t>2. Các văn bản sau đây hết hiệu lực thi hành kể từ ngày Thông tư này có hiệu lực thi hành:</w:t>
      </w:r>
    </w:p>
    <w:p>
      <w:pPr>
        <w:jc w:val="both"/>
      </w:pPr>
      <w:r>
        <w:t>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b) Thông tư 14/2019/TT-BYT ngày 05 tháng 7 năm 2019 của Bộ trưởng Bộ Y tế sửa đổi, bổ sung một số điều của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10. Điều khoản chuyển tiếp</w:t>
      </w:r>
    </w:p>
    <w:p>
      <w:pPr>
        <w:jc w:val="both"/>
      </w:pPr>
      <w:r>
        <w:t>1. Tiếp tục áp dụng danh mục các dịch vụ kỹ thuật khám bệnh, chữa bệnh được xếp tương đương về quy trình kỹ thuật và chi phí đã quy định tại các Quyết định của Bộ trưởng Bộ Y tế về việc ban hành Danh mục kỹ thuật tương đương thực hiện Thông tư 37/2018/TT-BYT.</w:t>
      </w:r>
    </w:p>
    <w:p>
      <w:pPr>
        <w:jc w:val="both"/>
      </w:pPr>
      <w:r>
        <w:t>2. Trong thời gian chờ cơ quan có thẩm quyền quyết định mức giá khám bệnh, chữa bệnh theo quy định tại Thông tư này, các cơ sở khám bệnh, chữa bệnh được tiếp tục thực hiện mức giá đã được cơ quan có thẩm quyền phê duyệt trước ngày Thông tư này có hiệu lực cho đến khi cơ quan có thẩm quyền quyết định mức giá theo quy định tại Thông tư này.</w:t>
      </w:r>
    </w:p>
    <w:p>
      <w:pPr>
        <w:jc w:val="both"/>
      </w:pPr>
      <w:r>
        <w:rPr>
          <w:b/>
        </w:rPr>
        <w:t>Điều 11. Điều khoản tham chiếu</w:t>
      </w:r>
    </w:p>
    <w:p>
      <w:pPr>
        <w:jc w:val="both"/>
      </w:pPr>
      <w:r>
        <w:t>Trong trường hợp các văn bản quy phạm pháp luật và các quy định được viện dẫn trong Thông tư này có thay đổi, bổ sung hoặc được thay thế thì áp dụng theo văn bản quy phạm pháp luật mới.</w:t>
      </w:r>
    </w:p>
    <w:p>
      <w:pPr>
        <w:jc w:val="both"/>
      </w:pPr>
      <w:r>
        <w:t>Trong quá trình thực hiện, nếu có khó khăn, vướng mắc đề nghị các cơ quan, tổ chức, cá nhân phản ánh về Bộ Y tế để xem xét, giải quyết./.</w:t>
      </w:r>
    </w:p>
    <w:p>
      <w:pPr>
        <w:jc w:val="both"/>
      </w:pPr>
      <w:r>
        <w:t>Nơi nhận:</w:t>
      </w:r>
    </w:p>
    <w:p>
      <w:pPr>
        <w:jc w:val="both"/>
      </w:pPr>
      <w:r>
        <w:t>- Ủy ban Xã hội của Quốc hội;</w:t>
      </w:r>
    </w:p>
    <w:p>
      <w:pPr>
        <w:jc w:val="both"/>
      </w:pPr>
      <w:r>
        <w:t>- Văn phòng Chính phủ (Vụ Khoa giáo văn xã, Công báo;</w:t>
      </w:r>
    </w:p>
    <w:p>
      <w:pPr>
        <w:jc w:val="both"/>
      </w:pPr>
      <w:r>
        <w:t>Cổng Thông tin điện tử Chính phủ);</w:t>
      </w:r>
    </w:p>
    <w:p>
      <w:pPr>
        <w:jc w:val="both"/>
      </w:pPr>
      <w:r>
        <w:t>- Bộ trưởng Bộ Y tế (để báo cáo);</w:t>
      </w:r>
    </w:p>
    <w:p>
      <w:pPr>
        <w:jc w:val="both"/>
      </w:pPr>
      <w:r>
        <w:t>- Các đồng chí Thứ trưởng;</w:t>
      </w:r>
    </w:p>
    <w:p>
      <w:pPr>
        <w:jc w:val="both"/>
      </w:pPr>
      <w:r>
        <w:t>- Bộ Tư pháp (Cục Kiểm tra văn bản quy phạm pháp luật);</w:t>
      </w:r>
    </w:p>
    <w:p>
      <w:pPr>
        <w:jc w:val="both"/>
      </w:pPr>
      <w:r>
        <w:t>- Các Bộ, cơ quan ngang Bộ, cơ quan thuộc Chính phủ;</w:t>
      </w:r>
    </w:p>
    <w:p>
      <w:pPr>
        <w:jc w:val="both"/>
      </w:pPr>
      <w:r>
        <w:t>- Kiểm toán Nhà nước; Cơ quan TW của các đoàn thể;</w:t>
      </w:r>
    </w:p>
    <w:p>
      <w:pPr>
        <w:jc w:val="both"/>
      </w:pPr>
      <w:r>
        <w:t>- UBND các tỉnh, thành phố trực thuộc trung ương;</w:t>
      </w:r>
    </w:p>
    <w:p>
      <w:pPr>
        <w:jc w:val="both"/>
      </w:pPr>
      <w:r>
        <w:t>- Sở Y tế các tỉnh, thành phố trực thuộc trung ương;</w:t>
      </w:r>
    </w:p>
    <w:p>
      <w:pPr>
        <w:jc w:val="both"/>
      </w:pPr>
      <w:r>
        <w:t>- Các đơn vị trực thuộc Bộ Y tế;</w:t>
      </w:r>
    </w:p>
    <w:p>
      <w:pPr>
        <w:jc w:val="both"/>
      </w:pPr>
      <w:r>
        <w:t>- Y tế các Bộ, ngành;</w:t>
      </w:r>
    </w:p>
    <w:p>
      <w:pPr>
        <w:jc w:val="both"/>
      </w:pPr>
      <w:r>
        <w:t>- Các Vụ, Cục, Tổng Cục, Văn phòng Bộ, Thanh tra Bộ;</w:t>
      </w:r>
    </w:p>
    <w:p>
      <w:pPr>
        <w:jc w:val="both"/>
      </w:pPr>
      <w:r>
        <w:t>- Cổng thông tin điện tử Bộ Y tế;</w:t>
      </w:r>
    </w:p>
    <w:p>
      <w:pPr>
        <w:jc w:val="both"/>
      </w:pPr>
      <w:r>
        <w:t>- Lưu: VT, KH-TC (02) , PC (02b) .</w:t>
      </w:r>
    </w:p>
    <w:p>
      <w:pPr>
        <w:jc w:val="both"/>
      </w:pPr>
      <w:r>
        <w:t>KT. BỘ TRƯỞNG</w:t>
      </w:r>
    </w:p>
    <w:p>
      <w:pPr>
        <w:jc w:val="both"/>
      </w:pPr>
      <w:r>
        <w:t>THỨ TRƯỞNG</w:t>
      </w:r>
    </w:p>
    <w:p>
      <w:pPr>
        <w:jc w:val="both"/>
      </w:pPr>
      <w:r>
        <w:t>Lê Đức Luận</w:t>
      </w:r>
    </w:p>
    <w:p>
      <w:pPr>
        <w:jc w:val="both"/>
      </w:pPr>
      <w:r>
        <w:t>PHỤ LỤC I</w:t>
      </w:r>
    </w:p>
    <w:p>
      <w:pPr>
        <w:jc w:val="both"/>
      </w:pPr>
      <w:r>
        <w:t>KHUNG GIÁ DỊCH VỤ KHÁM BỆNH</w:t>
      </w:r>
    </w:p>
    <w:p>
      <w:pPr>
        <w:jc w:val="both"/>
      </w:pPr>
      <w:r>
        <w:t>(Ban hành kèm theo Thông tư số 21/2023/TT-BYT ngày 17/11/2023 của Bộ Y tế)</w:t>
      </w:r>
    </w:p>
    <w:p>
      <w:pPr>
        <w:jc w:val="both"/>
      </w:pPr>
      <w:r>
        <w:t>Đơn vị: đồng</w:t>
      </w:r>
    </w:p>
    <w:p>
      <w:pPr>
        <w:jc w:val="both"/>
      </w:pPr>
      <w:r>
        <w:t>STT</w:t>
      </w:r>
    </w:p>
    <w:p>
      <w:pPr>
        <w:jc w:val="both"/>
      </w:pPr>
      <w:r>
        <w:t>Cơ sở y tế</w:t>
      </w:r>
    </w:p>
    <w:p>
      <w:pPr>
        <w:jc w:val="both"/>
      </w:pPr>
      <w:r>
        <w:t>Giá tối thiểu</w:t>
      </w:r>
    </w:p>
    <w:p>
      <w:pPr>
        <w:jc w:val="both"/>
      </w:pPr>
      <w:r>
        <w:t>Giá tối đa</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Bệnh viện hạng đặc biệt</w:t>
      </w:r>
    </w:p>
    <w:p>
      <w:pPr>
        <w:jc w:val="both"/>
      </w:pPr>
      <w:r>
        <w:t>42.100</w:t>
      </w:r>
    </w:p>
    <w:p>
      <w:pPr>
        <w:jc w:val="both"/>
      </w:pPr>
      <w:r>
        <w:t>45.900</w:t>
      </w:r>
    </w:p>
    <w:p>
      <w:pPr>
        <w:jc w:val="both"/>
      </w:pPr>
      <w:r>
        <w:t>2</w:t>
      </w:r>
    </w:p>
    <w:p>
      <w:pPr>
        <w:jc w:val="both"/>
      </w:pPr>
      <w:r>
        <w:t>Bệnh viện hạng I</w:t>
      </w:r>
    </w:p>
    <w:p>
      <w:pPr>
        <w:jc w:val="both"/>
      </w:pPr>
      <w:r>
        <w:t>42.100</w:t>
      </w:r>
    </w:p>
    <w:p>
      <w:pPr>
        <w:jc w:val="both"/>
      </w:pPr>
      <w:r>
        <w:t>45.900</w:t>
      </w:r>
    </w:p>
    <w:p>
      <w:pPr>
        <w:jc w:val="both"/>
      </w:pPr>
      <w:r>
        <w:t>3</w:t>
      </w:r>
    </w:p>
    <w:p>
      <w:pPr>
        <w:jc w:val="both"/>
      </w:pPr>
      <w:r>
        <w:t>Bệnh viện hạng II</w:t>
      </w:r>
    </w:p>
    <w:p>
      <w:pPr>
        <w:jc w:val="both"/>
      </w:pPr>
      <w:r>
        <w:t>37.500</w:t>
      </w:r>
    </w:p>
    <w:p>
      <w:pPr>
        <w:jc w:val="both"/>
      </w:pPr>
      <w:r>
        <w:t>41.000</w:t>
      </w:r>
    </w:p>
    <w:p>
      <w:pPr>
        <w:jc w:val="both"/>
      </w:pPr>
      <w:r>
        <w:t>4</w:t>
      </w:r>
    </w:p>
    <w:p>
      <w:pPr>
        <w:jc w:val="both"/>
      </w:pPr>
      <w:r>
        <w:t>Bệnh viện hạng III</w:t>
      </w:r>
    </w:p>
    <w:p>
      <w:pPr>
        <w:jc w:val="both"/>
      </w:pPr>
      <w:r>
        <w:t>33.200</w:t>
      </w:r>
    </w:p>
    <w:p>
      <w:pPr>
        <w:jc w:val="both"/>
      </w:pPr>
      <w:r>
        <w:t>35.800</w:t>
      </w:r>
    </w:p>
    <w:p>
      <w:pPr>
        <w:jc w:val="both"/>
      </w:pPr>
      <w:r>
        <w:t>5</w:t>
      </w:r>
    </w:p>
    <w:p>
      <w:pPr>
        <w:jc w:val="both"/>
      </w:pPr>
      <w:r>
        <w:t>Bệnh viện hạng IV</w:t>
      </w:r>
    </w:p>
    <w:p>
      <w:pPr>
        <w:jc w:val="both"/>
      </w:pPr>
      <w:r>
        <w:t>30.100</w:t>
      </w:r>
    </w:p>
    <w:p>
      <w:pPr>
        <w:jc w:val="both"/>
      </w:pPr>
      <w:r>
        <w:t>32.700</w:t>
      </w:r>
    </w:p>
    <w:p>
      <w:pPr>
        <w:jc w:val="both"/>
      </w:pPr>
      <w:r>
        <w:t>6</w:t>
      </w:r>
    </w:p>
    <w:p>
      <w:pPr>
        <w:jc w:val="both"/>
      </w:pPr>
      <w:r>
        <w:t>Trạm y tế xã</w:t>
      </w:r>
    </w:p>
    <w:p>
      <w:pPr>
        <w:jc w:val="both"/>
      </w:pPr>
      <w:r>
        <w:t>30.100</w:t>
      </w:r>
    </w:p>
    <w:p>
      <w:pPr>
        <w:jc w:val="both"/>
      </w:pPr>
      <w:r>
        <w:t>32.700</w:t>
      </w:r>
    </w:p>
    <w:p>
      <w:pPr>
        <w:jc w:val="both"/>
      </w:pPr>
      <w:r>
        <w:t>7</w:t>
      </w:r>
    </w:p>
    <w:p>
      <w:pPr>
        <w:jc w:val="both"/>
      </w:pPr>
      <w:r>
        <w:t>Hội chẩn để xác định ca bệnh khó (chuyên gia/ca; Chỉ áp dụng đối với trường hợp mời chuyên gia đơn vị khác đến hội chẩn tại cơ sở khám, chữa bệnh).</w:t>
      </w:r>
    </w:p>
    <w:p>
      <w:pPr>
        <w:jc w:val="both"/>
      </w:pPr>
      <w:r>
        <w:t>200.000</w:t>
      </w:r>
    </w:p>
    <w:p>
      <w:pPr>
        <w:jc w:val="both"/>
      </w:pPr>
      <w:r>
        <w:t>230.200</w:t>
      </w:r>
    </w:p>
    <w:p>
      <w:pPr>
        <w:jc w:val="both"/>
      </w:pPr>
      <w:r>
        <w:t>8</w:t>
      </w:r>
    </w:p>
    <w:p>
      <w:pPr>
        <w:jc w:val="both"/>
      </w:pPr>
      <w:r>
        <w:t>Khám cấp giấy chứng thương, giám định y khoa (không kể xét nghiệm, X-quang)</w:t>
      </w:r>
    </w:p>
    <w:p>
      <w:pPr>
        <w:jc w:val="both"/>
      </w:pPr>
      <w:r>
        <w:t>160.000</w:t>
      </w:r>
    </w:p>
    <w:p>
      <w:pPr>
        <w:jc w:val="both"/>
      </w:pPr>
      <w:r>
        <w:t>184.200</w:t>
      </w:r>
    </w:p>
    <w:p>
      <w:pPr>
        <w:jc w:val="both"/>
      </w:pPr>
      <w:r>
        <w:t>9</w:t>
      </w:r>
    </w:p>
    <w:p>
      <w:pPr>
        <w:jc w:val="both"/>
      </w:pPr>
      <w:r>
        <w:t>Khám sức khỏe toàn diện lao động, lái xe, khám sức khỏe định kỳ (không kể xét nghiệm, X-quang)</w:t>
      </w:r>
    </w:p>
    <w:p>
      <w:pPr>
        <w:jc w:val="both"/>
      </w:pPr>
      <w:r>
        <w:t>160.000</w:t>
      </w:r>
    </w:p>
    <w:p>
      <w:pPr>
        <w:jc w:val="both"/>
      </w:pPr>
      <w:r>
        <w:t>184.200</w:t>
      </w:r>
    </w:p>
    <w:p>
      <w:pPr>
        <w:jc w:val="both"/>
      </w:pPr>
      <w:r>
        <w:t>10</w:t>
      </w:r>
    </w:p>
    <w:p>
      <w:pPr>
        <w:jc w:val="both"/>
      </w:pPr>
      <w:r>
        <w:t>Khám sức khỏe toàn diện cho người đi xuất khẩu lao động (không kể xét nghiệm, X-quang)</w:t>
      </w:r>
    </w:p>
    <w:p>
      <w:pPr>
        <w:jc w:val="both"/>
      </w:pPr>
      <w:r>
        <w:t>450.000</w:t>
      </w:r>
    </w:p>
    <w:p>
      <w:pPr>
        <w:jc w:val="both"/>
      </w:pPr>
      <w:r>
        <w:t>515.400</w:t>
      </w:r>
    </w:p>
    <w:p>
      <w:pPr>
        <w:jc w:val="both"/>
      </w:pPr>
      <w:r>
        <w:t>PHỤ LỤC II</w:t>
      </w:r>
    </w:p>
    <w:p>
      <w:pPr>
        <w:jc w:val="both"/>
      </w:pPr>
      <w:r>
        <w:t>KHUNG GIÁ DỊCH VỤ NGÀY GIƯỜNG BỆNH</w:t>
      </w:r>
    </w:p>
    <w:p>
      <w:pPr>
        <w:jc w:val="both"/>
      </w:pPr>
      <w:r>
        <w:t>(Ban hành kèm theo Thông tư số 21/2023/TT-BYT ngày 17/11/2023 của Bộ Y tế)</w:t>
      </w:r>
    </w:p>
    <w:p>
      <w:pPr>
        <w:jc w:val="both"/>
      </w:pPr>
      <w:r>
        <w:t>Số TT</w:t>
      </w:r>
    </w:p>
    <w:p>
      <w:pPr>
        <w:jc w:val="both"/>
      </w:pPr>
      <w:r>
        <w:t>Các loại dịch vụ</w:t>
      </w:r>
    </w:p>
    <w:p>
      <w:pPr>
        <w:jc w:val="both"/>
      </w:pPr>
      <w:r>
        <w:t>Bệnh viện hạng Đặc biệt</w:t>
      </w:r>
    </w:p>
    <w:p>
      <w:pPr>
        <w:jc w:val="both"/>
      </w:pPr>
      <w:r>
        <w:t>Bệnh viện hạng I</w:t>
      </w:r>
    </w:p>
    <w:p>
      <w:pPr>
        <w:jc w:val="both"/>
      </w:pPr>
      <w:r>
        <w:t>Bệnh viện hạng II</w:t>
      </w:r>
    </w:p>
    <w:p>
      <w:pPr>
        <w:jc w:val="both"/>
      </w:pPr>
      <w:r>
        <w:t>Bệnh viện hạng III</w:t>
      </w:r>
    </w:p>
    <w:p>
      <w:pPr>
        <w:jc w:val="both"/>
      </w:pPr>
      <w:r>
        <w:t>Bệnh viện hạng IV</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Ngày điều trị Hồi sức tích cực (ICU)/ghép tạng hoặc ghép tủy hoặc ghép tế bào gốc</w:t>
      </w:r>
    </w:p>
    <w:p>
      <w:pPr>
        <w:jc w:val="both"/>
      </w:pPr>
      <w:r>
        <w:t>867.500</w:t>
      </w:r>
    </w:p>
    <w:p>
      <w:pPr>
        <w:jc w:val="both"/>
      </w:pPr>
      <w:r>
        <w:t>918.800</w:t>
      </w:r>
    </w:p>
    <w:p>
      <w:pPr>
        <w:jc w:val="both"/>
      </w:pPr>
      <w:r>
        <w:t>786.300</w:t>
      </w:r>
    </w:p>
    <w:p>
      <w:pPr>
        <w:jc w:val="both"/>
      </w:pPr>
      <w:r>
        <w:t>829.400</w:t>
      </w:r>
    </w:p>
    <w:p>
      <w:pPr>
        <w:jc w:val="both"/>
      </w:pPr>
      <w:r>
        <w:t>673.900</w:t>
      </w:r>
    </w:p>
    <w:p>
      <w:pPr>
        <w:jc w:val="both"/>
      </w:pPr>
      <w:r>
        <w:t>709.200</w:t>
      </w:r>
    </w:p>
    <w:p>
      <w:pPr>
        <w:jc w:val="both"/>
      </w:pPr>
      <w:r>
        <w:t>2</w:t>
      </w:r>
    </w:p>
    <w:p>
      <w:pPr>
        <w:jc w:val="both"/>
      </w:pPr>
      <w:r>
        <w:t>Ngày giường bệnh Hồi sức cấp cứu</w:t>
      </w:r>
    </w:p>
    <w:p>
      <w:pPr>
        <w:jc w:val="both"/>
      </w:pPr>
      <w:r>
        <w:t>509.400</w:t>
      </w:r>
    </w:p>
    <w:p>
      <w:pPr>
        <w:jc w:val="both"/>
      </w:pPr>
      <w:r>
        <w:t>536.900</w:t>
      </w:r>
    </w:p>
    <w:p>
      <w:pPr>
        <w:jc w:val="both"/>
      </w:pPr>
      <w:r>
        <w:t>474.700</w:t>
      </w:r>
    </w:p>
    <w:p>
      <w:pPr>
        <w:jc w:val="both"/>
      </w:pPr>
      <w:r>
        <w:t>500.000</w:t>
      </w:r>
    </w:p>
    <w:p>
      <w:pPr>
        <w:jc w:val="both"/>
      </w:pPr>
      <w:r>
        <w:t>359.200</w:t>
      </w:r>
    </w:p>
    <w:p>
      <w:pPr>
        <w:jc w:val="both"/>
      </w:pPr>
      <w:r>
        <w:t>380.400</w:t>
      </w:r>
    </w:p>
    <w:p>
      <w:pPr>
        <w:jc w:val="both"/>
      </w:pPr>
      <w:r>
        <w:t>312.200</w:t>
      </w:r>
    </w:p>
    <w:p>
      <w:pPr>
        <w:jc w:val="both"/>
      </w:pPr>
      <w:r>
        <w:t>330.700</w:t>
      </w:r>
    </w:p>
    <w:p>
      <w:pPr>
        <w:jc w:val="both"/>
      </w:pPr>
      <w:r>
        <w:t>279.400</w:t>
      </w:r>
    </w:p>
    <w:p>
      <w:pPr>
        <w:jc w:val="both"/>
      </w:pPr>
      <w:r>
        <w:t>295.000</w:t>
      </w:r>
    </w:p>
    <w:p>
      <w:pPr>
        <w:jc w:val="both"/>
      </w:pPr>
      <w:r>
        <w:t>3</w:t>
      </w:r>
    </w:p>
    <w:p>
      <w:pPr>
        <w:jc w:val="both"/>
      </w:pPr>
      <w:r>
        <w:t>Ngày giường bệnh Nội khoa:</w:t>
      </w:r>
    </w:p>
    <w:p>
      <w:pPr>
        <w:jc w:val="both"/>
      </w:pPr>
      <w:r>
        <w:t>3.1</w:t>
      </w:r>
    </w:p>
    <w:p>
      <w:pPr>
        <w:jc w:val="both"/>
      </w:pPr>
      <w:r>
        <w:t>Loại 1: Các khoa: Truyền nhiễm, Hô hấp, Huyết học, Ung thư, Tim mạch, Tâm thần, Thần kinh, Lão , Nhi, Tiêu hoá, Thận học, Nội tiết; Dị ứng (đối với bệnh nhân dị ứng thuốc nặng: Stevens Jonhson hoặc Lyell)</w:t>
      </w:r>
    </w:p>
    <w:p>
      <w:pPr>
        <w:jc w:val="both"/>
      </w:pPr>
      <w:r>
        <w:t>273.100</w:t>
      </w:r>
    </w:p>
    <w:p>
      <w:pPr>
        <w:jc w:val="both"/>
      </w:pPr>
      <w:r>
        <w:t>284.300</w:t>
      </w:r>
    </w:p>
    <w:p>
      <w:pPr>
        <w:jc w:val="both"/>
      </w:pPr>
      <w:r>
        <w:t>255.300</w:t>
      </w:r>
    </w:p>
    <w:p>
      <w:pPr>
        <w:jc w:val="both"/>
      </w:pPr>
      <w:r>
        <w:t>265.600</w:t>
      </w:r>
    </w:p>
    <w:p>
      <w:pPr>
        <w:jc w:val="both"/>
      </w:pPr>
      <w:r>
        <w:t>212.600</w:t>
      </w:r>
    </w:p>
    <w:p>
      <w:pPr>
        <w:jc w:val="both"/>
      </w:pPr>
      <w:r>
        <w:t>220.000</w:t>
      </w:r>
    </w:p>
    <w:p>
      <w:pPr>
        <w:jc w:val="both"/>
      </w:pPr>
      <w:r>
        <w:t>198.000</w:t>
      </w:r>
    </w:p>
    <w:p>
      <w:pPr>
        <w:jc w:val="both"/>
      </w:pPr>
      <w:r>
        <w:t>202.500</w:t>
      </w:r>
    </w:p>
    <w:p>
      <w:pPr>
        <w:jc w:val="both"/>
      </w:pPr>
      <w:r>
        <w:t>176.900</w:t>
      </w:r>
    </w:p>
    <w:p>
      <w:pPr>
        <w:jc w:val="both"/>
      </w:pPr>
      <w:r>
        <w:t>180.800</w:t>
      </w:r>
    </w:p>
    <w:p>
      <w:pPr>
        <w:jc w:val="both"/>
      </w:pPr>
      <w:r>
        <w:t>Các khoa trên thuộc Bệnh viện chuyên khoa trực thuộc Bộ Y tế tại Hà Nội và Thành phố Hồ Chí Minh</w:t>
      </w:r>
    </w:p>
    <w:p>
      <w:pPr>
        <w:jc w:val="both"/>
      </w:pPr>
      <w:r>
        <w:t>273.100</w:t>
      </w:r>
    </w:p>
    <w:p>
      <w:pPr>
        <w:jc w:val="both"/>
      </w:pPr>
      <w:r>
        <w:t>284.300</w:t>
      </w:r>
    </w:p>
    <w:p>
      <w:pPr>
        <w:jc w:val="both"/>
      </w:pPr>
      <w:r>
        <w:t>3.2</w:t>
      </w:r>
    </w:p>
    <w:p>
      <w:pPr>
        <w:jc w:val="both"/>
      </w:pPr>
      <w:r>
        <w:t>Loại 2: Các Khoa: Cơ-Xương-Khớp, Da liễu, Dị ứng, Tai-Mũi-Họng, Mắt, Răng Hàm Mặt, Ngoại, Phụ -Sản không mổ; YHDT hoặc PHCN cho nhóm người bệnh tổn thương tủy sống, tai biến mạch máu não, chấn thương sọ não.</w:t>
      </w:r>
    </w:p>
    <w:p>
      <w:pPr>
        <w:jc w:val="both"/>
      </w:pPr>
      <w:r>
        <w:t>247.200</w:t>
      </w:r>
    </w:p>
    <w:p>
      <w:pPr>
        <w:jc w:val="both"/>
      </w:pPr>
      <w:r>
        <w:t>257.400</w:t>
      </w:r>
    </w:p>
    <w:p>
      <w:pPr>
        <w:jc w:val="both"/>
      </w:pPr>
      <w:r>
        <w:t>229.200</w:t>
      </w:r>
    </w:p>
    <w:p>
      <w:pPr>
        <w:jc w:val="both"/>
      </w:pPr>
      <w:r>
        <w:t>238.300</w:t>
      </w:r>
    </w:p>
    <w:p>
      <w:pPr>
        <w:jc w:val="both"/>
      </w:pPr>
      <w:r>
        <w:t>182.700</w:t>
      </w:r>
    </w:p>
    <w:p>
      <w:pPr>
        <w:jc w:val="both"/>
      </w:pPr>
      <w:r>
        <w:t>188.200</w:t>
      </w:r>
    </w:p>
    <w:p>
      <w:pPr>
        <w:jc w:val="both"/>
      </w:pPr>
      <w:r>
        <w:t>171.600</w:t>
      </w:r>
    </w:p>
    <w:p>
      <w:pPr>
        <w:jc w:val="both"/>
      </w:pPr>
      <w:r>
        <w:t>176.100</w:t>
      </w:r>
    </w:p>
    <w:p>
      <w:pPr>
        <w:jc w:val="both"/>
      </w:pPr>
      <w:r>
        <w:t>152.800</w:t>
      </w:r>
    </w:p>
    <w:p>
      <w:pPr>
        <w:jc w:val="both"/>
      </w:pPr>
      <w:r>
        <w:t>156.700</w:t>
      </w:r>
    </w:p>
    <w:p>
      <w:pPr>
        <w:jc w:val="both"/>
      </w:pPr>
      <w:r>
        <w:t>Các khoa trên thuộc Bệnh viện chuyên khoa trực thuộc Bộ Y tế tại Hà Nội và Thành phố Hồ Chí Minh</w:t>
      </w:r>
    </w:p>
    <w:p>
      <w:pPr>
        <w:jc w:val="both"/>
      </w:pPr>
      <w:r>
        <w:t>247.200</w:t>
      </w:r>
    </w:p>
    <w:p>
      <w:pPr>
        <w:jc w:val="both"/>
      </w:pPr>
      <w:r>
        <w:t>257.400</w:t>
      </w:r>
    </w:p>
    <w:p>
      <w:pPr>
        <w:jc w:val="both"/>
      </w:pPr>
      <w:r>
        <w:t>3.3</w:t>
      </w:r>
    </w:p>
    <w:p>
      <w:pPr>
        <w:jc w:val="both"/>
      </w:pPr>
      <w:r>
        <w:t>Loại 3: Các khoa: YHDT, Phục hồi chức năng</w:t>
      </w:r>
    </w:p>
    <w:p>
      <w:pPr>
        <w:jc w:val="both"/>
      </w:pPr>
      <w:r>
        <w:t>209.200</w:t>
      </w:r>
    </w:p>
    <w:p>
      <w:pPr>
        <w:jc w:val="both"/>
      </w:pPr>
      <w:r>
        <w:t>216.700</w:t>
      </w:r>
    </w:p>
    <w:p>
      <w:pPr>
        <w:jc w:val="both"/>
      </w:pPr>
      <w:r>
        <w:t>193.800</w:t>
      </w:r>
    </w:p>
    <w:p>
      <w:pPr>
        <w:jc w:val="both"/>
      </w:pPr>
      <w:r>
        <w:t>200.400</w:t>
      </w:r>
    </w:p>
    <w:p>
      <w:pPr>
        <w:jc w:val="both"/>
      </w:pPr>
      <w:r>
        <w:t>147.600</w:t>
      </w:r>
    </w:p>
    <w:p>
      <w:pPr>
        <w:jc w:val="both"/>
      </w:pPr>
      <w:r>
        <w:t>152.800</w:t>
      </w:r>
    </w:p>
    <w:p>
      <w:pPr>
        <w:jc w:val="both"/>
      </w:pPr>
      <w:r>
        <w:t>138.600</w:t>
      </w:r>
    </w:p>
    <w:p>
      <w:pPr>
        <w:jc w:val="both"/>
      </w:pPr>
      <w:r>
        <w:t>142.500</w:t>
      </w:r>
    </w:p>
    <w:p>
      <w:pPr>
        <w:jc w:val="both"/>
      </w:pPr>
      <w:r>
        <w:t>128.200</w:t>
      </w:r>
    </w:p>
    <w:p>
      <w:pPr>
        <w:jc w:val="both"/>
      </w:pPr>
      <w:r>
        <w:t>131.800</w:t>
      </w:r>
    </w:p>
    <w:p>
      <w:pPr>
        <w:jc w:val="both"/>
      </w:pPr>
      <w:r>
        <w:t>4</w:t>
      </w:r>
    </w:p>
    <w:p>
      <w:pPr>
        <w:jc w:val="both"/>
      </w:pPr>
      <w:r>
        <w:t>Ngày giường bệnh ngoại khoa, bỏng:</w:t>
      </w:r>
    </w:p>
    <w:p>
      <w:pPr>
        <w:jc w:val="both"/>
      </w:pPr>
      <w:r>
        <w:t>4.1</w:t>
      </w:r>
    </w:p>
    <w:p>
      <w:pPr>
        <w:jc w:val="both"/>
      </w:pPr>
      <w:r>
        <w:t>Loại 1: Sau các phẫu thuật loại đặc biệt; Bỏng độ 3-4 trên 70% diện tích cơ thể</w:t>
      </w:r>
    </w:p>
    <w:p>
      <w:pPr>
        <w:jc w:val="both"/>
      </w:pPr>
      <w:r>
        <w:t>374.500</w:t>
      </w:r>
    </w:p>
    <w:p>
      <w:pPr>
        <w:jc w:val="both"/>
      </w:pPr>
      <w:r>
        <w:t>394.900</w:t>
      </w:r>
    </w:p>
    <w:p>
      <w:pPr>
        <w:jc w:val="both"/>
      </w:pPr>
      <w:r>
        <w:t>339.000</w:t>
      </w:r>
    </w:p>
    <w:p>
      <w:pPr>
        <w:jc w:val="both"/>
      </w:pPr>
      <w:r>
        <w:t>356.300</w:t>
      </w:r>
    </w:p>
    <w:p>
      <w:pPr>
        <w:jc w:val="both"/>
      </w:pPr>
      <w:r>
        <w:t>287.500</w:t>
      </w:r>
    </w:p>
    <w:p>
      <w:pPr>
        <w:jc w:val="both"/>
      </w:pPr>
      <w:r>
        <w:t>301.300</w:t>
      </w:r>
    </w:p>
    <w:p>
      <w:pPr>
        <w:jc w:val="both"/>
      </w:pPr>
      <w:r>
        <w:t>Các khoa trên thuộc Bệnh viện chuyên khoa trực thuộc Bộ Y tế tại Hà Nội và Thành phố Hồ Chí Minh</w:t>
      </w:r>
    </w:p>
    <w:p>
      <w:pPr>
        <w:jc w:val="both"/>
      </w:pPr>
      <w:r>
        <w:t>374.500</w:t>
      </w:r>
    </w:p>
    <w:p>
      <w:pPr>
        <w:jc w:val="both"/>
      </w:pPr>
      <w:r>
        <w:t>394.900</w:t>
      </w:r>
    </w:p>
    <w:p>
      <w:pPr>
        <w:jc w:val="both"/>
      </w:pPr>
      <w:r>
        <w:t>4.2</w:t>
      </w:r>
    </w:p>
    <w:p>
      <w:pPr>
        <w:jc w:val="both"/>
      </w:pPr>
      <w:r>
        <w:t>Loại 2: Sau các phẫu thuật loại 1; Bỏng độ 3-4 từ 25 -70% diện tích cơ thể</w:t>
      </w:r>
    </w:p>
    <w:p>
      <w:pPr>
        <w:jc w:val="both"/>
      </w:pPr>
      <w:r>
        <w:t>334.800</w:t>
      </w:r>
    </w:p>
    <w:p>
      <w:pPr>
        <w:jc w:val="both"/>
      </w:pPr>
      <w:r>
        <w:t>352.200</w:t>
      </w:r>
    </w:p>
    <w:p>
      <w:pPr>
        <w:jc w:val="both"/>
      </w:pPr>
      <w:r>
        <w:t>308.500</w:t>
      </w:r>
    </w:p>
    <w:p>
      <w:pPr>
        <w:jc w:val="both"/>
      </w:pPr>
      <w:r>
        <w:t>324.100</w:t>
      </w:r>
    </w:p>
    <w:p>
      <w:pPr>
        <w:jc w:val="both"/>
      </w:pPr>
      <w:r>
        <w:t>252.100</w:t>
      </w:r>
    </w:p>
    <w:p>
      <w:pPr>
        <w:jc w:val="both"/>
      </w:pPr>
      <w:r>
        <w:t>263.100</w:t>
      </w:r>
    </w:p>
    <w:p>
      <w:pPr>
        <w:jc w:val="both"/>
      </w:pPr>
      <w:r>
        <w:t>225.200</w:t>
      </w:r>
    </w:p>
    <w:p>
      <w:pPr>
        <w:jc w:val="both"/>
      </w:pPr>
      <w:r>
        <w:t>233.900</w:t>
      </w:r>
    </w:p>
    <w:p>
      <w:pPr>
        <w:jc w:val="both"/>
      </w:pPr>
      <w:r>
        <w:t>204.000</w:t>
      </w:r>
    </w:p>
    <w:p>
      <w:pPr>
        <w:jc w:val="both"/>
      </w:pPr>
      <w:r>
        <w:t>210.700</w:t>
      </w:r>
    </w:p>
    <w:p>
      <w:pPr>
        <w:jc w:val="both"/>
      </w:pPr>
      <w:r>
        <w:t>Các khoa trên thuộc Bệnh viện chuyên khoa trực thuộc Bộ Y tế tại Hà Nội và Thành phố Hồ Chí Minh</w:t>
      </w:r>
    </w:p>
    <w:p>
      <w:pPr>
        <w:jc w:val="both"/>
      </w:pPr>
      <w:r>
        <w:t>334.800</w:t>
      </w:r>
    </w:p>
    <w:p>
      <w:pPr>
        <w:jc w:val="both"/>
      </w:pPr>
      <w:r>
        <w:t>352.200</w:t>
      </w:r>
    </w:p>
    <w:p>
      <w:pPr>
        <w:jc w:val="both"/>
      </w:pPr>
      <w:r>
        <w:t>4.3</w:t>
      </w:r>
    </w:p>
    <w:p>
      <w:pPr>
        <w:jc w:val="both"/>
      </w:pPr>
      <w:r>
        <w:t>Loại 3: Sau các phẫu thuật loại 2; Bỏng độ 2 trên 30% diện tích cơ thể, Bỏng độ 3-4 dưới 25% diện tích cơ thể</w:t>
      </w:r>
    </w:p>
    <w:p>
      <w:pPr>
        <w:jc w:val="both"/>
      </w:pPr>
      <w:r>
        <w:t>291.900</w:t>
      </w:r>
    </w:p>
    <w:p>
      <w:pPr>
        <w:jc w:val="both"/>
      </w:pPr>
      <w:r>
        <w:t>305.800</w:t>
      </w:r>
    </w:p>
    <w:p>
      <w:pPr>
        <w:jc w:val="both"/>
      </w:pPr>
      <w:r>
        <w:t>270.500</w:t>
      </w:r>
    </w:p>
    <w:p>
      <w:pPr>
        <w:jc w:val="both"/>
      </w:pPr>
      <w:r>
        <w:t>383.100</w:t>
      </w:r>
    </w:p>
    <w:p>
      <w:pPr>
        <w:jc w:val="both"/>
      </w:pPr>
      <w:r>
        <w:t>224.700</w:t>
      </w:r>
    </w:p>
    <w:p>
      <w:pPr>
        <w:jc w:val="both"/>
      </w:pPr>
      <w:r>
        <w:t>234.000</w:t>
      </w:r>
    </w:p>
    <w:p>
      <w:pPr>
        <w:jc w:val="both"/>
      </w:pPr>
      <w:r>
        <w:t>199.600</w:t>
      </w:r>
    </w:p>
    <w:p>
      <w:pPr>
        <w:jc w:val="both"/>
      </w:pPr>
      <w:r>
        <w:t>207.000</w:t>
      </w:r>
    </w:p>
    <w:p>
      <w:pPr>
        <w:jc w:val="both"/>
      </w:pPr>
      <w:r>
        <w:t>177.200</w:t>
      </w:r>
    </w:p>
    <w:p>
      <w:pPr>
        <w:jc w:val="both"/>
      </w:pPr>
      <w:r>
        <w:t>183.200</w:t>
      </w:r>
    </w:p>
    <w:p>
      <w:pPr>
        <w:jc w:val="both"/>
      </w:pPr>
      <w:r>
        <w:t>Các khoa trên thuộc Bệnh viện chuyên khoa trực thuộc Bộ Y tế tại Hà Nội và Thành phố Hồ Chí Minh</w:t>
      </w:r>
    </w:p>
    <w:p>
      <w:pPr>
        <w:jc w:val="both"/>
      </w:pPr>
      <w:r>
        <w:t>291.900</w:t>
      </w:r>
    </w:p>
    <w:p>
      <w:pPr>
        <w:jc w:val="both"/>
      </w:pPr>
      <w:r>
        <w:t>305.800</w:t>
      </w:r>
    </w:p>
    <w:p>
      <w:pPr>
        <w:jc w:val="both"/>
      </w:pPr>
      <w:r>
        <w:t>4.4</w:t>
      </w:r>
    </w:p>
    <w:p>
      <w:pPr>
        <w:jc w:val="both"/>
      </w:pPr>
      <w:r>
        <w:t>Loại 4: Sau các phẫu thuật loại 3; Bỏng độ 1, độ 2 dưới 30% diện tích cơ thể</w:t>
      </w:r>
    </w:p>
    <w:p>
      <w:pPr>
        <w:jc w:val="both"/>
      </w:pPr>
      <w:r>
        <w:t>262.300</w:t>
      </w:r>
    </w:p>
    <w:p>
      <w:pPr>
        <w:jc w:val="both"/>
      </w:pPr>
      <w:r>
        <w:t>274.800</w:t>
      </w:r>
    </w:p>
    <w:p>
      <w:pPr>
        <w:jc w:val="both"/>
      </w:pPr>
      <w:r>
        <w:t>242.100</w:t>
      </w:r>
    </w:p>
    <w:p>
      <w:pPr>
        <w:jc w:val="both"/>
      </w:pPr>
      <w:r>
        <w:t>253.200</w:t>
      </w:r>
    </w:p>
    <w:p>
      <w:pPr>
        <w:jc w:val="both"/>
      </w:pPr>
      <w:r>
        <w:t>192.100</w:t>
      </w:r>
    </w:p>
    <w:p>
      <w:pPr>
        <w:jc w:val="both"/>
      </w:pPr>
      <w:r>
        <w:t>200.200</w:t>
      </w:r>
    </w:p>
    <w:p>
      <w:pPr>
        <w:jc w:val="both"/>
      </w:pPr>
      <w:r>
        <w:t>168.100</w:t>
      </w:r>
    </w:p>
    <w:p>
      <w:pPr>
        <w:jc w:val="both"/>
      </w:pPr>
      <w:r>
        <w:t>174.700</w:t>
      </w:r>
    </w:p>
    <w:p>
      <w:pPr>
        <w:jc w:val="both"/>
      </w:pPr>
      <w:r>
        <w:t>153.100</w:t>
      </w:r>
    </w:p>
    <w:p>
      <w:pPr>
        <w:jc w:val="both"/>
      </w:pPr>
      <w:r>
        <w:t>158.500</w:t>
      </w:r>
    </w:p>
    <w:p>
      <w:pPr>
        <w:jc w:val="both"/>
      </w:pPr>
      <w:r>
        <w:t>5</w:t>
      </w:r>
    </w:p>
    <w:p>
      <w:pPr>
        <w:jc w:val="both"/>
      </w:pPr>
      <w:r>
        <w:t>Ngày giường trạm y tế xã</w:t>
      </w:r>
    </w:p>
    <w:p>
      <w:pPr>
        <w:jc w:val="both"/>
      </w:pPr>
      <w:r>
        <w:t>64.100-65.900</w:t>
      </w:r>
    </w:p>
    <w:p>
      <w:pPr>
        <w:jc w:val="both"/>
      </w:pPr>
      <w:r>
        <w:t>6</w:t>
      </w:r>
    </w:p>
    <w:p>
      <w:pPr>
        <w:jc w:val="both"/>
      </w:pPr>
      <w:r>
        <w:t>Ngày giường bệnh ban ngày</w:t>
      </w:r>
    </w:p>
    <w:p>
      <w:pPr>
        <w:jc w:val="both"/>
      </w:pPr>
      <w:r>
        <w:t>Được tính bằng 0,3 lần giá ngày giường của các khoa và loại phòng tương ứng.</w:t>
      </w:r>
    </w:p>
    <w:p>
      <w:pPr>
        <w:jc w:val="both"/>
      </w:pPr>
      <w:r>
        <w:t>Ghi chú: Giá ngày giường điều trị nội trú chưa bao gồm chi phí máy thở và khí y tế.</w:t>
      </w:r>
    </w:p>
    <w:p>
      <w:pPr>
        <w:jc w:val="both"/>
      </w:pPr>
      <w:r>
        <w:t>PHỤ LỤC III</w:t>
      </w:r>
    </w:p>
    <w:p>
      <w:pPr>
        <w:jc w:val="both"/>
      </w:pPr>
      <w:r>
        <w:t>KHUNG GIÁ DỊCH VỤ KỸ THUẬT VÀ XÉT NGHIỆM</w:t>
      </w:r>
    </w:p>
    <w:p>
      <w:pPr>
        <w:jc w:val="both"/>
      </w:pPr>
      <w:r>
        <w:t>(Ban hành kèm theo Thông tư số 21/2023/TT-BYT ngày 17/11/2023 của Bộ Y tế)</w:t>
      </w:r>
    </w:p>
    <w:p>
      <w:pPr>
        <w:jc w:val="both"/>
      </w:pPr>
      <w:r>
        <w:t>Đơn vị: đồng</w:t>
      </w:r>
    </w:p>
    <w:p>
      <w:pPr>
        <w:jc w:val="both"/>
      </w:pPr>
      <w:r>
        <w:t>STT</w:t>
      </w:r>
    </w:p>
    <w:p>
      <w:pPr>
        <w:jc w:val="both"/>
      </w:pPr>
      <w:r>
        <w:t>STT</w:t>
      </w:r>
    </w:p>
    <w:p>
      <w:pPr>
        <w:jc w:val="both"/>
      </w:pPr>
      <w:r>
        <w:t>TT 37 (*)</w:t>
      </w:r>
    </w:p>
    <w:p>
      <w:pPr>
        <w:jc w:val="both"/>
      </w:pPr>
      <w:r>
        <w:t>Mã dịch vụ</w:t>
      </w:r>
    </w:p>
    <w:p>
      <w:pPr>
        <w:jc w:val="both"/>
      </w:pPr>
      <w:r>
        <w:t>Tên dịch vụ</w:t>
      </w:r>
    </w:p>
    <w:p>
      <w:pPr>
        <w:jc w:val="both"/>
      </w:pPr>
      <w:r>
        <w:t>Giá tối thiểu</w:t>
      </w:r>
    </w:p>
    <w:p>
      <w:pPr>
        <w:jc w:val="both"/>
      </w:pPr>
      <w:r>
        <w:t>Giá tối đa</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A</w:t>
      </w:r>
    </w:p>
    <w:p>
      <w:pPr>
        <w:jc w:val="both"/>
      </w:pPr>
      <w:r>
        <w:t>A</w:t>
      </w:r>
    </w:p>
    <w:p>
      <w:pPr>
        <w:jc w:val="both"/>
      </w:pPr>
      <w:r>
        <w:t>CHẨN ĐOÁN BẰNG HÌNH ẢNH</w:t>
      </w:r>
    </w:p>
    <w:p>
      <w:pPr>
        <w:jc w:val="both"/>
      </w:pPr>
      <w:r>
        <w:t>I</w:t>
      </w:r>
    </w:p>
    <w:p>
      <w:pPr>
        <w:jc w:val="both"/>
      </w:pPr>
      <w:r>
        <w:t>I</w:t>
      </w:r>
    </w:p>
    <w:p>
      <w:pPr>
        <w:jc w:val="both"/>
      </w:pPr>
      <w:r>
        <w:t>Siêu âm</w:t>
      </w:r>
    </w:p>
    <w:p>
      <w:pPr>
        <w:jc w:val="both"/>
      </w:pPr>
      <w:r>
        <w:t>1</w:t>
      </w:r>
    </w:p>
    <w:p>
      <w:pPr>
        <w:jc w:val="both"/>
      </w:pPr>
      <w:r>
        <w:t>1</w:t>
      </w:r>
    </w:p>
    <w:p>
      <w:pPr>
        <w:jc w:val="both"/>
      </w:pPr>
      <w:r>
        <w:t>04C1.1.3</w:t>
      </w:r>
    </w:p>
    <w:p>
      <w:pPr>
        <w:jc w:val="both"/>
      </w:pPr>
      <w:r>
        <w:t>Siêu âm</w:t>
      </w:r>
    </w:p>
    <w:p>
      <w:pPr>
        <w:jc w:val="both"/>
      </w:pPr>
      <w:r>
        <w:t>49.300</w:t>
      </w:r>
    </w:p>
    <w:p>
      <w:pPr>
        <w:jc w:val="both"/>
      </w:pPr>
      <w:r>
        <w:t>52.000</w:t>
      </w:r>
    </w:p>
    <w:p>
      <w:pPr>
        <w:jc w:val="both"/>
      </w:pPr>
      <w:r>
        <w:t>2</w:t>
      </w:r>
    </w:p>
    <w:p>
      <w:pPr>
        <w:jc w:val="both"/>
      </w:pPr>
      <w:r>
        <w:t>2</w:t>
      </w:r>
    </w:p>
    <w:p>
      <w:pPr>
        <w:jc w:val="both"/>
      </w:pPr>
      <w:r>
        <w:t>03C4.1.3</w:t>
      </w:r>
    </w:p>
    <w:p>
      <w:pPr>
        <w:jc w:val="both"/>
      </w:pPr>
      <w:r>
        <w:t>Siêu âm + đo trục nhãn cầu</w:t>
      </w:r>
    </w:p>
    <w:p>
      <w:pPr>
        <w:jc w:val="both"/>
      </w:pPr>
      <w:r>
        <w:t>81.300</w:t>
      </w:r>
    </w:p>
    <w:p>
      <w:pPr>
        <w:jc w:val="both"/>
      </w:pPr>
      <w:r>
        <w:t>89.100</w:t>
      </w:r>
    </w:p>
    <w:p>
      <w:pPr>
        <w:jc w:val="both"/>
      </w:pPr>
      <w:r>
        <w:t>3</w:t>
      </w:r>
    </w:p>
    <w:p>
      <w:pPr>
        <w:jc w:val="both"/>
      </w:pPr>
      <w:r>
        <w:t>3</w:t>
      </w:r>
    </w:p>
    <w:p>
      <w:pPr>
        <w:jc w:val="both"/>
      </w:pPr>
      <w:r>
        <w:t>Siêu âm đầu dò âm đạo, trực tràng</w:t>
      </w:r>
    </w:p>
    <w:p>
      <w:pPr>
        <w:jc w:val="both"/>
      </w:pPr>
      <w:r>
        <w:t>186.000</w:t>
      </w:r>
    </w:p>
    <w:p>
      <w:pPr>
        <w:jc w:val="both"/>
      </w:pPr>
      <w:r>
        <w:t>210.000</w:t>
      </w:r>
    </w:p>
    <w:p>
      <w:pPr>
        <w:jc w:val="both"/>
      </w:pPr>
      <w:r>
        <w:t>4</w:t>
      </w:r>
    </w:p>
    <w:p>
      <w:pPr>
        <w:jc w:val="both"/>
      </w:pPr>
      <w:r>
        <w:t>4</w:t>
      </w:r>
    </w:p>
    <w:p>
      <w:pPr>
        <w:jc w:val="both"/>
      </w:pPr>
      <w:r>
        <w:t>03C4.1.1</w:t>
      </w:r>
    </w:p>
    <w:p>
      <w:pPr>
        <w:jc w:val="both"/>
      </w:pPr>
      <w:r>
        <w:t>Siêu âm Doppler màu tim hoặc mạch máu</w:t>
      </w:r>
    </w:p>
    <w:p>
      <w:pPr>
        <w:jc w:val="both"/>
      </w:pPr>
      <w:r>
        <w:t>233.000</w:t>
      </w:r>
    </w:p>
    <w:p>
      <w:pPr>
        <w:jc w:val="both"/>
      </w:pPr>
      <w:r>
        <w:t>259.000</w:t>
      </w:r>
    </w:p>
    <w:p>
      <w:pPr>
        <w:jc w:val="both"/>
      </w:pPr>
      <w:r>
        <w:t>5</w:t>
      </w:r>
    </w:p>
    <w:p>
      <w:pPr>
        <w:jc w:val="both"/>
      </w:pPr>
      <w:r>
        <w:t>5</w:t>
      </w:r>
    </w:p>
    <w:p>
      <w:pPr>
        <w:jc w:val="both"/>
      </w:pPr>
      <w:r>
        <w:t>03C4.1.6</w:t>
      </w:r>
    </w:p>
    <w:p>
      <w:pPr>
        <w:jc w:val="both"/>
      </w:pPr>
      <w:r>
        <w:t>Siêu âm Doppler màu tim + cản âm</w:t>
      </w:r>
    </w:p>
    <w:p>
      <w:pPr>
        <w:jc w:val="both"/>
      </w:pPr>
      <w:r>
        <w:t>268.000</w:t>
      </w:r>
    </w:p>
    <w:p>
      <w:pPr>
        <w:jc w:val="both"/>
      </w:pPr>
      <w:r>
        <w:t>299.000</w:t>
      </w:r>
    </w:p>
    <w:p>
      <w:pPr>
        <w:jc w:val="both"/>
      </w:pPr>
      <w:r>
        <w:t>6</w:t>
      </w:r>
    </w:p>
    <w:p>
      <w:pPr>
        <w:jc w:val="both"/>
      </w:pPr>
      <w:r>
        <w:t>6</w:t>
      </w:r>
    </w:p>
    <w:p>
      <w:pPr>
        <w:jc w:val="both"/>
      </w:pPr>
      <w:r>
        <w:t>03C4.1.5</w:t>
      </w:r>
    </w:p>
    <w:p>
      <w:pPr>
        <w:jc w:val="both"/>
      </w:pPr>
      <w:r>
        <w:t>Siêu âm tim gắng sức</w:t>
      </w:r>
    </w:p>
    <w:p>
      <w:pPr>
        <w:jc w:val="both"/>
      </w:pPr>
      <w:r>
        <w:t>598.000</w:t>
      </w:r>
    </w:p>
    <w:p>
      <w:pPr>
        <w:jc w:val="both"/>
      </w:pPr>
      <w:r>
        <w:t>679.000</w:t>
      </w:r>
    </w:p>
    <w:p>
      <w:pPr>
        <w:jc w:val="both"/>
      </w:pPr>
      <w:r>
        <w:t>7</w:t>
      </w:r>
    </w:p>
    <w:p>
      <w:pPr>
        <w:jc w:val="both"/>
      </w:pPr>
      <w:r>
        <w:t>7</w:t>
      </w:r>
    </w:p>
    <w:p>
      <w:pPr>
        <w:jc w:val="both"/>
      </w:pPr>
      <w:r>
        <w:t>04C1.1.4</w:t>
      </w:r>
    </w:p>
    <w:p>
      <w:pPr>
        <w:jc w:val="both"/>
      </w:pPr>
      <w:r>
        <w:t>Siêu âm Doppler màu tim 4D (3D REAL TIME)</w:t>
      </w:r>
    </w:p>
    <w:p>
      <w:pPr>
        <w:jc w:val="both"/>
      </w:pPr>
      <w:r>
        <w:t>468.000</w:t>
      </w:r>
    </w:p>
    <w:p>
      <w:pPr>
        <w:jc w:val="both"/>
      </w:pPr>
      <w:r>
        <w:t>529.000</w:t>
      </w:r>
    </w:p>
    <w:p>
      <w:pPr>
        <w:jc w:val="both"/>
      </w:pPr>
      <w:r>
        <w:t>Chỉ áp dụng trong trường hợp chỉ định để thực hiện các phẫu thuật hoặc can thiệp tim mạch.</w:t>
      </w:r>
    </w:p>
    <w:p>
      <w:pPr>
        <w:jc w:val="both"/>
      </w:pPr>
      <w:r>
        <w:t>8</w:t>
      </w:r>
    </w:p>
    <w:p>
      <w:pPr>
        <w:jc w:val="both"/>
      </w:pPr>
      <w:r>
        <w:t>8</w:t>
      </w:r>
    </w:p>
    <w:p>
      <w:pPr>
        <w:jc w:val="both"/>
      </w:pPr>
      <w:r>
        <w:t>04C1.1.5</w:t>
      </w:r>
    </w:p>
    <w:p>
      <w:pPr>
        <w:jc w:val="both"/>
      </w:pPr>
      <w:r>
        <w:t>Siêu âm Doppler màu tim hoặc mạch máu qua thực quản</w:t>
      </w:r>
    </w:p>
    <w:p>
      <w:pPr>
        <w:jc w:val="both"/>
      </w:pPr>
      <w:r>
        <w:t>816.000</w:t>
      </w:r>
    </w:p>
    <w:p>
      <w:pPr>
        <w:jc w:val="both"/>
      </w:pPr>
      <w:r>
        <w:t>930.000</w:t>
      </w:r>
    </w:p>
    <w:p>
      <w:pPr>
        <w:jc w:val="both"/>
      </w:pPr>
      <w:r>
        <w:t>9</w:t>
      </w:r>
    </w:p>
    <w:p>
      <w:pPr>
        <w:jc w:val="both"/>
      </w:pPr>
      <w:r>
        <w:t>9</w:t>
      </w:r>
    </w:p>
    <w:p>
      <w:pPr>
        <w:jc w:val="both"/>
      </w:pPr>
      <w:r>
        <w:t>04C1.1.6</w:t>
      </w:r>
    </w:p>
    <w:p>
      <w:pPr>
        <w:jc w:val="both"/>
      </w:pPr>
      <w:r>
        <w:t>Siêu âm trong lòng mạch hoặc Đo dự trữ lưu lượng động mạch vành FFR</w:t>
      </w:r>
    </w:p>
    <w:p>
      <w:pPr>
        <w:jc w:val="both"/>
      </w:pPr>
      <w:r>
        <w:t>2.023.000</w:t>
      </w:r>
    </w:p>
    <w:p>
      <w:pPr>
        <w:jc w:val="both"/>
      </w:pPr>
      <w:r>
        <w:t>2.307.000</w:t>
      </w:r>
    </w:p>
    <w:p>
      <w:pPr>
        <w:jc w:val="both"/>
      </w:pPr>
      <w:r>
        <w:t>Chưa bao gồm bộ đầu dò siêu âm, bộ dụng cụ đo dự trữ lưu lượng động mạch vành và các dụng cụ để đưa vào lòng mạch.</w:t>
      </w:r>
    </w:p>
    <w:p>
      <w:pPr>
        <w:jc w:val="both"/>
      </w:pPr>
      <w:r>
        <w:t>II</w:t>
      </w:r>
    </w:p>
    <w:p>
      <w:pPr>
        <w:jc w:val="both"/>
      </w:pPr>
      <w:r>
        <w:t>II</w:t>
      </w:r>
    </w:p>
    <w:p>
      <w:pPr>
        <w:jc w:val="both"/>
      </w:pPr>
      <w:r>
        <w:t>Chụp X-quang thường</w:t>
      </w:r>
    </w:p>
    <w:p>
      <w:pPr>
        <w:jc w:val="both"/>
      </w:pPr>
      <w:r>
        <w:t>10</w:t>
      </w:r>
    </w:p>
    <w:p>
      <w:pPr>
        <w:jc w:val="both"/>
      </w:pPr>
      <w:r>
        <w:t>10</w:t>
      </w:r>
    </w:p>
    <w:p>
      <w:pPr>
        <w:jc w:val="both"/>
      </w:pPr>
      <w:r>
        <w:t>Chụp X-quang phim ≤ 24x30 cm (1 tư thế)</w:t>
      </w:r>
    </w:p>
    <w:p>
      <w:pPr>
        <w:jc w:val="both"/>
      </w:pPr>
      <w:r>
        <w:t>53.200</w:t>
      </w:r>
    </w:p>
    <w:p>
      <w:pPr>
        <w:jc w:val="both"/>
      </w:pPr>
      <w:r>
        <w:t>58.600</w:t>
      </w:r>
    </w:p>
    <w:p>
      <w:pPr>
        <w:jc w:val="both"/>
      </w:pPr>
      <w:r>
        <w:t>Áp dụng cho 01 vị trí</w:t>
      </w:r>
    </w:p>
    <w:p>
      <w:pPr>
        <w:jc w:val="both"/>
      </w:pPr>
      <w:r>
        <w:t>11</w:t>
      </w:r>
    </w:p>
    <w:p>
      <w:pPr>
        <w:jc w:val="both"/>
      </w:pPr>
      <w:r>
        <w:t>11</w:t>
      </w:r>
    </w:p>
    <w:p>
      <w:pPr>
        <w:jc w:val="both"/>
      </w:pPr>
      <w:r>
        <w:t>Chụp X-quang phim ≤ 24x30 cm (2 tư thế)</w:t>
      </w:r>
    </w:p>
    <w:p>
      <w:pPr>
        <w:jc w:val="both"/>
      </w:pPr>
      <w:r>
        <w:t>59.200</w:t>
      </w:r>
    </w:p>
    <w:p>
      <w:pPr>
        <w:jc w:val="both"/>
      </w:pPr>
      <w:r>
        <w:t>65.500</w:t>
      </w:r>
    </w:p>
    <w:p>
      <w:pPr>
        <w:jc w:val="both"/>
      </w:pPr>
      <w:r>
        <w:t>Áp dụng cho 01 vị trí</w:t>
      </w:r>
    </w:p>
    <w:p>
      <w:pPr>
        <w:jc w:val="both"/>
      </w:pPr>
      <w:r>
        <w:t>12</w:t>
      </w:r>
    </w:p>
    <w:p>
      <w:pPr>
        <w:jc w:val="both"/>
      </w:pPr>
      <w:r>
        <w:t>12</w:t>
      </w:r>
    </w:p>
    <w:p>
      <w:pPr>
        <w:jc w:val="both"/>
      </w:pPr>
      <w:r>
        <w:t>Chụp X-quang phim &gt; 24x30 cm (1 tư thế)</w:t>
      </w:r>
    </w:p>
    <w:p>
      <w:pPr>
        <w:jc w:val="both"/>
      </w:pPr>
      <w:r>
        <w:t>59.200</w:t>
      </w:r>
    </w:p>
    <w:p>
      <w:pPr>
        <w:jc w:val="both"/>
      </w:pPr>
      <w:r>
        <w:t>65.500</w:t>
      </w:r>
    </w:p>
    <w:p>
      <w:pPr>
        <w:jc w:val="both"/>
      </w:pPr>
      <w:r>
        <w:t>Áp dụng cho 01 vị trí</w:t>
      </w:r>
    </w:p>
    <w:p>
      <w:pPr>
        <w:jc w:val="both"/>
      </w:pPr>
      <w:r>
        <w:t>13</w:t>
      </w:r>
    </w:p>
    <w:p>
      <w:pPr>
        <w:jc w:val="both"/>
      </w:pPr>
      <w:r>
        <w:t>13</w:t>
      </w:r>
    </w:p>
    <w:p>
      <w:pPr>
        <w:jc w:val="both"/>
      </w:pPr>
      <w:r>
        <w:t>Chụp X-quang phim &gt; 24x30 cm (2 tư thế)</w:t>
      </w:r>
    </w:p>
    <w:p>
      <w:pPr>
        <w:jc w:val="both"/>
      </w:pPr>
      <w:r>
        <w:t>72.200</w:t>
      </w:r>
    </w:p>
    <w:p>
      <w:pPr>
        <w:jc w:val="both"/>
      </w:pPr>
      <w:r>
        <w:t>80.500</w:t>
      </w:r>
    </w:p>
    <w:p>
      <w:pPr>
        <w:jc w:val="both"/>
      </w:pPr>
      <w:r>
        <w:t>Áp dụng cho 01 vị trí</w:t>
      </w:r>
    </w:p>
    <w:p>
      <w:pPr>
        <w:jc w:val="both"/>
      </w:pPr>
      <w:r>
        <w:t>14</w:t>
      </w:r>
    </w:p>
    <w:p>
      <w:pPr>
        <w:jc w:val="both"/>
      </w:pPr>
      <w:r>
        <w:t>Chụp X-quang ổ răng hoặc cận chóp</w:t>
      </w:r>
    </w:p>
    <w:p>
      <w:pPr>
        <w:jc w:val="both"/>
      </w:pPr>
      <w:r>
        <w:t>14.200</w:t>
      </w:r>
    </w:p>
    <w:p>
      <w:pPr>
        <w:jc w:val="both"/>
      </w:pPr>
      <w:r>
        <w:t>15.400</w:t>
      </w:r>
    </w:p>
    <w:p>
      <w:pPr>
        <w:jc w:val="both"/>
      </w:pPr>
      <w:r>
        <w:t>15</w:t>
      </w:r>
    </w:p>
    <w:p>
      <w:pPr>
        <w:jc w:val="both"/>
      </w:pPr>
      <w:r>
        <w:t>14</w:t>
      </w:r>
    </w:p>
    <w:p>
      <w:pPr>
        <w:jc w:val="both"/>
      </w:pPr>
      <w:r>
        <w:t>03C4.2.2.1</w:t>
      </w:r>
    </w:p>
    <w:p>
      <w:pPr>
        <w:jc w:val="both"/>
      </w:pPr>
      <w:r>
        <w:t>Chụp sọ mặt chỉnh nha thường (Panorama, Cephalometric, cắt lớp lồi cầu)</w:t>
      </w:r>
    </w:p>
    <w:p>
      <w:pPr>
        <w:jc w:val="both"/>
      </w:pPr>
      <w:r>
        <w:t>67.200</w:t>
      </w:r>
    </w:p>
    <w:p>
      <w:pPr>
        <w:jc w:val="both"/>
      </w:pPr>
      <w:r>
        <w:t>74.700</w:t>
      </w:r>
    </w:p>
    <w:p>
      <w:pPr>
        <w:jc w:val="both"/>
      </w:pPr>
      <w:r>
        <w:t>16</w:t>
      </w:r>
    </w:p>
    <w:p>
      <w:pPr>
        <w:jc w:val="both"/>
      </w:pPr>
      <w:r>
        <w:t>15</w:t>
      </w:r>
    </w:p>
    <w:p>
      <w:pPr>
        <w:jc w:val="both"/>
      </w:pPr>
      <w:r>
        <w:t>03C4.2.1.7</w:t>
      </w:r>
    </w:p>
    <w:p>
      <w:pPr>
        <w:jc w:val="both"/>
      </w:pPr>
      <w:r>
        <w:t>Chụp Angiography mắt</w:t>
      </w:r>
    </w:p>
    <w:p>
      <w:pPr>
        <w:jc w:val="both"/>
      </w:pPr>
      <w:r>
        <w:t>217.000</w:t>
      </w:r>
    </w:p>
    <w:p>
      <w:pPr>
        <w:jc w:val="both"/>
      </w:pPr>
      <w:r>
        <w:t>247.000</w:t>
      </w:r>
    </w:p>
    <w:p>
      <w:pPr>
        <w:jc w:val="both"/>
      </w:pPr>
      <w:r>
        <w:t>17</w:t>
      </w:r>
    </w:p>
    <w:p>
      <w:pPr>
        <w:jc w:val="both"/>
      </w:pPr>
      <w:r>
        <w:t>16</w:t>
      </w:r>
    </w:p>
    <w:p>
      <w:pPr>
        <w:jc w:val="both"/>
      </w:pPr>
      <w:r>
        <w:t>04C1.2.5.33</w:t>
      </w:r>
    </w:p>
    <w:p>
      <w:pPr>
        <w:jc w:val="both"/>
      </w:pPr>
      <w:r>
        <w:t>Chụp thực quản có uống thuốc cản quang</w:t>
      </w:r>
    </w:p>
    <w:p>
      <w:pPr>
        <w:jc w:val="both"/>
      </w:pPr>
      <w:r>
        <w:t>104.000</w:t>
      </w:r>
    </w:p>
    <w:p>
      <w:pPr>
        <w:jc w:val="both"/>
      </w:pPr>
      <w:r>
        <w:t>117.000</w:t>
      </w:r>
    </w:p>
    <w:p>
      <w:pPr>
        <w:jc w:val="both"/>
      </w:pPr>
      <w:r>
        <w:t>18</w:t>
      </w:r>
    </w:p>
    <w:p>
      <w:pPr>
        <w:jc w:val="both"/>
      </w:pPr>
      <w:r>
        <w:t>17</w:t>
      </w:r>
    </w:p>
    <w:p>
      <w:pPr>
        <w:jc w:val="both"/>
      </w:pPr>
      <w:r>
        <w:t>04C1.2.5.34</w:t>
      </w:r>
    </w:p>
    <w:p>
      <w:pPr>
        <w:jc w:val="both"/>
      </w:pPr>
      <w:r>
        <w:t>Chụp dạ dày-tá tràng có uống thuốc cản quang</w:t>
      </w:r>
    </w:p>
    <w:p>
      <w:pPr>
        <w:jc w:val="both"/>
      </w:pPr>
      <w:r>
        <w:t>119.000</w:t>
      </w:r>
    </w:p>
    <w:p>
      <w:pPr>
        <w:jc w:val="both"/>
      </w:pPr>
      <w:r>
        <w:t>134.000</w:t>
      </w:r>
    </w:p>
    <w:p>
      <w:pPr>
        <w:jc w:val="both"/>
      </w:pPr>
      <w:r>
        <w:t>19</w:t>
      </w:r>
    </w:p>
    <w:p>
      <w:pPr>
        <w:jc w:val="both"/>
      </w:pPr>
      <w:r>
        <w:t>18</w:t>
      </w:r>
    </w:p>
    <w:p>
      <w:pPr>
        <w:jc w:val="both"/>
      </w:pPr>
      <w:r>
        <w:t>04C1.2.5.35</w:t>
      </w:r>
    </w:p>
    <w:p>
      <w:pPr>
        <w:jc w:val="both"/>
      </w:pPr>
      <w:r>
        <w:t>Chụp khung đại tràng có thuốc cản quang</w:t>
      </w:r>
    </w:p>
    <w:p>
      <w:pPr>
        <w:jc w:val="both"/>
      </w:pPr>
      <w:r>
        <w:t>159.000</w:t>
      </w:r>
    </w:p>
    <w:p>
      <w:pPr>
        <w:jc w:val="both"/>
      </w:pPr>
      <w:r>
        <w:t>180.000</w:t>
      </w:r>
    </w:p>
    <w:p>
      <w:pPr>
        <w:jc w:val="both"/>
      </w:pPr>
      <w:r>
        <w:t>20</w:t>
      </w:r>
    </w:p>
    <w:p>
      <w:pPr>
        <w:jc w:val="both"/>
      </w:pPr>
      <w:r>
        <w:t>19</w:t>
      </w:r>
    </w:p>
    <w:p>
      <w:pPr>
        <w:jc w:val="both"/>
      </w:pPr>
      <w:r>
        <w:t>03C4.2.5.10</w:t>
      </w:r>
    </w:p>
    <w:p>
      <w:pPr>
        <w:jc w:val="both"/>
      </w:pPr>
      <w:r>
        <w:t>Chụp mật qua Kehr</w:t>
      </w:r>
    </w:p>
    <w:p>
      <w:pPr>
        <w:jc w:val="both"/>
      </w:pPr>
      <w:r>
        <w:t>255.000</w:t>
      </w:r>
    </w:p>
    <w:p>
      <w:pPr>
        <w:jc w:val="both"/>
      </w:pPr>
      <w:r>
        <w:t>281.000</w:t>
      </w:r>
    </w:p>
    <w:p>
      <w:pPr>
        <w:jc w:val="both"/>
      </w:pPr>
      <w:r>
        <w:t>Chưa bao gồm thuốc cản quang.</w:t>
      </w:r>
    </w:p>
    <w:p>
      <w:pPr>
        <w:jc w:val="both"/>
      </w:pPr>
      <w:r>
        <w:t>21</w:t>
      </w:r>
    </w:p>
    <w:p>
      <w:pPr>
        <w:jc w:val="both"/>
      </w:pPr>
      <w:r>
        <w:t>20</w:t>
      </w:r>
    </w:p>
    <w:p>
      <w:pPr>
        <w:jc w:val="both"/>
      </w:pPr>
      <w:r>
        <w:t>04C1.2.5.30</w:t>
      </w:r>
    </w:p>
    <w:p>
      <w:pPr>
        <w:jc w:val="both"/>
      </w:pPr>
      <w:r>
        <w:t>Chụp hệ tiết niệu có tiêm thuốc cản quang (UIV)</w:t>
      </w:r>
    </w:p>
    <w:p>
      <w:pPr>
        <w:jc w:val="both"/>
      </w:pPr>
      <w:r>
        <w:t>554.000</w:t>
      </w:r>
    </w:p>
    <w:p>
      <w:pPr>
        <w:jc w:val="both"/>
      </w:pPr>
      <w:r>
        <w:t>625.000</w:t>
      </w:r>
    </w:p>
    <w:p>
      <w:pPr>
        <w:jc w:val="both"/>
      </w:pPr>
      <w:r>
        <w:t>22</w:t>
      </w:r>
    </w:p>
    <w:p>
      <w:pPr>
        <w:jc w:val="both"/>
      </w:pPr>
      <w:r>
        <w:t>21</w:t>
      </w:r>
    </w:p>
    <w:p>
      <w:pPr>
        <w:jc w:val="both"/>
      </w:pPr>
      <w:r>
        <w:t>04C1.2.5.31</w:t>
      </w:r>
    </w:p>
    <w:p>
      <w:pPr>
        <w:jc w:val="both"/>
      </w:pPr>
      <w:r>
        <w:t>Chụp niệu quản - bể thận ngược dòng (UPR) có tiêm thuốc cản quang</w:t>
      </w:r>
    </w:p>
    <w:p>
      <w:pPr>
        <w:jc w:val="both"/>
      </w:pPr>
      <w:r>
        <w:t>544.000</w:t>
      </w:r>
    </w:p>
    <w:p>
      <w:pPr>
        <w:jc w:val="both"/>
      </w:pPr>
      <w:r>
        <w:t>614.000</w:t>
      </w:r>
    </w:p>
    <w:p>
      <w:pPr>
        <w:jc w:val="both"/>
      </w:pPr>
      <w:r>
        <w:t>23</w:t>
      </w:r>
    </w:p>
    <w:p>
      <w:pPr>
        <w:jc w:val="both"/>
      </w:pPr>
      <w:r>
        <w:t>22</w:t>
      </w:r>
    </w:p>
    <w:p>
      <w:pPr>
        <w:jc w:val="both"/>
      </w:pPr>
      <w:r>
        <w:t>03C4.2.5.11</w:t>
      </w:r>
    </w:p>
    <w:p>
      <w:pPr>
        <w:jc w:val="both"/>
      </w:pPr>
      <w:r>
        <w:t>Chụp bàng quang có bơm thuốc cản quang</w:t>
      </w:r>
    </w:p>
    <w:p>
      <w:pPr>
        <w:jc w:val="both"/>
      </w:pPr>
      <w:r>
        <w:t>221.000</w:t>
      </w:r>
    </w:p>
    <w:p>
      <w:pPr>
        <w:jc w:val="both"/>
      </w:pPr>
      <w:r>
        <w:t>242.000</w:t>
      </w:r>
    </w:p>
    <w:p>
      <w:pPr>
        <w:jc w:val="both"/>
      </w:pPr>
      <w:r>
        <w:t>24</w:t>
      </w:r>
    </w:p>
    <w:p>
      <w:pPr>
        <w:jc w:val="both"/>
      </w:pPr>
      <w:r>
        <w:t>23</w:t>
      </w:r>
    </w:p>
    <w:p>
      <w:pPr>
        <w:jc w:val="both"/>
      </w:pPr>
      <w:r>
        <w:t>04C1.2.6.36</w:t>
      </w:r>
    </w:p>
    <w:p>
      <w:pPr>
        <w:jc w:val="both"/>
      </w:pPr>
      <w:r>
        <w:t>Chụp tử cung-vòi trứng (bao gồm cả thuốc)</w:t>
      </w:r>
    </w:p>
    <w:p>
      <w:pPr>
        <w:jc w:val="both"/>
      </w:pPr>
      <w:r>
        <w:t>386.000</w:t>
      </w:r>
    </w:p>
    <w:p>
      <w:pPr>
        <w:jc w:val="both"/>
      </w:pPr>
      <w:r>
        <w:t>432.000</w:t>
      </w:r>
    </w:p>
    <w:p>
      <w:pPr>
        <w:jc w:val="both"/>
      </w:pPr>
      <w:r>
        <w:t>25</w:t>
      </w:r>
    </w:p>
    <w:p>
      <w:pPr>
        <w:jc w:val="both"/>
      </w:pPr>
      <w:r>
        <w:t>24</w:t>
      </w:r>
    </w:p>
    <w:p>
      <w:pPr>
        <w:jc w:val="both"/>
      </w:pPr>
      <w:r>
        <w:t>03C4.2.5.12</w:t>
      </w:r>
    </w:p>
    <w:p>
      <w:pPr>
        <w:jc w:val="both"/>
      </w:pPr>
      <w:r>
        <w:t>Chụp X - quang vú định vị kim dây</w:t>
      </w:r>
    </w:p>
    <w:p>
      <w:pPr>
        <w:jc w:val="both"/>
      </w:pPr>
      <w:r>
        <w:t>401.000</w:t>
      </w:r>
    </w:p>
    <w:p>
      <w:pPr>
        <w:jc w:val="both"/>
      </w:pPr>
      <w:r>
        <w:t>449.000</w:t>
      </w:r>
    </w:p>
    <w:p>
      <w:pPr>
        <w:jc w:val="both"/>
      </w:pPr>
      <w:r>
        <w:t>Chưa bao gồm kim định vị.</w:t>
      </w:r>
    </w:p>
    <w:p>
      <w:pPr>
        <w:jc w:val="both"/>
      </w:pPr>
      <w:r>
        <w:t>26</w:t>
      </w:r>
    </w:p>
    <w:p>
      <w:pPr>
        <w:jc w:val="both"/>
      </w:pPr>
      <w:r>
        <w:t>25</w:t>
      </w:r>
    </w:p>
    <w:p>
      <w:pPr>
        <w:jc w:val="both"/>
      </w:pPr>
      <w:r>
        <w:t>03C4.2.5.13</w:t>
      </w:r>
    </w:p>
    <w:p>
      <w:pPr>
        <w:jc w:val="both"/>
      </w:pPr>
      <w:r>
        <w:t>Lỗ dò cản quang</w:t>
      </w:r>
    </w:p>
    <w:p>
      <w:pPr>
        <w:jc w:val="both"/>
      </w:pPr>
      <w:r>
        <w:t>421.000</w:t>
      </w:r>
    </w:p>
    <w:p>
      <w:pPr>
        <w:jc w:val="both"/>
      </w:pPr>
      <w:r>
        <w:t>472.000</w:t>
      </w:r>
    </w:p>
    <w:p>
      <w:pPr>
        <w:jc w:val="both"/>
      </w:pPr>
      <w:r>
        <w:t>27</w:t>
      </w:r>
    </w:p>
    <w:p>
      <w:pPr>
        <w:jc w:val="both"/>
      </w:pPr>
      <w:r>
        <w:t>26</w:t>
      </w:r>
    </w:p>
    <w:p>
      <w:pPr>
        <w:jc w:val="both"/>
      </w:pPr>
      <w:r>
        <w:t>03C4.2.5.15</w:t>
      </w:r>
    </w:p>
    <w:p>
      <w:pPr>
        <w:jc w:val="both"/>
      </w:pPr>
      <w:r>
        <w:t>Mammography (1 bên)</w:t>
      </w:r>
    </w:p>
    <w:p>
      <w:pPr>
        <w:jc w:val="both"/>
      </w:pPr>
      <w:r>
        <w:t>97.200</w:t>
      </w:r>
    </w:p>
    <w:p>
      <w:pPr>
        <w:jc w:val="both"/>
      </w:pPr>
      <w:r>
        <w:t>109.000</w:t>
      </w:r>
    </w:p>
    <w:p>
      <w:pPr>
        <w:jc w:val="both"/>
      </w:pPr>
      <w:r>
        <w:t>28</w:t>
      </w:r>
    </w:p>
    <w:p>
      <w:pPr>
        <w:jc w:val="both"/>
      </w:pPr>
      <w:r>
        <w:t>27</w:t>
      </w:r>
    </w:p>
    <w:p>
      <w:pPr>
        <w:jc w:val="both"/>
      </w:pPr>
      <w:r>
        <w:t>04C1.2.6.37</w:t>
      </w:r>
    </w:p>
    <w:p>
      <w:pPr>
        <w:jc w:val="both"/>
      </w:pPr>
      <w:r>
        <w:t>Chụp tủy sống có tiêm thuốc</w:t>
      </w:r>
    </w:p>
    <w:p>
      <w:pPr>
        <w:jc w:val="both"/>
      </w:pPr>
      <w:r>
        <w:t>416.000</w:t>
      </w:r>
    </w:p>
    <w:p>
      <w:pPr>
        <w:jc w:val="both"/>
      </w:pPr>
      <w:r>
        <w:t>466.000</w:t>
      </w:r>
    </w:p>
    <w:p>
      <w:pPr>
        <w:jc w:val="both"/>
      </w:pPr>
      <w:r>
        <w:t>III</w:t>
      </w:r>
    </w:p>
    <w:p>
      <w:pPr>
        <w:jc w:val="both"/>
      </w:pPr>
      <w:r>
        <w:t>III</w:t>
      </w:r>
    </w:p>
    <w:p>
      <w:pPr>
        <w:jc w:val="both"/>
      </w:pPr>
      <w:r>
        <w:t>Chụp X-quang số hóa</w:t>
      </w:r>
    </w:p>
    <w:p>
      <w:pPr>
        <w:jc w:val="both"/>
      </w:pPr>
      <w:r>
        <w:t>29</w:t>
      </w:r>
    </w:p>
    <w:p>
      <w:pPr>
        <w:jc w:val="both"/>
      </w:pPr>
      <w:r>
        <w:t>28</w:t>
      </w:r>
    </w:p>
    <w:p>
      <w:pPr>
        <w:jc w:val="both"/>
      </w:pPr>
      <w:r>
        <w:t>04C1.2.6.51</w:t>
      </w:r>
    </w:p>
    <w:p>
      <w:pPr>
        <w:jc w:val="both"/>
      </w:pPr>
      <w:r>
        <w:t>Chụp X-quang số hóa 1 phim</w:t>
      </w:r>
    </w:p>
    <w:p>
      <w:pPr>
        <w:jc w:val="both"/>
      </w:pPr>
      <w:r>
        <w:t>68.300</w:t>
      </w:r>
    </w:p>
    <w:p>
      <w:pPr>
        <w:jc w:val="both"/>
      </w:pPr>
      <w:r>
        <w:t>76.100</w:t>
      </w:r>
    </w:p>
    <w:p>
      <w:pPr>
        <w:jc w:val="both"/>
      </w:pPr>
      <w:r>
        <w:t>Áp dụng cho 01 vị trí</w:t>
      </w:r>
    </w:p>
    <w:p>
      <w:pPr>
        <w:jc w:val="both"/>
      </w:pPr>
      <w:r>
        <w:t>30</w:t>
      </w:r>
    </w:p>
    <w:p>
      <w:pPr>
        <w:jc w:val="both"/>
      </w:pPr>
      <w:r>
        <w:t>29</w:t>
      </w:r>
    </w:p>
    <w:p>
      <w:pPr>
        <w:jc w:val="both"/>
      </w:pPr>
      <w:r>
        <w:t>04C1.2.6.52</w:t>
      </w:r>
    </w:p>
    <w:p>
      <w:pPr>
        <w:jc w:val="both"/>
      </w:pPr>
      <w:r>
        <w:t>Chụp X-quang số hóa 2 phim</w:t>
      </w:r>
    </w:p>
    <w:p>
      <w:pPr>
        <w:jc w:val="both"/>
      </w:pPr>
      <w:r>
        <w:t>100.000</w:t>
      </w:r>
    </w:p>
    <w:p>
      <w:pPr>
        <w:jc w:val="both"/>
      </w:pPr>
      <w:r>
        <w:t>112.000</w:t>
      </w:r>
    </w:p>
    <w:p>
      <w:pPr>
        <w:jc w:val="both"/>
      </w:pPr>
      <w:r>
        <w:t>Áp dụng cho 01 vị trí</w:t>
      </w:r>
    </w:p>
    <w:p>
      <w:pPr>
        <w:jc w:val="both"/>
      </w:pPr>
      <w:r>
        <w:t>31</w:t>
      </w:r>
    </w:p>
    <w:p>
      <w:pPr>
        <w:jc w:val="both"/>
      </w:pPr>
      <w:r>
        <w:t>30</w:t>
      </w:r>
    </w:p>
    <w:p>
      <w:pPr>
        <w:jc w:val="both"/>
      </w:pPr>
      <w:r>
        <w:t>04C1.2.6.53</w:t>
      </w:r>
    </w:p>
    <w:p>
      <w:pPr>
        <w:jc w:val="both"/>
      </w:pPr>
      <w:r>
        <w:t>Chụp X-quang số hóa 3 phim</w:t>
      </w:r>
    </w:p>
    <w:p>
      <w:pPr>
        <w:jc w:val="both"/>
      </w:pPr>
      <w:r>
        <w:t>125.000</w:t>
      </w:r>
    </w:p>
    <w:p>
      <w:pPr>
        <w:jc w:val="both"/>
      </w:pPr>
      <w:r>
        <w:t>141.000</w:t>
      </w:r>
    </w:p>
    <w:p>
      <w:pPr>
        <w:jc w:val="both"/>
      </w:pPr>
      <w:r>
        <w:t>Áp dụng cho 01 vị trí</w:t>
      </w:r>
    </w:p>
    <w:p>
      <w:pPr>
        <w:jc w:val="both"/>
      </w:pPr>
      <w:r>
        <w:t>32</w:t>
      </w:r>
    </w:p>
    <w:p>
      <w:pPr>
        <w:jc w:val="both"/>
      </w:pPr>
      <w:r>
        <w:t>Chụp Xquang số hóa ổ răng hoặc cận chóp</w:t>
      </w:r>
    </w:p>
    <w:p>
      <w:pPr>
        <w:jc w:val="both"/>
      </w:pPr>
      <w:r>
        <w:t>20.700</w:t>
      </w:r>
    </w:p>
    <w:p>
      <w:pPr>
        <w:jc w:val="both"/>
      </w:pPr>
      <w:r>
        <w:t>22.200</w:t>
      </w:r>
    </w:p>
    <w:p>
      <w:pPr>
        <w:jc w:val="both"/>
      </w:pPr>
      <w:r>
        <w:t>33</w:t>
      </w:r>
    </w:p>
    <w:p>
      <w:pPr>
        <w:jc w:val="both"/>
      </w:pPr>
      <w:r>
        <w:t>31</w:t>
      </w:r>
    </w:p>
    <w:p>
      <w:pPr>
        <w:jc w:val="both"/>
      </w:pPr>
      <w:r>
        <w:t>04C1.2.6.54</w:t>
      </w:r>
    </w:p>
    <w:p>
      <w:pPr>
        <w:jc w:val="both"/>
      </w:pPr>
      <w:r>
        <w:t>Chụp tử cung-vòi trứng bằng số hóa</w:t>
      </w:r>
    </w:p>
    <w:p>
      <w:pPr>
        <w:jc w:val="both"/>
      </w:pPr>
      <w:r>
        <w:t>426.000</w:t>
      </w:r>
    </w:p>
    <w:p>
      <w:pPr>
        <w:jc w:val="both"/>
      </w:pPr>
      <w:r>
        <w:t>478.000</w:t>
      </w:r>
    </w:p>
    <w:p>
      <w:pPr>
        <w:jc w:val="both"/>
      </w:pPr>
      <w:r>
        <w:t>34</w:t>
      </w:r>
    </w:p>
    <w:p>
      <w:pPr>
        <w:jc w:val="both"/>
      </w:pPr>
      <w:r>
        <w:t>32</w:t>
      </w:r>
    </w:p>
    <w:p>
      <w:pPr>
        <w:jc w:val="both"/>
      </w:pPr>
      <w:r>
        <w:t>04C1.2.6.55</w:t>
      </w:r>
    </w:p>
    <w:p>
      <w:pPr>
        <w:jc w:val="both"/>
      </w:pPr>
      <w:r>
        <w:t>Chụp hệ tiết niệu có tiêm thuốc cản quang (UIV) số hóa</w:t>
      </w:r>
    </w:p>
    <w:p>
      <w:pPr>
        <w:jc w:val="both"/>
      </w:pPr>
      <w:r>
        <w:t>624.000</w:t>
      </w:r>
    </w:p>
    <w:p>
      <w:pPr>
        <w:jc w:val="both"/>
      </w:pPr>
      <w:r>
        <w:t>706.000</w:t>
      </w:r>
    </w:p>
    <w:p>
      <w:pPr>
        <w:jc w:val="both"/>
      </w:pPr>
      <w:r>
        <w:t>35</w:t>
      </w:r>
    </w:p>
    <w:p>
      <w:pPr>
        <w:jc w:val="both"/>
      </w:pPr>
      <w:r>
        <w:t>33</w:t>
      </w:r>
    </w:p>
    <w:p>
      <w:pPr>
        <w:jc w:val="both"/>
      </w:pPr>
      <w:r>
        <w:t>04C1.2.6.56</w:t>
      </w:r>
    </w:p>
    <w:p>
      <w:pPr>
        <w:jc w:val="both"/>
      </w:pPr>
      <w:r>
        <w:t>Chụp niệu quản - bể thận ngược dòng (UPR) số hóa</w:t>
      </w:r>
    </w:p>
    <w:p>
      <w:pPr>
        <w:jc w:val="both"/>
      </w:pPr>
      <w:r>
        <w:t>579.000</w:t>
      </w:r>
    </w:p>
    <w:p>
      <w:pPr>
        <w:jc w:val="both"/>
      </w:pPr>
      <w:r>
        <w:t>654.000</w:t>
      </w:r>
    </w:p>
    <w:p>
      <w:pPr>
        <w:jc w:val="both"/>
      </w:pPr>
      <w:r>
        <w:t>36</w:t>
      </w:r>
    </w:p>
    <w:p>
      <w:pPr>
        <w:jc w:val="both"/>
      </w:pPr>
      <w:r>
        <w:t>34</w:t>
      </w:r>
    </w:p>
    <w:p>
      <w:pPr>
        <w:jc w:val="both"/>
      </w:pPr>
      <w:r>
        <w:t>04C1.2.6.57</w:t>
      </w:r>
    </w:p>
    <w:p>
      <w:pPr>
        <w:jc w:val="both"/>
      </w:pPr>
      <w:r>
        <w:t>Chụp thực quản có uống thuốc cản quang số hóa</w:t>
      </w:r>
    </w:p>
    <w:p>
      <w:pPr>
        <w:jc w:val="both"/>
      </w:pPr>
      <w:r>
        <w:t>239.000</w:t>
      </w:r>
    </w:p>
    <w:p>
      <w:pPr>
        <w:jc w:val="both"/>
      </w:pPr>
      <w:r>
        <w:t>262.000</w:t>
      </w:r>
    </w:p>
    <w:p>
      <w:pPr>
        <w:jc w:val="both"/>
      </w:pPr>
      <w:r>
        <w:t>37</w:t>
      </w:r>
    </w:p>
    <w:p>
      <w:pPr>
        <w:jc w:val="both"/>
      </w:pPr>
      <w:r>
        <w:t>35</w:t>
      </w:r>
    </w:p>
    <w:p>
      <w:pPr>
        <w:jc w:val="both"/>
      </w:pPr>
      <w:r>
        <w:t>04C1.2.6.58</w:t>
      </w:r>
    </w:p>
    <w:p>
      <w:pPr>
        <w:jc w:val="both"/>
      </w:pPr>
      <w:r>
        <w:t>Chụp dạ dày-tá tràng có uống thuốc cản quang số hóa</w:t>
      </w:r>
    </w:p>
    <w:p>
      <w:pPr>
        <w:jc w:val="both"/>
      </w:pPr>
      <w:r>
        <w:t>239.000</w:t>
      </w:r>
    </w:p>
    <w:p>
      <w:pPr>
        <w:jc w:val="both"/>
      </w:pPr>
      <w:r>
        <w:t>262.000</w:t>
      </w:r>
    </w:p>
    <w:p>
      <w:pPr>
        <w:jc w:val="both"/>
      </w:pPr>
      <w:r>
        <w:t>38</w:t>
      </w:r>
    </w:p>
    <w:p>
      <w:pPr>
        <w:jc w:val="both"/>
      </w:pPr>
      <w:r>
        <w:t>36</w:t>
      </w:r>
    </w:p>
    <w:p>
      <w:pPr>
        <w:jc w:val="both"/>
      </w:pPr>
      <w:r>
        <w:t>04C1.2.6.59</w:t>
      </w:r>
    </w:p>
    <w:p>
      <w:pPr>
        <w:jc w:val="both"/>
      </w:pPr>
      <w:r>
        <w:t>Chụp khung đại tràng có thuốc cản quang số hóa</w:t>
      </w:r>
    </w:p>
    <w:p>
      <w:pPr>
        <w:jc w:val="both"/>
      </w:pPr>
      <w:r>
        <w:t>279.000</w:t>
      </w:r>
    </w:p>
    <w:p>
      <w:pPr>
        <w:jc w:val="both"/>
      </w:pPr>
      <w:r>
        <w:t>309.000</w:t>
      </w:r>
    </w:p>
    <w:p>
      <w:pPr>
        <w:jc w:val="both"/>
      </w:pPr>
      <w:r>
        <w:t>39</w:t>
      </w:r>
    </w:p>
    <w:p>
      <w:pPr>
        <w:jc w:val="both"/>
      </w:pPr>
      <w:r>
        <w:t>37</w:t>
      </w:r>
    </w:p>
    <w:p>
      <w:pPr>
        <w:jc w:val="both"/>
      </w:pPr>
      <w:r>
        <w:t>04C1.2.6.60</w:t>
      </w:r>
    </w:p>
    <w:p>
      <w:pPr>
        <w:jc w:val="both"/>
      </w:pPr>
      <w:r>
        <w:t>Chụp tủy sống có thuốc cản quang số hóa</w:t>
      </w:r>
    </w:p>
    <w:p>
      <w:pPr>
        <w:jc w:val="both"/>
      </w:pPr>
      <w:r>
        <w:t>536.000</w:t>
      </w:r>
    </w:p>
    <w:p>
      <w:pPr>
        <w:jc w:val="both"/>
      </w:pPr>
      <w:r>
        <w:t>604.000</w:t>
      </w:r>
    </w:p>
    <w:p>
      <w:pPr>
        <w:jc w:val="both"/>
      </w:pPr>
      <w:r>
        <w:t>40</w:t>
      </w:r>
    </w:p>
    <w:p>
      <w:pPr>
        <w:jc w:val="both"/>
      </w:pPr>
      <w:r>
        <w:t>38</w:t>
      </w:r>
    </w:p>
    <w:p>
      <w:pPr>
        <w:jc w:val="both"/>
      </w:pPr>
      <w:r>
        <w:t>Chụp X-quang số hóa cắt lớp tuyến vú 1 bên (tomosynthesis)</w:t>
      </w:r>
    </w:p>
    <w:p>
      <w:pPr>
        <w:jc w:val="both"/>
      </w:pPr>
      <w:r>
        <w:t>959.000</w:t>
      </w:r>
    </w:p>
    <w:p>
      <w:pPr>
        <w:jc w:val="both"/>
      </w:pPr>
      <w:r>
        <w:t>1.091.000</w:t>
      </w:r>
    </w:p>
    <w:p>
      <w:pPr>
        <w:jc w:val="both"/>
      </w:pPr>
      <w:r>
        <w:t>41</w:t>
      </w:r>
    </w:p>
    <w:p>
      <w:pPr>
        <w:jc w:val="both"/>
      </w:pPr>
      <w:r>
        <w:t>39</w:t>
      </w:r>
    </w:p>
    <w:p>
      <w:pPr>
        <w:jc w:val="both"/>
      </w:pPr>
      <w:r>
        <w:t>Chụp X-quang số hóa đường dò, các tuyến có bơm thuốc cản quang trực tiếp</w:t>
      </w:r>
    </w:p>
    <w:p>
      <w:pPr>
        <w:jc w:val="both"/>
      </w:pPr>
      <w:r>
        <w:t>401.000</w:t>
      </w:r>
    </w:p>
    <w:p>
      <w:pPr>
        <w:jc w:val="both"/>
      </w:pPr>
      <w:r>
        <w:t>449.000</w:t>
      </w:r>
    </w:p>
    <w:p>
      <w:pPr>
        <w:jc w:val="both"/>
      </w:pPr>
      <w:r>
        <w:t>Chưa bao gồm ống thông, kim chọc chuyên dụng.</w:t>
      </w:r>
    </w:p>
    <w:p>
      <w:pPr>
        <w:jc w:val="both"/>
      </w:pPr>
      <w:r>
        <w:t>IV</w:t>
      </w:r>
    </w:p>
    <w:p>
      <w:pPr>
        <w:jc w:val="both"/>
      </w:pPr>
      <w:r>
        <w:t>IV</w:t>
      </w:r>
    </w:p>
    <w:p>
      <w:pPr>
        <w:jc w:val="both"/>
      </w:pPr>
      <w:r>
        <w:t>Chụp cắt lớp vi tính, chụp mạch, cộng hưởng từ</w:t>
      </w:r>
    </w:p>
    <w:p>
      <w:pPr>
        <w:jc w:val="both"/>
      </w:pPr>
      <w:r>
        <w:t>42</w:t>
      </w:r>
    </w:p>
    <w:p>
      <w:pPr>
        <w:jc w:val="both"/>
      </w:pPr>
      <w:r>
        <w:t>40</w:t>
      </w:r>
    </w:p>
    <w:p>
      <w:pPr>
        <w:jc w:val="both"/>
      </w:pPr>
      <w:r>
        <w:t>04C1.2.6.41</w:t>
      </w:r>
    </w:p>
    <w:p>
      <w:pPr>
        <w:jc w:val="both"/>
      </w:pPr>
      <w:r>
        <w:t>Chụp CT Scanner đến 32 dãy không có thuốc cản quang</w:t>
      </w:r>
    </w:p>
    <w:p>
      <w:pPr>
        <w:jc w:val="both"/>
      </w:pPr>
      <w:r>
        <w:t>532.000</w:t>
      </w:r>
    </w:p>
    <w:p>
      <w:pPr>
        <w:jc w:val="both"/>
      </w:pPr>
      <w:r>
        <w:t>604.000</w:t>
      </w:r>
    </w:p>
    <w:p>
      <w:pPr>
        <w:jc w:val="both"/>
      </w:pPr>
      <w:r>
        <w:t>43</w:t>
      </w:r>
    </w:p>
    <w:p>
      <w:pPr>
        <w:jc w:val="both"/>
      </w:pPr>
      <w:r>
        <w:t>41</w:t>
      </w:r>
    </w:p>
    <w:p>
      <w:pPr>
        <w:jc w:val="both"/>
      </w:pPr>
      <w:r>
        <w:t>04C1.2.6.42</w:t>
      </w:r>
    </w:p>
    <w:p>
      <w:pPr>
        <w:jc w:val="both"/>
      </w:pPr>
      <w:r>
        <w:t>Chụp CT Scanner đến 32 dãy có thuốc cản quang</w:t>
      </w:r>
    </w:p>
    <w:p>
      <w:pPr>
        <w:jc w:val="both"/>
      </w:pPr>
      <w:r>
        <w:t>643.000</w:t>
      </w:r>
    </w:p>
    <w:p>
      <w:pPr>
        <w:jc w:val="both"/>
      </w:pPr>
      <w:r>
        <w:t>731.000</w:t>
      </w:r>
    </w:p>
    <w:p>
      <w:pPr>
        <w:jc w:val="both"/>
      </w:pPr>
      <w:r>
        <w:t>Chưa bao gồm thuốc cản quang.</w:t>
      </w:r>
    </w:p>
    <w:p>
      <w:pPr>
        <w:jc w:val="both"/>
      </w:pPr>
      <w:r>
        <w:t>44</w:t>
      </w:r>
    </w:p>
    <w:p>
      <w:pPr>
        <w:jc w:val="both"/>
      </w:pPr>
      <w:r>
        <w:t>42</w:t>
      </w:r>
    </w:p>
    <w:p>
      <w:pPr>
        <w:jc w:val="both"/>
      </w:pPr>
      <w:r>
        <w:t>04C1.2.6.63</w:t>
      </w:r>
    </w:p>
    <w:p>
      <w:pPr>
        <w:jc w:val="both"/>
      </w:pPr>
      <w:r>
        <w:t>Chụp CT Seanner 64 dãy đến 128 dãy có thuốc cản quang</w:t>
      </w:r>
    </w:p>
    <w:p>
      <w:pPr>
        <w:jc w:val="both"/>
      </w:pPr>
      <w:r>
        <w:t>1.712.000</w:t>
      </w:r>
    </w:p>
    <w:p>
      <w:pPr>
        <w:jc w:val="both"/>
      </w:pPr>
      <w:r>
        <w:t>1.961.000</w:t>
      </w:r>
    </w:p>
    <w:p>
      <w:pPr>
        <w:jc w:val="both"/>
      </w:pPr>
      <w:r>
        <w:t>Chưa bao gồm thuốc cản quang.</w:t>
      </w:r>
    </w:p>
    <w:p>
      <w:pPr>
        <w:jc w:val="both"/>
      </w:pPr>
      <w:r>
        <w:t>45</w:t>
      </w:r>
    </w:p>
    <w:p>
      <w:pPr>
        <w:jc w:val="both"/>
      </w:pPr>
      <w:r>
        <w:t>43</w:t>
      </w:r>
    </w:p>
    <w:p>
      <w:pPr>
        <w:jc w:val="both"/>
      </w:pPr>
      <w:r>
        <w:t>04C1.2.63</w:t>
      </w:r>
    </w:p>
    <w:p>
      <w:pPr>
        <w:jc w:val="both"/>
      </w:pPr>
      <w:r>
        <w:t>Chụp CT Scanner 64 dãy đến 128 dãy không có thuốc cản quang</w:t>
      </w:r>
    </w:p>
    <w:p>
      <w:pPr>
        <w:jc w:val="both"/>
      </w:pPr>
      <w:r>
        <w:t>1.461.000</w:t>
      </w:r>
    </w:p>
    <w:p>
      <w:pPr>
        <w:jc w:val="both"/>
      </w:pPr>
      <w:r>
        <w:t>1.669.000</w:t>
      </w:r>
    </w:p>
    <w:p>
      <w:pPr>
        <w:jc w:val="both"/>
      </w:pPr>
      <w:r>
        <w:t>46</w:t>
      </w:r>
    </w:p>
    <w:p>
      <w:pPr>
        <w:jc w:val="both"/>
      </w:pPr>
      <w:r>
        <w:t>44</w:t>
      </w:r>
    </w:p>
    <w:p>
      <w:pPr>
        <w:jc w:val="both"/>
      </w:pPr>
      <w:r>
        <w:t>Chụp CT Scanner toàn thân 64 dãy - 128 dãy có thuốc cản quang</w:t>
      </w:r>
    </w:p>
    <w:p>
      <w:pPr>
        <w:jc w:val="both"/>
      </w:pPr>
      <w:r>
        <w:t>3.467.000</w:t>
      </w:r>
    </w:p>
    <w:p>
      <w:pPr>
        <w:jc w:val="both"/>
      </w:pPr>
      <w:r>
        <w:t>3.978.000</w:t>
      </w:r>
    </w:p>
    <w:p>
      <w:pPr>
        <w:jc w:val="both"/>
      </w:pPr>
      <w:r>
        <w:t>Chưa bao gồm thuốc cản quang.</w:t>
      </w:r>
    </w:p>
    <w:p>
      <w:pPr>
        <w:jc w:val="both"/>
      </w:pPr>
      <w:r>
        <w:t>47</w:t>
      </w:r>
    </w:p>
    <w:p>
      <w:pPr>
        <w:jc w:val="both"/>
      </w:pPr>
      <w:r>
        <w:t>45</w:t>
      </w:r>
    </w:p>
    <w:p>
      <w:pPr>
        <w:jc w:val="both"/>
      </w:pPr>
      <w:r>
        <w:t>Chụp CT Scanner toàn thân 64 dãy - 128 dãy không có thuốc cản quang</w:t>
      </w:r>
    </w:p>
    <w:p>
      <w:pPr>
        <w:jc w:val="both"/>
      </w:pPr>
      <w:r>
        <w:t>3.154.000</w:t>
      </w:r>
    </w:p>
    <w:p>
      <w:pPr>
        <w:jc w:val="both"/>
      </w:pPr>
      <w:r>
        <w:t>3.608.000</w:t>
      </w:r>
    </w:p>
    <w:p>
      <w:pPr>
        <w:jc w:val="both"/>
      </w:pPr>
      <w:r>
        <w:t>48</w:t>
      </w:r>
    </w:p>
    <w:p>
      <w:pPr>
        <w:jc w:val="both"/>
      </w:pPr>
      <w:r>
        <w:t>46</w:t>
      </w:r>
    </w:p>
    <w:p>
      <w:pPr>
        <w:jc w:val="both"/>
      </w:pPr>
      <w:r>
        <w:t>04C1.2.6.64</w:t>
      </w:r>
    </w:p>
    <w:p>
      <w:pPr>
        <w:jc w:val="both"/>
      </w:pPr>
      <w:r>
        <w:t>Chụp CT Scanner từ 256 dãy trở lên có thuốc cản quang</w:t>
      </w:r>
    </w:p>
    <w:p>
      <w:pPr>
        <w:jc w:val="both"/>
      </w:pPr>
      <w:r>
        <w:t>3.004.000</w:t>
      </w:r>
    </w:p>
    <w:p>
      <w:pPr>
        <w:jc w:val="both"/>
      </w:pPr>
      <w:r>
        <w:t>3.442.000</w:t>
      </w:r>
    </w:p>
    <w:p>
      <w:pPr>
        <w:jc w:val="both"/>
      </w:pPr>
      <w:r>
        <w:t>Chưa bao gồm thuốc cản quang.</w:t>
      </w:r>
    </w:p>
    <w:p>
      <w:pPr>
        <w:jc w:val="both"/>
      </w:pPr>
      <w:r>
        <w:t>49</w:t>
      </w:r>
    </w:p>
    <w:p>
      <w:pPr>
        <w:jc w:val="both"/>
      </w:pPr>
      <w:r>
        <w:t>47</w:t>
      </w:r>
    </w:p>
    <w:p>
      <w:pPr>
        <w:jc w:val="both"/>
      </w:pPr>
      <w:r>
        <w:t>Chụp CT Scanner từ 256 dãy trở lên không có thuốc cản quang</w:t>
      </w:r>
    </w:p>
    <w:p>
      <w:pPr>
        <w:jc w:val="both"/>
      </w:pPr>
      <w:r>
        <w:t>2.748.000</w:t>
      </w:r>
    </w:p>
    <w:p>
      <w:pPr>
        <w:jc w:val="both"/>
      </w:pPr>
      <w:r>
        <w:t>3.149.000</w:t>
      </w:r>
    </w:p>
    <w:p>
      <w:pPr>
        <w:jc w:val="both"/>
      </w:pPr>
      <w:r>
        <w:t>50</w:t>
      </w:r>
    </w:p>
    <w:p>
      <w:pPr>
        <w:jc w:val="both"/>
      </w:pPr>
      <w:r>
        <w:t>48</w:t>
      </w:r>
    </w:p>
    <w:p>
      <w:pPr>
        <w:jc w:val="both"/>
      </w:pPr>
      <w:r>
        <w:t>Chụp CT Scanner toàn thân từ 256 dãy có thuốc cản quang</w:t>
      </w:r>
    </w:p>
    <w:p>
      <w:pPr>
        <w:jc w:val="both"/>
      </w:pPr>
      <w:r>
        <w:t>6.694.000</w:t>
      </w:r>
    </w:p>
    <w:p>
      <w:pPr>
        <w:jc w:val="both"/>
      </w:pPr>
      <w:r>
        <w:t>7.689.000</w:t>
      </w:r>
    </w:p>
    <w:p>
      <w:pPr>
        <w:jc w:val="both"/>
      </w:pPr>
      <w:r>
        <w:t>Chưa bao gồm thuốc cản quang.</w:t>
      </w:r>
    </w:p>
    <w:p>
      <w:pPr>
        <w:jc w:val="both"/>
      </w:pPr>
      <w:r>
        <w:t>51</w:t>
      </w:r>
    </w:p>
    <w:p>
      <w:pPr>
        <w:jc w:val="both"/>
      </w:pPr>
      <w:r>
        <w:t>49</w:t>
      </w:r>
    </w:p>
    <w:p>
      <w:pPr>
        <w:jc w:val="both"/>
      </w:pPr>
      <w:r>
        <w:t>Chụp CT Scanner toàn thân từ 256 dãy không thuốc cản quang</w:t>
      </w:r>
    </w:p>
    <w:p>
      <w:pPr>
        <w:jc w:val="both"/>
      </w:pPr>
      <w:r>
        <w:t>6.665.000</w:t>
      </w:r>
    </w:p>
    <w:p>
      <w:pPr>
        <w:jc w:val="both"/>
      </w:pPr>
      <w:r>
        <w:t>7.649.000</w:t>
      </w:r>
    </w:p>
    <w:p>
      <w:pPr>
        <w:jc w:val="both"/>
      </w:pPr>
      <w:r>
        <w:t>52</w:t>
      </w:r>
    </w:p>
    <w:p>
      <w:pPr>
        <w:jc w:val="both"/>
      </w:pPr>
      <w:r>
        <w:t>50</w:t>
      </w:r>
    </w:p>
    <w:p>
      <w:pPr>
        <w:jc w:val="both"/>
      </w:pPr>
      <w:r>
        <w:t>04C1.2.6.61</w:t>
      </w:r>
    </w:p>
    <w:p>
      <w:pPr>
        <w:jc w:val="both"/>
      </w:pPr>
      <w:r>
        <w:t>Chụp PET/CT</w:t>
      </w:r>
    </w:p>
    <w:p>
      <w:pPr>
        <w:jc w:val="both"/>
      </w:pPr>
      <w:r>
        <w:t>19.913.000</w:t>
      </w:r>
    </w:p>
    <w:p>
      <w:pPr>
        <w:jc w:val="both"/>
      </w:pPr>
      <w:r>
        <w:t>22.800.000</w:t>
      </w:r>
    </w:p>
    <w:p>
      <w:pPr>
        <w:jc w:val="both"/>
      </w:pPr>
      <w:r>
        <w:t>Chưa bao gồm thuốc cản quang</w:t>
      </w:r>
    </w:p>
    <w:p>
      <w:pPr>
        <w:jc w:val="both"/>
      </w:pPr>
      <w:r>
        <w:t>53</w:t>
      </w:r>
    </w:p>
    <w:p>
      <w:pPr>
        <w:jc w:val="both"/>
      </w:pPr>
      <w:r>
        <w:t>51</w:t>
      </w:r>
    </w:p>
    <w:p>
      <w:pPr>
        <w:jc w:val="both"/>
      </w:pPr>
      <w:r>
        <w:t>04C1.2.6.62</w:t>
      </w:r>
    </w:p>
    <w:p>
      <w:pPr>
        <w:jc w:val="both"/>
      </w:pPr>
      <w:r>
        <w:t>Chụp PET/CT mô phỏng xạ trị</w:t>
      </w:r>
    </w:p>
    <w:p>
      <w:pPr>
        <w:jc w:val="both"/>
      </w:pPr>
      <w:r>
        <w:t>20.729.000</w:t>
      </w:r>
    </w:p>
    <w:p>
      <w:pPr>
        <w:jc w:val="both"/>
      </w:pPr>
      <w:r>
        <w:t>23.699.000</w:t>
      </w:r>
    </w:p>
    <w:p>
      <w:pPr>
        <w:jc w:val="both"/>
      </w:pPr>
      <w:r>
        <w:t>Chưa bao gồm thuốc cản quang</w:t>
      </w:r>
    </w:p>
    <w:p>
      <w:pPr>
        <w:jc w:val="both"/>
      </w:pPr>
      <w:r>
        <w:t>54</w:t>
      </w:r>
    </w:p>
    <w:p>
      <w:pPr>
        <w:jc w:val="both"/>
      </w:pPr>
      <w:r>
        <w:t>52</w:t>
      </w:r>
    </w:p>
    <w:p>
      <w:pPr>
        <w:jc w:val="both"/>
      </w:pPr>
      <w:r>
        <w:t>04C1.2.6.43</w:t>
      </w:r>
    </w:p>
    <w:p>
      <w:pPr>
        <w:jc w:val="both"/>
      </w:pPr>
      <w:r>
        <w:t>Chụp mạch máu số hóa xóa nền (DSA)</w:t>
      </w:r>
    </w:p>
    <w:p>
      <w:pPr>
        <w:jc w:val="both"/>
      </w:pPr>
      <w:r>
        <w:t>5.686.000</w:t>
      </w:r>
    </w:p>
    <w:p>
      <w:pPr>
        <w:jc w:val="both"/>
      </w:pPr>
      <w:r>
        <w:t>6.469.000</w:t>
      </w:r>
    </w:p>
    <w:p>
      <w:pPr>
        <w:jc w:val="both"/>
      </w:pPr>
      <w:r>
        <w:t>55</w:t>
      </w:r>
    </w:p>
    <w:p>
      <w:pPr>
        <w:jc w:val="both"/>
      </w:pPr>
      <w:r>
        <w:t>53</w:t>
      </w:r>
    </w:p>
    <w:p>
      <w:pPr>
        <w:jc w:val="both"/>
      </w:pPr>
      <w:r>
        <w:t>04C 1.2.6.44</w:t>
      </w:r>
    </w:p>
    <w:p>
      <w:pPr>
        <w:jc w:val="both"/>
      </w:pPr>
      <w:r>
        <w:t>Chụp động mạch vành hoặc thông tim chụp buồng tim dưới DSA</w:t>
      </w:r>
    </w:p>
    <w:p>
      <w:pPr>
        <w:jc w:val="both"/>
      </w:pPr>
      <w:r>
        <w:t>6.026.000</w:t>
      </w:r>
    </w:p>
    <w:p>
      <w:pPr>
        <w:jc w:val="both"/>
      </w:pPr>
      <w:r>
        <w:t>6.841.000</w:t>
      </w:r>
    </w:p>
    <w:p>
      <w:pPr>
        <w:jc w:val="both"/>
      </w:pPr>
      <w:r>
        <w:t>56</w:t>
      </w:r>
    </w:p>
    <w:p>
      <w:pPr>
        <w:jc w:val="both"/>
      </w:pPr>
      <w:r>
        <w:t>54</w:t>
      </w:r>
    </w:p>
    <w:p>
      <w:pPr>
        <w:jc w:val="both"/>
      </w:pPr>
      <w:r>
        <w:t>04C 1.2.6.45</w:t>
      </w:r>
    </w:p>
    <w:p>
      <w:pPr>
        <w:jc w:val="both"/>
      </w:pPr>
      <w:r>
        <w:t>Chụp và can thiệp tim mạch (van tim, tim bẩm sinh, động mạch vành) dưới DSA</w:t>
      </w:r>
    </w:p>
    <w:p>
      <w:pPr>
        <w:jc w:val="both"/>
      </w:pPr>
      <w:r>
        <w:t>6.926.000</w:t>
      </w:r>
    </w:p>
    <w:p>
      <w:pPr>
        <w:jc w:val="both"/>
      </w:pPr>
      <w:r>
        <w:t>7.877.000</w:t>
      </w:r>
    </w:p>
    <w:p>
      <w:pPr>
        <w:jc w:val="both"/>
      </w:pPr>
      <w:r>
        <w:t>Chưa bao gồm vật tư chuyên dụng dùng để can thiệp: bóng, stent, các vật liệu nút mạch, các loại ống thông hoặc vi ống thông, các loại dây dẫn hoặc vi dây dẫn, các vòng xoắn kim loại, lưới lọc tĩnh mạch, dụng cụ lấy dị vật, bộ dụng cụ lấy huyết khối, bộ dụng cụ bít (bộ thả dù, dù); dụng cụ đóng lòng mạch (angioseal, perclose...); bơm áp lực; dù bảo vệ chống tắc mạch; bộ dụng cụ dùng trong khoan phá động mạch; van động mạch nhân tạo, van tim nhân tạo, bộ dụng cụ thay hoặc sửa van tim qua đường ống thông.</w:t>
      </w:r>
    </w:p>
    <w:p>
      <w:pPr>
        <w:jc w:val="both"/>
      </w:pPr>
      <w:r>
        <w:t>57</w:t>
      </w:r>
    </w:p>
    <w:p>
      <w:pPr>
        <w:jc w:val="both"/>
      </w:pPr>
      <w:r>
        <w:t>55</w:t>
      </w:r>
    </w:p>
    <w:p>
      <w:pPr>
        <w:jc w:val="both"/>
      </w:pPr>
      <w:r>
        <w:t>04C1.2.6.46</w:t>
      </w:r>
    </w:p>
    <w:p>
      <w:pPr>
        <w:jc w:val="both"/>
      </w:pPr>
      <w:r>
        <w:t>Chụp và can thiệp mạch chủ bụng hoặc ngực và mạch chi dưới DSA</w:t>
      </w:r>
    </w:p>
    <w:p>
      <w:pPr>
        <w:jc w:val="both"/>
      </w:pPr>
      <w:r>
        <w:t>9.176.000</w:t>
      </w:r>
    </w:p>
    <w:p>
      <w:pPr>
        <w:jc w:val="both"/>
      </w:pPr>
      <w:r>
        <w:t>10.468.000</w:t>
      </w:r>
    </w:p>
    <w:p>
      <w:pPr>
        <w:jc w:val="both"/>
      </w:pPr>
      <w:r>
        <w:t>Chưa bao gồm vật tư chuyên dụng dùng để can thiệp: bóng các loại, các cỡ; bộ bơm áp lực, stent, keo nút mạch, các vật liệu nút mạch, các vi ống thông, vi dây dẫn, các vòng xoắn kim loại, lưới lọc tĩnh mạch; dụng cụ lấy dị vật, bộ dụng cụ lấy huyết khối; bộ dụng cụ bít (bộ thả dù, dù các loại); dù amplatzer; dụng cụ đóng lòng mạch (angioseal, perclose...) các loại, các cỡ; bơm áp lực các loại, các cỡ; dù bảo vệ chống tắc mạch các loại, các cỡ; bộ dụng cụ dùng trong khoan phá động mạch các loại, các cỡ.</w:t>
      </w:r>
    </w:p>
    <w:p>
      <w:pPr>
        <w:jc w:val="both"/>
      </w:pPr>
      <w:r>
        <w:t>58</w:t>
      </w:r>
    </w:p>
    <w:p>
      <w:pPr>
        <w:jc w:val="both"/>
      </w:pPr>
      <w:r>
        <w:t>56</w:t>
      </w:r>
    </w:p>
    <w:p>
      <w:pPr>
        <w:jc w:val="both"/>
      </w:pPr>
      <w:r>
        <w:t>Chụp và can thiệp mạch chủ bụng hoặc ngực và mạch chi dưới C-Arm</w:t>
      </w:r>
    </w:p>
    <w:p>
      <w:pPr>
        <w:jc w:val="both"/>
      </w:pPr>
      <w:r>
        <w:t>7.926.000</w:t>
      </w:r>
    </w:p>
    <w:p>
      <w:pPr>
        <w:jc w:val="both"/>
      </w:pPr>
      <w:r>
        <w:t>9.029.000</w:t>
      </w:r>
    </w:p>
    <w:p>
      <w:pPr>
        <w:jc w:val="both"/>
      </w:pPr>
      <w:r>
        <w:t>Chưa bao gồm vật tư chuyên dụng dùng để can thiệp: bóng nong, bộ bơm áp lực, stent, các vật liệu nút mạch, các vi ống thông, vi dây dẫn, các vòng xoắn kim loại, dụng cụ lấy dị vật, bộ dụng cụ lấy huyết khối, bóng bơm ngược dòng động mạch chủ, bộ dụng cụ bít (bộ thả dù, dù các loại), dụng cụ đóng lòng mạch (angioseal, perclose...).</w:t>
      </w:r>
    </w:p>
    <w:p>
      <w:pPr>
        <w:jc w:val="both"/>
      </w:pPr>
      <w:r>
        <w:t>59</w:t>
      </w:r>
    </w:p>
    <w:p>
      <w:pPr>
        <w:jc w:val="both"/>
      </w:pPr>
      <w:r>
        <w:t>57</w:t>
      </w:r>
    </w:p>
    <w:p>
      <w:pPr>
        <w:jc w:val="both"/>
      </w:pPr>
      <w:r>
        <w:t>04C1.2.6.48</w:t>
      </w:r>
    </w:p>
    <w:p>
      <w:pPr>
        <w:jc w:val="both"/>
      </w:pPr>
      <w:r>
        <w:t>Chụp, nút dị dạng và can thiệp các bệnh lý mạch thần kinh dưới DSA</w:t>
      </w:r>
    </w:p>
    <w:p>
      <w:pPr>
        <w:jc w:val="both"/>
      </w:pPr>
      <w:r>
        <w:t>9.776.000</w:t>
      </w:r>
    </w:p>
    <w:p>
      <w:pPr>
        <w:jc w:val="both"/>
      </w:pPr>
      <w:r>
        <w:t>11.159.000</w:t>
      </w:r>
    </w:p>
    <w:p>
      <w:pPr>
        <w:jc w:val="both"/>
      </w:pPr>
      <w:r>
        <w:t>Chưa bao gồm vật tư chuyên dụng dùng để can thiệp: bóng, bộ bơm áp lực, stent, các vật liệu nút mạch, các vi ống thông, vi dây dẫn, các vòng xoắn kim loại, dụng cụ lấy dị vật, bộ dụng cụ lấy huyết khối, dụng cụ để thả hoặc cắt vòng xoắn kim loại, lưới lọc tĩnh mạch, dụng cụ đóng lòng mạch (angioseal, perclose...); ống thông trung gian hoặc chuyên dụng không thuộc ống thông dẫn đường và ống thông chẩn đoán (longsheat, ống thông siêu mềm); bộ dụng cụ bít (bộ thả dù, dù các loại).</w:t>
      </w:r>
    </w:p>
    <w:p>
      <w:pPr>
        <w:jc w:val="both"/>
      </w:pPr>
      <w:r>
        <w:t>60</w:t>
      </w:r>
    </w:p>
    <w:p>
      <w:pPr>
        <w:jc w:val="both"/>
      </w:pPr>
      <w:r>
        <w:t>58</w:t>
      </w:r>
    </w:p>
    <w:p>
      <w:pPr>
        <w:jc w:val="both"/>
      </w:pPr>
      <w:r>
        <w:t>04C1.2.6.47</w:t>
      </w:r>
    </w:p>
    <w:p>
      <w:pPr>
        <w:jc w:val="both"/>
      </w:pPr>
      <w:r>
        <w:t>Can thiệp đường mạch máu cho các tạng dưới DSA</w:t>
      </w:r>
    </w:p>
    <w:p>
      <w:pPr>
        <w:jc w:val="both"/>
      </w:pPr>
      <w:r>
        <w:t>9.226.000</w:t>
      </w:r>
    </w:p>
    <w:p>
      <w:pPr>
        <w:jc w:val="both"/>
      </w:pPr>
      <w:r>
        <w:t>10.525.000</w:t>
      </w:r>
    </w:p>
    <w:p>
      <w:pPr>
        <w:jc w:val="both"/>
      </w:pPr>
      <w:r>
        <w:t>Chưa bao gồm vật tư chuyên dụng dùng để can thiệp: bóng; bộ bơm áp lực, stent, các vật liệu nút mạch, keo nút mạch, các vi ống thông; các dây dẫn, vi dây dẫn, các vòng xoắn kim loại; dụng cụ để thả hoặc cắt vòng xoắn kim loại, lưới lọc tĩnh mạch, dụng cụ lấy dị vật, bộ dụng cụ lấy huyết khối, các loại ống thông trung gian hoặc chuyên dụng không thuộc ống thông dẫn đường và ống thông chẩn đoán (longsheat, ống thông siêu mềm), bộ dụng cụ bít (bộ thả dù, dù các loại), dụng cụ đóng lòng mạch (angioseal, perclose...).</w:t>
      </w:r>
    </w:p>
    <w:p>
      <w:pPr>
        <w:jc w:val="both"/>
      </w:pPr>
      <w:r>
        <w:t>61</w:t>
      </w:r>
    </w:p>
    <w:p>
      <w:pPr>
        <w:jc w:val="both"/>
      </w:pPr>
      <w:r>
        <w:t>59</w:t>
      </w:r>
    </w:p>
    <w:p>
      <w:pPr>
        <w:jc w:val="both"/>
      </w:pPr>
      <w:r>
        <w:t>04C1.2.6.50</w:t>
      </w:r>
    </w:p>
    <w:p>
      <w:pPr>
        <w:jc w:val="both"/>
      </w:pPr>
      <w:r>
        <w:t>Can thiệp vào lòng mạch trực tiếp qua da (đặt cổng truyền hóa chất, đốt giãn tĩnh mạch, sinh thiết trong lòng mạch) hoặc mở thông dạ dày qua da, dẫn lưu các ổ áp xe và tạng ổ bụng dưới DSA.</w:t>
      </w:r>
    </w:p>
    <w:p>
      <w:pPr>
        <w:jc w:val="both"/>
      </w:pPr>
      <w:r>
        <w:t>2.213.000</w:t>
      </w:r>
    </w:p>
    <w:p>
      <w:pPr>
        <w:jc w:val="both"/>
      </w:pPr>
      <w:r>
        <w:t>2.451.000</w:t>
      </w:r>
    </w:p>
    <w:p>
      <w:pPr>
        <w:jc w:val="both"/>
      </w:pPr>
      <w:r>
        <w:t>Chưa bao gồm kim chọc, stent, các sonde dẫn, các dây dẫn và vi dây dẫn, dây đốt, ống thông, buồng truyền hóa chất, rọ lấy sỏi, bóng nong các loại, các cỡ, stent, các loại ống thông chuyên dụng khác (không gồm ống thông dẫn đường và ống thông chẩn đoán), các vòng xoắn kim loại, lưới lọc tĩnh mạch, dụng cụ lấy dị vật, bộ dụng cụ mở đường vào loại dài, keo nút mạch các loại; vật liệu nút mạch các loại, các cỡ</w:t>
      </w:r>
    </w:p>
    <w:p>
      <w:pPr>
        <w:jc w:val="both"/>
      </w:pPr>
      <w:r>
        <w:t>62</w:t>
      </w:r>
    </w:p>
    <w:p>
      <w:pPr>
        <w:jc w:val="both"/>
      </w:pPr>
      <w:r>
        <w:t>60</w:t>
      </w:r>
    </w:p>
    <w:p>
      <w:pPr>
        <w:jc w:val="both"/>
      </w:pPr>
      <w:r>
        <w:t>Can thiệp khác dưới hướng dẫn của CT Scanner</w:t>
      </w:r>
    </w:p>
    <w:p>
      <w:pPr>
        <w:jc w:val="both"/>
      </w:pPr>
      <w:r>
        <w:t>1.206.000</w:t>
      </w:r>
    </w:p>
    <w:p>
      <w:pPr>
        <w:jc w:val="both"/>
      </w:pPr>
      <w:r>
        <w:t>1.369.000</w:t>
      </w:r>
    </w:p>
    <w:p>
      <w:pPr>
        <w:jc w:val="both"/>
      </w:pPr>
      <w:r>
        <w:t>Chưa bao gồm ống dẫn lưu các loại; bộ kim chọc, kim đốt, kim định vị, thuốc gây xơ, dây dẫn các loại.</w:t>
      </w:r>
    </w:p>
    <w:p>
      <w:pPr>
        <w:jc w:val="both"/>
      </w:pPr>
      <w:r>
        <w:t>63</w:t>
      </w:r>
    </w:p>
    <w:p>
      <w:pPr>
        <w:jc w:val="both"/>
      </w:pPr>
      <w:r>
        <w:t>61</w:t>
      </w:r>
    </w:p>
    <w:p>
      <w:pPr>
        <w:jc w:val="both"/>
      </w:pPr>
      <w:r>
        <w:t>04C1.2.6.50</w:t>
      </w:r>
    </w:p>
    <w:p>
      <w:pPr>
        <w:jc w:val="both"/>
      </w:pPr>
      <w:r>
        <w:t>Dẫn lưu, nong đặt Stent, lấy dị vật đường mật hoặc đặt sonde JJ qua da dưới DSA</w:t>
      </w:r>
    </w:p>
    <w:p>
      <w:pPr>
        <w:jc w:val="both"/>
      </w:pPr>
      <w:r>
        <w:t>3.726.000</w:t>
      </w:r>
    </w:p>
    <w:p>
      <w:pPr>
        <w:jc w:val="both"/>
      </w:pPr>
      <w:r>
        <w:t>4.193.000</w:t>
      </w:r>
    </w:p>
    <w:p>
      <w:pPr>
        <w:jc w:val="both"/>
      </w:pPr>
      <w:r>
        <w:t>Chưa bao gồm kim chọc, bóng nong, bộ nong, Stent, các sonde dẫn, các dây dẫn, ống thông, rọ lấy dị vật.</w:t>
      </w:r>
    </w:p>
    <w:p>
      <w:pPr>
        <w:jc w:val="both"/>
      </w:pPr>
      <w:r>
        <w:t>64</w:t>
      </w:r>
    </w:p>
    <w:p>
      <w:pPr>
        <w:jc w:val="both"/>
      </w:pPr>
      <w:r>
        <w:t>62</w:t>
      </w:r>
    </w:p>
    <w:p>
      <w:pPr>
        <w:jc w:val="both"/>
      </w:pPr>
      <w:r>
        <w:t>03C2.1.56</w:t>
      </w:r>
    </w:p>
    <w:p>
      <w:pPr>
        <w:jc w:val="both"/>
      </w:pPr>
      <w:r>
        <w:t>Đốt sóng cao tần hoặc vi sóng điều trị u gan dưới hướng dẫn của CT scanner</w:t>
      </w:r>
    </w:p>
    <w:p>
      <w:pPr>
        <w:jc w:val="both"/>
      </w:pPr>
      <w:r>
        <w:t>1.786.000</w:t>
      </w:r>
    </w:p>
    <w:p>
      <w:pPr>
        <w:jc w:val="both"/>
      </w:pPr>
      <w:r>
        <w:t>2.012.000</w:t>
      </w:r>
    </w:p>
    <w:p>
      <w:pPr>
        <w:jc w:val="both"/>
      </w:pPr>
      <w:r>
        <w:t>Chưa bao gồm đốt sóng cao tần và dây dẫn tín hiệu.</w:t>
      </w:r>
    </w:p>
    <w:p>
      <w:pPr>
        <w:jc w:val="both"/>
      </w:pPr>
      <w:r>
        <w:t>65</w:t>
      </w:r>
    </w:p>
    <w:p>
      <w:pPr>
        <w:jc w:val="both"/>
      </w:pPr>
      <w:r>
        <w:t>63</w:t>
      </w:r>
    </w:p>
    <w:p>
      <w:pPr>
        <w:jc w:val="both"/>
      </w:pPr>
      <w:r>
        <w:t>03C2.1.57</w:t>
      </w:r>
    </w:p>
    <w:p>
      <w:pPr>
        <w:jc w:val="both"/>
      </w:pPr>
      <w:r>
        <w:t>Đốt sóng cao tần hoặc vi sóng điều trị u gan dưới hướng dẫn của siêu âm</w:t>
      </w:r>
    </w:p>
    <w:p>
      <w:pPr>
        <w:jc w:val="both"/>
      </w:pPr>
      <w:r>
        <w:t>1.286.000</w:t>
      </w:r>
    </w:p>
    <w:p>
      <w:pPr>
        <w:jc w:val="both"/>
      </w:pPr>
      <w:r>
        <w:t>1.436.000</w:t>
      </w:r>
    </w:p>
    <w:p>
      <w:pPr>
        <w:jc w:val="both"/>
      </w:pPr>
      <w:r>
        <w:t>Chưa bao gồm kim đốt sóng cao tần và dây dẫn tín hiệu.</w:t>
      </w:r>
    </w:p>
    <w:p>
      <w:pPr>
        <w:jc w:val="both"/>
      </w:pPr>
      <w:r>
        <w:t>66</w:t>
      </w:r>
    </w:p>
    <w:p>
      <w:pPr>
        <w:jc w:val="both"/>
      </w:pPr>
      <w:r>
        <w:t>64</w:t>
      </w:r>
    </w:p>
    <w:p>
      <w:pPr>
        <w:jc w:val="both"/>
      </w:pPr>
      <w:r>
        <w:t>04C 1.2.6.49</w:t>
      </w:r>
    </w:p>
    <w:p>
      <w:pPr>
        <w:jc w:val="both"/>
      </w:pPr>
      <w:r>
        <w:t>Điều trị các tổn thương xương, khớp, cột sống và các tạng dưới DSA (đổ xi măng cột sống, điều trị các khối u tạng và giả u xương...)</w:t>
      </w:r>
    </w:p>
    <w:p>
      <w:pPr>
        <w:jc w:val="both"/>
      </w:pPr>
      <w:r>
        <w:t>3.226.000</w:t>
      </w:r>
    </w:p>
    <w:p>
      <w:pPr>
        <w:jc w:val="both"/>
      </w:pPr>
      <w:r>
        <w:t>3.618.000</w:t>
      </w:r>
    </w:p>
    <w:p>
      <w:pPr>
        <w:jc w:val="both"/>
      </w:pPr>
      <w:r>
        <w:t>Chưa bao gồm vật tư tiêu hao: kim chọc, xi măng, các vật liệu bơm, chất gây tắc, bơm áp lực đẩy xi măng</w:t>
      </w:r>
    </w:p>
    <w:p>
      <w:pPr>
        <w:jc w:val="both"/>
      </w:pPr>
      <w:r>
        <w:t>67</w:t>
      </w:r>
    </w:p>
    <w:p>
      <w:pPr>
        <w:jc w:val="both"/>
      </w:pPr>
      <w:r>
        <w:t>65</w:t>
      </w:r>
    </w:p>
    <w:p>
      <w:pPr>
        <w:jc w:val="both"/>
      </w:pPr>
      <w:r>
        <w:t>03C4.2.5.2</w:t>
      </w:r>
    </w:p>
    <w:p>
      <w:pPr>
        <w:jc w:val="both"/>
      </w:pPr>
      <w:r>
        <w:t>Chụp cộng hưởng từ (MRI) có thuốc cản quang</w:t>
      </w:r>
    </w:p>
    <w:p>
      <w:pPr>
        <w:jc w:val="both"/>
      </w:pPr>
      <w:r>
        <w:t>2.227.000</w:t>
      </w:r>
    </w:p>
    <w:p>
      <w:pPr>
        <w:jc w:val="both"/>
      </w:pPr>
      <w:r>
        <w:t>2.553.000</w:t>
      </w:r>
    </w:p>
    <w:p>
      <w:pPr>
        <w:jc w:val="both"/>
      </w:pPr>
      <w:r>
        <w:t>68</w:t>
      </w:r>
    </w:p>
    <w:p>
      <w:pPr>
        <w:jc w:val="both"/>
      </w:pPr>
      <w:r>
        <w:t>66</w:t>
      </w:r>
    </w:p>
    <w:p>
      <w:pPr>
        <w:jc w:val="both"/>
      </w:pPr>
      <w:r>
        <w:t>03C4.2.5.1</w:t>
      </w:r>
    </w:p>
    <w:p>
      <w:pPr>
        <w:jc w:val="both"/>
      </w:pPr>
      <w:r>
        <w:t>Chụp cộng hưởng từ (MRI) không có thuốc cản quang</w:t>
      </w:r>
    </w:p>
    <w:p>
      <w:pPr>
        <w:jc w:val="both"/>
      </w:pPr>
      <w:r>
        <w:t>1.322.000</w:t>
      </w:r>
    </w:p>
    <w:p>
      <w:pPr>
        <w:jc w:val="both"/>
      </w:pPr>
      <w:r>
        <w:t>1.513.000</w:t>
      </w:r>
    </w:p>
    <w:p>
      <w:pPr>
        <w:jc w:val="both"/>
      </w:pPr>
      <w:r>
        <w:t>69</w:t>
      </w:r>
    </w:p>
    <w:p>
      <w:pPr>
        <w:jc w:val="both"/>
      </w:pPr>
      <w:r>
        <w:t>67</w:t>
      </w:r>
    </w:p>
    <w:p>
      <w:pPr>
        <w:jc w:val="both"/>
      </w:pPr>
      <w:r>
        <w:t>Chụp cộng hưởng từ gan với chất tương phản đặc hiệu mô</w:t>
      </w:r>
    </w:p>
    <w:p>
      <w:pPr>
        <w:jc w:val="both"/>
      </w:pPr>
      <w:r>
        <w:t>8.691.000</w:t>
      </w:r>
    </w:p>
    <w:p>
      <w:pPr>
        <w:jc w:val="both"/>
      </w:pPr>
      <w:r>
        <w:t>9.983.000</w:t>
      </w:r>
    </w:p>
    <w:p>
      <w:pPr>
        <w:jc w:val="both"/>
      </w:pPr>
      <w:r>
        <w:t>70</w:t>
      </w:r>
    </w:p>
    <w:p>
      <w:pPr>
        <w:jc w:val="both"/>
      </w:pPr>
      <w:r>
        <w:t>68</w:t>
      </w:r>
    </w:p>
    <w:p>
      <w:pPr>
        <w:jc w:val="both"/>
      </w:pPr>
      <w:r>
        <w:t>Chụp cộng hưởng từ tưới máu - phổ - chức năng</w:t>
      </w:r>
    </w:p>
    <w:p>
      <w:pPr>
        <w:jc w:val="both"/>
      </w:pPr>
      <w:r>
        <w:t>3.191.000</w:t>
      </w:r>
    </w:p>
    <w:p>
      <w:pPr>
        <w:jc w:val="both"/>
      </w:pPr>
      <w:r>
        <w:t>3.651.000</w:t>
      </w:r>
    </w:p>
    <w:p>
      <w:pPr>
        <w:jc w:val="both"/>
      </w:pPr>
      <w:r>
        <w:t>V</w:t>
      </w:r>
    </w:p>
    <w:p>
      <w:pPr>
        <w:jc w:val="both"/>
      </w:pPr>
      <w:r>
        <w:t>V</w:t>
      </w:r>
    </w:p>
    <w:p>
      <w:pPr>
        <w:jc w:val="both"/>
      </w:pPr>
      <w:r>
        <w:t>Một số kỹ thuật khác</w:t>
      </w:r>
    </w:p>
    <w:p>
      <w:pPr>
        <w:jc w:val="both"/>
      </w:pPr>
      <w:r>
        <w:t>71</w:t>
      </w:r>
    </w:p>
    <w:p>
      <w:pPr>
        <w:jc w:val="both"/>
      </w:pPr>
      <w:r>
        <w:t>69</w:t>
      </w:r>
    </w:p>
    <w:p>
      <w:pPr>
        <w:jc w:val="both"/>
      </w:pPr>
      <w:r>
        <w:t>Đo mật độ xương 1 vị trí</w:t>
      </w:r>
    </w:p>
    <w:p>
      <w:pPr>
        <w:jc w:val="both"/>
      </w:pPr>
      <w:r>
        <w:t>84.800</w:t>
      </w:r>
    </w:p>
    <w:p>
      <w:pPr>
        <w:jc w:val="both"/>
      </w:pPr>
      <w:r>
        <w:t>95.400</w:t>
      </w:r>
    </w:p>
    <w:p>
      <w:pPr>
        <w:jc w:val="both"/>
      </w:pPr>
      <w:r>
        <w:t>Bằng phương pháp DEXA</w:t>
      </w:r>
    </w:p>
    <w:p>
      <w:pPr>
        <w:jc w:val="both"/>
      </w:pPr>
      <w:r>
        <w:t>72</w:t>
      </w:r>
    </w:p>
    <w:p>
      <w:pPr>
        <w:jc w:val="both"/>
      </w:pPr>
      <w:r>
        <w:t>70</w:t>
      </w:r>
    </w:p>
    <w:p>
      <w:pPr>
        <w:jc w:val="both"/>
      </w:pPr>
      <w:r>
        <w:t>Đo mật độ xương 2 vị trí</w:t>
      </w:r>
    </w:p>
    <w:p>
      <w:pPr>
        <w:jc w:val="both"/>
      </w:pPr>
      <w:r>
        <w:t>144.000</w:t>
      </w:r>
    </w:p>
    <w:p>
      <w:pPr>
        <w:jc w:val="both"/>
      </w:pPr>
      <w:r>
        <w:t>163.000</w:t>
      </w:r>
    </w:p>
    <w:p>
      <w:pPr>
        <w:jc w:val="both"/>
      </w:pPr>
      <w:r>
        <w:t>Bằng phương pháp DEXA</w:t>
      </w:r>
    </w:p>
    <w:p>
      <w:pPr>
        <w:jc w:val="both"/>
      </w:pPr>
      <w:r>
        <w:t>73</w:t>
      </w:r>
    </w:p>
    <w:p>
      <w:pPr>
        <w:jc w:val="both"/>
      </w:pPr>
      <w:r>
        <w:t>Đo mật độ xương</w:t>
      </w:r>
    </w:p>
    <w:p>
      <w:pPr>
        <w:jc w:val="both"/>
      </w:pPr>
      <w:r>
        <w:t>22.800</w:t>
      </w:r>
    </w:p>
    <w:p>
      <w:pPr>
        <w:jc w:val="both"/>
      </w:pPr>
      <w:r>
        <w:t>25.000</w:t>
      </w:r>
    </w:p>
    <w:p>
      <w:pPr>
        <w:jc w:val="both"/>
      </w:pPr>
      <w:r>
        <w:t>Bằng phương pháp siêu âm</w:t>
      </w:r>
    </w:p>
    <w:p>
      <w:pPr>
        <w:jc w:val="both"/>
      </w:pPr>
      <w:r>
        <w:t>B</w:t>
      </w:r>
    </w:p>
    <w:p>
      <w:pPr>
        <w:jc w:val="both"/>
      </w:pPr>
      <w:r>
        <w:t>B</w:t>
      </w:r>
    </w:p>
    <w:p>
      <w:pPr>
        <w:jc w:val="both"/>
      </w:pPr>
      <w:r>
        <w:t>CÁC THỦ THUẬT VÀ DỊCH VỤ NỘI SOI</w:t>
      </w:r>
    </w:p>
    <w:p>
      <w:pPr>
        <w:jc w:val="both"/>
      </w:pPr>
      <w:r>
        <w:t>74</w:t>
      </w:r>
    </w:p>
    <w:p>
      <w:pPr>
        <w:jc w:val="both"/>
      </w:pPr>
      <w:r>
        <w:t>71</w:t>
      </w:r>
    </w:p>
    <w:p>
      <w:pPr>
        <w:jc w:val="both"/>
      </w:pPr>
      <w:r>
        <w:t>Bơm rửa khoang màng phổi</w:t>
      </w:r>
    </w:p>
    <w:p>
      <w:pPr>
        <w:jc w:val="both"/>
      </w:pPr>
      <w:r>
        <w:t>227.000</w:t>
      </w:r>
    </w:p>
    <w:p>
      <w:pPr>
        <w:jc w:val="both"/>
      </w:pPr>
      <w:r>
        <w:t>251.000</w:t>
      </w:r>
    </w:p>
    <w:p>
      <w:pPr>
        <w:jc w:val="both"/>
      </w:pPr>
      <w:r>
        <w:t>75</w:t>
      </w:r>
    </w:p>
    <w:p>
      <w:pPr>
        <w:jc w:val="both"/>
      </w:pPr>
      <w:r>
        <w:t>72</w:t>
      </w:r>
    </w:p>
    <w:p>
      <w:pPr>
        <w:jc w:val="both"/>
      </w:pPr>
      <w:r>
        <w:t>03C1.51</w:t>
      </w:r>
    </w:p>
    <w:p>
      <w:pPr>
        <w:jc w:val="both"/>
      </w:pPr>
      <w:r>
        <w:t>Bơm rửa niệu quản sau tán sỏi (ngoài cơ thể)</w:t>
      </w:r>
    </w:p>
    <w:p>
      <w:pPr>
        <w:jc w:val="both"/>
      </w:pPr>
      <w:r>
        <w:t>479.000</w:t>
      </w:r>
    </w:p>
    <w:p>
      <w:pPr>
        <w:jc w:val="both"/>
      </w:pPr>
      <w:r>
        <w:t>541.000</w:t>
      </w:r>
    </w:p>
    <w:p>
      <w:pPr>
        <w:jc w:val="both"/>
      </w:pPr>
      <w:r>
        <w:t>76</w:t>
      </w:r>
    </w:p>
    <w:p>
      <w:pPr>
        <w:jc w:val="both"/>
      </w:pPr>
      <w:r>
        <w:t>73</w:t>
      </w:r>
    </w:p>
    <w:p>
      <w:pPr>
        <w:jc w:val="both"/>
      </w:pPr>
      <w:r>
        <w:t>Bơm Streptokinase vào khoang màng phổi</w:t>
      </w:r>
    </w:p>
    <w:p>
      <w:pPr>
        <w:jc w:val="both"/>
      </w:pPr>
      <w:r>
        <w:t>1.027.000</w:t>
      </w:r>
    </w:p>
    <w:p>
      <w:pPr>
        <w:jc w:val="both"/>
      </w:pPr>
      <w:r>
        <w:t>1.172.000</w:t>
      </w:r>
    </w:p>
    <w:p>
      <w:pPr>
        <w:jc w:val="both"/>
      </w:pPr>
      <w:r>
        <w:t>77</w:t>
      </w:r>
    </w:p>
    <w:p>
      <w:pPr>
        <w:jc w:val="both"/>
      </w:pPr>
      <w:r>
        <w:t>74</w:t>
      </w:r>
    </w:p>
    <w:p>
      <w:pPr>
        <w:jc w:val="both"/>
      </w:pPr>
      <w:r>
        <w:t>04C2.108</w:t>
      </w:r>
    </w:p>
    <w:p>
      <w:pPr>
        <w:jc w:val="both"/>
      </w:pPr>
      <w:r>
        <w:t>Cấp cứu ngừng tuần hoàn</w:t>
      </w:r>
    </w:p>
    <w:p>
      <w:pPr>
        <w:jc w:val="both"/>
      </w:pPr>
      <w:r>
        <w:t>498.000</w:t>
      </w:r>
    </w:p>
    <w:p>
      <w:pPr>
        <w:jc w:val="both"/>
      </w:pPr>
      <w:r>
        <w:t>557.000</w:t>
      </w:r>
    </w:p>
    <w:p>
      <w:pPr>
        <w:jc w:val="both"/>
      </w:pPr>
      <w:r>
        <w:t>Bao gồm cả bóng dùng nhiều lần.</w:t>
      </w:r>
    </w:p>
    <w:p>
      <w:pPr>
        <w:jc w:val="both"/>
      </w:pPr>
      <w:r>
        <w:t>78</w:t>
      </w:r>
    </w:p>
    <w:p>
      <w:pPr>
        <w:jc w:val="both"/>
      </w:pPr>
      <w:r>
        <w:t>75</w:t>
      </w:r>
    </w:p>
    <w:p>
      <w:pPr>
        <w:jc w:val="both"/>
      </w:pPr>
      <w:r>
        <w:t>04C3.1.142</w:t>
      </w:r>
    </w:p>
    <w:p>
      <w:pPr>
        <w:jc w:val="both"/>
      </w:pPr>
      <w:r>
        <w:t>Cắt chỉ</w:t>
      </w:r>
    </w:p>
    <w:p>
      <w:pPr>
        <w:jc w:val="both"/>
      </w:pPr>
      <w:r>
        <w:t>35.600</w:t>
      </w:r>
    </w:p>
    <w:p>
      <w:pPr>
        <w:jc w:val="both"/>
      </w:pPr>
      <w:r>
        <w:t>38.600</w:t>
      </w:r>
    </w:p>
    <w:p>
      <w:pPr>
        <w:jc w:val="both"/>
      </w:pPr>
      <w:r>
        <w:t>Chỉ áp dụng với người bệnh ngoại trú.</w:t>
      </w:r>
    </w:p>
    <w:p>
      <w:pPr>
        <w:jc w:val="both"/>
      </w:pPr>
      <w:r>
        <w:t>79</w:t>
      </w:r>
    </w:p>
    <w:p>
      <w:pPr>
        <w:jc w:val="both"/>
      </w:pPr>
      <w:r>
        <w:t>76</w:t>
      </w:r>
    </w:p>
    <w:p>
      <w:pPr>
        <w:jc w:val="both"/>
      </w:pPr>
      <w:r>
        <w:t>Chăm sóc da cho người bệnh dị ứng thuốc nặng</w:t>
      </w:r>
    </w:p>
    <w:p>
      <w:pPr>
        <w:jc w:val="both"/>
      </w:pPr>
      <w:r>
        <w:t>166.000</w:t>
      </w:r>
    </w:p>
    <w:p>
      <w:pPr>
        <w:jc w:val="both"/>
      </w:pPr>
      <w:r>
        <w:t>185.000</w:t>
      </w:r>
    </w:p>
    <w:p>
      <w:pPr>
        <w:jc w:val="both"/>
      </w:pPr>
      <w:r>
        <w:t>Áp dụng với người bệnh hội chứng Lyell, Steven Johnson.</w:t>
      </w:r>
    </w:p>
    <w:p>
      <w:pPr>
        <w:jc w:val="both"/>
      </w:pPr>
      <w:r>
        <w:t>80</w:t>
      </w:r>
    </w:p>
    <w:p>
      <w:pPr>
        <w:jc w:val="both"/>
      </w:pPr>
      <w:r>
        <w:t>77</w:t>
      </w:r>
    </w:p>
    <w:p>
      <w:pPr>
        <w:jc w:val="both"/>
      </w:pPr>
      <w:r>
        <w:t>04C2.69</w:t>
      </w:r>
    </w:p>
    <w:p>
      <w:pPr>
        <w:jc w:val="both"/>
      </w:pPr>
      <w:r>
        <w:t>Chọc dò màng bụng hoặc màng phổi</w:t>
      </w:r>
    </w:p>
    <w:p>
      <w:pPr>
        <w:jc w:val="both"/>
      </w:pPr>
      <w:r>
        <w:t>143.000</w:t>
      </w:r>
    </w:p>
    <w:p>
      <w:pPr>
        <w:jc w:val="both"/>
      </w:pPr>
      <w:r>
        <w:t>159.000</w:t>
      </w:r>
    </w:p>
    <w:p>
      <w:pPr>
        <w:jc w:val="both"/>
      </w:pPr>
      <w:r>
        <w:t>81</w:t>
      </w:r>
    </w:p>
    <w:p>
      <w:pPr>
        <w:jc w:val="both"/>
      </w:pPr>
      <w:r>
        <w:t>78</w:t>
      </w:r>
    </w:p>
    <w:p>
      <w:pPr>
        <w:jc w:val="both"/>
      </w:pPr>
      <w:r>
        <w:t>04C2.112</w:t>
      </w:r>
    </w:p>
    <w:p>
      <w:pPr>
        <w:jc w:val="both"/>
      </w:pPr>
      <w:r>
        <w:t>Chọc tháo dịch màng bụng hoặc màng phổi dưới hướng dẫn của siêu âm</w:t>
      </w:r>
    </w:p>
    <w:p>
      <w:pPr>
        <w:jc w:val="both"/>
      </w:pPr>
      <w:r>
        <w:t>183.000</w:t>
      </w:r>
    </w:p>
    <w:p>
      <w:pPr>
        <w:jc w:val="both"/>
      </w:pPr>
      <w:r>
        <w:t>205.000</w:t>
      </w:r>
    </w:p>
    <w:p>
      <w:pPr>
        <w:jc w:val="both"/>
      </w:pPr>
      <w:r>
        <w:t>82</w:t>
      </w:r>
    </w:p>
    <w:p>
      <w:pPr>
        <w:jc w:val="both"/>
      </w:pPr>
      <w:r>
        <w:t>79</w:t>
      </w:r>
    </w:p>
    <w:p>
      <w:pPr>
        <w:jc w:val="both"/>
      </w:pPr>
      <w:r>
        <w:t>04C2.71</w:t>
      </w:r>
    </w:p>
    <w:p>
      <w:pPr>
        <w:jc w:val="both"/>
      </w:pPr>
      <w:r>
        <w:t>Chọc hút khí màng phổi</w:t>
      </w:r>
    </w:p>
    <w:p>
      <w:pPr>
        <w:jc w:val="both"/>
      </w:pPr>
      <w:r>
        <w:t>150.000</w:t>
      </w:r>
    </w:p>
    <w:p>
      <w:pPr>
        <w:jc w:val="both"/>
      </w:pPr>
      <w:r>
        <w:t>167.000</w:t>
      </w:r>
    </w:p>
    <w:p>
      <w:pPr>
        <w:jc w:val="both"/>
      </w:pPr>
      <w:r>
        <w:t>83</w:t>
      </w:r>
    </w:p>
    <w:p>
      <w:pPr>
        <w:jc w:val="both"/>
      </w:pPr>
      <w:r>
        <w:t>80</w:t>
      </w:r>
    </w:p>
    <w:p>
      <w:pPr>
        <w:jc w:val="both"/>
      </w:pPr>
      <w:r>
        <w:t>04C2.70</w:t>
      </w:r>
    </w:p>
    <w:p>
      <w:pPr>
        <w:jc w:val="both"/>
      </w:pPr>
      <w:r>
        <w:t>Chọc rửa màng phổi</w:t>
      </w:r>
    </w:p>
    <w:p>
      <w:pPr>
        <w:jc w:val="both"/>
      </w:pPr>
      <w:r>
        <w:t>214.000</w:t>
      </w:r>
    </w:p>
    <w:p>
      <w:pPr>
        <w:jc w:val="both"/>
      </w:pPr>
      <w:r>
        <w:t>239.000</w:t>
      </w:r>
    </w:p>
    <w:p>
      <w:pPr>
        <w:jc w:val="both"/>
      </w:pPr>
      <w:r>
        <w:t>84</w:t>
      </w:r>
    </w:p>
    <w:p>
      <w:pPr>
        <w:jc w:val="both"/>
      </w:pPr>
      <w:r>
        <w:t>81</w:t>
      </w:r>
    </w:p>
    <w:p>
      <w:pPr>
        <w:jc w:val="both"/>
      </w:pPr>
      <w:r>
        <w:t>03C1.4</w:t>
      </w:r>
    </w:p>
    <w:p>
      <w:pPr>
        <w:jc w:val="both"/>
      </w:pPr>
      <w:r>
        <w:t>Chọc dò màng tim</w:t>
      </w:r>
    </w:p>
    <w:p>
      <w:pPr>
        <w:jc w:val="both"/>
      </w:pPr>
      <w:r>
        <w:t>259.000</w:t>
      </w:r>
    </w:p>
    <w:p>
      <w:pPr>
        <w:jc w:val="both"/>
      </w:pPr>
      <w:r>
        <w:t>288.000</w:t>
      </w:r>
    </w:p>
    <w:p>
      <w:pPr>
        <w:jc w:val="both"/>
      </w:pPr>
      <w:r>
        <w:t>85</w:t>
      </w:r>
    </w:p>
    <w:p>
      <w:pPr>
        <w:jc w:val="both"/>
      </w:pPr>
      <w:r>
        <w:t>82</w:t>
      </w:r>
    </w:p>
    <w:p>
      <w:pPr>
        <w:jc w:val="both"/>
      </w:pPr>
      <w:r>
        <w:t>03C1.74</w:t>
      </w:r>
    </w:p>
    <w:p>
      <w:pPr>
        <w:jc w:val="both"/>
      </w:pPr>
      <w:r>
        <w:t>Chọc dò sinh thiết vú dưới siêu âm</w:t>
      </w:r>
    </w:p>
    <w:p>
      <w:pPr>
        <w:jc w:val="both"/>
      </w:pPr>
      <w:r>
        <w:t>184.000</w:t>
      </w:r>
    </w:p>
    <w:p>
      <w:pPr>
        <w:jc w:val="both"/>
      </w:pPr>
      <w:r>
        <w:t>206.000</w:t>
      </w:r>
    </w:p>
    <w:p>
      <w:pPr>
        <w:jc w:val="both"/>
      </w:pPr>
      <w:r>
        <w:t>Áp dụng với trường hợp dùng bơm kim thông thường để chọc hút.</w:t>
      </w:r>
    </w:p>
    <w:p>
      <w:pPr>
        <w:jc w:val="both"/>
      </w:pPr>
      <w:r>
        <w:t>86</w:t>
      </w:r>
    </w:p>
    <w:p>
      <w:pPr>
        <w:jc w:val="both"/>
      </w:pPr>
      <w:r>
        <w:t>83</w:t>
      </w:r>
    </w:p>
    <w:p>
      <w:pPr>
        <w:jc w:val="both"/>
      </w:pPr>
      <w:r>
        <w:t>03C1.1</w:t>
      </w:r>
    </w:p>
    <w:p>
      <w:pPr>
        <w:jc w:val="both"/>
      </w:pPr>
      <w:r>
        <w:t>Chọc dò tủy sống</w:t>
      </w:r>
    </w:p>
    <w:p>
      <w:pPr>
        <w:jc w:val="both"/>
      </w:pPr>
      <w:r>
        <w:t>114.000</w:t>
      </w:r>
    </w:p>
    <w:p>
      <w:pPr>
        <w:jc w:val="both"/>
      </w:pPr>
      <w:r>
        <w:t>125.000</w:t>
      </w:r>
    </w:p>
    <w:p>
      <w:pPr>
        <w:jc w:val="both"/>
      </w:pPr>
      <w:r>
        <w:t>Chưa bao gồm kim chọc dò.</w:t>
      </w:r>
    </w:p>
    <w:p>
      <w:pPr>
        <w:jc w:val="both"/>
      </w:pPr>
      <w:r>
        <w:t>87</w:t>
      </w:r>
    </w:p>
    <w:p>
      <w:pPr>
        <w:jc w:val="both"/>
      </w:pPr>
      <w:r>
        <w:t>84</w:t>
      </w:r>
    </w:p>
    <w:p>
      <w:pPr>
        <w:jc w:val="both"/>
      </w:pPr>
      <w:r>
        <w:t>Chọc hút dịch điều trị u nang giáp</w:t>
      </w:r>
    </w:p>
    <w:p>
      <w:pPr>
        <w:jc w:val="both"/>
      </w:pPr>
      <w:r>
        <w:t>170.000</w:t>
      </w:r>
    </w:p>
    <w:p>
      <w:pPr>
        <w:jc w:val="both"/>
      </w:pPr>
      <w:r>
        <w:t>192.000</w:t>
      </w:r>
    </w:p>
    <w:p>
      <w:pPr>
        <w:jc w:val="both"/>
      </w:pPr>
      <w:r>
        <w:t>88</w:t>
      </w:r>
    </w:p>
    <w:p>
      <w:pPr>
        <w:jc w:val="both"/>
      </w:pPr>
      <w:r>
        <w:t>85</w:t>
      </w:r>
    </w:p>
    <w:p>
      <w:pPr>
        <w:jc w:val="both"/>
      </w:pPr>
      <w:r>
        <w:t>Chọc hút dịch điều trị u nang giáp dưới hướng dẫn của siêu âm</w:t>
      </w:r>
    </w:p>
    <w:p>
      <w:pPr>
        <w:jc w:val="both"/>
      </w:pPr>
      <w:r>
        <w:t>228.000</w:t>
      </w:r>
    </w:p>
    <w:p>
      <w:pPr>
        <w:jc w:val="both"/>
      </w:pPr>
      <w:r>
        <w:t>257.000</w:t>
      </w:r>
    </w:p>
    <w:p>
      <w:pPr>
        <w:jc w:val="both"/>
      </w:pPr>
      <w:r>
        <w:t>89</w:t>
      </w:r>
    </w:p>
    <w:p>
      <w:pPr>
        <w:jc w:val="both"/>
      </w:pPr>
      <w:r>
        <w:t>86</w:t>
      </w:r>
    </w:p>
    <w:p>
      <w:pPr>
        <w:jc w:val="both"/>
      </w:pPr>
      <w:r>
        <w:t>04C2.67</w:t>
      </w:r>
    </w:p>
    <w:p>
      <w:pPr>
        <w:jc w:val="both"/>
      </w:pPr>
      <w:r>
        <w:t>Chọc hút hạch hoặc u</w:t>
      </w:r>
    </w:p>
    <w:p>
      <w:pPr>
        <w:jc w:val="both"/>
      </w:pPr>
      <w:r>
        <w:t>116.000</w:t>
      </w:r>
    </w:p>
    <w:p>
      <w:pPr>
        <w:jc w:val="both"/>
      </w:pPr>
      <w:r>
        <w:t>128.000</w:t>
      </w:r>
    </w:p>
    <w:p>
      <w:pPr>
        <w:jc w:val="both"/>
      </w:pPr>
      <w:r>
        <w:t>90</w:t>
      </w:r>
    </w:p>
    <w:p>
      <w:pPr>
        <w:jc w:val="both"/>
      </w:pPr>
      <w:r>
        <w:t>87</w:t>
      </w:r>
    </w:p>
    <w:p>
      <w:pPr>
        <w:jc w:val="both"/>
      </w:pPr>
      <w:r>
        <w:t>04C2.121</w:t>
      </w:r>
    </w:p>
    <w:p>
      <w:pPr>
        <w:jc w:val="both"/>
      </w:pPr>
      <w:r>
        <w:t>Chọc hút hạch hoặc u hoặc áp xe hoặc các tổn thương khác dưới hướng dẫn của siêu âm</w:t>
      </w:r>
    </w:p>
    <w:p>
      <w:pPr>
        <w:jc w:val="both"/>
      </w:pPr>
      <w:r>
        <w:t>159.000</w:t>
      </w:r>
    </w:p>
    <w:p>
      <w:pPr>
        <w:jc w:val="both"/>
      </w:pPr>
      <w:r>
        <w:t>177.000</w:t>
      </w:r>
    </w:p>
    <w:p>
      <w:pPr>
        <w:jc w:val="both"/>
      </w:pPr>
      <w:r>
        <w:t>91</w:t>
      </w:r>
    </w:p>
    <w:p>
      <w:pPr>
        <w:jc w:val="both"/>
      </w:pPr>
      <w:r>
        <w:t>88</w:t>
      </w:r>
    </w:p>
    <w:p>
      <w:pPr>
        <w:jc w:val="both"/>
      </w:pPr>
      <w:r>
        <w:t>04C2.122</w:t>
      </w:r>
    </w:p>
    <w:p>
      <w:pPr>
        <w:jc w:val="both"/>
      </w:pPr>
      <w:r>
        <w:t>Chọc hút hạch hoặc u hoặc áp xe hoặc các tổn thương khác dưới hướng dẫn của cắt lớp vi tính</w:t>
      </w:r>
    </w:p>
    <w:p>
      <w:pPr>
        <w:jc w:val="both"/>
      </w:pPr>
      <w:r>
        <w:t>743.000</w:t>
      </w:r>
    </w:p>
    <w:p>
      <w:pPr>
        <w:jc w:val="both"/>
      </w:pPr>
      <w:r>
        <w:t>845.000</w:t>
      </w:r>
    </w:p>
    <w:p>
      <w:pPr>
        <w:jc w:val="both"/>
      </w:pPr>
      <w:r>
        <w:t>Chưa bao gồm thuốc cản quang nếu có sử dụng.</w:t>
      </w:r>
    </w:p>
    <w:p>
      <w:pPr>
        <w:jc w:val="both"/>
      </w:pPr>
      <w:r>
        <w:t>92</w:t>
      </w:r>
    </w:p>
    <w:p>
      <w:pPr>
        <w:jc w:val="both"/>
      </w:pPr>
      <w:r>
        <w:t>89</w:t>
      </w:r>
    </w:p>
    <w:p>
      <w:pPr>
        <w:jc w:val="both"/>
      </w:pPr>
      <w:r>
        <w:t>04C2.68</w:t>
      </w:r>
    </w:p>
    <w:p>
      <w:pPr>
        <w:jc w:val="both"/>
      </w:pPr>
      <w:r>
        <w:t>Chọc hút tế bào tuyến giáp</w:t>
      </w:r>
    </w:p>
    <w:p>
      <w:pPr>
        <w:jc w:val="both"/>
      </w:pPr>
      <w:r>
        <w:t>116.000</w:t>
      </w:r>
    </w:p>
    <w:p>
      <w:pPr>
        <w:jc w:val="both"/>
      </w:pPr>
      <w:r>
        <w:t>128.000</w:t>
      </w:r>
    </w:p>
    <w:p>
      <w:pPr>
        <w:jc w:val="both"/>
      </w:pPr>
      <w:r>
        <w:t>93</w:t>
      </w:r>
    </w:p>
    <w:p>
      <w:pPr>
        <w:jc w:val="both"/>
      </w:pPr>
      <w:r>
        <w:t>90</w:t>
      </w:r>
    </w:p>
    <w:p>
      <w:pPr>
        <w:jc w:val="both"/>
      </w:pPr>
      <w:r>
        <w:t>04C2.111</w:t>
      </w:r>
    </w:p>
    <w:p>
      <w:pPr>
        <w:jc w:val="both"/>
      </w:pPr>
      <w:r>
        <w:t>Chọc hút tế bào tuyến giáp dưới hướng dẫn của siêu âm</w:t>
      </w:r>
    </w:p>
    <w:p>
      <w:pPr>
        <w:jc w:val="both"/>
      </w:pPr>
      <w:r>
        <w:t>158.000</w:t>
      </w:r>
    </w:p>
    <w:p>
      <w:pPr>
        <w:jc w:val="both"/>
      </w:pPr>
      <w:r>
        <w:t>176.000</w:t>
      </w:r>
    </w:p>
    <w:p>
      <w:pPr>
        <w:jc w:val="both"/>
      </w:pPr>
      <w:r>
        <w:t>94</w:t>
      </w:r>
    </w:p>
    <w:p>
      <w:pPr>
        <w:jc w:val="both"/>
      </w:pPr>
      <w:r>
        <w:t>91</w:t>
      </w:r>
    </w:p>
    <w:p>
      <w:pPr>
        <w:jc w:val="both"/>
      </w:pPr>
      <w:r>
        <w:t>04C2.115</w:t>
      </w:r>
    </w:p>
    <w:p>
      <w:pPr>
        <w:jc w:val="both"/>
      </w:pPr>
      <w:r>
        <w:t>Chọc hút tủy làm tủy đồ</w:t>
      </w:r>
    </w:p>
    <w:p>
      <w:pPr>
        <w:jc w:val="both"/>
      </w:pPr>
      <w:r>
        <w:t>537.000</w:t>
      </w:r>
    </w:p>
    <w:p>
      <w:pPr>
        <w:jc w:val="both"/>
      </w:pPr>
      <w:r>
        <w:t>612.000</w:t>
      </w:r>
    </w:p>
    <w:p>
      <w:pPr>
        <w:jc w:val="both"/>
      </w:pPr>
      <w:r>
        <w:t>Bao gồm cả kim chọc hút tủy dùng nhiều lần.</w:t>
      </w:r>
    </w:p>
    <w:p>
      <w:pPr>
        <w:jc w:val="both"/>
      </w:pPr>
      <w:r>
        <w:t>95</w:t>
      </w:r>
    </w:p>
    <w:p>
      <w:pPr>
        <w:jc w:val="both"/>
      </w:pPr>
      <w:r>
        <w:t>92</w:t>
      </w:r>
    </w:p>
    <w:p>
      <w:pPr>
        <w:jc w:val="both"/>
      </w:pPr>
      <w:r>
        <w:t>04C2.114</w:t>
      </w:r>
    </w:p>
    <w:p>
      <w:pPr>
        <w:jc w:val="both"/>
      </w:pPr>
      <w:r>
        <w:t>Chọc hút tủy làm tủy đồ</w:t>
      </w:r>
    </w:p>
    <w:p>
      <w:pPr>
        <w:jc w:val="both"/>
      </w:pPr>
      <w:r>
        <w:t>135.000</w:t>
      </w:r>
    </w:p>
    <w:p>
      <w:pPr>
        <w:jc w:val="both"/>
      </w:pPr>
      <w:r>
        <w:t>150.000</w:t>
      </w:r>
    </w:p>
    <w:p>
      <w:pPr>
        <w:jc w:val="both"/>
      </w:pPr>
      <w:r>
        <w:t>Chưa bao gồm kim chọc hút tủy. Kim chọc hút tủy tính theo thực tế sử dụng.</w:t>
      </w:r>
    </w:p>
    <w:p>
      <w:pPr>
        <w:jc w:val="both"/>
      </w:pPr>
      <w:r>
        <w:t>96</w:t>
      </w:r>
    </w:p>
    <w:p>
      <w:pPr>
        <w:jc w:val="both"/>
      </w:pPr>
      <w:r>
        <w:t>93</w:t>
      </w:r>
    </w:p>
    <w:p>
      <w:pPr>
        <w:jc w:val="both"/>
      </w:pPr>
      <w:r>
        <w:t>Chọc hút tủy làm tủy đồ (sử dụng máy khoan cầm tay)</w:t>
      </w:r>
    </w:p>
    <w:p>
      <w:pPr>
        <w:jc w:val="both"/>
      </w:pPr>
      <w:r>
        <w:t>2.367.000</w:t>
      </w:r>
    </w:p>
    <w:p>
      <w:pPr>
        <w:jc w:val="both"/>
      </w:pPr>
      <w:r>
        <w:t>2.719.000</w:t>
      </w:r>
    </w:p>
    <w:p>
      <w:pPr>
        <w:jc w:val="both"/>
      </w:pPr>
      <w:r>
        <w:t>97</w:t>
      </w:r>
    </w:p>
    <w:p>
      <w:pPr>
        <w:jc w:val="both"/>
      </w:pPr>
      <w:r>
        <w:t>94</w:t>
      </w:r>
    </w:p>
    <w:p>
      <w:pPr>
        <w:jc w:val="both"/>
      </w:pPr>
      <w:r>
        <w:t>04C2.98</w:t>
      </w:r>
    </w:p>
    <w:p>
      <w:pPr>
        <w:jc w:val="both"/>
      </w:pPr>
      <w:r>
        <w:t>Dẫn lưu màng phổi tối thiểu</w:t>
      </w:r>
    </w:p>
    <w:p>
      <w:pPr>
        <w:jc w:val="both"/>
      </w:pPr>
      <w:r>
        <w:t>607.000</w:t>
      </w:r>
    </w:p>
    <w:p>
      <w:pPr>
        <w:jc w:val="both"/>
      </w:pPr>
      <w:r>
        <w:t>689.000</w:t>
      </w:r>
    </w:p>
    <w:p>
      <w:pPr>
        <w:jc w:val="both"/>
      </w:pPr>
      <w:r>
        <w:t>98</w:t>
      </w:r>
    </w:p>
    <w:p>
      <w:pPr>
        <w:jc w:val="both"/>
      </w:pPr>
      <w:r>
        <w:t>95</w:t>
      </w:r>
    </w:p>
    <w:p>
      <w:pPr>
        <w:jc w:val="both"/>
      </w:pPr>
      <w:r>
        <w:t>Dẫn lưu màng phổi, ổ áp xe phổi dưới hướng dẫn của siêu âm</w:t>
      </w:r>
    </w:p>
    <w:p>
      <w:pPr>
        <w:jc w:val="both"/>
      </w:pPr>
      <w:r>
        <w:t>697.000</w:t>
      </w:r>
    </w:p>
    <w:p>
      <w:pPr>
        <w:jc w:val="both"/>
      </w:pPr>
      <w:r>
        <w:t>786.000</w:t>
      </w:r>
    </w:p>
    <w:p>
      <w:pPr>
        <w:jc w:val="both"/>
      </w:pPr>
      <w:r>
        <w:t>99</w:t>
      </w:r>
    </w:p>
    <w:p>
      <w:pPr>
        <w:jc w:val="both"/>
      </w:pPr>
      <w:r>
        <w:t>96</w:t>
      </w:r>
    </w:p>
    <w:p>
      <w:pPr>
        <w:jc w:val="both"/>
      </w:pPr>
      <w:r>
        <w:t>Dẫn lưu màng phổi, ổ áp xe phổi dưới hướng dẫn của chụp cắt lớp vi tính</w:t>
      </w:r>
    </w:p>
    <w:p>
      <w:pPr>
        <w:jc w:val="both"/>
      </w:pPr>
      <w:r>
        <w:t>1.218.000</w:t>
      </w:r>
    </w:p>
    <w:p>
      <w:pPr>
        <w:jc w:val="both"/>
      </w:pPr>
      <w:r>
        <w:t>1.386.000</w:t>
      </w:r>
    </w:p>
    <w:p>
      <w:pPr>
        <w:jc w:val="both"/>
      </w:pPr>
      <w:r>
        <w:t>100</w:t>
      </w:r>
    </w:p>
    <w:p>
      <w:pPr>
        <w:jc w:val="both"/>
      </w:pPr>
      <w:r>
        <w:t>97</w:t>
      </w:r>
    </w:p>
    <w:p>
      <w:pPr>
        <w:jc w:val="both"/>
      </w:pPr>
      <w:r>
        <w:t>03C1.58</w:t>
      </w:r>
    </w:p>
    <w:p>
      <w:pPr>
        <w:jc w:val="both"/>
      </w:pPr>
      <w:r>
        <w:t>Đặt catheter động mạch quay</w:t>
      </w:r>
    </w:p>
    <w:p>
      <w:pPr>
        <w:jc w:val="both"/>
      </w:pPr>
      <w:r>
        <w:t>557.000</w:t>
      </w:r>
    </w:p>
    <w:p>
      <w:pPr>
        <w:jc w:val="both"/>
      </w:pPr>
      <w:r>
        <w:t>631.000</w:t>
      </w:r>
    </w:p>
    <w:p>
      <w:pPr>
        <w:jc w:val="both"/>
      </w:pPr>
      <w:r>
        <w:t>101</w:t>
      </w:r>
    </w:p>
    <w:p>
      <w:pPr>
        <w:jc w:val="both"/>
      </w:pPr>
      <w:r>
        <w:t>98</w:t>
      </w:r>
    </w:p>
    <w:p>
      <w:pPr>
        <w:jc w:val="both"/>
      </w:pPr>
      <w:r>
        <w:t>03C1.59</w:t>
      </w:r>
    </w:p>
    <w:p>
      <w:pPr>
        <w:jc w:val="both"/>
      </w:pPr>
      <w:r>
        <w:t>Đặt catheter động mạch theo dõi huyết áp liên tục</w:t>
      </w:r>
    </w:p>
    <w:p>
      <w:pPr>
        <w:jc w:val="both"/>
      </w:pPr>
      <w:r>
        <w:t>1.379.000</w:t>
      </w:r>
    </w:p>
    <w:p>
      <w:pPr>
        <w:jc w:val="both"/>
      </w:pPr>
      <w:r>
        <w:t>1.577.000</w:t>
      </w:r>
    </w:p>
    <w:p>
      <w:pPr>
        <w:jc w:val="both"/>
      </w:pPr>
      <w:r>
        <w:t>102</w:t>
      </w:r>
    </w:p>
    <w:p>
      <w:pPr>
        <w:jc w:val="both"/>
      </w:pPr>
      <w:r>
        <w:t>99</w:t>
      </w:r>
    </w:p>
    <w:p>
      <w:pPr>
        <w:jc w:val="both"/>
      </w:pPr>
      <w:r>
        <w:t>03C1.57</w:t>
      </w:r>
    </w:p>
    <w:p>
      <w:pPr>
        <w:jc w:val="both"/>
      </w:pPr>
      <w:r>
        <w:t>Đặt catheter tĩnh mạch trung tâm một nòng</w:t>
      </w:r>
    </w:p>
    <w:p>
      <w:pPr>
        <w:jc w:val="both"/>
      </w:pPr>
      <w:r>
        <w:t>664.000</w:t>
      </w:r>
    </w:p>
    <w:p>
      <w:pPr>
        <w:jc w:val="both"/>
      </w:pPr>
      <w:r>
        <w:t>755.000</w:t>
      </w:r>
    </w:p>
    <w:p>
      <w:pPr>
        <w:jc w:val="both"/>
      </w:pPr>
      <w:r>
        <w:t>103</w:t>
      </w:r>
    </w:p>
    <w:p>
      <w:pPr>
        <w:jc w:val="both"/>
      </w:pPr>
      <w:r>
        <w:t>100</w:t>
      </w:r>
    </w:p>
    <w:p>
      <w:pPr>
        <w:jc w:val="both"/>
      </w:pPr>
      <w:r>
        <w:t>04C2.104</w:t>
      </w:r>
    </w:p>
    <w:p>
      <w:pPr>
        <w:jc w:val="both"/>
      </w:pPr>
      <w:r>
        <w:t>Đặt catheter tĩnh mạch trung tâm nhiều nòng</w:t>
      </w:r>
    </w:p>
    <w:p>
      <w:pPr>
        <w:jc w:val="both"/>
      </w:pPr>
      <w:r>
        <w:t>1.137.000</w:t>
      </w:r>
    </w:p>
    <w:p>
      <w:pPr>
        <w:jc w:val="both"/>
      </w:pPr>
      <w:r>
        <w:t>1.299.000</w:t>
      </w:r>
    </w:p>
    <w:p>
      <w:pPr>
        <w:jc w:val="both"/>
      </w:pPr>
      <w:r>
        <w:t>104</w:t>
      </w:r>
    </w:p>
    <w:p>
      <w:pPr>
        <w:jc w:val="both"/>
      </w:pPr>
      <w:r>
        <w:t>101</w:t>
      </w:r>
    </w:p>
    <w:p>
      <w:pPr>
        <w:jc w:val="both"/>
      </w:pPr>
      <w:r>
        <w:t>04C2.103</w:t>
      </w:r>
    </w:p>
    <w:p>
      <w:pPr>
        <w:jc w:val="both"/>
      </w:pPr>
      <w:r>
        <w:t>Đặt ống thông tĩnh mạch bằng catheter 2 nòng</w:t>
      </w:r>
    </w:p>
    <w:p>
      <w:pPr>
        <w:jc w:val="both"/>
      </w:pPr>
      <w:r>
        <w:t>1.137.000</w:t>
      </w:r>
    </w:p>
    <w:p>
      <w:pPr>
        <w:jc w:val="both"/>
      </w:pPr>
      <w:r>
        <w:t>1.299.000</w:t>
      </w:r>
    </w:p>
    <w:p>
      <w:pPr>
        <w:jc w:val="both"/>
      </w:pPr>
      <w:r>
        <w:t>Chỉ áp dụng với trường hợp lọc máu.</w:t>
      </w:r>
    </w:p>
    <w:p>
      <w:pPr>
        <w:jc w:val="both"/>
      </w:pPr>
      <w:r>
        <w:t>105</w:t>
      </w:r>
    </w:p>
    <w:p>
      <w:pPr>
        <w:jc w:val="both"/>
      </w:pPr>
      <w:r>
        <w:t>102</w:t>
      </w:r>
    </w:p>
    <w:p>
      <w:pPr>
        <w:jc w:val="both"/>
      </w:pPr>
      <w:r>
        <w:t>Đặt catheter hai nòng có cuff, tạo đường hầm để lọc máu</w:t>
      </w:r>
    </w:p>
    <w:p>
      <w:pPr>
        <w:jc w:val="both"/>
      </w:pPr>
      <w:r>
        <w:t>6.846.000</w:t>
      </w:r>
    </w:p>
    <w:p>
      <w:pPr>
        <w:jc w:val="both"/>
      </w:pPr>
      <w:r>
        <w:t>7.851.000</w:t>
      </w:r>
    </w:p>
    <w:p>
      <w:pPr>
        <w:jc w:val="both"/>
      </w:pPr>
      <w:r>
        <w:t>106</w:t>
      </w:r>
    </w:p>
    <w:p>
      <w:pPr>
        <w:jc w:val="both"/>
      </w:pPr>
      <w:r>
        <w:t>101</w:t>
      </w:r>
    </w:p>
    <w:p>
      <w:pPr>
        <w:jc w:val="both"/>
      </w:pPr>
      <w:r>
        <w:t>04C2.106</w:t>
      </w:r>
    </w:p>
    <w:p>
      <w:pPr>
        <w:jc w:val="both"/>
      </w:pPr>
      <w:r>
        <w:t>Đặt nội khí quản</w:t>
      </w:r>
    </w:p>
    <w:p>
      <w:pPr>
        <w:jc w:val="both"/>
      </w:pPr>
      <w:r>
        <w:t>579.000</w:t>
      </w:r>
    </w:p>
    <w:p>
      <w:pPr>
        <w:jc w:val="both"/>
      </w:pPr>
      <w:r>
        <w:t>657.000</w:t>
      </w:r>
    </w:p>
    <w:p>
      <w:pPr>
        <w:jc w:val="both"/>
      </w:pPr>
      <w:r>
        <w:t>107</w:t>
      </w:r>
    </w:p>
    <w:p>
      <w:pPr>
        <w:jc w:val="both"/>
      </w:pPr>
      <w:r>
        <w:t>103</w:t>
      </w:r>
    </w:p>
    <w:p>
      <w:pPr>
        <w:jc w:val="both"/>
      </w:pPr>
      <w:r>
        <w:t>Đặt sonde dạ dày</w:t>
      </w:r>
    </w:p>
    <w:p>
      <w:pPr>
        <w:jc w:val="both"/>
      </w:pPr>
      <w:r>
        <w:t>94.300</w:t>
      </w:r>
    </w:p>
    <w:p>
      <w:pPr>
        <w:jc w:val="both"/>
      </w:pPr>
      <w:r>
        <w:t>104.000</w:t>
      </w:r>
    </w:p>
    <w:p>
      <w:pPr>
        <w:jc w:val="both"/>
      </w:pPr>
      <w:r>
        <w:t>108</w:t>
      </w:r>
    </w:p>
    <w:p>
      <w:pPr>
        <w:jc w:val="both"/>
      </w:pPr>
      <w:r>
        <w:t>104</w:t>
      </w:r>
    </w:p>
    <w:p>
      <w:pPr>
        <w:jc w:val="both"/>
      </w:pPr>
      <w:r>
        <w:t>03C1.52</w:t>
      </w:r>
    </w:p>
    <w:p>
      <w:pPr>
        <w:jc w:val="both"/>
      </w:pPr>
      <w:r>
        <w:t>Đặt sonde JJ niệu quản</w:t>
      </w:r>
    </w:p>
    <w:p>
      <w:pPr>
        <w:jc w:val="both"/>
      </w:pPr>
      <w:r>
        <w:t>929.000</w:t>
      </w:r>
    </w:p>
    <w:p>
      <w:pPr>
        <w:jc w:val="both"/>
      </w:pPr>
      <w:r>
        <w:t>1.059.000</w:t>
      </w:r>
    </w:p>
    <w:p>
      <w:pPr>
        <w:jc w:val="both"/>
      </w:pPr>
      <w:r>
        <w:t>Chưa bao gồm Sonde JJ.</w:t>
      </w:r>
    </w:p>
    <w:p>
      <w:pPr>
        <w:jc w:val="both"/>
      </w:pPr>
      <w:r>
        <w:t>109</w:t>
      </w:r>
    </w:p>
    <w:p>
      <w:pPr>
        <w:jc w:val="both"/>
      </w:pPr>
      <w:r>
        <w:t>105</w:t>
      </w:r>
    </w:p>
    <w:p>
      <w:pPr>
        <w:jc w:val="both"/>
      </w:pPr>
      <w:r>
        <w:t>03C1.32</w:t>
      </w:r>
    </w:p>
    <w:p>
      <w:pPr>
        <w:jc w:val="both"/>
      </w:pPr>
      <w:r>
        <w:t>Đặt stent thực quản qua nội soi</w:t>
      </w:r>
    </w:p>
    <w:p>
      <w:pPr>
        <w:jc w:val="both"/>
      </w:pPr>
      <w:r>
        <w:t>1.178.000</w:t>
      </w:r>
    </w:p>
    <w:p>
      <w:pPr>
        <w:jc w:val="both"/>
      </w:pPr>
      <w:r>
        <w:t>1.327.000</w:t>
      </w:r>
    </w:p>
    <w:p>
      <w:pPr>
        <w:jc w:val="both"/>
      </w:pPr>
      <w:r>
        <w:t>Chưa bao gồm stent.</w:t>
      </w:r>
    </w:p>
    <w:p>
      <w:pPr>
        <w:jc w:val="both"/>
      </w:pPr>
      <w:r>
        <w:t>110</w:t>
      </w:r>
    </w:p>
    <w:p>
      <w:pPr>
        <w:jc w:val="both"/>
      </w:pPr>
      <w:r>
        <w:t>106</w:t>
      </w:r>
    </w:p>
    <w:p>
      <w:pPr>
        <w:jc w:val="both"/>
      </w:pPr>
      <w:r>
        <w:t>Điều trị rung nhĩ bằng năng lượng sóng tần số radio sử dụng hệ thống lập bản đồ ba chiều giải phẫu - điện học các buồng tim</w:t>
      </w:r>
    </w:p>
    <w:p>
      <w:pPr>
        <w:jc w:val="both"/>
      </w:pPr>
      <w:r>
        <w:t>3.255.000</w:t>
      </w:r>
    </w:p>
    <w:p>
      <w:pPr>
        <w:jc w:val="both"/>
      </w:pPr>
      <w:r>
        <w:t>3.555.000</w:t>
      </w:r>
    </w:p>
    <w:p>
      <w:pPr>
        <w:jc w:val="both"/>
      </w:pPr>
      <w:r>
        <w:t>Chưa bao gồm bộ dụng cụ điều trị rối loạn nhịp tim có sử dụng hệ thống lập bản đồ ba chiều giải phẫu - điện học các buồng tim.</w:t>
      </w:r>
    </w:p>
    <w:p>
      <w:pPr>
        <w:jc w:val="both"/>
      </w:pPr>
      <w:r>
        <w:t>111</w:t>
      </w:r>
    </w:p>
    <w:p>
      <w:pPr>
        <w:jc w:val="both"/>
      </w:pPr>
      <w:r>
        <w:t>107</w:t>
      </w:r>
    </w:p>
    <w:p>
      <w:pPr>
        <w:jc w:val="both"/>
      </w:pPr>
      <w:r>
        <w:t>Điều trị suy tĩnh mạch bằng Laser nội mạch</w:t>
      </w:r>
    </w:p>
    <w:p>
      <w:pPr>
        <w:jc w:val="both"/>
      </w:pPr>
      <w:r>
        <w:t>2.073.000</w:t>
      </w:r>
    </w:p>
    <w:p>
      <w:pPr>
        <w:jc w:val="both"/>
      </w:pPr>
      <w:r>
        <w:t>2.345.000</w:t>
      </w:r>
    </w:p>
    <w:p>
      <w:pPr>
        <w:jc w:val="both"/>
      </w:pPr>
      <w:r>
        <w:t>Chưa bao gồm bộ dụng cụ mở mạch máu, dây dẫn và ống thông điều trị laser.</w:t>
      </w:r>
    </w:p>
    <w:p>
      <w:pPr>
        <w:jc w:val="both"/>
      </w:pPr>
      <w:r>
        <w:t>112</w:t>
      </w:r>
    </w:p>
    <w:p>
      <w:pPr>
        <w:jc w:val="both"/>
      </w:pPr>
      <w:r>
        <w:t>108</w:t>
      </w:r>
    </w:p>
    <w:p>
      <w:pPr>
        <w:jc w:val="both"/>
      </w:pPr>
      <w:r>
        <w:t>Điều trị suy tĩnh mạch bằng năng lượng sóng tần số radio</w:t>
      </w:r>
    </w:p>
    <w:p>
      <w:pPr>
        <w:jc w:val="both"/>
      </w:pPr>
      <w:r>
        <w:t>1.973.000</w:t>
      </w:r>
    </w:p>
    <w:p>
      <w:pPr>
        <w:jc w:val="both"/>
      </w:pPr>
      <w:r>
        <w:t>2.230.000</w:t>
      </w:r>
    </w:p>
    <w:p>
      <w:pPr>
        <w:jc w:val="both"/>
      </w:pPr>
      <w:r>
        <w:t>Chưa bao gồm bộ dụng cụ mở mạch máu và ống thông điều trị RF.</w:t>
      </w:r>
    </w:p>
    <w:p>
      <w:pPr>
        <w:jc w:val="both"/>
      </w:pPr>
      <w:r>
        <w:t>113</w:t>
      </w:r>
    </w:p>
    <w:p>
      <w:pPr>
        <w:jc w:val="both"/>
      </w:pPr>
      <w:r>
        <w:t>109</w:t>
      </w:r>
    </w:p>
    <w:p>
      <w:pPr>
        <w:jc w:val="both"/>
      </w:pPr>
      <w:r>
        <w:t>Gây dính màng phổi bằng thuốc hoặc hóa chất qua ống dẫn lưu màng phổi</w:t>
      </w:r>
    </w:p>
    <w:p>
      <w:pPr>
        <w:jc w:val="both"/>
      </w:pPr>
      <w:r>
        <w:t>207.000</w:t>
      </w:r>
    </w:p>
    <w:p>
      <w:pPr>
        <w:jc w:val="both"/>
      </w:pPr>
      <w:r>
        <w:t>228.000</w:t>
      </w:r>
    </w:p>
    <w:p>
      <w:pPr>
        <w:jc w:val="both"/>
      </w:pPr>
      <w:r>
        <w:t>Chưa bao gồm thuốc hoặc hóa chất gây dính màng phổi.</w:t>
      </w:r>
    </w:p>
    <w:p>
      <w:pPr>
        <w:jc w:val="both"/>
      </w:pPr>
      <w:r>
        <w:t>114</w:t>
      </w:r>
    </w:p>
    <w:p>
      <w:pPr>
        <w:jc w:val="both"/>
      </w:pPr>
      <w:r>
        <w:t>110</w:t>
      </w:r>
    </w:p>
    <w:p>
      <w:pPr>
        <w:jc w:val="both"/>
      </w:pPr>
      <w:r>
        <w:t>03C1.56</w:t>
      </w:r>
    </w:p>
    <w:p>
      <w:pPr>
        <w:jc w:val="both"/>
      </w:pPr>
      <w:r>
        <w:t>Hấp thụ phân tử liên tục điều trị suy gan cấp nặng</w:t>
      </w:r>
    </w:p>
    <w:p>
      <w:pPr>
        <w:jc w:val="both"/>
      </w:pPr>
      <w:r>
        <w:t>2.332.000</w:t>
      </w:r>
    </w:p>
    <w:p>
      <w:pPr>
        <w:jc w:val="both"/>
      </w:pPr>
      <w:r>
        <w:t>2.675.000</w:t>
      </w:r>
    </w:p>
    <w:p>
      <w:pPr>
        <w:jc w:val="both"/>
      </w:pPr>
      <w:r>
        <w:t>Chưa bao gồm hệ thống quả lọc và dịch lọc.</w:t>
      </w:r>
    </w:p>
    <w:p>
      <w:pPr>
        <w:jc w:val="both"/>
      </w:pPr>
      <w:r>
        <w:t>115</w:t>
      </w:r>
    </w:p>
    <w:p>
      <w:pPr>
        <w:jc w:val="both"/>
      </w:pPr>
      <w:r>
        <w:t>111</w:t>
      </w:r>
    </w:p>
    <w:p>
      <w:pPr>
        <w:jc w:val="both"/>
      </w:pPr>
      <w:r>
        <w:t>Hút dẫn lưu khoang màng phổi bằng máy hút áp lực âm liên tục</w:t>
      </w:r>
    </w:p>
    <w:p>
      <w:pPr>
        <w:jc w:val="both"/>
      </w:pPr>
      <w:r>
        <w:t>188.000</w:t>
      </w:r>
    </w:p>
    <w:p>
      <w:pPr>
        <w:jc w:val="both"/>
      </w:pPr>
      <w:r>
        <w:t>214.000</w:t>
      </w:r>
    </w:p>
    <w:p>
      <w:pPr>
        <w:jc w:val="both"/>
      </w:pPr>
      <w:r>
        <w:t>116</w:t>
      </w:r>
    </w:p>
    <w:p>
      <w:pPr>
        <w:jc w:val="both"/>
      </w:pPr>
      <w:r>
        <w:t>112</w:t>
      </w:r>
    </w:p>
    <w:p>
      <w:pPr>
        <w:jc w:val="both"/>
      </w:pPr>
      <w:r>
        <w:t>Hút dịch khớp</w:t>
      </w:r>
    </w:p>
    <w:p>
      <w:pPr>
        <w:jc w:val="both"/>
      </w:pPr>
      <w:r>
        <w:t>120.000</w:t>
      </w:r>
    </w:p>
    <w:p>
      <w:pPr>
        <w:jc w:val="both"/>
      </w:pPr>
      <w:r>
        <w:t>133.000</w:t>
      </w:r>
    </w:p>
    <w:p>
      <w:pPr>
        <w:jc w:val="both"/>
      </w:pPr>
      <w:r>
        <w:t>117</w:t>
      </w:r>
    </w:p>
    <w:p>
      <w:pPr>
        <w:jc w:val="both"/>
      </w:pPr>
      <w:r>
        <w:t>113</w:t>
      </w:r>
    </w:p>
    <w:p>
      <w:pPr>
        <w:jc w:val="both"/>
      </w:pPr>
      <w:r>
        <w:t>Hút dịch khớp dưới hướng dẫn của siêu âm</w:t>
      </w:r>
    </w:p>
    <w:p>
      <w:pPr>
        <w:jc w:val="both"/>
      </w:pPr>
      <w:r>
        <w:t>132.000</w:t>
      </w:r>
    </w:p>
    <w:p>
      <w:pPr>
        <w:jc w:val="both"/>
      </w:pPr>
      <w:r>
        <w:t>146.000</w:t>
      </w:r>
    </w:p>
    <w:p>
      <w:pPr>
        <w:jc w:val="both"/>
      </w:pPr>
      <w:r>
        <w:t>118</w:t>
      </w:r>
    </w:p>
    <w:p>
      <w:pPr>
        <w:jc w:val="both"/>
      </w:pPr>
      <w:r>
        <w:t>114</w:t>
      </w:r>
    </w:p>
    <w:p>
      <w:pPr>
        <w:jc w:val="both"/>
      </w:pPr>
      <w:r>
        <w:t>Hút đờm</w:t>
      </w:r>
    </w:p>
    <w:p>
      <w:pPr>
        <w:jc w:val="both"/>
      </w:pPr>
      <w:r>
        <w:t>12.200</w:t>
      </w:r>
    </w:p>
    <w:p>
      <w:pPr>
        <w:jc w:val="both"/>
      </w:pPr>
      <w:r>
        <w:t>13.100</w:t>
      </w:r>
    </w:p>
    <w:p>
      <w:pPr>
        <w:jc w:val="both"/>
      </w:pPr>
      <w:r>
        <w:t>119</w:t>
      </w:r>
    </w:p>
    <w:p>
      <w:pPr>
        <w:jc w:val="both"/>
      </w:pPr>
      <w:r>
        <w:t>115</w:t>
      </w:r>
    </w:p>
    <w:p>
      <w:pPr>
        <w:jc w:val="both"/>
      </w:pPr>
      <w:r>
        <w:t>04C2.119</w:t>
      </w:r>
    </w:p>
    <w:p>
      <w:pPr>
        <w:jc w:val="both"/>
      </w:pPr>
      <w:r>
        <w:t>Lấy sỏi niệu quản qua nội soi</w:t>
      </w:r>
    </w:p>
    <w:p>
      <w:pPr>
        <w:jc w:val="both"/>
      </w:pPr>
      <w:r>
        <w:t>968.000</w:t>
      </w:r>
    </w:p>
    <w:p>
      <w:pPr>
        <w:jc w:val="both"/>
      </w:pPr>
      <w:r>
        <w:t>1.093.000</w:t>
      </w:r>
    </w:p>
    <w:p>
      <w:pPr>
        <w:jc w:val="both"/>
      </w:pPr>
      <w:r>
        <w:t>Chưa bao gồm sonde niệu quản và dây dẫn Guide wire.</w:t>
      </w:r>
    </w:p>
    <w:p>
      <w:pPr>
        <w:jc w:val="both"/>
      </w:pPr>
      <w:r>
        <w:t>120</w:t>
      </w:r>
    </w:p>
    <w:p>
      <w:pPr>
        <w:jc w:val="both"/>
      </w:pPr>
      <w:r>
        <w:t>116</w:t>
      </w:r>
    </w:p>
    <w:p>
      <w:pPr>
        <w:jc w:val="both"/>
      </w:pPr>
      <w:r>
        <w:t>04C2.79</w:t>
      </w:r>
    </w:p>
    <w:p>
      <w:pPr>
        <w:jc w:val="both"/>
      </w:pPr>
      <w:r>
        <w:t>Lọc màng bụng chu kỳ (CAPD)</w:t>
      </w:r>
    </w:p>
    <w:p>
      <w:pPr>
        <w:jc w:val="both"/>
      </w:pPr>
      <w:r>
        <w:t>574.000</w:t>
      </w:r>
    </w:p>
    <w:p>
      <w:pPr>
        <w:jc w:val="both"/>
      </w:pPr>
      <w:r>
        <w:t>650.000</w:t>
      </w:r>
    </w:p>
    <w:p>
      <w:pPr>
        <w:jc w:val="both"/>
      </w:pPr>
      <w:r>
        <w:t>121</w:t>
      </w:r>
    </w:p>
    <w:p>
      <w:pPr>
        <w:jc w:val="both"/>
      </w:pPr>
      <w:r>
        <w:t>117</w:t>
      </w:r>
    </w:p>
    <w:p>
      <w:pPr>
        <w:jc w:val="both"/>
      </w:pPr>
      <w:r>
        <w:t>04C2.78</w:t>
      </w:r>
    </w:p>
    <w:p>
      <w:pPr>
        <w:jc w:val="both"/>
      </w:pPr>
      <w:r>
        <w:t>Lọc màng bụng liên tục 24 giờ bằng máy (thẩm phân phúc mạc)</w:t>
      </w:r>
    </w:p>
    <w:p>
      <w:pPr>
        <w:jc w:val="both"/>
      </w:pPr>
      <w:r>
        <w:t>988.000</w:t>
      </w:r>
    </w:p>
    <w:p>
      <w:pPr>
        <w:jc w:val="both"/>
      </w:pPr>
      <w:r>
        <w:t>1.116.000</w:t>
      </w:r>
    </w:p>
    <w:p>
      <w:pPr>
        <w:jc w:val="both"/>
      </w:pPr>
      <w:r>
        <w:t>122</w:t>
      </w:r>
    </w:p>
    <w:p>
      <w:pPr>
        <w:jc w:val="both"/>
      </w:pPr>
      <w:r>
        <w:t>118</w:t>
      </w:r>
    </w:p>
    <w:p>
      <w:pPr>
        <w:jc w:val="both"/>
      </w:pPr>
      <w:r>
        <w:t>03C1.71</w:t>
      </w:r>
    </w:p>
    <w:p>
      <w:pPr>
        <w:jc w:val="both"/>
      </w:pPr>
      <w:r>
        <w:t>Lọc máu liên tục (01 lần)</w:t>
      </w:r>
    </w:p>
    <w:p>
      <w:pPr>
        <w:jc w:val="both"/>
      </w:pPr>
      <w:r>
        <w:t>2.248.000</w:t>
      </w:r>
    </w:p>
    <w:p>
      <w:pPr>
        <w:jc w:val="both"/>
      </w:pPr>
      <w:r>
        <w:t>2.556.000</w:t>
      </w:r>
    </w:p>
    <w:p>
      <w:pPr>
        <w:jc w:val="both"/>
      </w:pPr>
      <w:r>
        <w:t>Chưa bao gồm quả lọc, bộ dây dẫn và dịch lọc.</w:t>
      </w:r>
    </w:p>
    <w:p>
      <w:pPr>
        <w:jc w:val="both"/>
      </w:pPr>
      <w:r>
        <w:t>123</w:t>
      </w:r>
    </w:p>
    <w:p>
      <w:pPr>
        <w:jc w:val="both"/>
      </w:pPr>
      <w:r>
        <w:t>119</w:t>
      </w:r>
    </w:p>
    <w:p>
      <w:pPr>
        <w:jc w:val="both"/>
      </w:pPr>
      <w:r>
        <w:t>03C1.72</w:t>
      </w:r>
    </w:p>
    <w:p>
      <w:pPr>
        <w:jc w:val="both"/>
      </w:pPr>
      <w:r>
        <w:t>Lọc tách huyết tương (01 lần)</w:t>
      </w:r>
    </w:p>
    <w:p>
      <w:pPr>
        <w:jc w:val="both"/>
      </w:pPr>
      <w:r>
        <w:t>1.672.000</w:t>
      </w:r>
    </w:p>
    <w:p>
      <w:pPr>
        <w:jc w:val="both"/>
      </w:pPr>
      <w:r>
        <w:t>1.893.000</w:t>
      </w:r>
    </w:p>
    <w:p>
      <w:pPr>
        <w:jc w:val="both"/>
      </w:pPr>
      <w:r>
        <w:t>Chưa bao gồm quả lọc tách huyết tương, quả lọc hấp phụ các loại, các cỡ, bộ dây dẫn và huyết tương đông lạnh hoặc dung dịch albumin.</w:t>
      </w:r>
    </w:p>
    <w:p>
      <w:pPr>
        <w:jc w:val="both"/>
      </w:pPr>
      <w:r>
        <w:t>124</w:t>
      </w:r>
    </w:p>
    <w:p>
      <w:pPr>
        <w:jc w:val="both"/>
      </w:pPr>
      <w:r>
        <w:t>120</w:t>
      </w:r>
    </w:p>
    <w:p>
      <w:pPr>
        <w:jc w:val="both"/>
      </w:pPr>
      <w:r>
        <w:t>04C2.99</w:t>
      </w:r>
    </w:p>
    <w:p>
      <w:pPr>
        <w:jc w:val="both"/>
      </w:pPr>
      <w:r>
        <w:t>Mở khí quản</w:t>
      </w:r>
    </w:p>
    <w:p>
      <w:pPr>
        <w:jc w:val="both"/>
      </w:pPr>
      <w:r>
        <w:t>734.000</w:t>
      </w:r>
    </w:p>
    <w:p>
      <w:pPr>
        <w:jc w:val="both"/>
      </w:pPr>
      <w:r>
        <w:t>832.000</w:t>
      </w:r>
    </w:p>
    <w:p>
      <w:pPr>
        <w:jc w:val="both"/>
      </w:pPr>
      <w:r>
        <w:t>125</w:t>
      </w:r>
    </w:p>
    <w:p>
      <w:pPr>
        <w:jc w:val="both"/>
      </w:pPr>
      <w:r>
        <w:t>121</w:t>
      </w:r>
    </w:p>
    <w:p>
      <w:pPr>
        <w:jc w:val="both"/>
      </w:pPr>
      <w:r>
        <w:t>04C2.120</w:t>
      </w:r>
    </w:p>
    <w:p>
      <w:pPr>
        <w:jc w:val="both"/>
      </w:pPr>
      <w:r>
        <w:t>Mở thông bàng quang (gây tê tại chỗ)</w:t>
      </w:r>
    </w:p>
    <w:p>
      <w:pPr>
        <w:jc w:val="both"/>
      </w:pPr>
      <w:r>
        <w:t>384.000</w:t>
      </w:r>
    </w:p>
    <w:p>
      <w:pPr>
        <w:jc w:val="both"/>
      </w:pPr>
      <w:r>
        <w:t>432.000</w:t>
      </w:r>
    </w:p>
    <w:p>
      <w:pPr>
        <w:jc w:val="both"/>
      </w:pPr>
      <w:r>
        <w:t>126</w:t>
      </w:r>
    </w:p>
    <w:p>
      <w:pPr>
        <w:jc w:val="both"/>
      </w:pPr>
      <w:r>
        <w:t>122</w:t>
      </w:r>
    </w:p>
    <w:p>
      <w:pPr>
        <w:jc w:val="both"/>
      </w:pPr>
      <w:r>
        <w:t>Nghiệm pháp hồi phục phế quản với thuốc giãn phế quản</w:t>
      </w:r>
    </w:p>
    <w:p>
      <w:pPr>
        <w:jc w:val="both"/>
      </w:pPr>
      <w:r>
        <w:t>101.000</w:t>
      </w:r>
    </w:p>
    <w:p>
      <w:pPr>
        <w:jc w:val="both"/>
      </w:pPr>
      <w:r>
        <w:t>111.000</w:t>
      </w:r>
    </w:p>
    <w:p>
      <w:pPr>
        <w:jc w:val="both"/>
      </w:pPr>
      <w:r>
        <w:t>127</w:t>
      </w:r>
    </w:p>
    <w:p>
      <w:pPr>
        <w:jc w:val="both"/>
      </w:pPr>
      <w:r>
        <w:t>123</w:t>
      </w:r>
    </w:p>
    <w:p>
      <w:pPr>
        <w:jc w:val="both"/>
      </w:pPr>
      <w:r>
        <w:t>03C1.39</w:t>
      </w:r>
    </w:p>
    <w:p>
      <w:pPr>
        <w:jc w:val="both"/>
      </w:pPr>
      <w:r>
        <w:t>Nội soi lồng ngực</w:t>
      </w:r>
    </w:p>
    <w:p>
      <w:pPr>
        <w:jc w:val="both"/>
      </w:pPr>
      <w:r>
        <w:t>1.009.000</w:t>
      </w:r>
    </w:p>
    <w:p>
      <w:pPr>
        <w:jc w:val="both"/>
      </w:pPr>
      <w:r>
        <w:t>1.131.000</w:t>
      </w:r>
    </w:p>
    <w:p>
      <w:pPr>
        <w:jc w:val="both"/>
      </w:pPr>
      <w:r>
        <w:t>128</w:t>
      </w:r>
    </w:p>
    <w:p>
      <w:pPr>
        <w:jc w:val="both"/>
      </w:pPr>
      <w:r>
        <w:t>124</w:t>
      </w:r>
    </w:p>
    <w:p>
      <w:pPr>
        <w:jc w:val="both"/>
      </w:pPr>
      <w:r>
        <w:t>Nội soi màng phổi, gây dính bằng thuốc hoặc hóa chất</w:t>
      </w:r>
    </w:p>
    <w:p>
      <w:pPr>
        <w:jc w:val="both"/>
      </w:pPr>
      <w:r>
        <w:t>5.036.000</w:t>
      </w:r>
    </w:p>
    <w:p>
      <w:pPr>
        <w:jc w:val="both"/>
      </w:pPr>
      <w:r>
        <w:t>5.775.000</w:t>
      </w:r>
    </w:p>
    <w:p>
      <w:pPr>
        <w:jc w:val="both"/>
      </w:pPr>
      <w:r>
        <w:t>Đã bao gồm thuốc gây mê</w:t>
      </w:r>
    </w:p>
    <w:p>
      <w:pPr>
        <w:jc w:val="both"/>
      </w:pPr>
      <w:r>
        <w:t>129</w:t>
      </w:r>
    </w:p>
    <w:p>
      <w:pPr>
        <w:jc w:val="both"/>
      </w:pPr>
      <w:r>
        <w:t>125</w:t>
      </w:r>
    </w:p>
    <w:p>
      <w:pPr>
        <w:jc w:val="both"/>
      </w:pPr>
      <w:r>
        <w:t>Nội soi màng phổi, sinh thiết màng phổi</w:t>
      </w:r>
    </w:p>
    <w:p>
      <w:pPr>
        <w:jc w:val="both"/>
      </w:pPr>
      <w:r>
        <w:t>5.814.000</w:t>
      </w:r>
    </w:p>
    <w:p>
      <w:pPr>
        <w:jc w:val="both"/>
      </w:pPr>
      <w:r>
        <w:t>6.671.000</w:t>
      </w:r>
    </w:p>
    <w:p>
      <w:pPr>
        <w:jc w:val="both"/>
      </w:pPr>
      <w:r>
        <w:t>Đã bao gồm thuốc gây mê</w:t>
      </w:r>
    </w:p>
    <w:p>
      <w:pPr>
        <w:jc w:val="both"/>
      </w:pPr>
      <w:r>
        <w:t>130</w:t>
      </w:r>
    </w:p>
    <w:p>
      <w:pPr>
        <w:jc w:val="both"/>
      </w:pPr>
      <w:r>
        <w:t>126</w:t>
      </w:r>
    </w:p>
    <w:p>
      <w:pPr>
        <w:jc w:val="both"/>
      </w:pPr>
      <w:r>
        <w:t>03C1.45</w:t>
      </w:r>
    </w:p>
    <w:p>
      <w:pPr>
        <w:jc w:val="both"/>
      </w:pPr>
      <w:r>
        <w:t>Niệu dòng đồ</w:t>
      </w:r>
    </w:p>
    <w:p>
      <w:pPr>
        <w:jc w:val="both"/>
      </w:pPr>
      <w:r>
        <w:t>65.000</w:t>
      </w:r>
    </w:p>
    <w:p>
      <w:pPr>
        <w:jc w:val="both"/>
      </w:pPr>
      <w:r>
        <w:t>70.300</w:t>
      </w:r>
    </w:p>
    <w:p>
      <w:pPr>
        <w:jc w:val="both"/>
      </w:pPr>
      <w:r>
        <w:t>131</w:t>
      </w:r>
    </w:p>
    <w:p>
      <w:pPr>
        <w:jc w:val="both"/>
      </w:pPr>
      <w:r>
        <w:t>127</w:t>
      </w:r>
    </w:p>
    <w:p>
      <w:pPr>
        <w:jc w:val="both"/>
      </w:pPr>
      <w:r>
        <w:t>Nội soi phế quản dưới gây mê có sinh thiết</w:t>
      </w:r>
    </w:p>
    <w:p>
      <w:pPr>
        <w:jc w:val="both"/>
      </w:pPr>
      <w:r>
        <w:t>1.778.000</w:t>
      </w:r>
    </w:p>
    <w:p>
      <w:pPr>
        <w:jc w:val="both"/>
      </w:pPr>
      <w:r>
        <w:t>2.032.000</w:t>
      </w:r>
    </w:p>
    <w:p>
      <w:pPr>
        <w:jc w:val="both"/>
      </w:pPr>
      <w:r>
        <w:t>132</w:t>
      </w:r>
    </w:p>
    <w:p>
      <w:pPr>
        <w:jc w:val="both"/>
      </w:pPr>
      <w:r>
        <w:t>128</w:t>
      </w:r>
    </w:p>
    <w:p>
      <w:pPr>
        <w:jc w:val="both"/>
      </w:pPr>
      <w:r>
        <w:t>Nội soi phế quản dưới gây mê không sinh thiết</w:t>
      </w:r>
    </w:p>
    <w:p>
      <w:pPr>
        <w:jc w:val="both"/>
      </w:pPr>
      <w:r>
        <w:t>1.478.000</w:t>
      </w:r>
    </w:p>
    <w:p>
      <w:pPr>
        <w:jc w:val="both"/>
      </w:pPr>
      <w:r>
        <w:t>1.687.000</w:t>
      </w:r>
    </w:p>
    <w:p>
      <w:pPr>
        <w:jc w:val="both"/>
      </w:pPr>
      <w:r>
        <w:t>133</w:t>
      </w:r>
    </w:p>
    <w:p>
      <w:pPr>
        <w:jc w:val="both"/>
      </w:pPr>
      <w:r>
        <w:t>129</w:t>
      </w:r>
    </w:p>
    <w:p>
      <w:pPr>
        <w:jc w:val="both"/>
      </w:pPr>
      <w:r>
        <w:t>Nội soi phế quản dưới gây mê lấy dị vật phế quản</w:t>
      </w:r>
    </w:p>
    <w:p>
      <w:pPr>
        <w:jc w:val="both"/>
      </w:pPr>
      <w:r>
        <w:t>3.278.000</w:t>
      </w:r>
    </w:p>
    <w:p>
      <w:pPr>
        <w:jc w:val="both"/>
      </w:pPr>
      <w:r>
        <w:t>3.759.000</w:t>
      </w:r>
    </w:p>
    <w:p>
      <w:pPr>
        <w:jc w:val="both"/>
      </w:pPr>
      <w:r>
        <w:t>134</w:t>
      </w:r>
    </w:p>
    <w:p>
      <w:pPr>
        <w:jc w:val="both"/>
      </w:pPr>
      <w:r>
        <w:t>130</w:t>
      </w:r>
    </w:p>
    <w:p>
      <w:pPr>
        <w:jc w:val="both"/>
      </w:pPr>
      <w:r>
        <w:t>04C2.96</w:t>
      </w:r>
    </w:p>
    <w:p>
      <w:pPr>
        <w:jc w:val="both"/>
      </w:pPr>
      <w:r>
        <w:t>Nội soi phế quản ống mềm gây tê</w:t>
      </w:r>
    </w:p>
    <w:p>
      <w:pPr>
        <w:jc w:val="both"/>
      </w:pPr>
      <w:r>
        <w:t>768.000</w:t>
      </w:r>
    </w:p>
    <w:p>
      <w:pPr>
        <w:jc w:val="both"/>
      </w:pPr>
      <w:r>
        <w:t>872.000</w:t>
      </w:r>
    </w:p>
    <w:p>
      <w:pPr>
        <w:jc w:val="both"/>
      </w:pPr>
      <w:r>
        <w:t>135</w:t>
      </w:r>
    </w:p>
    <w:p>
      <w:pPr>
        <w:jc w:val="both"/>
      </w:pPr>
      <w:r>
        <w:t>131</w:t>
      </w:r>
    </w:p>
    <w:p>
      <w:pPr>
        <w:jc w:val="both"/>
      </w:pPr>
      <w:r>
        <w:t>04C2.116</w:t>
      </w:r>
    </w:p>
    <w:p>
      <w:pPr>
        <w:jc w:val="both"/>
      </w:pPr>
      <w:r>
        <w:t>Nội soi phế quản ống mềm gây tê có sinh thiết</w:t>
      </w:r>
    </w:p>
    <w:p>
      <w:pPr>
        <w:jc w:val="both"/>
      </w:pPr>
      <w:r>
        <w:t>1.159.000</w:t>
      </w:r>
    </w:p>
    <w:p>
      <w:pPr>
        <w:jc w:val="both"/>
      </w:pPr>
      <w:r>
        <w:t>1.311.000</w:t>
      </w:r>
    </w:p>
    <w:p>
      <w:pPr>
        <w:jc w:val="both"/>
      </w:pPr>
      <w:r>
        <w:t>136</w:t>
      </w:r>
    </w:p>
    <w:p>
      <w:pPr>
        <w:jc w:val="both"/>
      </w:pPr>
      <w:r>
        <w:t>132</w:t>
      </w:r>
    </w:p>
    <w:p>
      <w:pPr>
        <w:jc w:val="both"/>
      </w:pPr>
      <w:r>
        <w:t>04C2.117</w:t>
      </w:r>
    </w:p>
    <w:p>
      <w:pPr>
        <w:jc w:val="both"/>
      </w:pPr>
      <w:r>
        <w:t>Nội soi phế quản ống mềm gây tê lấy dị vật</w:t>
      </w:r>
    </w:p>
    <w:p>
      <w:pPr>
        <w:jc w:val="both"/>
      </w:pPr>
      <w:r>
        <w:t>2.618.000</w:t>
      </w:r>
    </w:p>
    <w:p>
      <w:pPr>
        <w:jc w:val="both"/>
      </w:pPr>
      <w:r>
        <w:t>2.984.000</w:t>
      </w:r>
    </w:p>
    <w:p>
      <w:pPr>
        <w:jc w:val="both"/>
      </w:pPr>
      <w:r>
        <w:t>137</w:t>
      </w:r>
    </w:p>
    <w:p>
      <w:pPr>
        <w:jc w:val="both"/>
      </w:pPr>
      <w:r>
        <w:t>133</w:t>
      </w:r>
    </w:p>
    <w:p>
      <w:pPr>
        <w:jc w:val="both"/>
      </w:pPr>
      <w:r>
        <w:t>Nội soi phế quản ống mềm: cắt đốt u, sẹo nội phế quản bằng điện đông cao tần</w:t>
      </w:r>
    </w:p>
    <w:p>
      <w:pPr>
        <w:jc w:val="both"/>
      </w:pPr>
      <w:r>
        <w:t>2.878.000</w:t>
      </w:r>
    </w:p>
    <w:p>
      <w:pPr>
        <w:jc w:val="both"/>
      </w:pPr>
      <w:r>
        <w:t>3.284.000</w:t>
      </w:r>
    </w:p>
    <w:p>
      <w:pPr>
        <w:jc w:val="both"/>
      </w:pPr>
      <w:r>
        <w:t>138</w:t>
      </w:r>
    </w:p>
    <w:p>
      <w:pPr>
        <w:jc w:val="both"/>
      </w:pPr>
      <w:r>
        <w:t>134</w:t>
      </w:r>
    </w:p>
    <w:p>
      <w:pPr>
        <w:jc w:val="both"/>
      </w:pPr>
      <w:r>
        <w:t>04C2.88</w:t>
      </w:r>
    </w:p>
    <w:p>
      <w:pPr>
        <w:jc w:val="both"/>
      </w:pPr>
      <w:r>
        <w:t>Nội soi thực quản, dạ dày, tá tràng ống mềm có sinh thiết</w:t>
      </w:r>
    </w:p>
    <w:p>
      <w:pPr>
        <w:jc w:val="both"/>
      </w:pPr>
      <w:r>
        <w:t>455.000</w:t>
      </w:r>
    </w:p>
    <w:p>
      <w:pPr>
        <w:jc w:val="both"/>
      </w:pPr>
      <w:r>
        <w:t>505.000</w:t>
      </w:r>
    </w:p>
    <w:p>
      <w:pPr>
        <w:jc w:val="both"/>
      </w:pPr>
      <w:r>
        <w:t>Đã bao gồm chi phí Test HP</w:t>
      </w:r>
    </w:p>
    <w:p>
      <w:pPr>
        <w:jc w:val="both"/>
      </w:pPr>
      <w:r>
        <w:t>139</w:t>
      </w:r>
    </w:p>
    <w:p>
      <w:pPr>
        <w:jc w:val="both"/>
      </w:pPr>
      <w:r>
        <w:t>Nội soi dạ dày làm Clo test</w:t>
      </w:r>
    </w:p>
    <w:p>
      <w:pPr>
        <w:jc w:val="both"/>
      </w:pPr>
      <w:r>
        <w:t>302.000</w:t>
      </w:r>
    </w:p>
    <w:p>
      <w:pPr>
        <w:jc w:val="both"/>
      </w:pPr>
      <w:r>
        <w:t>340.000</w:t>
      </w:r>
    </w:p>
    <w:p>
      <w:pPr>
        <w:jc w:val="both"/>
      </w:pPr>
      <w:r>
        <w:t>140</w:t>
      </w:r>
    </w:p>
    <w:p>
      <w:pPr>
        <w:jc w:val="both"/>
      </w:pPr>
      <w:r>
        <w:t>135</w:t>
      </w:r>
    </w:p>
    <w:p>
      <w:pPr>
        <w:jc w:val="both"/>
      </w:pPr>
      <w:r>
        <w:t>Nội soi thực quản-dạ dày- tá tràng ống mềm không sinh thiết</w:t>
      </w:r>
    </w:p>
    <w:p>
      <w:pPr>
        <w:jc w:val="both"/>
      </w:pPr>
      <w:r>
        <w:t>255.000</w:t>
      </w:r>
    </w:p>
    <w:p>
      <w:pPr>
        <w:jc w:val="both"/>
      </w:pPr>
      <w:r>
        <w:t>284.000</w:t>
      </w:r>
    </w:p>
    <w:p>
      <w:pPr>
        <w:jc w:val="both"/>
      </w:pPr>
      <w:r>
        <w:t>141</w:t>
      </w:r>
    </w:p>
    <w:p>
      <w:pPr>
        <w:jc w:val="both"/>
      </w:pPr>
      <w:r>
        <w:t>136</w:t>
      </w:r>
    </w:p>
    <w:p>
      <w:pPr>
        <w:jc w:val="both"/>
      </w:pPr>
      <w:r>
        <w:t>04C2.90</w:t>
      </w:r>
    </w:p>
    <w:p>
      <w:pPr>
        <w:jc w:val="both"/>
      </w:pPr>
      <w:r>
        <w:t>Nội soi đại trực tràng ống mềm có sinh thiết</w:t>
      </w:r>
    </w:p>
    <w:p>
      <w:pPr>
        <w:jc w:val="both"/>
      </w:pPr>
      <w:r>
        <w:t>430.000</w:t>
      </w:r>
    </w:p>
    <w:p>
      <w:pPr>
        <w:jc w:val="both"/>
      </w:pPr>
      <w:r>
        <w:t>476.000</w:t>
      </w:r>
    </w:p>
    <w:p>
      <w:pPr>
        <w:jc w:val="both"/>
      </w:pPr>
      <w:r>
        <w:t>142</w:t>
      </w:r>
    </w:p>
    <w:p>
      <w:pPr>
        <w:jc w:val="both"/>
      </w:pPr>
      <w:r>
        <w:t>137</w:t>
      </w:r>
    </w:p>
    <w:p>
      <w:pPr>
        <w:jc w:val="both"/>
      </w:pPr>
      <w:r>
        <w:t>04C2.89</w:t>
      </w:r>
    </w:p>
    <w:p>
      <w:pPr>
        <w:jc w:val="both"/>
      </w:pPr>
      <w:r>
        <w:t>Nội soi đại trực tràng ống mềm không sinh thiết</w:t>
      </w:r>
    </w:p>
    <w:p>
      <w:pPr>
        <w:jc w:val="both"/>
      </w:pPr>
      <w:r>
        <w:t>322.000</w:t>
      </w:r>
    </w:p>
    <w:p>
      <w:pPr>
        <w:jc w:val="both"/>
      </w:pPr>
      <w:r>
        <w:t>356.000</w:t>
      </w:r>
    </w:p>
    <w:p>
      <w:pPr>
        <w:jc w:val="both"/>
      </w:pPr>
      <w:r>
        <w:t>143</w:t>
      </w:r>
    </w:p>
    <w:p>
      <w:pPr>
        <w:jc w:val="both"/>
      </w:pPr>
      <w:r>
        <w:t>138</w:t>
      </w:r>
    </w:p>
    <w:p>
      <w:pPr>
        <w:jc w:val="both"/>
      </w:pPr>
      <w:r>
        <w:t>04C2.92</w:t>
      </w:r>
    </w:p>
    <w:p>
      <w:pPr>
        <w:jc w:val="both"/>
      </w:pPr>
      <w:r>
        <w:t>Nội soi trực tràng có sinh thiết</w:t>
      </w:r>
    </w:p>
    <w:p>
      <w:pPr>
        <w:jc w:val="both"/>
      </w:pPr>
      <w:r>
        <w:t>302.000</w:t>
      </w:r>
    </w:p>
    <w:p>
      <w:pPr>
        <w:jc w:val="both"/>
      </w:pPr>
      <w:r>
        <w:t>338.000</w:t>
      </w:r>
    </w:p>
    <w:p>
      <w:pPr>
        <w:jc w:val="both"/>
      </w:pPr>
      <w:r>
        <w:t>144</w:t>
      </w:r>
    </w:p>
    <w:p>
      <w:pPr>
        <w:jc w:val="both"/>
      </w:pPr>
      <w:r>
        <w:t>139</w:t>
      </w:r>
    </w:p>
    <w:p>
      <w:pPr>
        <w:jc w:val="both"/>
      </w:pPr>
      <w:r>
        <w:t>04C2.91</w:t>
      </w:r>
    </w:p>
    <w:p>
      <w:pPr>
        <w:jc w:val="both"/>
      </w:pPr>
      <w:r>
        <w:t>Nội soi trực tràng ống mềm không sinh thiết</w:t>
      </w:r>
    </w:p>
    <w:p>
      <w:pPr>
        <w:jc w:val="both"/>
      </w:pPr>
      <w:r>
        <w:t>198.000</w:t>
      </w:r>
    </w:p>
    <w:p>
      <w:pPr>
        <w:jc w:val="both"/>
      </w:pPr>
      <w:r>
        <w:t>220.000</w:t>
      </w:r>
    </w:p>
    <w:p>
      <w:pPr>
        <w:jc w:val="both"/>
      </w:pPr>
      <w:r>
        <w:t>145</w:t>
      </w:r>
    </w:p>
    <w:p>
      <w:pPr>
        <w:jc w:val="both"/>
      </w:pPr>
      <w:r>
        <w:t>140</w:t>
      </w:r>
    </w:p>
    <w:p>
      <w:pPr>
        <w:jc w:val="both"/>
      </w:pPr>
      <w:r>
        <w:t>03C1.25</w:t>
      </w:r>
    </w:p>
    <w:p>
      <w:pPr>
        <w:jc w:val="both"/>
      </w:pPr>
      <w:r>
        <w:t>Nội soi dạ dày can thiệp</w:t>
      </w:r>
    </w:p>
    <w:p>
      <w:pPr>
        <w:jc w:val="both"/>
      </w:pPr>
      <w:r>
        <w:t>753.000</w:t>
      </w:r>
    </w:p>
    <w:p>
      <w:pPr>
        <w:jc w:val="both"/>
      </w:pPr>
      <w:r>
        <w:t>845.000</w:t>
      </w:r>
    </w:p>
    <w:p>
      <w:pPr>
        <w:jc w:val="both"/>
      </w:pPr>
      <w:r>
        <w:t>Chưa bao gồm thuốc cầm máu, dụng cụ cầm máu (clip, bộ thắt tĩnh mạch thực quản...)</w:t>
      </w:r>
    </w:p>
    <w:p>
      <w:pPr>
        <w:jc w:val="both"/>
      </w:pPr>
      <w:r>
        <w:t>146</w:t>
      </w:r>
    </w:p>
    <w:p>
      <w:pPr>
        <w:jc w:val="both"/>
      </w:pPr>
      <w:r>
        <w:t>141</w:t>
      </w:r>
    </w:p>
    <w:p>
      <w:pPr>
        <w:jc w:val="both"/>
      </w:pPr>
      <w:r>
        <w:t>03C4.2.4.2</w:t>
      </w:r>
    </w:p>
    <w:p>
      <w:pPr>
        <w:jc w:val="both"/>
      </w:pPr>
      <w:r>
        <w:t>Nội soi mật tuy ngược dòng (ERCP)</w:t>
      </w:r>
    </w:p>
    <w:p>
      <w:pPr>
        <w:jc w:val="both"/>
      </w:pPr>
      <w:r>
        <w:t>2.693.000</w:t>
      </w:r>
    </w:p>
    <w:p>
      <w:pPr>
        <w:jc w:val="both"/>
      </w:pPr>
      <w:r>
        <w:t>3.088.000</w:t>
      </w:r>
    </w:p>
    <w:p>
      <w:pPr>
        <w:jc w:val="both"/>
      </w:pPr>
      <w:r>
        <w:t>Chưa bao gồm dụng cụ can thiệp: stent, bộ tán sỏi cơ học, rọ lấy dị vật, dao cắt, bóng kéo, bóng nong.</w:t>
      </w:r>
    </w:p>
    <w:p>
      <w:pPr>
        <w:jc w:val="both"/>
      </w:pPr>
      <w:r>
        <w:t>147</w:t>
      </w:r>
    </w:p>
    <w:p>
      <w:pPr>
        <w:jc w:val="both"/>
      </w:pPr>
      <w:r>
        <w:t>142</w:t>
      </w:r>
    </w:p>
    <w:p>
      <w:pPr>
        <w:jc w:val="both"/>
      </w:pPr>
      <w:r>
        <w:t>04C2.85</w:t>
      </w:r>
    </w:p>
    <w:p>
      <w:pPr>
        <w:jc w:val="both"/>
      </w:pPr>
      <w:r>
        <w:t>Nội soi ổ bụng</w:t>
      </w:r>
    </w:p>
    <w:p>
      <w:pPr>
        <w:jc w:val="both"/>
      </w:pPr>
      <w:r>
        <w:t>854.000</w:t>
      </w:r>
    </w:p>
    <w:p>
      <w:pPr>
        <w:jc w:val="both"/>
      </w:pPr>
      <w:r>
        <w:t>958.000</w:t>
      </w:r>
    </w:p>
    <w:p>
      <w:pPr>
        <w:jc w:val="both"/>
      </w:pPr>
      <w:r>
        <w:t>148</w:t>
      </w:r>
    </w:p>
    <w:p>
      <w:pPr>
        <w:jc w:val="both"/>
      </w:pPr>
      <w:r>
        <w:t>143</w:t>
      </w:r>
    </w:p>
    <w:p>
      <w:pPr>
        <w:jc w:val="both"/>
      </w:pPr>
      <w:r>
        <w:t>04C2.86</w:t>
      </w:r>
    </w:p>
    <w:p>
      <w:pPr>
        <w:jc w:val="both"/>
      </w:pPr>
      <w:r>
        <w:t>Nội soi ổ bụng có sinh thiết</w:t>
      </w:r>
    </w:p>
    <w:p>
      <w:pPr>
        <w:jc w:val="both"/>
      </w:pPr>
      <w:r>
        <w:t>1.023.000</w:t>
      </w:r>
    </w:p>
    <w:p>
      <w:pPr>
        <w:jc w:val="both"/>
      </w:pPr>
      <w:r>
        <w:t>1.142.000</w:t>
      </w:r>
    </w:p>
    <w:p>
      <w:pPr>
        <w:jc w:val="both"/>
      </w:pPr>
      <w:r>
        <w:t>149</w:t>
      </w:r>
    </w:p>
    <w:p>
      <w:pPr>
        <w:jc w:val="both"/>
      </w:pPr>
      <w:r>
        <w:t>144</w:t>
      </w:r>
    </w:p>
    <w:p>
      <w:pPr>
        <w:jc w:val="both"/>
      </w:pPr>
      <w:r>
        <w:t>03C1.36</w:t>
      </w:r>
    </w:p>
    <w:p>
      <w:pPr>
        <w:jc w:val="both"/>
      </w:pPr>
      <w:r>
        <w:t>Nội soi ống mật chủ</w:t>
      </w:r>
    </w:p>
    <w:p>
      <w:pPr>
        <w:jc w:val="both"/>
      </w:pPr>
      <w:r>
        <w:t>178.000</w:t>
      </w:r>
    </w:p>
    <w:p>
      <w:pPr>
        <w:jc w:val="both"/>
      </w:pPr>
      <w:r>
        <w:t>195.000</w:t>
      </w:r>
    </w:p>
    <w:p>
      <w:pPr>
        <w:jc w:val="both"/>
      </w:pPr>
      <w:r>
        <w:t>150</w:t>
      </w:r>
    </w:p>
    <w:p>
      <w:pPr>
        <w:jc w:val="both"/>
      </w:pPr>
      <w:r>
        <w:t>145</w:t>
      </w:r>
    </w:p>
    <w:p>
      <w:pPr>
        <w:jc w:val="both"/>
      </w:pPr>
      <w:r>
        <w:t>Nội soi siêu âm chẩn đoán</w:t>
      </w:r>
    </w:p>
    <w:p>
      <w:pPr>
        <w:jc w:val="both"/>
      </w:pPr>
      <w:r>
        <w:t>1.176.000</w:t>
      </w:r>
    </w:p>
    <w:p>
      <w:pPr>
        <w:jc w:val="both"/>
      </w:pPr>
      <w:r>
        <w:t>1.344.000</w:t>
      </w:r>
    </w:p>
    <w:p>
      <w:pPr>
        <w:jc w:val="both"/>
      </w:pPr>
      <w:r>
        <w:t>151</w:t>
      </w:r>
    </w:p>
    <w:p>
      <w:pPr>
        <w:jc w:val="both"/>
      </w:pPr>
      <w:r>
        <w:t>146</w:t>
      </w:r>
    </w:p>
    <w:p>
      <w:pPr>
        <w:jc w:val="both"/>
      </w:pPr>
      <w:r>
        <w:t>Nội soi siêu âm can thiệp - chọc hút tế bào khối u gan, tụy, u ổ bụng bằng kim nhỏ</w:t>
      </w:r>
    </w:p>
    <w:p>
      <w:pPr>
        <w:jc w:val="both"/>
      </w:pPr>
      <w:r>
        <w:t>2.921.000</w:t>
      </w:r>
    </w:p>
    <w:p>
      <w:pPr>
        <w:jc w:val="both"/>
      </w:pPr>
      <w:r>
        <w:t>3.342.000</w:t>
      </w:r>
    </w:p>
    <w:p>
      <w:pPr>
        <w:jc w:val="both"/>
      </w:pPr>
      <w:r>
        <w:t>152</w:t>
      </w:r>
    </w:p>
    <w:p>
      <w:pPr>
        <w:jc w:val="both"/>
      </w:pPr>
      <w:r>
        <w:t>147</w:t>
      </w:r>
    </w:p>
    <w:p>
      <w:pPr>
        <w:jc w:val="both"/>
      </w:pPr>
      <w:r>
        <w:t>03C1.40</w:t>
      </w:r>
    </w:p>
    <w:p>
      <w:pPr>
        <w:jc w:val="both"/>
      </w:pPr>
      <w:r>
        <w:t>Nội soi tiết niệu có gây mê</w:t>
      </w:r>
    </w:p>
    <w:p>
      <w:pPr>
        <w:jc w:val="both"/>
      </w:pPr>
      <w:r>
        <w:t>872.000</w:t>
      </w:r>
    </w:p>
    <w:p>
      <w:pPr>
        <w:jc w:val="both"/>
      </w:pPr>
      <w:r>
        <w:t>983.000</w:t>
      </w:r>
    </w:p>
    <w:p>
      <w:pPr>
        <w:jc w:val="both"/>
      </w:pPr>
      <w:r>
        <w:t>153</w:t>
      </w:r>
    </w:p>
    <w:p>
      <w:pPr>
        <w:jc w:val="both"/>
      </w:pPr>
      <w:r>
        <w:t>148</w:t>
      </w:r>
    </w:p>
    <w:p>
      <w:pPr>
        <w:jc w:val="both"/>
      </w:pPr>
      <w:r>
        <w:t>04C2.101</w:t>
      </w:r>
    </w:p>
    <w:p>
      <w:pPr>
        <w:jc w:val="both"/>
      </w:pPr>
      <w:r>
        <w:t>Nội soi bàng quang - Nội soi niệu quản</w:t>
      </w:r>
    </w:p>
    <w:p>
      <w:pPr>
        <w:jc w:val="both"/>
      </w:pPr>
      <w:r>
        <w:t>943.000</w:t>
      </w:r>
    </w:p>
    <w:p>
      <w:pPr>
        <w:jc w:val="both"/>
      </w:pPr>
      <w:r>
        <w:t>1.070.000</w:t>
      </w:r>
    </w:p>
    <w:p>
      <w:pPr>
        <w:jc w:val="both"/>
      </w:pPr>
      <w:r>
        <w:t>Chưa bao gồm sonde JJ.</w:t>
      </w:r>
    </w:p>
    <w:p>
      <w:pPr>
        <w:jc w:val="both"/>
      </w:pPr>
      <w:r>
        <w:t>154</w:t>
      </w:r>
    </w:p>
    <w:p>
      <w:pPr>
        <w:jc w:val="both"/>
      </w:pPr>
      <w:r>
        <w:t>149</w:t>
      </w:r>
    </w:p>
    <w:p>
      <w:pPr>
        <w:jc w:val="both"/>
      </w:pPr>
      <w:r>
        <w:t>04C2.94</w:t>
      </w:r>
    </w:p>
    <w:p>
      <w:pPr>
        <w:jc w:val="both"/>
      </w:pPr>
      <w:r>
        <w:t>Nội soi bàng quang có sinh thiết</w:t>
      </w:r>
    </w:p>
    <w:p>
      <w:pPr>
        <w:jc w:val="both"/>
      </w:pPr>
      <w:r>
        <w:t>675.000</w:t>
      </w:r>
    </w:p>
    <w:p>
      <w:pPr>
        <w:jc w:val="both"/>
      </w:pPr>
      <w:r>
        <w:t>754.000</w:t>
      </w:r>
    </w:p>
    <w:p>
      <w:pPr>
        <w:jc w:val="both"/>
      </w:pPr>
      <w:r>
        <w:t>155</w:t>
      </w:r>
    </w:p>
    <w:p>
      <w:pPr>
        <w:jc w:val="both"/>
      </w:pPr>
      <w:r>
        <w:t>150</w:t>
      </w:r>
    </w:p>
    <w:p>
      <w:pPr>
        <w:jc w:val="both"/>
      </w:pPr>
      <w:r>
        <w:t>04C2.93.</w:t>
      </w:r>
    </w:p>
    <w:p>
      <w:pPr>
        <w:jc w:val="both"/>
      </w:pPr>
      <w:r>
        <w:t>Nội soi bàng quang không sinh thiết</w:t>
      </w:r>
    </w:p>
    <w:p>
      <w:pPr>
        <w:jc w:val="both"/>
      </w:pPr>
      <w:r>
        <w:t>543.000</w:t>
      </w:r>
    </w:p>
    <w:p>
      <w:pPr>
        <w:jc w:val="both"/>
      </w:pPr>
      <w:r>
        <w:t>610.000</w:t>
      </w:r>
    </w:p>
    <w:p>
      <w:pPr>
        <w:jc w:val="both"/>
      </w:pPr>
      <w:r>
        <w:t>156</w:t>
      </w:r>
    </w:p>
    <w:p>
      <w:pPr>
        <w:jc w:val="both"/>
      </w:pPr>
      <w:r>
        <w:t>151</w:t>
      </w:r>
    </w:p>
    <w:p>
      <w:pPr>
        <w:jc w:val="both"/>
      </w:pPr>
      <w:r>
        <w:t>04C2.118</w:t>
      </w:r>
    </w:p>
    <w:p>
      <w:pPr>
        <w:jc w:val="both"/>
      </w:pPr>
      <w:r>
        <w:t>Nội soi bàng quang điều trị đái dưỡng chấp</w:t>
      </w:r>
    </w:p>
    <w:p>
      <w:pPr>
        <w:jc w:val="both"/>
      </w:pPr>
      <w:r>
        <w:t>712.000</w:t>
      </w:r>
    </w:p>
    <w:p>
      <w:pPr>
        <w:jc w:val="both"/>
      </w:pPr>
      <w:r>
        <w:t>804.000</w:t>
      </w:r>
    </w:p>
    <w:p>
      <w:pPr>
        <w:jc w:val="both"/>
      </w:pPr>
      <w:r>
        <w:t>157</w:t>
      </w:r>
    </w:p>
    <w:p>
      <w:pPr>
        <w:jc w:val="both"/>
      </w:pPr>
      <w:r>
        <w:t>152</w:t>
      </w:r>
    </w:p>
    <w:p>
      <w:pPr>
        <w:jc w:val="both"/>
      </w:pPr>
      <w:r>
        <w:t>04C2.95</w:t>
      </w:r>
    </w:p>
    <w:p>
      <w:pPr>
        <w:jc w:val="both"/>
      </w:pPr>
      <w:r>
        <w:t>Nội soi bàng quang và gắp dị vật hoặc lấy máu cục</w:t>
      </w:r>
    </w:p>
    <w:p>
      <w:pPr>
        <w:jc w:val="both"/>
      </w:pPr>
      <w:r>
        <w:t>915.000</w:t>
      </w:r>
    </w:p>
    <w:p>
      <w:pPr>
        <w:jc w:val="both"/>
      </w:pPr>
      <w:r>
        <w:t>1.035.000</w:t>
      </w:r>
    </w:p>
    <w:p>
      <w:pPr>
        <w:jc w:val="both"/>
      </w:pPr>
      <w:r>
        <w:t>158</w:t>
      </w:r>
    </w:p>
    <w:p>
      <w:pPr>
        <w:jc w:val="both"/>
      </w:pPr>
      <w:r>
        <w:t>153</w:t>
      </w:r>
    </w:p>
    <w:p>
      <w:pPr>
        <w:jc w:val="both"/>
      </w:pPr>
      <w:r>
        <w:t>Nối thông động - tĩnh mạch có dịch chuyển mạch</w:t>
      </w:r>
    </w:p>
    <w:p>
      <w:pPr>
        <w:jc w:val="both"/>
      </w:pPr>
      <w:r>
        <w:t>1.360.000</w:t>
      </w:r>
    </w:p>
    <w:p>
      <w:pPr>
        <w:jc w:val="both"/>
      </w:pPr>
      <w:r>
        <w:t>1.558.000</w:t>
      </w:r>
    </w:p>
    <w:p>
      <w:pPr>
        <w:jc w:val="both"/>
      </w:pPr>
      <w:r>
        <w:t>159</w:t>
      </w:r>
    </w:p>
    <w:p>
      <w:pPr>
        <w:jc w:val="both"/>
      </w:pPr>
      <w:r>
        <w:t>154</w:t>
      </w:r>
    </w:p>
    <w:p>
      <w:pPr>
        <w:jc w:val="both"/>
      </w:pPr>
      <w:r>
        <w:t>Nối thông động - tĩnh mạch sử dụng mạch nhân tạo</w:t>
      </w:r>
    </w:p>
    <w:p>
      <w:pPr>
        <w:jc w:val="both"/>
      </w:pPr>
      <w:r>
        <w:t>1.384.000</w:t>
      </w:r>
    </w:p>
    <w:p>
      <w:pPr>
        <w:jc w:val="both"/>
      </w:pPr>
      <w:r>
        <w:t>1.582.000</w:t>
      </w:r>
    </w:p>
    <w:p>
      <w:pPr>
        <w:jc w:val="both"/>
      </w:pPr>
      <w:r>
        <w:t>Chưa bao gồm mạch nhân tạo.</w:t>
      </w:r>
    </w:p>
    <w:p>
      <w:pPr>
        <w:jc w:val="both"/>
      </w:pPr>
      <w:r>
        <w:t>160</w:t>
      </w:r>
    </w:p>
    <w:p>
      <w:pPr>
        <w:jc w:val="both"/>
      </w:pPr>
      <w:r>
        <w:t>155</w:t>
      </w:r>
    </w:p>
    <w:p>
      <w:pPr>
        <w:jc w:val="both"/>
      </w:pPr>
      <w:r>
        <w:t>Nối thông động- tĩnh mạch</w:t>
      </w:r>
    </w:p>
    <w:p>
      <w:pPr>
        <w:jc w:val="both"/>
      </w:pPr>
      <w:r>
        <w:t>1.160.000</w:t>
      </w:r>
    </w:p>
    <w:p>
      <w:pPr>
        <w:jc w:val="both"/>
      </w:pPr>
      <w:r>
        <w:t>1.328.000</w:t>
      </w:r>
    </w:p>
    <w:p>
      <w:pPr>
        <w:jc w:val="both"/>
      </w:pPr>
      <w:r>
        <w:t>161</w:t>
      </w:r>
    </w:p>
    <w:p>
      <w:pPr>
        <w:jc w:val="both"/>
      </w:pPr>
      <w:r>
        <w:t>156</w:t>
      </w:r>
    </w:p>
    <w:p>
      <w:pPr>
        <w:jc w:val="both"/>
      </w:pPr>
      <w:r>
        <w:t>04C2.74</w:t>
      </w:r>
    </w:p>
    <w:p>
      <w:pPr>
        <w:jc w:val="both"/>
      </w:pPr>
      <w:r>
        <w:t>Nong niệu đạo và đặt thông đái</w:t>
      </w:r>
    </w:p>
    <w:p>
      <w:pPr>
        <w:jc w:val="both"/>
      </w:pPr>
      <w:r>
        <w:t>252.000</w:t>
      </w:r>
    </w:p>
    <w:p>
      <w:pPr>
        <w:jc w:val="both"/>
      </w:pPr>
      <w:r>
        <w:t>280.000</w:t>
      </w:r>
    </w:p>
    <w:p>
      <w:pPr>
        <w:jc w:val="both"/>
      </w:pPr>
      <w:r>
        <w:t>162</w:t>
      </w:r>
    </w:p>
    <w:p>
      <w:pPr>
        <w:jc w:val="both"/>
      </w:pPr>
      <w:r>
        <w:t>157</w:t>
      </w:r>
    </w:p>
    <w:p>
      <w:pPr>
        <w:jc w:val="both"/>
      </w:pPr>
      <w:r>
        <w:t>03C1.31</w:t>
      </w:r>
    </w:p>
    <w:p>
      <w:pPr>
        <w:jc w:val="both"/>
      </w:pPr>
      <w:r>
        <w:t>Nong thực quản qua nội soi</w:t>
      </w:r>
    </w:p>
    <w:p>
      <w:pPr>
        <w:jc w:val="both"/>
      </w:pPr>
      <w:r>
        <w:t>2.312.000</w:t>
      </w:r>
    </w:p>
    <w:p>
      <w:pPr>
        <w:jc w:val="both"/>
      </w:pPr>
      <w:r>
        <w:t>2.631.000</w:t>
      </w:r>
    </w:p>
    <w:p>
      <w:pPr>
        <w:jc w:val="both"/>
      </w:pPr>
      <w:r>
        <w:t>163</w:t>
      </w:r>
    </w:p>
    <w:p>
      <w:pPr>
        <w:jc w:val="both"/>
      </w:pPr>
      <w:r>
        <w:t>158</w:t>
      </w:r>
    </w:p>
    <w:p>
      <w:pPr>
        <w:jc w:val="both"/>
      </w:pPr>
      <w:r>
        <w:t>04C2.73</w:t>
      </w:r>
    </w:p>
    <w:p>
      <w:pPr>
        <w:jc w:val="both"/>
      </w:pPr>
      <w:r>
        <w:t>Rửa bàng quang</w:t>
      </w:r>
    </w:p>
    <w:p>
      <w:pPr>
        <w:jc w:val="both"/>
      </w:pPr>
      <w:r>
        <w:t>209.000</w:t>
      </w:r>
    </w:p>
    <w:p>
      <w:pPr>
        <w:jc w:val="both"/>
      </w:pPr>
      <w:r>
        <w:t>231.000</w:t>
      </w:r>
    </w:p>
    <w:p>
      <w:pPr>
        <w:jc w:val="both"/>
      </w:pPr>
      <w:r>
        <w:t>Chưa bao gồm hóa chất.</w:t>
      </w:r>
    </w:p>
    <w:p>
      <w:pPr>
        <w:jc w:val="both"/>
      </w:pPr>
      <w:r>
        <w:t>164</w:t>
      </w:r>
    </w:p>
    <w:p>
      <w:pPr>
        <w:jc w:val="both"/>
      </w:pPr>
      <w:r>
        <w:t>159</w:t>
      </w:r>
    </w:p>
    <w:p>
      <w:pPr>
        <w:jc w:val="both"/>
      </w:pPr>
      <w:r>
        <w:t>03C1.5</w:t>
      </w:r>
    </w:p>
    <w:p>
      <w:pPr>
        <w:jc w:val="both"/>
      </w:pPr>
      <w:r>
        <w:t>Rửa dạ dày</w:t>
      </w:r>
    </w:p>
    <w:p>
      <w:pPr>
        <w:jc w:val="both"/>
      </w:pPr>
      <w:r>
        <w:t>131.000</w:t>
      </w:r>
    </w:p>
    <w:p>
      <w:pPr>
        <w:jc w:val="both"/>
      </w:pPr>
      <w:r>
        <w:t>140.000</w:t>
      </w:r>
    </w:p>
    <w:p>
      <w:pPr>
        <w:jc w:val="both"/>
      </w:pPr>
      <w:r>
        <w:t>165</w:t>
      </w:r>
    </w:p>
    <w:p>
      <w:pPr>
        <w:jc w:val="both"/>
      </w:pPr>
      <w:r>
        <w:t>160</w:t>
      </w:r>
    </w:p>
    <w:p>
      <w:pPr>
        <w:jc w:val="both"/>
      </w:pPr>
      <w:r>
        <w:t>030.54</w:t>
      </w:r>
    </w:p>
    <w:p>
      <w:pPr>
        <w:jc w:val="both"/>
      </w:pPr>
      <w:r>
        <w:t>Rửa dạ dày loại bỏ chất độc qua hệ thống kín</w:t>
      </w:r>
    </w:p>
    <w:p>
      <w:pPr>
        <w:jc w:val="both"/>
      </w:pPr>
      <w:r>
        <w:t>601.000</w:t>
      </w:r>
    </w:p>
    <w:p>
      <w:pPr>
        <w:jc w:val="both"/>
      </w:pPr>
      <w:r>
        <w:t>681.000</w:t>
      </w:r>
    </w:p>
    <w:p>
      <w:pPr>
        <w:jc w:val="both"/>
      </w:pPr>
      <w:r>
        <w:t>166</w:t>
      </w:r>
    </w:p>
    <w:p>
      <w:pPr>
        <w:jc w:val="both"/>
      </w:pPr>
      <w:r>
        <w:t>161</w:t>
      </w:r>
    </w:p>
    <w:p>
      <w:pPr>
        <w:jc w:val="both"/>
      </w:pPr>
      <w:r>
        <w:t>Rửa phổi toàn bộ</w:t>
      </w:r>
    </w:p>
    <w:p>
      <w:pPr>
        <w:jc w:val="both"/>
      </w:pPr>
      <w:r>
        <w:t>8.428.000</w:t>
      </w:r>
    </w:p>
    <w:p>
      <w:pPr>
        <w:jc w:val="both"/>
      </w:pPr>
      <w:r>
        <w:t>9.486.000</w:t>
      </w:r>
    </w:p>
    <w:p>
      <w:pPr>
        <w:jc w:val="both"/>
      </w:pPr>
      <w:r>
        <w:t>Đã bao gồm thuốc gây mê</w:t>
      </w:r>
    </w:p>
    <w:p>
      <w:pPr>
        <w:jc w:val="both"/>
      </w:pPr>
      <w:r>
        <w:t>167</w:t>
      </w:r>
    </w:p>
    <w:p>
      <w:pPr>
        <w:jc w:val="both"/>
      </w:pPr>
      <w:r>
        <w:t>162</w:t>
      </w:r>
    </w:p>
    <w:p>
      <w:pPr>
        <w:jc w:val="both"/>
      </w:pPr>
      <w:r>
        <w:t>030.55</w:t>
      </w:r>
    </w:p>
    <w:p>
      <w:pPr>
        <w:jc w:val="both"/>
      </w:pPr>
      <w:r>
        <w:t>Rửa ruột non toàn bộ loại bỏ chất độc qua đường tiêu hoá</w:t>
      </w:r>
    </w:p>
    <w:p>
      <w:pPr>
        <w:jc w:val="both"/>
      </w:pPr>
      <w:r>
        <w:t>849.000</w:t>
      </w:r>
    </w:p>
    <w:p>
      <w:pPr>
        <w:jc w:val="both"/>
      </w:pPr>
      <w:r>
        <w:t>962.000</w:t>
      </w:r>
    </w:p>
    <w:p>
      <w:pPr>
        <w:jc w:val="both"/>
      </w:pPr>
      <w:r>
        <w:t>168</w:t>
      </w:r>
    </w:p>
    <w:p>
      <w:pPr>
        <w:jc w:val="both"/>
      </w:pPr>
      <w:r>
        <w:t>163</w:t>
      </w:r>
    </w:p>
    <w:p>
      <w:pPr>
        <w:jc w:val="both"/>
      </w:pPr>
      <w:r>
        <w:t>Rút máu để điều trị</w:t>
      </w:r>
    </w:p>
    <w:p>
      <w:pPr>
        <w:jc w:val="both"/>
      </w:pPr>
      <w:r>
        <w:t>256.000</w:t>
      </w:r>
    </w:p>
    <w:p>
      <w:pPr>
        <w:jc w:val="both"/>
      </w:pPr>
      <w:r>
        <w:t>278.000</w:t>
      </w:r>
    </w:p>
    <w:p>
      <w:pPr>
        <w:jc w:val="both"/>
      </w:pPr>
      <w:r>
        <w:t>169</w:t>
      </w:r>
    </w:p>
    <w:p>
      <w:pPr>
        <w:jc w:val="both"/>
      </w:pPr>
      <w:r>
        <w:t>164</w:t>
      </w:r>
    </w:p>
    <w:p>
      <w:pPr>
        <w:jc w:val="both"/>
      </w:pPr>
      <w:r>
        <w:t>Rút ống dẫn lưu màng phổi, ống dẫn lưu ổ áp xe</w:t>
      </w:r>
    </w:p>
    <w:p>
      <w:pPr>
        <w:jc w:val="both"/>
      </w:pPr>
      <w:r>
        <w:t>184.000</w:t>
      </w:r>
    </w:p>
    <w:p>
      <w:pPr>
        <w:jc w:val="both"/>
      </w:pPr>
      <w:r>
        <w:t>207.000</w:t>
      </w:r>
    </w:p>
    <w:p>
      <w:pPr>
        <w:jc w:val="both"/>
      </w:pPr>
      <w:r>
        <w:t>170</w:t>
      </w:r>
    </w:p>
    <w:p>
      <w:pPr>
        <w:jc w:val="both"/>
      </w:pPr>
      <w:r>
        <w:t>165</w:t>
      </w:r>
    </w:p>
    <w:p>
      <w:pPr>
        <w:jc w:val="both"/>
      </w:pPr>
      <w:r>
        <w:t>Siêu âm can thiệp - Đặt ống thông dẫn lưu ổ áp xe</w:t>
      </w:r>
    </w:p>
    <w:p>
      <w:pPr>
        <w:jc w:val="both"/>
      </w:pPr>
      <w:r>
        <w:t>620.000</w:t>
      </w:r>
    </w:p>
    <w:p>
      <w:pPr>
        <w:jc w:val="both"/>
      </w:pPr>
      <w:r>
        <w:t>694.000</w:t>
      </w:r>
    </w:p>
    <w:p>
      <w:pPr>
        <w:jc w:val="both"/>
      </w:pPr>
      <w:r>
        <w:t>Chưa bao gồm ống thông.</w:t>
      </w:r>
    </w:p>
    <w:p>
      <w:pPr>
        <w:jc w:val="both"/>
      </w:pPr>
      <w:r>
        <w:t>171</w:t>
      </w:r>
    </w:p>
    <w:p>
      <w:pPr>
        <w:jc w:val="both"/>
      </w:pPr>
      <w:r>
        <w:t>166</w:t>
      </w:r>
    </w:p>
    <w:p>
      <w:pPr>
        <w:jc w:val="both"/>
      </w:pPr>
      <w:r>
        <w:t>Siêu âm can thiệp điều trị áp xe hoặc u hoặc nang trong ổ bụng</w:t>
      </w:r>
    </w:p>
    <w:p>
      <w:pPr>
        <w:jc w:val="both"/>
      </w:pPr>
      <w:r>
        <w:t>568.000</w:t>
      </w:r>
    </w:p>
    <w:p>
      <w:pPr>
        <w:jc w:val="both"/>
      </w:pPr>
      <w:r>
        <w:t>645.000</w:t>
      </w:r>
    </w:p>
    <w:p>
      <w:pPr>
        <w:jc w:val="both"/>
      </w:pPr>
      <w:r>
        <w:t>172</w:t>
      </w:r>
    </w:p>
    <w:p>
      <w:pPr>
        <w:jc w:val="both"/>
      </w:pPr>
      <w:r>
        <w:t>167</w:t>
      </w:r>
    </w:p>
    <w:p>
      <w:pPr>
        <w:jc w:val="both"/>
      </w:pPr>
      <w:r>
        <w:t>030.21</w:t>
      </w:r>
    </w:p>
    <w:p>
      <w:pPr>
        <w:jc w:val="both"/>
      </w:pPr>
      <w:r>
        <w:t>Sinh thiết cơ tim</w:t>
      </w:r>
    </w:p>
    <w:p>
      <w:pPr>
        <w:jc w:val="both"/>
      </w:pPr>
      <w:r>
        <w:t>1.822.000</w:t>
      </w:r>
    </w:p>
    <w:p>
      <w:pPr>
        <w:jc w:val="both"/>
      </w:pPr>
      <w:r>
        <w:t>2.048.000</w:t>
      </w:r>
    </w:p>
    <w:p>
      <w:pPr>
        <w:jc w:val="both"/>
      </w:pPr>
      <w:r>
        <w:t>Chưa bao gồm bộ dụng cụ thông tim và chụp buồng tim, kim sinh thiết cơ tim.</w:t>
      </w:r>
    </w:p>
    <w:p>
      <w:pPr>
        <w:jc w:val="both"/>
      </w:pPr>
      <w:r>
        <w:t>173</w:t>
      </w:r>
    </w:p>
    <w:p>
      <w:pPr>
        <w:jc w:val="both"/>
      </w:pPr>
      <w:r>
        <w:t>168</w:t>
      </w:r>
    </w:p>
    <w:p>
      <w:pPr>
        <w:jc w:val="both"/>
      </w:pPr>
      <w:r>
        <w:t>04C2.80</w:t>
      </w:r>
    </w:p>
    <w:p>
      <w:pPr>
        <w:jc w:val="both"/>
      </w:pPr>
      <w:r>
        <w:t>Sinh thiết da hoặc niêm mạc</w:t>
      </w:r>
    </w:p>
    <w:p>
      <w:pPr>
        <w:jc w:val="both"/>
      </w:pPr>
      <w:r>
        <w:t>130.000</w:t>
      </w:r>
    </w:p>
    <w:p>
      <w:pPr>
        <w:jc w:val="both"/>
      </w:pPr>
      <w:r>
        <w:t>146.000</w:t>
      </w:r>
    </w:p>
    <w:p>
      <w:pPr>
        <w:jc w:val="both"/>
      </w:pPr>
      <w:r>
        <w:t>174</w:t>
      </w:r>
    </w:p>
    <w:p>
      <w:pPr>
        <w:jc w:val="both"/>
      </w:pPr>
      <w:r>
        <w:t>169</w:t>
      </w:r>
    </w:p>
    <w:p>
      <w:pPr>
        <w:jc w:val="both"/>
      </w:pPr>
      <w:r>
        <w:t>Sinh thiết gan hoặc thận dưới hướng dẫn của siêu âm</w:t>
      </w:r>
    </w:p>
    <w:p>
      <w:pPr>
        <w:jc w:val="both"/>
      </w:pPr>
      <w:r>
        <w:t>1.025.000</w:t>
      </w:r>
    </w:p>
    <w:p>
      <w:pPr>
        <w:jc w:val="both"/>
      </w:pPr>
      <w:r>
        <w:t>1.160.000</w:t>
      </w:r>
    </w:p>
    <w:p>
      <w:pPr>
        <w:jc w:val="both"/>
      </w:pPr>
      <w:r>
        <w:t>175</w:t>
      </w:r>
    </w:p>
    <w:p>
      <w:pPr>
        <w:jc w:val="both"/>
      </w:pPr>
      <w:r>
        <w:t>170</w:t>
      </w:r>
    </w:p>
    <w:p>
      <w:pPr>
        <w:jc w:val="both"/>
      </w:pPr>
      <w:r>
        <w:t>Sinh thiết vú hoặc tổn thương khác dưới hướng dẫn của siêu âm</w:t>
      </w:r>
    </w:p>
    <w:p>
      <w:pPr>
        <w:jc w:val="both"/>
      </w:pPr>
      <w:r>
        <w:t>847.000</w:t>
      </w:r>
    </w:p>
    <w:p>
      <w:pPr>
        <w:jc w:val="both"/>
      </w:pPr>
      <w:r>
        <w:t>958.000</w:t>
      </w:r>
    </w:p>
    <w:p>
      <w:pPr>
        <w:jc w:val="both"/>
      </w:pPr>
      <w:r>
        <w:t>176</w:t>
      </w:r>
    </w:p>
    <w:p>
      <w:pPr>
        <w:jc w:val="both"/>
      </w:pPr>
      <w:r>
        <w:t>171</w:t>
      </w:r>
    </w:p>
    <w:p>
      <w:pPr>
        <w:jc w:val="both"/>
      </w:pPr>
      <w:r>
        <w:t>Sinh thiết phổi hoặc gan dưới hướng dẫn của cắt lớp vi tính</w:t>
      </w:r>
    </w:p>
    <w:p>
      <w:pPr>
        <w:jc w:val="both"/>
      </w:pPr>
      <w:r>
        <w:t>1.926.000</w:t>
      </w:r>
    </w:p>
    <w:p>
      <w:pPr>
        <w:jc w:val="both"/>
      </w:pPr>
      <w:r>
        <w:t>2.195.000</w:t>
      </w:r>
    </w:p>
    <w:p>
      <w:pPr>
        <w:jc w:val="both"/>
      </w:pPr>
      <w:r>
        <w:t>177</w:t>
      </w:r>
    </w:p>
    <w:p>
      <w:pPr>
        <w:jc w:val="both"/>
      </w:pPr>
      <w:r>
        <w:t>172</w:t>
      </w:r>
    </w:p>
    <w:p>
      <w:pPr>
        <w:jc w:val="both"/>
      </w:pPr>
      <w:r>
        <w:t>Sinh thiết thận hoặc vú hoặc vị trí khác dưới hướng dẫn của cắt lớp vi tính</w:t>
      </w:r>
    </w:p>
    <w:p>
      <w:pPr>
        <w:jc w:val="both"/>
      </w:pPr>
      <w:r>
        <w:t>1.726.000</w:t>
      </w:r>
    </w:p>
    <w:p>
      <w:pPr>
        <w:jc w:val="both"/>
      </w:pPr>
      <w:r>
        <w:t>1.965.000</w:t>
      </w:r>
    </w:p>
    <w:p>
      <w:pPr>
        <w:jc w:val="both"/>
      </w:pPr>
      <w:r>
        <w:t>178</w:t>
      </w:r>
    </w:p>
    <w:p>
      <w:pPr>
        <w:jc w:val="both"/>
      </w:pPr>
      <w:r>
        <w:t>173</w:t>
      </w:r>
    </w:p>
    <w:p>
      <w:pPr>
        <w:jc w:val="both"/>
      </w:pPr>
      <w:r>
        <w:t>04C2.81</w:t>
      </w:r>
    </w:p>
    <w:p>
      <w:pPr>
        <w:jc w:val="both"/>
      </w:pPr>
      <w:r>
        <w:t>Sinh thiết hạch hoặc u</w:t>
      </w:r>
    </w:p>
    <w:p>
      <w:pPr>
        <w:jc w:val="both"/>
      </w:pPr>
      <w:r>
        <w:t>273.000</w:t>
      </w:r>
    </w:p>
    <w:p>
      <w:pPr>
        <w:jc w:val="both"/>
      </w:pPr>
      <w:r>
        <w:t>304.000</w:t>
      </w:r>
    </w:p>
    <w:p>
      <w:pPr>
        <w:jc w:val="both"/>
      </w:pPr>
      <w:r>
        <w:t>179</w:t>
      </w:r>
    </w:p>
    <w:p>
      <w:pPr>
        <w:jc w:val="both"/>
      </w:pPr>
      <w:r>
        <w:t>174</w:t>
      </w:r>
    </w:p>
    <w:p>
      <w:pPr>
        <w:jc w:val="both"/>
      </w:pPr>
      <w:r>
        <w:t>04C2.110</w:t>
      </w:r>
    </w:p>
    <w:p>
      <w:pPr>
        <w:jc w:val="both"/>
      </w:pPr>
      <w:r>
        <w:t>Sinh thiết màng hoạt dịch dưới hướng dẫn của siêu âm</w:t>
      </w:r>
    </w:p>
    <w:p>
      <w:pPr>
        <w:jc w:val="both"/>
      </w:pPr>
      <w:r>
        <w:t>1.128.000</w:t>
      </w:r>
    </w:p>
    <w:p>
      <w:pPr>
        <w:jc w:val="both"/>
      </w:pPr>
      <w:r>
        <w:t>1.277.000</w:t>
      </w:r>
    </w:p>
    <w:p>
      <w:pPr>
        <w:jc w:val="both"/>
      </w:pPr>
      <w:r>
        <w:t>180</w:t>
      </w:r>
    </w:p>
    <w:p>
      <w:pPr>
        <w:jc w:val="both"/>
      </w:pPr>
      <w:r>
        <w:t>175</w:t>
      </w:r>
    </w:p>
    <w:p>
      <w:pPr>
        <w:jc w:val="both"/>
      </w:pPr>
      <w:r>
        <w:t>04C2.83</w:t>
      </w:r>
    </w:p>
    <w:p>
      <w:pPr>
        <w:jc w:val="both"/>
      </w:pPr>
      <w:r>
        <w:t>Sinh thiết màng phổi</w:t>
      </w:r>
    </w:p>
    <w:p>
      <w:pPr>
        <w:jc w:val="both"/>
      </w:pPr>
      <w:r>
        <w:t>442.000</w:t>
      </w:r>
    </w:p>
    <w:p>
      <w:pPr>
        <w:jc w:val="both"/>
      </w:pPr>
      <w:r>
        <w:t>499.000</w:t>
      </w:r>
    </w:p>
    <w:p>
      <w:pPr>
        <w:jc w:val="both"/>
      </w:pPr>
      <w:r>
        <w:t>181</w:t>
      </w:r>
    </w:p>
    <w:p>
      <w:pPr>
        <w:jc w:val="both"/>
      </w:pPr>
      <w:r>
        <w:t>176</w:t>
      </w:r>
    </w:p>
    <w:p>
      <w:pPr>
        <w:jc w:val="both"/>
      </w:pPr>
      <w:r>
        <w:t>Sinh thiết móng</w:t>
      </w:r>
    </w:p>
    <w:p>
      <w:pPr>
        <w:jc w:val="both"/>
      </w:pPr>
      <w:r>
        <w:t>335.000</w:t>
      </w:r>
    </w:p>
    <w:p>
      <w:pPr>
        <w:jc w:val="both"/>
      </w:pPr>
      <w:r>
        <w:t>364.000</w:t>
      </w:r>
    </w:p>
    <w:p>
      <w:pPr>
        <w:jc w:val="both"/>
      </w:pPr>
      <w:r>
        <w:t>182</w:t>
      </w:r>
    </w:p>
    <w:p>
      <w:pPr>
        <w:jc w:val="both"/>
      </w:pPr>
      <w:r>
        <w:t>177</w:t>
      </w:r>
    </w:p>
    <w:p>
      <w:pPr>
        <w:jc w:val="both"/>
      </w:pPr>
      <w:r>
        <w:t>04C2.84</w:t>
      </w:r>
    </w:p>
    <w:p>
      <w:pPr>
        <w:jc w:val="both"/>
      </w:pPr>
      <w:r>
        <w:t>Sinh thiết tiền liệt tuyến qua siêu âm đường trực tràng</w:t>
      </w:r>
    </w:p>
    <w:p>
      <w:pPr>
        <w:jc w:val="both"/>
      </w:pPr>
      <w:r>
        <w:t>628.000</w:t>
      </w:r>
    </w:p>
    <w:p>
      <w:pPr>
        <w:jc w:val="both"/>
      </w:pPr>
      <w:r>
        <w:t>706.000</w:t>
      </w:r>
    </w:p>
    <w:p>
      <w:pPr>
        <w:jc w:val="both"/>
      </w:pPr>
      <w:r>
        <w:t>183</w:t>
      </w:r>
    </w:p>
    <w:p>
      <w:pPr>
        <w:jc w:val="both"/>
      </w:pPr>
      <w:r>
        <w:t>178</w:t>
      </w:r>
    </w:p>
    <w:p>
      <w:pPr>
        <w:jc w:val="both"/>
      </w:pPr>
      <w:r>
        <w:t>04C2.82</w:t>
      </w:r>
    </w:p>
    <w:p>
      <w:pPr>
        <w:jc w:val="both"/>
      </w:pPr>
      <w:r>
        <w:t>Sinh thiết tủy xương</w:t>
      </w:r>
    </w:p>
    <w:p>
      <w:pPr>
        <w:jc w:val="both"/>
      </w:pPr>
      <w:r>
        <w:t>253.000</w:t>
      </w:r>
    </w:p>
    <w:p>
      <w:pPr>
        <w:jc w:val="both"/>
      </w:pPr>
      <w:r>
        <w:t>281.000</w:t>
      </w:r>
    </w:p>
    <w:p>
      <w:pPr>
        <w:jc w:val="both"/>
      </w:pPr>
      <w:r>
        <w:t>Chưa bao gồm kim sinh thiết.</w:t>
      </w:r>
    </w:p>
    <w:p>
      <w:pPr>
        <w:jc w:val="both"/>
      </w:pPr>
      <w:r>
        <w:t>184</w:t>
      </w:r>
    </w:p>
    <w:p>
      <w:pPr>
        <w:jc w:val="both"/>
      </w:pPr>
      <w:r>
        <w:t>179</w:t>
      </w:r>
    </w:p>
    <w:p>
      <w:pPr>
        <w:jc w:val="both"/>
      </w:pPr>
      <w:r>
        <w:t>04C2.113</w:t>
      </w:r>
    </w:p>
    <w:p>
      <w:pPr>
        <w:jc w:val="both"/>
      </w:pPr>
      <w:r>
        <w:t>Sinh thiết tủy xương có kim sinh thiết</w:t>
      </w:r>
    </w:p>
    <w:p>
      <w:pPr>
        <w:jc w:val="both"/>
      </w:pPr>
      <w:r>
        <w:t>1.383.000</w:t>
      </w:r>
    </w:p>
    <w:p>
      <w:pPr>
        <w:jc w:val="both"/>
      </w:pPr>
      <w:r>
        <w:t>1.582.000</w:t>
      </w:r>
    </w:p>
    <w:p>
      <w:pPr>
        <w:jc w:val="both"/>
      </w:pPr>
      <w:r>
        <w:t>Bao gồm kim sinh thiết dùng nhiều lần.</w:t>
      </w:r>
    </w:p>
    <w:p>
      <w:pPr>
        <w:jc w:val="both"/>
      </w:pPr>
      <w:r>
        <w:t>185</w:t>
      </w:r>
    </w:p>
    <w:p>
      <w:pPr>
        <w:jc w:val="both"/>
      </w:pPr>
      <w:r>
        <w:t>180</w:t>
      </w:r>
    </w:p>
    <w:p>
      <w:pPr>
        <w:jc w:val="both"/>
      </w:pPr>
      <w:r>
        <w:t>Sinh thiết tủy xương (sử dụng máy khoan cầm tay).</w:t>
      </w:r>
    </w:p>
    <w:p>
      <w:pPr>
        <w:jc w:val="both"/>
      </w:pPr>
      <w:r>
        <w:t>2.689.000</w:t>
      </w:r>
    </w:p>
    <w:p>
      <w:pPr>
        <w:jc w:val="both"/>
      </w:pPr>
      <w:r>
        <w:t>3.085.000</w:t>
      </w:r>
    </w:p>
    <w:p>
      <w:pPr>
        <w:jc w:val="both"/>
      </w:pPr>
      <w:r>
        <w:t>186</w:t>
      </w:r>
    </w:p>
    <w:p>
      <w:pPr>
        <w:jc w:val="both"/>
      </w:pPr>
      <w:r>
        <w:t>181</w:t>
      </w:r>
    </w:p>
    <w:p>
      <w:pPr>
        <w:jc w:val="both"/>
      </w:pPr>
      <w:r>
        <w:t>03C1.20</w:t>
      </w:r>
    </w:p>
    <w:p>
      <w:pPr>
        <w:jc w:val="both"/>
      </w:pPr>
      <w:r>
        <w:t>Sinh thiết vú</w:t>
      </w:r>
    </w:p>
    <w:p>
      <w:pPr>
        <w:jc w:val="both"/>
      </w:pPr>
      <w:r>
        <w:t>168.000</w:t>
      </w:r>
    </w:p>
    <w:p>
      <w:pPr>
        <w:jc w:val="both"/>
      </w:pPr>
      <w:r>
        <w:t>183.000</w:t>
      </w:r>
    </w:p>
    <w:p>
      <w:pPr>
        <w:jc w:val="both"/>
      </w:pPr>
      <w:r>
        <w:t>187</w:t>
      </w:r>
    </w:p>
    <w:p>
      <w:pPr>
        <w:jc w:val="both"/>
      </w:pPr>
      <w:r>
        <w:t>182</w:t>
      </w:r>
    </w:p>
    <w:p>
      <w:pPr>
        <w:jc w:val="both"/>
      </w:pPr>
      <w:r>
        <w:t>Sinh thiết tuyến vú dưới hướng dẫn của Xquang có hệ thống định vị stereostatic</w:t>
      </w:r>
    </w:p>
    <w:p>
      <w:pPr>
        <w:jc w:val="both"/>
      </w:pPr>
      <w:r>
        <w:t>1.578.000</w:t>
      </w:r>
    </w:p>
    <w:p>
      <w:pPr>
        <w:jc w:val="both"/>
      </w:pPr>
      <w:r>
        <w:t>1.801.000</w:t>
      </w:r>
    </w:p>
    <w:p>
      <w:pPr>
        <w:jc w:val="both"/>
      </w:pPr>
      <w:r>
        <w:t>188</w:t>
      </w:r>
    </w:p>
    <w:p>
      <w:pPr>
        <w:jc w:val="both"/>
      </w:pPr>
      <w:r>
        <w:t>183</w:t>
      </w:r>
    </w:p>
    <w:p>
      <w:pPr>
        <w:jc w:val="both"/>
      </w:pPr>
      <w:r>
        <w:t>030.30</w:t>
      </w:r>
    </w:p>
    <w:p>
      <w:pPr>
        <w:jc w:val="both"/>
      </w:pPr>
      <w:r>
        <w:t>Soi bàng quang, chụp thận ngược dòng</w:t>
      </w:r>
    </w:p>
    <w:p>
      <w:pPr>
        <w:jc w:val="both"/>
      </w:pPr>
      <w:r>
        <w:t>663.000</w:t>
      </w:r>
    </w:p>
    <w:p>
      <w:pPr>
        <w:jc w:val="both"/>
      </w:pPr>
      <w:r>
        <w:t>748.000</w:t>
      </w:r>
    </w:p>
    <w:p>
      <w:pPr>
        <w:jc w:val="both"/>
      </w:pPr>
      <w:r>
        <w:t>Chưa bao gồm thuốc cản quang.</w:t>
      </w:r>
    </w:p>
    <w:p>
      <w:pPr>
        <w:jc w:val="both"/>
      </w:pPr>
      <w:r>
        <w:t>189</w:t>
      </w:r>
    </w:p>
    <w:p>
      <w:pPr>
        <w:jc w:val="both"/>
      </w:pPr>
      <w:r>
        <w:t>184</w:t>
      </w:r>
    </w:p>
    <w:p>
      <w:pPr>
        <w:jc w:val="both"/>
      </w:pPr>
      <w:r>
        <w:t>03C1.28</w:t>
      </w:r>
    </w:p>
    <w:p>
      <w:pPr>
        <w:jc w:val="both"/>
      </w:pPr>
      <w:r>
        <w:t>Soi đại tràng, tiêm hoặc kẹp cầm máu</w:t>
      </w:r>
    </w:p>
    <w:p>
      <w:pPr>
        <w:jc w:val="both"/>
      </w:pPr>
      <w:r>
        <w:t>605.000</w:t>
      </w:r>
    </w:p>
    <w:p>
      <w:pPr>
        <w:jc w:val="both"/>
      </w:pPr>
      <w:r>
        <w:t>671.000</w:t>
      </w:r>
    </w:p>
    <w:p>
      <w:pPr>
        <w:jc w:val="both"/>
      </w:pPr>
      <w:r>
        <w:t>Chưa bao gồm dụng cụ kẹp và clip cầm máu.</w:t>
      </w:r>
    </w:p>
    <w:p>
      <w:pPr>
        <w:jc w:val="both"/>
      </w:pPr>
      <w:r>
        <w:t>190</w:t>
      </w:r>
    </w:p>
    <w:p>
      <w:pPr>
        <w:jc w:val="both"/>
      </w:pPr>
      <w:r>
        <w:t>185</w:t>
      </w:r>
    </w:p>
    <w:p>
      <w:pPr>
        <w:jc w:val="both"/>
      </w:pPr>
      <w:r>
        <w:t>03C1.22</w:t>
      </w:r>
    </w:p>
    <w:p>
      <w:pPr>
        <w:jc w:val="both"/>
      </w:pPr>
      <w:r>
        <w:t>Soi khớp có sinh thiết</w:t>
      </w:r>
    </w:p>
    <w:p>
      <w:pPr>
        <w:jc w:val="both"/>
      </w:pPr>
      <w:r>
        <w:t>513.000</w:t>
      </w:r>
    </w:p>
    <w:p>
      <w:pPr>
        <w:jc w:val="both"/>
      </w:pPr>
      <w:r>
        <w:t>578.000</w:t>
      </w:r>
    </w:p>
    <w:p>
      <w:pPr>
        <w:jc w:val="both"/>
      </w:pPr>
      <w:r>
        <w:t>191</w:t>
      </w:r>
    </w:p>
    <w:p>
      <w:pPr>
        <w:jc w:val="both"/>
      </w:pPr>
      <w:r>
        <w:t>186</w:t>
      </w:r>
    </w:p>
    <w:p>
      <w:pPr>
        <w:jc w:val="both"/>
      </w:pPr>
      <w:r>
        <w:t>03C1.23</w:t>
      </w:r>
    </w:p>
    <w:p>
      <w:pPr>
        <w:jc w:val="both"/>
      </w:pPr>
      <w:r>
        <w:t>Soi màng phổi</w:t>
      </w:r>
    </w:p>
    <w:p>
      <w:pPr>
        <w:jc w:val="both"/>
      </w:pPr>
      <w:r>
        <w:t>474.000</w:t>
      </w:r>
    </w:p>
    <w:p>
      <w:pPr>
        <w:jc w:val="both"/>
      </w:pPr>
      <w:r>
        <w:t>516.000</w:t>
      </w:r>
    </w:p>
    <w:p>
      <w:pPr>
        <w:jc w:val="both"/>
      </w:pPr>
      <w:r>
        <w:t>192</w:t>
      </w:r>
    </w:p>
    <w:p>
      <w:pPr>
        <w:jc w:val="both"/>
      </w:pPr>
      <w:r>
        <w:t>187</w:t>
      </w:r>
    </w:p>
    <w:p>
      <w:pPr>
        <w:jc w:val="both"/>
      </w:pPr>
      <w:r>
        <w:t>03C1.67</w:t>
      </w:r>
    </w:p>
    <w:p>
      <w:pPr>
        <w:jc w:val="both"/>
      </w:pPr>
      <w:r>
        <w:t>Soi phế quản điều trị sặc phổi ở bệnh nhân ngộ độc cấp</w:t>
      </w:r>
    </w:p>
    <w:p>
      <w:pPr>
        <w:jc w:val="both"/>
      </w:pPr>
      <w:r>
        <w:t>915.000</w:t>
      </w:r>
    </w:p>
    <w:p>
      <w:pPr>
        <w:jc w:val="both"/>
      </w:pPr>
      <w:r>
        <w:t>1.027.000</w:t>
      </w:r>
    </w:p>
    <w:p>
      <w:pPr>
        <w:jc w:val="both"/>
      </w:pPr>
      <w:r>
        <w:t>193</w:t>
      </w:r>
    </w:p>
    <w:p>
      <w:pPr>
        <w:jc w:val="both"/>
      </w:pPr>
      <w:r>
        <w:t>188</w:t>
      </w:r>
    </w:p>
    <w:p>
      <w:pPr>
        <w:jc w:val="both"/>
      </w:pPr>
      <w:r>
        <w:t>03C1.27</w:t>
      </w:r>
    </w:p>
    <w:p>
      <w:pPr>
        <w:jc w:val="both"/>
      </w:pPr>
      <w:r>
        <w:t>Soi ruột non, tiêm (hoặc kẹp cầm máu) hoặc cắt polyp</w:t>
      </w:r>
    </w:p>
    <w:p>
      <w:pPr>
        <w:jc w:val="both"/>
      </w:pPr>
      <w:r>
        <w:t>783.000</w:t>
      </w:r>
    </w:p>
    <w:p>
      <w:pPr>
        <w:jc w:val="both"/>
      </w:pPr>
      <w:r>
        <w:t>871.000</w:t>
      </w:r>
    </w:p>
    <w:p>
      <w:pPr>
        <w:jc w:val="both"/>
      </w:pPr>
      <w:r>
        <w:t>194</w:t>
      </w:r>
    </w:p>
    <w:p>
      <w:pPr>
        <w:jc w:val="both"/>
      </w:pPr>
      <w:r>
        <w:t>189</w:t>
      </w:r>
    </w:p>
    <w:p>
      <w:pPr>
        <w:jc w:val="both"/>
      </w:pPr>
      <w:r>
        <w:t>03C1.26</w:t>
      </w:r>
    </w:p>
    <w:p>
      <w:pPr>
        <w:jc w:val="both"/>
      </w:pPr>
      <w:r>
        <w:t>Soi ruột non</w:t>
      </w:r>
    </w:p>
    <w:p>
      <w:pPr>
        <w:jc w:val="both"/>
      </w:pPr>
      <w:r>
        <w:t>669.000</w:t>
      </w:r>
    </w:p>
    <w:p>
      <w:pPr>
        <w:jc w:val="both"/>
      </w:pPr>
      <w:r>
        <w:t>744.000</w:t>
      </w:r>
    </w:p>
    <w:p>
      <w:pPr>
        <w:jc w:val="both"/>
      </w:pPr>
      <w:r>
        <w:t>195</w:t>
      </w:r>
    </w:p>
    <w:p>
      <w:pPr>
        <w:jc w:val="both"/>
      </w:pPr>
      <w:r>
        <w:t>190</w:t>
      </w:r>
    </w:p>
    <w:p>
      <w:pPr>
        <w:jc w:val="both"/>
      </w:pPr>
      <w:r>
        <w:t>03C1.24</w:t>
      </w:r>
    </w:p>
    <w:p>
      <w:pPr>
        <w:jc w:val="both"/>
      </w:pPr>
      <w:r>
        <w:t>Soi thực quản hoặc dạ dày gắp giun</w:t>
      </w:r>
    </w:p>
    <w:p>
      <w:pPr>
        <w:jc w:val="both"/>
      </w:pPr>
      <w:r>
        <w:t>456.000</w:t>
      </w:r>
    </w:p>
    <w:p>
      <w:pPr>
        <w:jc w:val="both"/>
      </w:pPr>
      <w:r>
        <w:t>500.000</w:t>
      </w:r>
    </w:p>
    <w:p>
      <w:pPr>
        <w:jc w:val="both"/>
      </w:pPr>
      <w:r>
        <w:t>Chưa bao gồm dụng cụ gắp giun.</w:t>
      </w:r>
    </w:p>
    <w:p>
      <w:pPr>
        <w:jc w:val="both"/>
      </w:pPr>
      <w:r>
        <w:t>196</w:t>
      </w:r>
    </w:p>
    <w:p>
      <w:pPr>
        <w:jc w:val="both"/>
      </w:pPr>
      <w:r>
        <w:t>191</w:t>
      </w:r>
    </w:p>
    <w:p>
      <w:pPr>
        <w:jc w:val="both"/>
      </w:pPr>
      <w:r>
        <w:t>03C1.29</w:t>
      </w:r>
    </w:p>
    <w:p>
      <w:pPr>
        <w:jc w:val="both"/>
      </w:pPr>
      <w:r>
        <w:t>Soi trực tràng, tiêm hoặc thắt trĩ</w:t>
      </w:r>
    </w:p>
    <w:p>
      <w:pPr>
        <w:jc w:val="both"/>
      </w:pPr>
      <w:r>
        <w:t>258.000</w:t>
      </w:r>
    </w:p>
    <w:p>
      <w:pPr>
        <w:jc w:val="both"/>
      </w:pPr>
      <w:r>
        <w:t>284.000</w:t>
      </w:r>
    </w:p>
    <w:p>
      <w:pPr>
        <w:jc w:val="both"/>
      </w:pPr>
      <w:r>
        <w:t>197</w:t>
      </w:r>
    </w:p>
    <w:p>
      <w:pPr>
        <w:jc w:val="both"/>
      </w:pPr>
      <w:r>
        <w:t>192</w:t>
      </w:r>
    </w:p>
    <w:p>
      <w:pPr>
        <w:jc w:val="both"/>
      </w:pPr>
      <w:r>
        <w:t>03C1.62</w:t>
      </w:r>
    </w:p>
    <w:p>
      <w:pPr>
        <w:jc w:val="both"/>
      </w:pPr>
      <w:r>
        <w:t>Tạo nhịp cấp cứu ngoài lồng ngực</w:t>
      </w:r>
    </w:p>
    <w:p>
      <w:pPr>
        <w:jc w:val="both"/>
      </w:pPr>
      <w:r>
        <w:t>1.008.000</w:t>
      </w:r>
    </w:p>
    <w:p>
      <w:pPr>
        <w:jc w:val="both"/>
      </w:pPr>
      <w:r>
        <w:t>1.144.000</w:t>
      </w:r>
    </w:p>
    <w:p>
      <w:pPr>
        <w:jc w:val="both"/>
      </w:pPr>
      <w:r>
        <w:t>198</w:t>
      </w:r>
    </w:p>
    <w:p>
      <w:pPr>
        <w:jc w:val="both"/>
      </w:pPr>
      <w:r>
        <w:t>193</w:t>
      </w:r>
    </w:p>
    <w:p>
      <w:pPr>
        <w:jc w:val="both"/>
      </w:pPr>
      <w:r>
        <w:t>03C1.61</w:t>
      </w:r>
    </w:p>
    <w:p>
      <w:pPr>
        <w:jc w:val="both"/>
      </w:pPr>
      <w:r>
        <w:t>Tạo nhịp cấp cứu trong buồng tim</w:t>
      </w:r>
    </w:p>
    <w:p>
      <w:pPr>
        <w:jc w:val="both"/>
      </w:pPr>
      <w:r>
        <w:t>522.000</w:t>
      </w:r>
    </w:p>
    <w:p>
      <w:pPr>
        <w:jc w:val="both"/>
      </w:pPr>
      <w:r>
        <w:t>582.000</w:t>
      </w:r>
    </w:p>
    <w:p>
      <w:pPr>
        <w:jc w:val="both"/>
      </w:pPr>
      <w:r>
        <w:t>199</w:t>
      </w:r>
    </w:p>
    <w:p>
      <w:pPr>
        <w:jc w:val="both"/>
      </w:pPr>
      <w:r>
        <w:t>194</w:t>
      </w:r>
    </w:p>
    <w:p>
      <w:pPr>
        <w:jc w:val="both"/>
      </w:pPr>
      <w:r>
        <w:t>04C2.107</w:t>
      </w:r>
    </w:p>
    <w:p>
      <w:pPr>
        <w:jc w:val="both"/>
      </w:pPr>
      <w:r>
        <w:t>Thẩm tách siêu lọc máu (Hemodiafiltration offline: HDF ON - LINE)</w:t>
      </w:r>
    </w:p>
    <w:p>
      <w:pPr>
        <w:jc w:val="both"/>
      </w:pPr>
      <w:r>
        <w:t>1.528.000</w:t>
      </w:r>
    </w:p>
    <w:p>
      <w:pPr>
        <w:jc w:val="both"/>
      </w:pPr>
      <w:r>
        <w:t>1.738.000</w:t>
      </w:r>
    </w:p>
    <w:p>
      <w:pPr>
        <w:jc w:val="both"/>
      </w:pPr>
      <w:r>
        <w:t>Chưa bao gồm catheter.</w:t>
      </w:r>
    </w:p>
    <w:p>
      <w:pPr>
        <w:jc w:val="both"/>
      </w:pPr>
      <w:r>
        <w:t>200</w:t>
      </w:r>
    </w:p>
    <w:p>
      <w:pPr>
        <w:jc w:val="both"/>
      </w:pPr>
      <w:r>
        <w:t>195</w:t>
      </w:r>
    </w:p>
    <w:p>
      <w:pPr>
        <w:jc w:val="both"/>
      </w:pPr>
      <w:r>
        <w:t>04C2.123</w:t>
      </w:r>
    </w:p>
    <w:p>
      <w:pPr>
        <w:jc w:val="both"/>
      </w:pPr>
      <w:r>
        <w:t>Thận nhân tạo cấp cứu</w:t>
      </w:r>
    </w:p>
    <w:p>
      <w:pPr>
        <w:jc w:val="both"/>
      </w:pPr>
      <w:r>
        <w:t>1.565.000</w:t>
      </w:r>
    </w:p>
    <w:p>
      <w:pPr>
        <w:jc w:val="both"/>
      </w:pPr>
      <w:r>
        <w:t>1.781.000</w:t>
      </w:r>
    </w:p>
    <w:p>
      <w:pPr>
        <w:jc w:val="both"/>
      </w:pPr>
      <w:r>
        <w:t>Quả lọc dây máu dùng 1 lần; đã bao gồm catheter 2 nòng được tính bình quân là 0,25 lần cho 1 lần chạy thận.</w:t>
      </w:r>
    </w:p>
    <w:p>
      <w:pPr>
        <w:jc w:val="both"/>
      </w:pPr>
      <w:r>
        <w:t>201</w:t>
      </w:r>
    </w:p>
    <w:p>
      <w:pPr>
        <w:jc w:val="both"/>
      </w:pPr>
      <w:r>
        <w:t>196</w:t>
      </w:r>
    </w:p>
    <w:p>
      <w:pPr>
        <w:jc w:val="both"/>
      </w:pPr>
      <w:r>
        <w:t>04C2.76</w:t>
      </w:r>
    </w:p>
    <w:p>
      <w:pPr>
        <w:jc w:val="both"/>
      </w:pPr>
      <w:r>
        <w:t>Thận nhân tạo chu kỳ</w:t>
      </w:r>
    </w:p>
    <w:p>
      <w:pPr>
        <w:jc w:val="both"/>
      </w:pPr>
      <w:r>
        <w:t>567.000</w:t>
      </w:r>
    </w:p>
    <w:p>
      <w:pPr>
        <w:jc w:val="both"/>
      </w:pPr>
      <w:r>
        <w:t>643.000</w:t>
      </w:r>
    </w:p>
    <w:p>
      <w:pPr>
        <w:jc w:val="both"/>
      </w:pPr>
      <w:r>
        <w:t>Quả lọc dây máu dùng 6 lần.</w:t>
      </w:r>
    </w:p>
    <w:p>
      <w:pPr>
        <w:jc w:val="both"/>
      </w:pPr>
      <w:r>
        <w:t>202</w:t>
      </w:r>
    </w:p>
    <w:p>
      <w:pPr>
        <w:jc w:val="both"/>
      </w:pPr>
      <w:r>
        <w:t>197</w:t>
      </w:r>
    </w:p>
    <w:p>
      <w:pPr>
        <w:jc w:val="both"/>
      </w:pPr>
      <w:r>
        <w:t>04C3.1.149</w:t>
      </w:r>
    </w:p>
    <w:p>
      <w:pPr>
        <w:jc w:val="both"/>
      </w:pPr>
      <w:r>
        <w:t>Tháo bột: cột sống hoặc lưng hoặc khớp háng hoặc xương đùi hoặc xương chậu</w:t>
      </w:r>
    </w:p>
    <w:p>
      <w:pPr>
        <w:jc w:val="both"/>
      </w:pPr>
      <w:r>
        <w:t>67.500</w:t>
      </w:r>
    </w:p>
    <w:p>
      <w:pPr>
        <w:jc w:val="both"/>
      </w:pPr>
      <w:r>
        <w:t>74.300</w:t>
      </w:r>
    </w:p>
    <w:p>
      <w:pPr>
        <w:jc w:val="both"/>
      </w:pPr>
      <w:r>
        <w:t>203</w:t>
      </w:r>
    </w:p>
    <w:p>
      <w:pPr>
        <w:jc w:val="both"/>
      </w:pPr>
      <w:r>
        <w:t>Kỹ thuật phối hợp thận nhân tạo và hấp phụ máu bằng quả hấp phụ máu</w:t>
      </w:r>
    </w:p>
    <w:p>
      <w:pPr>
        <w:jc w:val="both"/>
      </w:pPr>
      <w:r>
        <w:t>3.447.000</w:t>
      </w:r>
    </w:p>
    <w:p>
      <w:pPr>
        <w:jc w:val="both"/>
      </w:pPr>
      <w:r>
        <w:t>3.953.000</w:t>
      </w:r>
    </w:p>
    <w:p>
      <w:pPr>
        <w:jc w:val="both"/>
      </w:pPr>
      <w:r>
        <w:t>Đã bao gồm quả lọc hấp phụ và quả lọc dây máu dùng 6 lần.</w:t>
      </w:r>
    </w:p>
    <w:p>
      <w:pPr>
        <w:jc w:val="both"/>
      </w:pPr>
      <w:r>
        <w:t>204</w:t>
      </w:r>
    </w:p>
    <w:p>
      <w:pPr>
        <w:jc w:val="both"/>
      </w:pPr>
      <w:r>
        <w:t>198</w:t>
      </w:r>
    </w:p>
    <w:p>
      <w:pPr>
        <w:jc w:val="both"/>
      </w:pPr>
      <w:r>
        <w:t>04C3.1.150</w:t>
      </w:r>
    </w:p>
    <w:p>
      <w:pPr>
        <w:jc w:val="both"/>
      </w:pPr>
      <w:r>
        <w:t>Tháo bột khác</w:t>
      </w:r>
    </w:p>
    <w:p>
      <w:pPr>
        <w:jc w:val="both"/>
      </w:pPr>
      <w:r>
        <w:t>56.000</w:t>
      </w:r>
    </w:p>
    <w:p>
      <w:pPr>
        <w:jc w:val="both"/>
      </w:pPr>
      <w:r>
        <w:t>61.700</w:t>
      </w:r>
    </w:p>
    <w:p>
      <w:pPr>
        <w:jc w:val="both"/>
      </w:pPr>
      <w:r>
        <w:t>Chỉ áp dụng với người bệnh ngoại trú.</w:t>
      </w:r>
    </w:p>
    <w:p>
      <w:pPr>
        <w:jc w:val="both"/>
      </w:pPr>
      <w:r>
        <w:t>205</w:t>
      </w:r>
    </w:p>
    <w:p>
      <w:pPr>
        <w:jc w:val="both"/>
      </w:pPr>
      <w:r>
        <w:t>199</w:t>
      </w:r>
    </w:p>
    <w:p>
      <w:pPr>
        <w:jc w:val="both"/>
      </w:pPr>
      <w:r>
        <w:t>Thay băng cắt lọc vết thương mạn tính</w:t>
      </w:r>
    </w:p>
    <w:p>
      <w:pPr>
        <w:jc w:val="both"/>
      </w:pPr>
      <w:r>
        <w:t>258.000</w:t>
      </w:r>
    </w:p>
    <w:p>
      <w:pPr>
        <w:jc w:val="both"/>
      </w:pPr>
      <w:r>
        <w:t>286.000</w:t>
      </w:r>
    </w:p>
    <w:p>
      <w:pPr>
        <w:jc w:val="both"/>
      </w:pPr>
      <w:r>
        <w:t>Áp dụng đối với bệnh Pemphigus hoặc Pemphigoid hoặc ly thượng bì bọng nước bẩm sinh hoặc vết loét bàn chân do đái tháo đường hoặc vết loét, hoại tử ở bệnh nhân phong hoặc vết loét, hoại tử do tỳ đè.</w:t>
      </w:r>
    </w:p>
    <w:p>
      <w:pPr>
        <w:jc w:val="both"/>
      </w:pPr>
      <w:r>
        <w:t>206</w:t>
      </w:r>
    </w:p>
    <w:p>
      <w:pPr>
        <w:jc w:val="both"/>
      </w:pPr>
      <w:r>
        <w:t>200</w:t>
      </w:r>
    </w:p>
    <w:p>
      <w:pPr>
        <w:jc w:val="both"/>
      </w:pPr>
      <w:r>
        <w:t>04C3.1.143</w:t>
      </w:r>
    </w:p>
    <w:p>
      <w:pPr>
        <w:jc w:val="both"/>
      </w:pPr>
      <w:r>
        <w:t>Thay băng vết thương hoặc mổ chiều dài ≤ 15cm</w:t>
      </w:r>
    </w:p>
    <w:p>
      <w:pPr>
        <w:jc w:val="both"/>
      </w:pPr>
      <w:r>
        <w:t>60.000</w:t>
      </w:r>
    </w:p>
    <w:p>
      <w:pPr>
        <w:jc w:val="both"/>
      </w:pPr>
      <w:r>
        <w:t>67.000</w:t>
      </w:r>
    </w:p>
    <w:p>
      <w:pPr>
        <w:jc w:val="both"/>
      </w:pPr>
      <w:r>
        <w:t>Chỉ áp dụng với người bệnh ngoại trú. Đối với người bệnh nội trú theo quy định của Bộ Y tế.</w:t>
      </w:r>
    </w:p>
    <w:p>
      <w:pPr>
        <w:jc w:val="both"/>
      </w:pPr>
      <w:r>
        <w:t>207</w:t>
      </w:r>
    </w:p>
    <w:p>
      <w:pPr>
        <w:jc w:val="both"/>
      </w:pPr>
      <w:r>
        <w:t>201</w:t>
      </w:r>
    </w:p>
    <w:p>
      <w:pPr>
        <w:jc w:val="both"/>
      </w:pPr>
      <w:r>
        <w:t>04C3.1.144</w:t>
      </w:r>
    </w:p>
    <w:p>
      <w:pPr>
        <w:jc w:val="both"/>
      </w:pPr>
      <w:r>
        <w:t>Thay băng vết thương chiều dài trên 15 cm đến 30 cm</w:t>
      </w:r>
    </w:p>
    <w:p>
      <w:pPr>
        <w:jc w:val="both"/>
      </w:pPr>
      <w:r>
        <w:t>85.000</w:t>
      </w:r>
    </w:p>
    <w:p>
      <w:pPr>
        <w:jc w:val="both"/>
      </w:pPr>
      <w:r>
        <w:t>95.600</w:t>
      </w:r>
    </w:p>
    <w:p>
      <w:pPr>
        <w:jc w:val="both"/>
      </w:pPr>
      <w:r>
        <w:t>208</w:t>
      </w:r>
    </w:p>
    <w:p>
      <w:pPr>
        <w:jc w:val="both"/>
      </w:pPr>
      <w:r>
        <w:t>201</w:t>
      </w:r>
    </w:p>
    <w:p>
      <w:pPr>
        <w:jc w:val="both"/>
      </w:pPr>
      <w:r>
        <w:t>04C3.1.145</w:t>
      </w:r>
    </w:p>
    <w:p>
      <w:pPr>
        <w:jc w:val="both"/>
      </w:pPr>
      <w:r>
        <w:t>Thay băng vết mổ chiều dài trên 15cm đến 30 cm</w:t>
      </w:r>
    </w:p>
    <w:p>
      <w:pPr>
        <w:jc w:val="both"/>
      </w:pPr>
      <w:r>
        <w:t>85.000</w:t>
      </w:r>
    </w:p>
    <w:p>
      <w:pPr>
        <w:jc w:val="both"/>
      </w:pPr>
      <w:r>
        <w:t>95.600</w:t>
      </w:r>
    </w:p>
    <w:p>
      <w:pPr>
        <w:jc w:val="both"/>
      </w:pPr>
      <w:r>
        <w:t>Chỉ áp dụng với người bệnh ngoại trú. Đối với người bệnh nội trú theo quy định của Bộ Y tế.</w:t>
      </w:r>
    </w:p>
    <w:p>
      <w:pPr>
        <w:jc w:val="both"/>
      </w:pPr>
      <w:r>
        <w:t>209</w:t>
      </w:r>
    </w:p>
    <w:p>
      <w:pPr>
        <w:jc w:val="both"/>
      </w:pPr>
      <w:r>
        <w:t>202</w:t>
      </w:r>
    </w:p>
    <w:p>
      <w:pPr>
        <w:jc w:val="both"/>
      </w:pPr>
      <w:r>
        <w:t>04C3.1.145</w:t>
      </w:r>
    </w:p>
    <w:p>
      <w:pPr>
        <w:jc w:val="both"/>
      </w:pPr>
      <w:r>
        <w:t>Thay băng vết thương hoặc mổ chiều dài từ trên 30 cm đến 50 cm</w:t>
      </w:r>
    </w:p>
    <w:p>
      <w:pPr>
        <w:jc w:val="both"/>
      </w:pPr>
      <w:r>
        <w:t>115.000</w:t>
      </w:r>
    </w:p>
    <w:p>
      <w:pPr>
        <w:jc w:val="both"/>
      </w:pPr>
      <w:r>
        <w:t>130.000</w:t>
      </w:r>
    </w:p>
    <w:p>
      <w:pPr>
        <w:jc w:val="both"/>
      </w:pPr>
      <w:r>
        <w:t>210</w:t>
      </w:r>
    </w:p>
    <w:p>
      <w:pPr>
        <w:jc w:val="both"/>
      </w:pPr>
      <w:r>
        <w:t>203</w:t>
      </w:r>
    </w:p>
    <w:p>
      <w:pPr>
        <w:jc w:val="both"/>
      </w:pPr>
      <w:r>
        <w:t>04C3.1.146</w:t>
      </w:r>
    </w:p>
    <w:p>
      <w:pPr>
        <w:jc w:val="both"/>
      </w:pPr>
      <w:r>
        <w:t>Thay băng vết thương hoặc mổ chiều dài từ trên 15 cm đến 30 cm nhiễm trùng</w:t>
      </w:r>
    </w:p>
    <w:p>
      <w:pPr>
        <w:jc w:val="both"/>
      </w:pPr>
      <w:r>
        <w:t>139.000</w:t>
      </w:r>
    </w:p>
    <w:p>
      <w:pPr>
        <w:jc w:val="both"/>
      </w:pPr>
      <w:r>
        <w:t>156.000</w:t>
      </w:r>
    </w:p>
    <w:p>
      <w:pPr>
        <w:jc w:val="both"/>
      </w:pPr>
      <w:r>
        <w:t>211</w:t>
      </w:r>
    </w:p>
    <w:p>
      <w:pPr>
        <w:jc w:val="both"/>
      </w:pPr>
      <w:r>
        <w:t>204</w:t>
      </w:r>
    </w:p>
    <w:p>
      <w:pPr>
        <w:jc w:val="both"/>
      </w:pPr>
      <w:r>
        <w:t>04C3.1.147</w:t>
      </w:r>
    </w:p>
    <w:p>
      <w:pPr>
        <w:jc w:val="both"/>
      </w:pPr>
      <w:r>
        <w:t>Thay băng vết thương hoặc mổ chiều dài từ 30 cm đến 50 cm nhiễm trùng</w:t>
      </w:r>
    </w:p>
    <w:p>
      <w:pPr>
        <w:jc w:val="both"/>
      </w:pPr>
      <w:r>
        <w:t>184.000</w:t>
      </w:r>
    </w:p>
    <w:p>
      <w:pPr>
        <w:jc w:val="both"/>
      </w:pPr>
      <w:r>
        <w:t>208.000</w:t>
      </w:r>
    </w:p>
    <w:p>
      <w:pPr>
        <w:jc w:val="both"/>
      </w:pPr>
      <w:r>
        <w:t>212</w:t>
      </w:r>
    </w:p>
    <w:p>
      <w:pPr>
        <w:jc w:val="both"/>
      </w:pPr>
      <w:r>
        <w:t>205</w:t>
      </w:r>
    </w:p>
    <w:p>
      <w:pPr>
        <w:jc w:val="both"/>
      </w:pPr>
      <w:r>
        <w:t>04C3.1.148</w:t>
      </w:r>
    </w:p>
    <w:p>
      <w:pPr>
        <w:jc w:val="both"/>
      </w:pPr>
      <w:r>
        <w:t>Thay băng vết thương hoặc mổ chiều dài &gt; 50cm nhiễm trùng</w:t>
      </w:r>
    </w:p>
    <w:p>
      <w:pPr>
        <w:jc w:val="both"/>
      </w:pPr>
      <w:r>
        <w:t>253.000</w:t>
      </w:r>
    </w:p>
    <w:p>
      <w:pPr>
        <w:jc w:val="both"/>
      </w:pPr>
      <w:r>
        <w:t>280.000</w:t>
      </w:r>
    </w:p>
    <w:p>
      <w:pPr>
        <w:jc w:val="both"/>
      </w:pPr>
      <w:r>
        <w:t>213</w:t>
      </w:r>
    </w:p>
    <w:p>
      <w:pPr>
        <w:jc w:val="both"/>
      </w:pPr>
      <w:r>
        <w:t>206</w:t>
      </w:r>
    </w:p>
    <w:p>
      <w:pPr>
        <w:jc w:val="both"/>
      </w:pPr>
      <w:r>
        <w:t>Thay canuyn mở khí quản</w:t>
      </w:r>
    </w:p>
    <w:p>
      <w:pPr>
        <w:jc w:val="both"/>
      </w:pPr>
      <w:r>
        <w:t>253.000</w:t>
      </w:r>
    </w:p>
    <w:p>
      <w:pPr>
        <w:jc w:val="both"/>
      </w:pPr>
      <w:r>
        <w:t>286.000</w:t>
      </w:r>
    </w:p>
    <w:p>
      <w:pPr>
        <w:jc w:val="both"/>
      </w:pPr>
      <w:r>
        <w:t>214</w:t>
      </w:r>
    </w:p>
    <w:p>
      <w:pPr>
        <w:jc w:val="both"/>
      </w:pPr>
      <w:r>
        <w:t>207</w:t>
      </w:r>
    </w:p>
    <w:p>
      <w:pPr>
        <w:jc w:val="both"/>
      </w:pPr>
      <w:r>
        <w:t>04C2.72</w:t>
      </w:r>
    </w:p>
    <w:p>
      <w:pPr>
        <w:jc w:val="both"/>
      </w:pPr>
      <w:r>
        <w:t>Thay rửa hệ thống dẫn lưu màng phổi</w:t>
      </w:r>
    </w:p>
    <w:p>
      <w:pPr>
        <w:jc w:val="both"/>
      </w:pPr>
      <w:r>
        <w:t>96.000</w:t>
      </w:r>
    </w:p>
    <w:p>
      <w:pPr>
        <w:jc w:val="both"/>
      </w:pPr>
      <w:r>
        <w:t>107.000</w:t>
      </w:r>
    </w:p>
    <w:p>
      <w:pPr>
        <w:jc w:val="both"/>
      </w:pPr>
      <w:r>
        <w:t>215</w:t>
      </w:r>
    </w:p>
    <w:p>
      <w:pPr>
        <w:jc w:val="both"/>
      </w:pPr>
      <w:r>
        <w:t>208</w:t>
      </w:r>
    </w:p>
    <w:p>
      <w:pPr>
        <w:jc w:val="both"/>
      </w:pPr>
      <w:r>
        <w:t>Thay transfer set ở bệnh nhân lọc màng bụng liên tục ngoại trú</w:t>
      </w:r>
    </w:p>
    <w:p>
      <w:pPr>
        <w:jc w:val="both"/>
      </w:pPr>
      <w:r>
        <w:t>505.000</w:t>
      </w:r>
    </w:p>
    <w:p>
      <w:pPr>
        <w:jc w:val="both"/>
      </w:pPr>
      <w:r>
        <w:t>579.000</w:t>
      </w:r>
    </w:p>
    <w:p>
      <w:pPr>
        <w:jc w:val="both"/>
      </w:pPr>
      <w:r>
        <w:t>216</w:t>
      </w:r>
    </w:p>
    <w:p>
      <w:pPr>
        <w:jc w:val="both"/>
      </w:pPr>
      <w:r>
        <w:t>209</w:t>
      </w:r>
    </w:p>
    <w:p>
      <w:pPr>
        <w:jc w:val="both"/>
      </w:pPr>
      <w:r>
        <w:t>04C2.105</w:t>
      </w:r>
    </w:p>
    <w:p>
      <w:pPr>
        <w:jc w:val="both"/>
      </w:pPr>
      <w:r>
        <w:t>Thở máy (01 ngày điều trị)</w:t>
      </w:r>
    </w:p>
    <w:p>
      <w:pPr>
        <w:jc w:val="both"/>
      </w:pPr>
      <w:r>
        <w:t>583.000</w:t>
      </w:r>
    </w:p>
    <w:p>
      <w:pPr>
        <w:jc w:val="both"/>
      </w:pPr>
      <w:r>
        <w:t>650.000</w:t>
      </w:r>
    </w:p>
    <w:p>
      <w:pPr>
        <w:jc w:val="both"/>
      </w:pPr>
      <w:r>
        <w:t>217</w:t>
      </w:r>
    </w:p>
    <w:p>
      <w:pPr>
        <w:jc w:val="both"/>
      </w:pPr>
      <w:r>
        <w:t>210</w:t>
      </w:r>
    </w:p>
    <w:p>
      <w:pPr>
        <w:jc w:val="both"/>
      </w:pPr>
      <w:r>
        <w:t>04C2.65</w:t>
      </w:r>
    </w:p>
    <w:p>
      <w:pPr>
        <w:jc w:val="both"/>
      </w:pPr>
      <w:r>
        <w:t>Thông đái</w:t>
      </w:r>
    </w:p>
    <w:p>
      <w:pPr>
        <w:jc w:val="both"/>
      </w:pPr>
      <w:r>
        <w:t>94.300</w:t>
      </w:r>
    </w:p>
    <w:p>
      <w:pPr>
        <w:jc w:val="both"/>
      </w:pPr>
      <w:r>
        <w:t>104.000</w:t>
      </w:r>
    </w:p>
    <w:p>
      <w:pPr>
        <w:jc w:val="both"/>
      </w:pPr>
      <w:r>
        <w:t>218</w:t>
      </w:r>
    </w:p>
    <w:p>
      <w:pPr>
        <w:jc w:val="both"/>
      </w:pPr>
      <w:r>
        <w:t>211</w:t>
      </w:r>
    </w:p>
    <w:p>
      <w:pPr>
        <w:jc w:val="both"/>
      </w:pPr>
      <w:r>
        <w:t>04C2.66</w:t>
      </w:r>
    </w:p>
    <w:p>
      <w:pPr>
        <w:jc w:val="both"/>
      </w:pPr>
      <w:r>
        <w:t>Thụt tháo phân hoặc Đặt sonde hậu môn</w:t>
      </w:r>
    </w:p>
    <w:p>
      <w:pPr>
        <w:jc w:val="both"/>
      </w:pPr>
      <w:r>
        <w:t>85.900</w:t>
      </w:r>
    </w:p>
    <w:p>
      <w:pPr>
        <w:jc w:val="both"/>
      </w:pPr>
      <w:r>
        <w:t>95.500</w:t>
      </w:r>
    </w:p>
    <w:p>
      <w:pPr>
        <w:jc w:val="both"/>
      </w:pPr>
      <w:r>
        <w:t>219</w:t>
      </w:r>
    </w:p>
    <w:p>
      <w:pPr>
        <w:jc w:val="both"/>
      </w:pPr>
      <w:r>
        <w:t>212</w:t>
      </w:r>
    </w:p>
    <w:p>
      <w:pPr>
        <w:jc w:val="both"/>
      </w:pPr>
      <w:r>
        <w:t>Tiêm (bắp hoặc dưới da hoặc tĩnh mạch)</w:t>
      </w:r>
    </w:p>
    <w:p>
      <w:pPr>
        <w:jc w:val="both"/>
      </w:pPr>
      <w:r>
        <w:t>12.800</w:t>
      </w:r>
    </w:p>
    <w:p>
      <w:pPr>
        <w:jc w:val="both"/>
      </w:pPr>
      <w:r>
        <w:t>13.500</w:t>
      </w:r>
    </w:p>
    <w:p>
      <w:pPr>
        <w:jc w:val="both"/>
      </w:pPr>
      <w:r>
        <w:t>Chỉ áp dụng với người bệnh ngoại trú; chưa bao gồm thuốc tiêm.</w:t>
      </w:r>
    </w:p>
    <w:p>
      <w:pPr>
        <w:jc w:val="both"/>
      </w:pPr>
      <w:r>
        <w:t>220</w:t>
      </w:r>
    </w:p>
    <w:p>
      <w:pPr>
        <w:jc w:val="both"/>
      </w:pPr>
      <w:r>
        <w:t>213</w:t>
      </w:r>
    </w:p>
    <w:p>
      <w:pPr>
        <w:jc w:val="both"/>
      </w:pPr>
      <w:r>
        <w:t>Tiêm khớp</w:t>
      </w:r>
    </w:p>
    <w:p>
      <w:pPr>
        <w:jc w:val="both"/>
      </w:pPr>
      <w:r>
        <w:t>96.200</w:t>
      </w:r>
    </w:p>
    <w:p>
      <w:pPr>
        <w:jc w:val="both"/>
      </w:pPr>
      <w:r>
        <w:t>106.000</w:t>
      </w:r>
    </w:p>
    <w:p>
      <w:pPr>
        <w:jc w:val="both"/>
      </w:pPr>
      <w:r>
        <w:t>Chưa bao gồm thuốc tiêm.</w:t>
      </w:r>
    </w:p>
    <w:p>
      <w:pPr>
        <w:jc w:val="both"/>
      </w:pPr>
      <w:r>
        <w:t>221</w:t>
      </w:r>
    </w:p>
    <w:p>
      <w:pPr>
        <w:jc w:val="both"/>
      </w:pPr>
      <w:r>
        <w:t>214</w:t>
      </w:r>
    </w:p>
    <w:p>
      <w:pPr>
        <w:jc w:val="both"/>
      </w:pPr>
      <w:r>
        <w:t>Tiêm khớp dưới hướng dẫn của siêu âm</w:t>
      </w:r>
    </w:p>
    <w:p>
      <w:pPr>
        <w:jc w:val="both"/>
      </w:pPr>
      <w:r>
        <w:t>138.000</w:t>
      </w:r>
    </w:p>
    <w:p>
      <w:pPr>
        <w:jc w:val="both"/>
      </w:pPr>
      <w:r>
        <w:t>154.000</w:t>
      </w:r>
    </w:p>
    <w:p>
      <w:pPr>
        <w:jc w:val="both"/>
      </w:pPr>
      <w:r>
        <w:t>Chưa bao gồm thuốc tiêm.</w:t>
      </w:r>
    </w:p>
    <w:p>
      <w:pPr>
        <w:jc w:val="both"/>
      </w:pPr>
      <w:r>
        <w:t>222</w:t>
      </w:r>
    </w:p>
    <w:p>
      <w:pPr>
        <w:jc w:val="both"/>
      </w:pPr>
      <w:r>
        <w:t>215</w:t>
      </w:r>
    </w:p>
    <w:p>
      <w:pPr>
        <w:jc w:val="both"/>
      </w:pPr>
      <w:r>
        <w:t>Truyền tĩnh mạch</w:t>
      </w:r>
    </w:p>
    <w:p>
      <w:pPr>
        <w:jc w:val="both"/>
      </w:pPr>
      <w:r>
        <w:t>22.800</w:t>
      </w:r>
    </w:p>
    <w:p>
      <w:pPr>
        <w:jc w:val="both"/>
      </w:pPr>
      <w:r>
        <w:t>25.000</w:t>
      </w:r>
    </w:p>
    <w:p>
      <w:pPr>
        <w:jc w:val="both"/>
      </w:pPr>
      <w:r>
        <w:t>Chỉ áp dụng với người bệnh ngoại trú; chưa bao gồm thuốc và dịch truyền.</w:t>
      </w:r>
    </w:p>
    <w:p>
      <w:pPr>
        <w:jc w:val="both"/>
      </w:pPr>
      <w:r>
        <w:t>223</w:t>
      </w:r>
    </w:p>
    <w:p>
      <w:pPr>
        <w:jc w:val="both"/>
      </w:pPr>
      <w:r>
        <w:t>216</w:t>
      </w:r>
    </w:p>
    <w:p>
      <w:pPr>
        <w:jc w:val="both"/>
      </w:pPr>
      <w:r>
        <w:t>04C3.1.151</w:t>
      </w:r>
    </w:p>
    <w:p>
      <w:pPr>
        <w:jc w:val="both"/>
      </w:pPr>
      <w:r>
        <w:t>Khâu vết thương phần mềm tổn thương nông chiều dài &lt; 10 cm</w:t>
      </w:r>
    </w:p>
    <w:p>
      <w:pPr>
        <w:jc w:val="both"/>
      </w:pPr>
      <w:r>
        <w:t>184.000</w:t>
      </w:r>
    </w:p>
    <w:p>
      <w:pPr>
        <w:jc w:val="both"/>
      </w:pPr>
      <w:r>
        <w:t>207.000</w:t>
      </w:r>
    </w:p>
    <w:p>
      <w:pPr>
        <w:jc w:val="both"/>
      </w:pPr>
      <w:r>
        <w:t>224</w:t>
      </w:r>
    </w:p>
    <w:p>
      <w:pPr>
        <w:jc w:val="both"/>
      </w:pPr>
      <w:r>
        <w:t>217</w:t>
      </w:r>
    </w:p>
    <w:p>
      <w:pPr>
        <w:jc w:val="both"/>
      </w:pPr>
      <w:r>
        <w:t>04C3.1.152</w:t>
      </w:r>
    </w:p>
    <w:p>
      <w:pPr>
        <w:jc w:val="both"/>
      </w:pPr>
      <w:r>
        <w:t>Khâu vết thương phần mềm tổn thương nông chiều dài ≥ 10 cm</w:t>
      </w:r>
    </w:p>
    <w:p>
      <w:pPr>
        <w:jc w:val="both"/>
      </w:pPr>
      <w:r>
        <w:t>248.000</w:t>
      </w:r>
    </w:p>
    <w:p>
      <w:pPr>
        <w:jc w:val="both"/>
      </w:pPr>
      <w:r>
        <w:t>276.000</w:t>
      </w:r>
    </w:p>
    <w:p>
      <w:pPr>
        <w:jc w:val="both"/>
      </w:pPr>
      <w:r>
        <w:t>225</w:t>
      </w:r>
    </w:p>
    <w:p>
      <w:pPr>
        <w:jc w:val="both"/>
      </w:pPr>
      <w:r>
        <w:t>218</w:t>
      </w:r>
    </w:p>
    <w:p>
      <w:pPr>
        <w:jc w:val="both"/>
      </w:pPr>
      <w:r>
        <w:t>04C3.1.153</w:t>
      </w:r>
    </w:p>
    <w:p>
      <w:pPr>
        <w:jc w:val="both"/>
      </w:pPr>
      <w:r>
        <w:t>Khâu vết thương phần mềm tổn thương sâu chiều dài &lt; 10 cm</w:t>
      </w:r>
    </w:p>
    <w:p>
      <w:pPr>
        <w:jc w:val="both"/>
      </w:pPr>
      <w:r>
        <w:t>268.000</w:t>
      </w:r>
    </w:p>
    <w:p>
      <w:pPr>
        <w:jc w:val="both"/>
      </w:pPr>
      <w:r>
        <w:t>299.000</w:t>
      </w:r>
    </w:p>
    <w:p>
      <w:pPr>
        <w:jc w:val="both"/>
      </w:pPr>
      <w:r>
        <w:t>226</w:t>
      </w:r>
    </w:p>
    <w:p>
      <w:pPr>
        <w:jc w:val="both"/>
      </w:pPr>
      <w:r>
        <w:t>219</w:t>
      </w:r>
    </w:p>
    <w:p>
      <w:pPr>
        <w:jc w:val="both"/>
      </w:pPr>
      <w:r>
        <w:t>04C3.1.154</w:t>
      </w:r>
    </w:p>
    <w:p>
      <w:pPr>
        <w:jc w:val="both"/>
      </w:pPr>
      <w:r>
        <w:t>Khâu vết thương phần mềm tổn thương sâu chiều dài ≥ 10 cm</w:t>
      </w:r>
    </w:p>
    <w:p>
      <w:pPr>
        <w:jc w:val="both"/>
      </w:pPr>
      <w:r>
        <w:t>323.000</w:t>
      </w:r>
    </w:p>
    <w:p>
      <w:pPr>
        <w:jc w:val="both"/>
      </w:pPr>
      <w:r>
        <w:t>356.000</w:t>
      </w:r>
    </w:p>
    <w:p>
      <w:pPr>
        <w:jc w:val="both"/>
      </w:pPr>
      <w:r>
        <w:t>C</w:t>
      </w:r>
    </w:p>
    <w:p>
      <w:pPr>
        <w:jc w:val="both"/>
      </w:pPr>
      <w:r>
        <w:t>C</w:t>
      </w:r>
    </w:p>
    <w:p>
      <w:pPr>
        <w:jc w:val="both"/>
      </w:pPr>
      <w:r>
        <w:t>Y HỌC DÂN TỘC - PHỤC HỒI CHỨC NĂNG</w:t>
      </w:r>
    </w:p>
    <w:p>
      <w:pPr>
        <w:jc w:val="both"/>
      </w:pPr>
      <w:r>
        <w:t>227</w:t>
      </w:r>
    </w:p>
    <w:p>
      <w:pPr>
        <w:jc w:val="both"/>
      </w:pPr>
      <w:r>
        <w:t>220</w:t>
      </w:r>
    </w:p>
    <w:p>
      <w:pPr>
        <w:jc w:val="both"/>
      </w:pPr>
      <w:r>
        <w:t>03C1DY.2</w:t>
      </w:r>
    </w:p>
    <w:p>
      <w:pPr>
        <w:jc w:val="both"/>
      </w:pPr>
      <w:r>
        <w:t>Bàn kéo</w:t>
      </w:r>
    </w:p>
    <w:p>
      <w:pPr>
        <w:jc w:val="both"/>
      </w:pPr>
      <w:r>
        <w:t>47.600</w:t>
      </w:r>
    </w:p>
    <w:p>
      <w:pPr>
        <w:jc w:val="both"/>
      </w:pPr>
      <w:r>
        <w:t>53.200</w:t>
      </w:r>
    </w:p>
    <w:p>
      <w:pPr>
        <w:jc w:val="both"/>
      </w:pPr>
      <w:r>
        <w:t>228</w:t>
      </w:r>
    </w:p>
    <w:p>
      <w:pPr>
        <w:jc w:val="both"/>
      </w:pPr>
      <w:r>
        <w:t>221</w:t>
      </w:r>
    </w:p>
    <w:p>
      <w:pPr>
        <w:jc w:val="both"/>
      </w:pPr>
      <w:r>
        <w:t>04C2.DY139</w:t>
      </w:r>
    </w:p>
    <w:p>
      <w:pPr>
        <w:jc w:val="both"/>
      </w:pPr>
      <w:r>
        <w:t>Bó Farafin</w:t>
      </w:r>
    </w:p>
    <w:p>
      <w:pPr>
        <w:jc w:val="both"/>
      </w:pPr>
      <w:r>
        <w:t>43.700</w:t>
      </w:r>
    </w:p>
    <w:p>
      <w:pPr>
        <w:jc w:val="both"/>
      </w:pPr>
      <w:r>
        <w:t>49.200</w:t>
      </w:r>
    </w:p>
    <w:p>
      <w:pPr>
        <w:jc w:val="both"/>
      </w:pPr>
      <w:r>
        <w:t>229</w:t>
      </w:r>
    </w:p>
    <w:p>
      <w:pPr>
        <w:jc w:val="both"/>
      </w:pPr>
      <w:r>
        <w:t>222</w:t>
      </w:r>
    </w:p>
    <w:p>
      <w:pPr>
        <w:jc w:val="both"/>
      </w:pPr>
      <w:r>
        <w:t>Bó thuốc</w:t>
      </w:r>
    </w:p>
    <w:p>
      <w:pPr>
        <w:jc w:val="both"/>
      </w:pPr>
      <w:r>
        <w:t>53.100</w:t>
      </w:r>
    </w:p>
    <w:p>
      <w:pPr>
        <w:jc w:val="both"/>
      </w:pPr>
      <w:r>
        <w:t>58.800</w:t>
      </w:r>
    </w:p>
    <w:p>
      <w:pPr>
        <w:jc w:val="both"/>
      </w:pPr>
      <w:r>
        <w:t>230</w:t>
      </w:r>
    </w:p>
    <w:p>
      <w:pPr>
        <w:jc w:val="both"/>
      </w:pPr>
      <w:r>
        <w:t>223</w:t>
      </w:r>
    </w:p>
    <w:p>
      <w:pPr>
        <w:jc w:val="both"/>
      </w:pPr>
      <w:r>
        <w:t>03C1DY.3</w:t>
      </w:r>
    </w:p>
    <w:p>
      <w:pPr>
        <w:jc w:val="both"/>
      </w:pPr>
      <w:r>
        <w:t>Bồn xoáy</w:t>
      </w:r>
    </w:p>
    <w:p>
      <w:pPr>
        <w:jc w:val="both"/>
      </w:pPr>
      <w:r>
        <w:t>17.500</w:t>
      </w:r>
    </w:p>
    <w:p>
      <w:pPr>
        <w:jc w:val="both"/>
      </w:pPr>
      <w:r>
        <w:t>19.000</w:t>
      </w:r>
    </w:p>
    <w:p>
      <w:pPr>
        <w:jc w:val="both"/>
      </w:pPr>
      <w:r>
        <w:t>231</w:t>
      </w:r>
    </w:p>
    <w:p>
      <w:pPr>
        <w:jc w:val="both"/>
      </w:pPr>
      <w:r>
        <w:t>224</w:t>
      </w:r>
    </w:p>
    <w:p>
      <w:pPr>
        <w:jc w:val="both"/>
      </w:pPr>
      <w:r>
        <w:t>04C2.DY125</w:t>
      </w:r>
    </w:p>
    <w:p>
      <w:pPr>
        <w:jc w:val="both"/>
      </w:pPr>
      <w:r>
        <w:t>Châm (có kim dài)</w:t>
      </w:r>
    </w:p>
    <w:p>
      <w:pPr>
        <w:jc w:val="both"/>
      </w:pPr>
      <w:r>
        <w:t>76.400</w:t>
      </w:r>
    </w:p>
    <w:p>
      <w:pPr>
        <w:jc w:val="both"/>
      </w:pPr>
      <w:r>
        <w:t>84.400</w:t>
      </w:r>
    </w:p>
    <w:p>
      <w:pPr>
        <w:jc w:val="both"/>
      </w:pPr>
      <w:r>
        <w:t>232</w:t>
      </w:r>
    </w:p>
    <w:p>
      <w:pPr>
        <w:jc w:val="both"/>
      </w:pPr>
      <w:r>
        <w:t>Châm (kim ngắn)</w:t>
      </w:r>
    </w:p>
    <w:p>
      <w:pPr>
        <w:jc w:val="both"/>
      </w:pPr>
      <w:r>
        <w:t>69.400</w:t>
      </w:r>
    </w:p>
    <w:p>
      <w:pPr>
        <w:jc w:val="both"/>
      </w:pPr>
      <w:r>
        <w:t>76.300</w:t>
      </w:r>
    </w:p>
    <w:p>
      <w:pPr>
        <w:jc w:val="both"/>
      </w:pPr>
      <w:r>
        <w:t>233</w:t>
      </w:r>
    </w:p>
    <w:p>
      <w:pPr>
        <w:jc w:val="both"/>
      </w:pPr>
      <w:r>
        <w:t>225</w:t>
      </w:r>
    </w:p>
    <w:p>
      <w:pPr>
        <w:jc w:val="both"/>
      </w:pPr>
      <w:r>
        <w:t>03C1DY.8</w:t>
      </w:r>
    </w:p>
    <w:p>
      <w:pPr>
        <w:jc w:val="both"/>
      </w:pPr>
      <w:r>
        <w:t>Chẩn đoán điện</w:t>
      </w:r>
    </w:p>
    <w:p>
      <w:pPr>
        <w:jc w:val="both"/>
      </w:pPr>
      <w:r>
        <w:t>38.500</w:t>
      </w:r>
    </w:p>
    <w:p>
      <w:pPr>
        <w:jc w:val="both"/>
      </w:pPr>
      <w:r>
        <w:t>42.300</w:t>
      </w:r>
    </w:p>
    <w:p>
      <w:pPr>
        <w:jc w:val="both"/>
      </w:pPr>
      <w:r>
        <w:t>234</w:t>
      </w:r>
    </w:p>
    <w:p>
      <w:pPr>
        <w:jc w:val="both"/>
      </w:pPr>
      <w:r>
        <w:t>226</w:t>
      </w:r>
    </w:p>
    <w:p>
      <w:pPr>
        <w:jc w:val="both"/>
      </w:pPr>
      <w:r>
        <w:t>03C1DY 29</w:t>
      </w:r>
    </w:p>
    <w:p>
      <w:pPr>
        <w:jc w:val="both"/>
      </w:pPr>
      <w:r>
        <w:t>Chẩn đoán điện thần kinh cơ</w:t>
      </w:r>
    </w:p>
    <w:p>
      <w:pPr>
        <w:jc w:val="both"/>
      </w:pPr>
      <w:r>
        <w:t>63.300</w:t>
      </w:r>
    </w:p>
    <w:p>
      <w:pPr>
        <w:jc w:val="both"/>
      </w:pPr>
      <w:r>
        <w:t>68.600</w:t>
      </w:r>
    </w:p>
    <w:p>
      <w:pPr>
        <w:jc w:val="both"/>
      </w:pPr>
      <w:r>
        <w:t>235</w:t>
      </w:r>
    </w:p>
    <w:p>
      <w:pPr>
        <w:jc w:val="both"/>
      </w:pPr>
      <w:r>
        <w:t>227</w:t>
      </w:r>
    </w:p>
    <w:p>
      <w:pPr>
        <w:jc w:val="both"/>
      </w:pPr>
      <w:r>
        <w:t>04C2.DY124</w:t>
      </w:r>
    </w:p>
    <w:p>
      <w:pPr>
        <w:jc w:val="both"/>
      </w:pPr>
      <w:r>
        <w:t>Chôn chỉ (cấy chỉ)</w:t>
      </w:r>
    </w:p>
    <w:p>
      <w:pPr>
        <w:jc w:val="both"/>
      </w:pPr>
      <w:r>
        <w:t>148.000</w:t>
      </w:r>
    </w:p>
    <w:p>
      <w:pPr>
        <w:jc w:val="both"/>
      </w:pPr>
      <w:r>
        <w:t>166.000</w:t>
      </w:r>
    </w:p>
    <w:p>
      <w:pPr>
        <w:jc w:val="both"/>
      </w:pPr>
      <w:r>
        <w:t>236</w:t>
      </w:r>
    </w:p>
    <w:p>
      <w:pPr>
        <w:jc w:val="both"/>
      </w:pPr>
      <w:r>
        <w:t>228</w:t>
      </w:r>
    </w:p>
    <w:p>
      <w:pPr>
        <w:jc w:val="both"/>
      </w:pPr>
      <w:r>
        <w:t>04C2.DY140</w:t>
      </w:r>
    </w:p>
    <w:p>
      <w:pPr>
        <w:jc w:val="both"/>
      </w:pPr>
      <w:r>
        <w:t>Cứu (Ngải cứu, túi chườm)</w:t>
      </w:r>
    </w:p>
    <w:p>
      <w:pPr>
        <w:jc w:val="both"/>
      </w:pPr>
      <w:r>
        <w:t>36.100</w:t>
      </w:r>
    </w:p>
    <w:p>
      <w:pPr>
        <w:jc w:val="both"/>
      </w:pPr>
      <w:r>
        <w:t>41.100</w:t>
      </w:r>
    </w:p>
    <w:p>
      <w:pPr>
        <w:jc w:val="both"/>
      </w:pPr>
      <w:r>
        <w:t>237</w:t>
      </w:r>
    </w:p>
    <w:p>
      <w:pPr>
        <w:jc w:val="both"/>
      </w:pPr>
      <w:r>
        <w:t>229</w:t>
      </w:r>
    </w:p>
    <w:p>
      <w:pPr>
        <w:jc w:val="both"/>
      </w:pPr>
      <w:r>
        <w:t>Đặt thuốc y học cổ truyền</w:t>
      </w:r>
    </w:p>
    <w:p>
      <w:pPr>
        <w:jc w:val="both"/>
      </w:pPr>
      <w:r>
        <w:t>47.500</w:t>
      </w:r>
    </w:p>
    <w:p>
      <w:pPr>
        <w:jc w:val="both"/>
      </w:pPr>
      <w:r>
        <w:t>52.900</w:t>
      </w:r>
    </w:p>
    <w:p>
      <w:pPr>
        <w:jc w:val="both"/>
      </w:pPr>
      <w:r>
        <w:t>238</w:t>
      </w:r>
    </w:p>
    <w:p>
      <w:pPr>
        <w:jc w:val="both"/>
      </w:pPr>
      <w:r>
        <w:t>230</w:t>
      </w:r>
    </w:p>
    <w:p>
      <w:pPr>
        <w:jc w:val="both"/>
      </w:pPr>
      <w:r>
        <w:t>04C2.DY126</w:t>
      </w:r>
    </w:p>
    <w:p>
      <w:pPr>
        <w:jc w:val="both"/>
      </w:pPr>
      <w:r>
        <w:t>Điện châm (có kim dài)</w:t>
      </w:r>
    </w:p>
    <w:p>
      <w:pPr>
        <w:jc w:val="both"/>
      </w:pPr>
      <w:r>
        <w:t>78.400</w:t>
      </w:r>
    </w:p>
    <w:p>
      <w:pPr>
        <w:jc w:val="both"/>
      </w:pPr>
      <w:r>
        <w:t>86.700</w:t>
      </w:r>
    </w:p>
    <w:p>
      <w:pPr>
        <w:jc w:val="both"/>
      </w:pPr>
      <w:r>
        <w:t>239</w:t>
      </w:r>
    </w:p>
    <w:p>
      <w:pPr>
        <w:jc w:val="both"/>
      </w:pPr>
      <w:r>
        <w:t>Điện châm (kim ngắn)</w:t>
      </w:r>
    </w:p>
    <w:p>
      <w:pPr>
        <w:jc w:val="both"/>
      </w:pPr>
      <w:r>
        <w:t>71.400</w:t>
      </w:r>
    </w:p>
    <w:p>
      <w:pPr>
        <w:jc w:val="both"/>
      </w:pPr>
      <w:r>
        <w:t>78.600</w:t>
      </w:r>
    </w:p>
    <w:p>
      <w:pPr>
        <w:jc w:val="both"/>
      </w:pPr>
      <w:r>
        <w:t>240</w:t>
      </w:r>
    </w:p>
    <w:p>
      <w:pPr>
        <w:jc w:val="both"/>
      </w:pPr>
      <w:r>
        <w:t>231</w:t>
      </w:r>
    </w:p>
    <w:p>
      <w:pPr>
        <w:jc w:val="both"/>
      </w:pPr>
      <w:r>
        <w:t>04C2.DY130</w:t>
      </w:r>
    </w:p>
    <w:p>
      <w:pPr>
        <w:jc w:val="both"/>
      </w:pPr>
      <w:r>
        <w:t>Điện phân</w:t>
      </w:r>
    </w:p>
    <w:p>
      <w:pPr>
        <w:jc w:val="both"/>
      </w:pPr>
      <w:r>
        <w:t>46.700</w:t>
      </w:r>
    </w:p>
    <w:p>
      <w:pPr>
        <w:jc w:val="both"/>
      </w:pPr>
      <w:r>
        <w:t>52.600</w:t>
      </w:r>
    </w:p>
    <w:p>
      <w:pPr>
        <w:jc w:val="both"/>
      </w:pPr>
      <w:r>
        <w:t>241</w:t>
      </w:r>
    </w:p>
    <w:p>
      <w:pPr>
        <w:jc w:val="both"/>
      </w:pPr>
      <w:r>
        <w:t>232</w:t>
      </w:r>
    </w:p>
    <w:p>
      <w:pPr>
        <w:jc w:val="both"/>
      </w:pPr>
      <w:r>
        <w:t>04C2.DY138</w:t>
      </w:r>
    </w:p>
    <w:p>
      <w:pPr>
        <w:jc w:val="both"/>
      </w:pPr>
      <w:r>
        <w:t>Điện từ trường</w:t>
      </w:r>
    </w:p>
    <w:p>
      <w:pPr>
        <w:jc w:val="both"/>
      </w:pPr>
      <w:r>
        <w:t>39.700</w:t>
      </w:r>
    </w:p>
    <w:p>
      <w:pPr>
        <w:jc w:val="both"/>
      </w:pPr>
      <w:r>
        <w:t>44.500</w:t>
      </w:r>
    </w:p>
    <w:p>
      <w:pPr>
        <w:jc w:val="both"/>
      </w:pPr>
      <w:r>
        <w:t>242</w:t>
      </w:r>
    </w:p>
    <w:p>
      <w:pPr>
        <w:jc w:val="both"/>
      </w:pPr>
      <w:r>
        <w:t>233</w:t>
      </w:r>
    </w:p>
    <w:p>
      <w:pPr>
        <w:jc w:val="both"/>
      </w:pPr>
      <w:r>
        <w:t>03C1DY.20</w:t>
      </w:r>
    </w:p>
    <w:p>
      <w:pPr>
        <w:jc w:val="both"/>
      </w:pPr>
      <w:r>
        <w:t>Điện vi dòng giảm đau</w:t>
      </w:r>
    </w:p>
    <w:p>
      <w:pPr>
        <w:jc w:val="both"/>
      </w:pPr>
      <w:r>
        <w:t>29.500</w:t>
      </w:r>
    </w:p>
    <w:p>
      <w:pPr>
        <w:jc w:val="both"/>
      </w:pPr>
      <w:r>
        <w:t>33.300</w:t>
      </w:r>
    </w:p>
    <w:p>
      <w:pPr>
        <w:jc w:val="both"/>
      </w:pPr>
      <w:r>
        <w:t>243</w:t>
      </w:r>
    </w:p>
    <w:p>
      <w:pPr>
        <w:jc w:val="both"/>
      </w:pPr>
      <w:r>
        <w:t>234</w:t>
      </w:r>
    </w:p>
    <w:p>
      <w:pPr>
        <w:jc w:val="both"/>
      </w:pPr>
      <w:r>
        <w:t>04C2.DY134</w:t>
      </w:r>
    </w:p>
    <w:p>
      <w:pPr>
        <w:jc w:val="both"/>
      </w:pPr>
      <w:r>
        <w:t>Điện xung</w:t>
      </w:r>
    </w:p>
    <w:p>
      <w:pPr>
        <w:jc w:val="both"/>
      </w:pPr>
      <w:r>
        <w:t>42.700</w:t>
      </w:r>
    </w:p>
    <w:p>
      <w:pPr>
        <w:jc w:val="both"/>
      </w:pPr>
      <w:r>
        <w:t>48.000</w:t>
      </w:r>
    </w:p>
    <w:p>
      <w:pPr>
        <w:jc w:val="both"/>
      </w:pPr>
      <w:r>
        <w:t>244</w:t>
      </w:r>
    </w:p>
    <w:p>
      <w:pPr>
        <w:jc w:val="both"/>
      </w:pPr>
      <w:r>
        <w:t>235</w:t>
      </w:r>
    </w:p>
    <w:p>
      <w:pPr>
        <w:jc w:val="both"/>
      </w:pPr>
      <w:r>
        <w:t>03C1DY.25</w:t>
      </w:r>
    </w:p>
    <w:p>
      <w:pPr>
        <w:jc w:val="both"/>
      </w:pPr>
      <w:r>
        <w:t>Giác hơi</w:t>
      </w:r>
    </w:p>
    <w:p>
      <w:pPr>
        <w:jc w:val="both"/>
      </w:pPr>
      <w:r>
        <w:t>34.500</w:t>
      </w:r>
    </w:p>
    <w:p>
      <w:pPr>
        <w:jc w:val="both"/>
      </w:pPr>
      <w:r>
        <w:t>38.500</w:t>
      </w:r>
    </w:p>
    <w:p>
      <w:pPr>
        <w:jc w:val="both"/>
      </w:pPr>
      <w:r>
        <w:t>245</w:t>
      </w:r>
    </w:p>
    <w:p>
      <w:pPr>
        <w:jc w:val="both"/>
      </w:pPr>
      <w:r>
        <w:t>236</w:t>
      </w:r>
    </w:p>
    <w:p>
      <w:pPr>
        <w:jc w:val="both"/>
      </w:pPr>
      <w:r>
        <w:t>03C1DY.1</w:t>
      </w:r>
    </w:p>
    <w:p>
      <w:pPr>
        <w:jc w:val="both"/>
      </w:pPr>
      <w:r>
        <w:t>Giao thoa</w:t>
      </w:r>
    </w:p>
    <w:p>
      <w:pPr>
        <w:jc w:val="both"/>
      </w:pPr>
      <w:r>
        <w:t>29.500</w:t>
      </w:r>
    </w:p>
    <w:p>
      <w:pPr>
        <w:jc w:val="both"/>
      </w:pPr>
      <w:r>
        <w:t>33.300</w:t>
      </w:r>
    </w:p>
    <w:p>
      <w:pPr>
        <w:jc w:val="both"/>
      </w:pPr>
      <w:r>
        <w:t>246</w:t>
      </w:r>
    </w:p>
    <w:p>
      <w:pPr>
        <w:jc w:val="both"/>
      </w:pPr>
      <w:r>
        <w:t>237</w:t>
      </w:r>
    </w:p>
    <w:p>
      <w:pPr>
        <w:jc w:val="both"/>
      </w:pPr>
      <w:r>
        <w:t>04C2.DY129</w:t>
      </w:r>
    </w:p>
    <w:p>
      <w:pPr>
        <w:jc w:val="both"/>
      </w:pPr>
      <w:r>
        <w:t>Hồng ngoại</w:t>
      </w:r>
    </w:p>
    <w:p>
      <w:pPr>
        <w:jc w:val="both"/>
      </w:pPr>
      <w:r>
        <w:t>37.300</w:t>
      </w:r>
    </w:p>
    <w:p>
      <w:pPr>
        <w:jc w:val="both"/>
      </w:pPr>
      <w:r>
        <w:t>41.100</w:t>
      </w:r>
    </w:p>
    <w:p>
      <w:pPr>
        <w:jc w:val="both"/>
      </w:pPr>
      <w:r>
        <w:t>247</w:t>
      </w:r>
    </w:p>
    <w:p>
      <w:pPr>
        <w:jc w:val="both"/>
      </w:pPr>
      <w:r>
        <w:t>238</w:t>
      </w:r>
    </w:p>
    <w:p>
      <w:pPr>
        <w:jc w:val="both"/>
      </w:pPr>
      <w:r>
        <w:t>04C2.DY141</w:t>
      </w:r>
    </w:p>
    <w:p>
      <w:pPr>
        <w:jc w:val="both"/>
      </w:pPr>
      <w:r>
        <w:t>Kéo nắn, kéo dãn cột sống, các khớp</w:t>
      </w:r>
    </w:p>
    <w:p>
      <w:pPr>
        <w:jc w:val="both"/>
      </w:pPr>
      <w:r>
        <w:t>48.700</w:t>
      </w:r>
    </w:p>
    <w:p>
      <w:pPr>
        <w:jc w:val="both"/>
      </w:pPr>
      <w:r>
        <w:t>53.000</w:t>
      </w:r>
    </w:p>
    <w:p>
      <w:pPr>
        <w:jc w:val="both"/>
      </w:pPr>
      <w:r>
        <w:t>248</w:t>
      </w:r>
    </w:p>
    <w:p>
      <w:pPr>
        <w:jc w:val="both"/>
      </w:pPr>
      <w:r>
        <w:t>239</w:t>
      </w:r>
    </w:p>
    <w:p>
      <w:pPr>
        <w:jc w:val="both"/>
      </w:pPr>
      <w:r>
        <w:t>Kỹ thuật can thiệp rối loạn đại tiện bằng phản hồi sinh học (Biofeedback)</w:t>
      </w:r>
    </w:p>
    <w:p>
      <w:pPr>
        <w:jc w:val="both"/>
      </w:pPr>
      <w:r>
        <w:t>341.000</w:t>
      </w:r>
    </w:p>
    <w:p>
      <w:pPr>
        <w:jc w:val="both"/>
      </w:pPr>
      <w:r>
        <w:t>387.000</w:t>
      </w:r>
    </w:p>
    <w:p>
      <w:pPr>
        <w:jc w:val="both"/>
      </w:pPr>
      <w:r>
        <w:t>249</w:t>
      </w:r>
    </w:p>
    <w:p>
      <w:pPr>
        <w:jc w:val="both"/>
      </w:pPr>
      <w:r>
        <w:t>240</w:t>
      </w:r>
    </w:p>
    <w:p>
      <w:pPr>
        <w:jc w:val="both"/>
      </w:pPr>
      <w:r>
        <w:t>Kỹ thuật tập đường ruột cho người bệnh tổn thương tủy sống</w:t>
      </w:r>
    </w:p>
    <w:p>
      <w:pPr>
        <w:jc w:val="both"/>
      </w:pPr>
      <w:r>
        <w:t>209.000</w:t>
      </w:r>
    </w:p>
    <w:p>
      <w:pPr>
        <w:jc w:val="both"/>
      </w:pPr>
      <w:r>
        <w:t>235.000</w:t>
      </w:r>
    </w:p>
    <w:p>
      <w:pPr>
        <w:jc w:val="both"/>
      </w:pPr>
      <w:r>
        <w:t>250</w:t>
      </w:r>
    </w:p>
    <w:p>
      <w:pPr>
        <w:jc w:val="both"/>
      </w:pPr>
      <w:r>
        <w:t>241</w:t>
      </w:r>
    </w:p>
    <w:p>
      <w:pPr>
        <w:jc w:val="both"/>
      </w:pPr>
      <w:r>
        <w:t>Kỹ thuật tập luyện với dụng cụ chỉnh hình</w:t>
      </w:r>
    </w:p>
    <w:p>
      <w:pPr>
        <w:jc w:val="both"/>
      </w:pPr>
      <w:r>
        <w:t>52.500</w:t>
      </w:r>
    </w:p>
    <w:p>
      <w:pPr>
        <w:jc w:val="both"/>
      </w:pPr>
      <w:r>
        <w:t>57.000</w:t>
      </w:r>
    </w:p>
    <w:p>
      <w:pPr>
        <w:jc w:val="both"/>
      </w:pPr>
      <w:r>
        <w:t>251</w:t>
      </w:r>
    </w:p>
    <w:p>
      <w:pPr>
        <w:jc w:val="both"/>
      </w:pPr>
      <w:r>
        <w:t>242</w:t>
      </w:r>
    </w:p>
    <w:p>
      <w:pPr>
        <w:jc w:val="both"/>
      </w:pPr>
      <w:r>
        <w:t>Kỹ thuật thông tiểu ngắt quãng trong phục hồi chức năng tủy sống</w:t>
      </w:r>
    </w:p>
    <w:p>
      <w:pPr>
        <w:jc w:val="both"/>
      </w:pPr>
      <w:r>
        <w:t>152.000</w:t>
      </w:r>
    </w:p>
    <w:p>
      <w:pPr>
        <w:jc w:val="both"/>
      </w:pPr>
      <w:r>
        <w:t>170.000</w:t>
      </w:r>
    </w:p>
    <w:p>
      <w:pPr>
        <w:jc w:val="both"/>
      </w:pPr>
      <w:r>
        <w:t>252</w:t>
      </w:r>
    </w:p>
    <w:p>
      <w:pPr>
        <w:jc w:val="both"/>
      </w:pPr>
      <w:r>
        <w:t>243</w:t>
      </w:r>
    </w:p>
    <w:p>
      <w:pPr>
        <w:jc w:val="both"/>
      </w:pPr>
      <w:r>
        <w:t>04C2.DY132</w:t>
      </w:r>
    </w:p>
    <w:p>
      <w:pPr>
        <w:jc w:val="both"/>
      </w:pPr>
      <w:r>
        <w:t>Laser châm</w:t>
      </w:r>
    </w:p>
    <w:p>
      <w:pPr>
        <w:jc w:val="both"/>
      </w:pPr>
      <w:r>
        <w:t>49.100</w:t>
      </w:r>
    </w:p>
    <w:p>
      <w:pPr>
        <w:jc w:val="both"/>
      </w:pPr>
      <w:r>
        <w:t>55.000</w:t>
      </w:r>
    </w:p>
    <w:p>
      <w:pPr>
        <w:jc w:val="both"/>
      </w:pPr>
      <w:r>
        <w:t>253</w:t>
      </w:r>
    </w:p>
    <w:p>
      <w:pPr>
        <w:jc w:val="both"/>
      </w:pPr>
      <w:r>
        <w:t>244</w:t>
      </w:r>
    </w:p>
    <w:p>
      <w:pPr>
        <w:jc w:val="both"/>
      </w:pPr>
      <w:r>
        <w:t>03C1DY.32</w:t>
      </w:r>
    </w:p>
    <w:p>
      <w:pPr>
        <w:jc w:val="both"/>
      </w:pPr>
      <w:r>
        <w:t>Laser chiếu ngoài</w:t>
      </w:r>
    </w:p>
    <w:p>
      <w:pPr>
        <w:jc w:val="both"/>
      </w:pPr>
      <w:r>
        <w:t>34.900</w:t>
      </w:r>
    </w:p>
    <w:p>
      <w:pPr>
        <w:jc w:val="both"/>
      </w:pPr>
      <w:r>
        <w:t>39.400</w:t>
      </w:r>
    </w:p>
    <w:p>
      <w:pPr>
        <w:jc w:val="both"/>
      </w:pPr>
      <w:r>
        <w:t>254</w:t>
      </w:r>
    </w:p>
    <w:p>
      <w:pPr>
        <w:jc w:val="both"/>
      </w:pPr>
      <w:r>
        <w:t>245</w:t>
      </w:r>
    </w:p>
    <w:p>
      <w:pPr>
        <w:jc w:val="both"/>
      </w:pPr>
      <w:r>
        <w:t>03C1DY.33</w:t>
      </w:r>
    </w:p>
    <w:p>
      <w:pPr>
        <w:jc w:val="both"/>
      </w:pPr>
      <w:r>
        <w:t>Laser nội mạch</w:t>
      </w:r>
    </w:p>
    <w:p>
      <w:pPr>
        <w:jc w:val="both"/>
      </w:pPr>
      <w:r>
        <w:t>55.300</w:t>
      </w:r>
    </w:p>
    <w:p>
      <w:pPr>
        <w:jc w:val="both"/>
      </w:pPr>
      <w:r>
        <w:t>62.200</w:t>
      </w:r>
    </w:p>
    <w:p>
      <w:pPr>
        <w:jc w:val="both"/>
      </w:pPr>
      <w:r>
        <w:t>255</w:t>
      </w:r>
    </w:p>
    <w:p>
      <w:pPr>
        <w:jc w:val="both"/>
      </w:pPr>
      <w:r>
        <w:t>246</w:t>
      </w:r>
    </w:p>
    <w:p>
      <w:pPr>
        <w:jc w:val="both"/>
      </w:pPr>
      <w:r>
        <w:t>Nắn, bó gẫy xương cẳng chân bằng phương pháp y học cổ truyền</w:t>
      </w:r>
    </w:p>
    <w:p>
      <w:pPr>
        <w:jc w:val="both"/>
      </w:pPr>
      <w:r>
        <w:t>110.000</w:t>
      </w:r>
    </w:p>
    <w:p>
      <w:pPr>
        <w:jc w:val="both"/>
      </w:pPr>
      <w:r>
        <w:t>122.000</w:t>
      </w:r>
    </w:p>
    <w:p>
      <w:pPr>
        <w:jc w:val="both"/>
      </w:pPr>
      <w:r>
        <w:t>256</w:t>
      </w:r>
    </w:p>
    <w:p>
      <w:pPr>
        <w:jc w:val="both"/>
      </w:pPr>
      <w:r>
        <w:t>247</w:t>
      </w:r>
    </w:p>
    <w:p>
      <w:pPr>
        <w:jc w:val="both"/>
      </w:pPr>
      <w:r>
        <w:t>Nắn, bó gẫy xương cẳng tay bằng phương pháp y học cổ truyền</w:t>
      </w:r>
    </w:p>
    <w:p>
      <w:pPr>
        <w:jc w:val="both"/>
      </w:pPr>
      <w:r>
        <w:t>110.000</w:t>
      </w:r>
    </w:p>
    <w:p>
      <w:pPr>
        <w:jc w:val="both"/>
      </w:pPr>
      <w:r>
        <w:t>122.000</w:t>
      </w:r>
    </w:p>
    <w:p>
      <w:pPr>
        <w:jc w:val="both"/>
      </w:pPr>
      <w:r>
        <w:t>257</w:t>
      </w:r>
    </w:p>
    <w:p>
      <w:pPr>
        <w:jc w:val="both"/>
      </w:pPr>
      <w:r>
        <w:t>248</w:t>
      </w:r>
    </w:p>
    <w:p>
      <w:pPr>
        <w:jc w:val="both"/>
      </w:pPr>
      <w:r>
        <w:t>Nắn, bó gẫy xương cánh tay bằng phương pháp y học cổ truyền</w:t>
      </w:r>
    </w:p>
    <w:p>
      <w:pPr>
        <w:jc w:val="both"/>
      </w:pPr>
      <w:r>
        <w:t>110.000</w:t>
      </w:r>
    </w:p>
    <w:p>
      <w:pPr>
        <w:jc w:val="both"/>
      </w:pPr>
      <w:r>
        <w:t>122.000</w:t>
      </w:r>
    </w:p>
    <w:p>
      <w:pPr>
        <w:jc w:val="both"/>
      </w:pPr>
      <w:r>
        <w:t>258</w:t>
      </w:r>
    </w:p>
    <w:p>
      <w:pPr>
        <w:jc w:val="both"/>
      </w:pPr>
      <w:r>
        <w:t>249</w:t>
      </w:r>
    </w:p>
    <w:p>
      <w:pPr>
        <w:jc w:val="both"/>
      </w:pPr>
      <w:r>
        <w:t>Ngâm thuốc y học cổ truyền</w:t>
      </w:r>
    </w:p>
    <w:p>
      <w:pPr>
        <w:jc w:val="both"/>
      </w:pPr>
      <w:r>
        <w:t>51.400</w:t>
      </w:r>
    </w:p>
    <w:p>
      <w:pPr>
        <w:jc w:val="both"/>
      </w:pPr>
      <w:r>
        <w:t>57.400</w:t>
      </w:r>
    </w:p>
    <w:p>
      <w:pPr>
        <w:jc w:val="both"/>
      </w:pPr>
      <w:r>
        <w:t>259</w:t>
      </w:r>
    </w:p>
    <w:p>
      <w:pPr>
        <w:jc w:val="both"/>
      </w:pPr>
      <w:r>
        <w:t>250</w:t>
      </w:r>
    </w:p>
    <w:p>
      <w:pPr>
        <w:jc w:val="both"/>
      </w:pPr>
      <w:r>
        <w:t>Phong bế thần kinh bằng Phenol để điều trị co cứng cơ</w:t>
      </w:r>
    </w:p>
    <w:p>
      <w:pPr>
        <w:jc w:val="both"/>
      </w:pPr>
      <w:r>
        <w:t>1.088.000</w:t>
      </w:r>
    </w:p>
    <w:p>
      <w:pPr>
        <w:jc w:val="both"/>
      </w:pPr>
      <w:r>
        <w:t>1.219.000</w:t>
      </w:r>
    </w:p>
    <w:p>
      <w:pPr>
        <w:jc w:val="both"/>
      </w:pPr>
      <w:r>
        <w:t>Chưa bao gồm thuốc</w:t>
      </w:r>
    </w:p>
    <w:p>
      <w:pPr>
        <w:jc w:val="both"/>
      </w:pPr>
      <w:r>
        <w:t>260</w:t>
      </w:r>
    </w:p>
    <w:p>
      <w:pPr>
        <w:jc w:val="both"/>
      </w:pPr>
      <w:r>
        <w:t>251</w:t>
      </w:r>
    </w:p>
    <w:p>
      <w:pPr>
        <w:jc w:val="both"/>
      </w:pPr>
      <w:r>
        <w:t>03C1DY.17</w:t>
      </w:r>
    </w:p>
    <w:p>
      <w:pPr>
        <w:jc w:val="both"/>
      </w:pPr>
      <w:r>
        <w:t>Phục hồi chức năng xương chậu của sản phụ sau sinh đẻ</w:t>
      </w:r>
    </w:p>
    <w:p>
      <w:pPr>
        <w:jc w:val="both"/>
      </w:pPr>
      <w:r>
        <w:t>38.100</w:t>
      </w:r>
    </w:p>
    <w:p>
      <w:pPr>
        <w:jc w:val="both"/>
      </w:pPr>
      <w:r>
        <w:t>39.600</w:t>
      </w:r>
    </w:p>
    <w:p>
      <w:pPr>
        <w:jc w:val="both"/>
      </w:pPr>
      <w:r>
        <w:t>261</w:t>
      </w:r>
    </w:p>
    <w:p>
      <w:pPr>
        <w:jc w:val="both"/>
      </w:pPr>
      <w:r>
        <w:t>252</w:t>
      </w:r>
    </w:p>
    <w:p>
      <w:pPr>
        <w:jc w:val="both"/>
      </w:pPr>
      <w:r>
        <w:t>Sắc thuốc thang (1 thang)</w:t>
      </w:r>
    </w:p>
    <w:p>
      <w:pPr>
        <w:jc w:val="both"/>
      </w:pPr>
      <w:r>
        <w:t>13.100</w:t>
      </w:r>
    </w:p>
    <w:p>
      <w:pPr>
        <w:jc w:val="both"/>
      </w:pPr>
      <w:r>
        <w:t>14.600</w:t>
      </w:r>
    </w:p>
    <w:p>
      <w:pPr>
        <w:jc w:val="both"/>
      </w:pPr>
      <w:r>
        <w:t>Đã bao gồm chi phí đóng gói thuốc, chưa bao gồm tiền thuốc.</w:t>
      </w:r>
    </w:p>
    <w:p>
      <w:pPr>
        <w:jc w:val="both"/>
      </w:pPr>
      <w:r>
        <w:t>262</w:t>
      </w:r>
    </w:p>
    <w:p>
      <w:pPr>
        <w:jc w:val="both"/>
      </w:pPr>
      <w:r>
        <w:t>253</w:t>
      </w:r>
    </w:p>
    <w:p>
      <w:pPr>
        <w:jc w:val="both"/>
      </w:pPr>
      <w:r>
        <w:t>04C2.DY137</w:t>
      </w:r>
    </w:p>
    <w:p>
      <w:pPr>
        <w:jc w:val="both"/>
      </w:pPr>
      <w:r>
        <w:t>Siêu âm điều trị</w:t>
      </w:r>
    </w:p>
    <w:p>
      <w:pPr>
        <w:jc w:val="both"/>
      </w:pPr>
      <w:r>
        <w:t>46.700</w:t>
      </w:r>
    </w:p>
    <w:p>
      <w:pPr>
        <w:jc w:val="both"/>
      </w:pPr>
      <w:r>
        <w:t>52.800</w:t>
      </w:r>
    </w:p>
    <w:p>
      <w:pPr>
        <w:jc w:val="both"/>
      </w:pPr>
      <w:r>
        <w:t>263</w:t>
      </w:r>
    </w:p>
    <w:p>
      <w:pPr>
        <w:jc w:val="both"/>
      </w:pPr>
      <w:r>
        <w:t>254</w:t>
      </w:r>
    </w:p>
    <w:p>
      <w:pPr>
        <w:jc w:val="both"/>
      </w:pPr>
      <w:r>
        <w:t>04C2.DY131</w:t>
      </w:r>
    </w:p>
    <w:p>
      <w:pPr>
        <w:jc w:val="both"/>
      </w:pPr>
      <w:r>
        <w:t>Sóng ngắn</w:t>
      </w:r>
    </w:p>
    <w:p>
      <w:pPr>
        <w:jc w:val="both"/>
      </w:pPr>
      <w:r>
        <w:t>37.200</w:t>
      </w:r>
    </w:p>
    <w:p>
      <w:pPr>
        <w:jc w:val="both"/>
      </w:pPr>
      <w:r>
        <w:t>40.800</w:t>
      </w:r>
    </w:p>
    <w:p>
      <w:pPr>
        <w:jc w:val="both"/>
      </w:pPr>
      <w:r>
        <w:t>264</w:t>
      </w:r>
    </w:p>
    <w:p>
      <w:pPr>
        <w:jc w:val="both"/>
      </w:pPr>
      <w:r>
        <w:t>255</w:t>
      </w:r>
    </w:p>
    <w:p>
      <w:pPr>
        <w:jc w:val="both"/>
      </w:pPr>
      <w:r>
        <w:t>03C1DY.35</w:t>
      </w:r>
    </w:p>
    <w:p>
      <w:pPr>
        <w:jc w:val="both"/>
      </w:pPr>
      <w:r>
        <w:t>Sóng xung kích điều trị</w:t>
      </w:r>
    </w:p>
    <w:p>
      <w:pPr>
        <w:jc w:val="both"/>
      </w:pPr>
      <w:r>
        <w:t>65.200</w:t>
      </w:r>
    </w:p>
    <w:p>
      <w:pPr>
        <w:jc w:val="both"/>
      </w:pPr>
      <w:r>
        <w:t>72.000</w:t>
      </w:r>
    </w:p>
    <w:p>
      <w:pPr>
        <w:jc w:val="both"/>
      </w:pPr>
      <w:r>
        <w:t>265</w:t>
      </w:r>
    </w:p>
    <w:p>
      <w:pPr>
        <w:jc w:val="both"/>
      </w:pPr>
      <w:r>
        <w:t>256</w:t>
      </w:r>
    </w:p>
    <w:p>
      <w:pPr>
        <w:jc w:val="both"/>
      </w:pPr>
      <w:r>
        <w:t>03C1DY.5</w:t>
      </w:r>
    </w:p>
    <w:p>
      <w:pPr>
        <w:jc w:val="both"/>
      </w:pPr>
      <w:r>
        <w:t>Tập do cứng khớp</w:t>
      </w:r>
    </w:p>
    <w:p>
      <w:pPr>
        <w:jc w:val="both"/>
      </w:pPr>
      <w:r>
        <w:t>49.500</w:t>
      </w:r>
    </w:p>
    <w:p>
      <w:pPr>
        <w:jc w:val="both"/>
      </w:pPr>
      <w:r>
        <w:t>53.600</w:t>
      </w:r>
    </w:p>
    <w:p>
      <w:pPr>
        <w:jc w:val="both"/>
      </w:pPr>
      <w:r>
        <w:t>266</w:t>
      </w:r>
    </w:p>
    <w:p>
      <w:pPr>
        <w:jc w:val="both"/>
      </w:pPr>
      <w:r>
        <w:t>257</w:t>
      </w:r>
    </w:p>
    <w:p>
      <w:pPr>
        <w:jc w:val="both"/>
      </w:pPr>
      <w:r>
        <w:t>03C1DY.6</w:t>
      </w:r>
    </w:p>
    <w:p>
      <w:pPr>
        <w:jc w:val="both"/>
      </w:pPr>
      <w:r>
        <w:t>Tập do liệt ngoại biên</w:t>
      </w:r>
    </w:p>
    <w:p>
      <w:pPr>
        <w:jc w:val="both"/>
      </w:pPr>
      <w:r>
        <w:t>32.300</w:t>
      </w:r>
    </w:p>
    <w:p>
      <w:pPr>
        <w:jc w:val="both"/>
      </w:pPr>
      <w:r>
        <w:t>33.800</w:t>
      </w:r>
    </w:p>
    <w:p>
      <w:pPr>
        <w:jc w:val="both"/>
      </w:pPr>
      <w:r>
        <w:t>267</w:t>
      </w:r>
    </w:p>
    <w:p>
      <w:pPr>
        <w:jc w:val="both"/>
      </w:pPr>
      <w:r>
        <w:t>258</w:t>
      </w:r>
    </w:p>
    <w:p>
      <w:pPr>
        <w:jc w:val="both"/>
      </w:pPr>
      <w:r>
        <w:t>03C1DY.4</w:t>
      </w:r>
    </w:p>
    <w:p>
      <w:pPr>
        <w:jc w:val="both"/>
      </w:pPr>
      <w:r>
        <w:t>Tập do liệt thần kinh trung ương</w:t>
      </w:r>
    </w:p>
    <w:p>
      <w:pPr>
        <w:jc w:val="both"/>
      </w:pPr>
      <w:r>
        <w:t>45.300</w:t>
      </w:r>
    </w:p>
    <w:p>
      <w:pPr>
        <w:jc w:val="both"/>
      </w:pPr>
      <w:r>
        <w:t>49.100</w:t>
      </w:r>
    </w:p>
    <w:p>
      <w:pPr>
        <w:jc w:val="both"/>
      </w:pPr>
      <w:r>
        <w:t>268</w:t>
      </w:r>
    </w:p>
    <w:p>
      <w:pPr>
        <w:jc w:val="both"/>
      </w:pPr>
      <w:r>
        <w:t>259</w:t>
      </w:r>
    </w:p>
    <w:p>
      <w:pPr>
        <w:jc w:val="both"/>
      </w:pPr>
      <w:r>
        <w:t>03C1DY.19</w:t>
      </w:r>
    </w:p>
    <w:p>
      <w:pPr>
        <w:jc w:val="both"/>
      </w:pPr>
      <w:r>
        <w:t>Tập dưỡng sinh</w:t>
      </w:r>
    </w:p>
    <w:p>
      <w:pPr>
        <w:jc w:val="both"/>
      </w:pPr>
      <w:r>
        <w:t>27.300</w:t>
      </w:r>
    </w:p>
    <w:p>
      <w:pPr>
        <w:jc w:val="both"/>
      </w:pPr>
      <w:r>
        <w:t>28.400</w:t>
      </w:r>
    </w:p>
    <w:p>
      <w:pPr>
        <w:jc w:val="both"/>
      </w:pPr>
      <w:r>
        <w:t>269</w:t>
      </w:r>
    </w:p>
    <w:p>
      <w:pPr>
        <w:jc w:val="both"/>
      </w:pPr>
      <w:r>
        <w:t>260</w:t>
      </w:r>
    </w:p>
    <w:p>
      <w:pPr>
        <w:jc w:val="both"/>
      </w:pPr>
      <w:r>
        <w:t>Tập giao tiếp (ngôn ngữ, ký hiệu, hình ảnh...)</w:t>
      </w:r>
    </w:p>
    <w:p>
      <w:pPr>
        <w:jc w:val="both"/>
      </w:pPr>
      <w:r>
        <w:t>66.100</w:t>
      </w:r>
    </w:p>
    <w:p>
      <w:pPr>
        <w:jc w:val="both"/>
      </w:pPr>
      <w:r>
        <w:t>70.300</w:t>
      </w:r>
    </w:p>
    <w:p>
      <w:pPr>
        <w:jc w:val="both"/>
      </w:pPr>
      <w:r>
        <w:t>270</w:t>
      </w:r>
    </w:p>
    <w:p>
      <w:pPr>
        <w:jc w:val="both"/>
      </w:pPr>
      <w:r>
        <w:t>261</w:t>
      </w:r>
    </w:p>
    <w:p>
      <w:pPr>
        <w:jc w:val="both"/>
      </w:pPr>
      <w:r>
        <w:t>03C1DY.11</w:t>
      </w:r>
    </w:p>
    <w:p>
      <w:pPr>
        <w:jc w:val="both"/>
      </w:pPr>
      <w:r>
        <w:t>Tập luyện với ghế tập cơ bốn đầu đùi</w:t>
      </w:r>
    </w:p>
    <w:p>
      <w:pPr>
        <w:jc w:val="both"/>
      </w:pPr>
      <w:r>
        <w:t>12.500</w:t>
      </w:r>
    </w:p>
    <w:p>
      <w:pPr>
        <w:jc w:val="both"/>
      </w:pPr>
      <w:r>
        <w:t>13.200</w:t>
      </w:r>
    </w:p>
    <w:p>
      <w:pPr>
        <w:jc w:val="both"/>
      </w:pPr>
      <w:r>
        <w:t>271</w:t>
      </w:r>
    </w:p>
    <w:p>
      <w:pPr>
        <w:jc w:val="both"/>
      </w:pPr>
      <w:r>
        <w:t>262</w:t>
      </w:r>
    </w:p>
    <w:p>
      <w:pPr>
        <w:jc w:val="both"/>
      </w:pPr>
      <w:r>
        <w:t>Tập mạnh cơ đáy chậu (cơ sản chậu, Pelvis floor)</w:t>
      </w:r>
    </w:p>
    <w:p>
      <w:pPr>
        <w:jc w:val="both"/>
      </w:pPr>
      <w:r>
        <w:t>308.000</w:t>
      </w:r>
    </w:p>
    <w:p>
      <w:pPr>
        <w:jc w:val="both"/>
      </w:pPr>
      <w:r>
        <w:t>349.000</w:t>
      </w:r>
    </w:p>
    <w:p>
      <w:pPr>
        <w:jc w:val="both"/>
      </w:pPr>
      <w:r>
        <w:t>272</w:t>
      </w:r>
    </w:p>
    <w:p>
      <w:pPr>
        <w:jc w:val="both"/>
      </w:pPr>
      <w:r>
        <w:t>263</w:t>
      </w:r>
    </w:p>
    <w:p>
      <w:pPr>
        <w:jc w:val="both"/>
      </w:pPr>
      <w:r>
        <w:t>Tập nuốt (có sử dụng máy)</w:t>
      </w:r>
    </w:p>
    <w:p>
      <w:pPr>
        <w:jc w:val="both"/>
      </w:pPr>
      <w:r>
        <w:t>163.000</w:t>
      </w:r>
    </w:p>
    <w:p>
      <w:pPr>
        <w:jc w:val="both"/>
      </w:pPr>
      <w:r>
        <w:t>183.000</w:t>
      </w:r>
    </w:p>
    <w:p>
      <w:pPr>
        <w:jc w:val="both"/>
      </w:pPr>
      <w:r>
        <w:t>273</w:t>
      </w:r>
    </w:p>
    <w:p>
      <w:pPr>
        <w:jc w:val="both"/>
      </w:pPr>
      <w:r>
        <w:t>264</w:t>
      </w:r>
    </w:p>
    <w:p>
      <w:pPr>
        <w:jc w:val="both"/>
      </w:pPr>
      <w:r>
        <w:t>Tập nuốt (không sử dụng máy)</w:t>
      </w:r>
    </w:p>
    <w:p>
      <w:pPr>
        <w:jc w:val="both"/>
      </w:pPr>
      <w:r>
        <w:t>134.000</w:t>
      </w:r>
    </w:p>
    <w:p>
      <w:pPr>
        <w:jc w:val="both"/>
      </w:pPr>
      <w:r>
        <w:t>149.000</w:t>
      </w:r>
    </w:p>
    <w:p>
      <w:pPr>
        <w:jc w:val="both"/>
      </w:pPr>
      <w:r>
        <w:t>274</w:t>
      </w:r>
    </w:p>
    <w:p>
      <w:pPr>
        <w:jc w:val="both"/>
      </w:pPr>
      <w:r>
        <w:t>265</w:t>
      </w:r>
    </w:p>
    <w:p>
      <w:pPr>
        <w:jc w:val="both"/>
      </w:pPr>
      <w:r>
        <w:t>Tập sửa lỗi phát âm</w:t>
      </w:r>
    </w:p>
    <w:p>
      <w:pPr>
        <w:jc w:val="both"/>
      </w:pPr>
      <w:r>
        <w:t>112.000</w:t>
      </w:r>
    </w:p>
    <w:p>
      <w:pPr>
        <w:jc w:val="both"/>
      </w:pPr>
      <w:r>
        <w:t>123.000</w:t>
      </w:r>
    </w:p>
    <w:p>
      <w:pPr>
        <w:jc w:val="both"/>
      </w:pPr>
      <w:r>
        <w:t>275</w:t>
      </w:r>
    </w:p>
    <w:p>
      <w:pPr>
        <w:jc w:val="both"/>
      </w:pPr>
      <w:r>
        <w:t>266</w:t>
      </w:r>
    </w:p>
    <w:p>
      <w:pPr>
        <w:jc w:val="both"/>
      </w:pPr>
      <w:r>
        <w:t>04C2.DY136</w:t>
      </w:r>
    </w:p>
    <w:p>
      <w:pPr>
        <w:jc w:val="both"/>
      </w:pPr>
      <w:r>
        <w:t>Tập vận động đoạn chi</w:t>
      </w:r>
    </w:p>
    <w:p>
      <w:pPr>
        <w:jc w:val="both"/>
      </w:pPr>
      <w:r>
        <w:t>45.700</w:t>
      </w:r>
    </w:p>
    <w:p>
      <w:pPr>
        <w:jc w:val="both"/>
      </w:pPr>
      <w:r>
        <w:t>49.600</w:t>
      </w:r>
    </w:p>
    <w:p>
      <w:pPr>
        <w:jc w:val="both"/>
      </w:pPr>
      <w:r>
        <w:t>276</w:t>
      </w:r>
    </w:p>
    <w:p>
      <w:pPr>
        <w:jc w:val="both"/>
      </w:pPr>
      <w:r>
        <w:t>267</w:t>
      </w:r>
    </w:p>
    <w:p>
      <w:pPr>
        <w:jc w:val="both"/>
      </w:pPr>
      <w:r>
        <w:t>04C2.DY135</w:t>
      </w:r>
    </w:p>
    <w:p>
      <w:pPr>
        <w:jc w:val="both"/>
      </w:pPr>
      <w:r>
        <w:t>Tập vận động toàn thân</w:t>
      </w:r>
    </w:p>
    <w:p>
      <w:pPr>
        <w:jc w:val="both"/>
      </w:pPr>
      <w:r>
        <w:t>51.400</w:t>
      </w:r>
    </w:p>
    <w:p>
      <w:pPr>
        <w:jc w:val="both"/>
      </w:pPr>
      <w:r>
        <w:t>55.200</w:t>
      </w:r>
    </w:p>
    <w:p>
      <w:pPr>
        <w:jc w:val="both"/>
      </w:pPr>
      <w:r>
        <w:t>277</w:t>
      </w:r>
    </w:p>
    <w:p>
      <w:pPr>
        <w:jc w:val="both"/>
      </w:pPr>
      <w:r>
        <w:t>268</w:t>
      </w:r>
    </w:p>
    <w:p>
      <w:pPr>
        <w:jc w:val="both"/>
      </w:pPr>
      <w:r>
        <w:t>Tập vận động với các dụng cụ trợ giúp</w:t>
      </w:r>
    </w:p>
    <w:p>
      <w:pPr>
        <w:jc w:val="both"/>
      </w:pPr>
      <w:r>
        <w:t>30.600</w:t>
      </w:r>
    </w:p>
    <w:p>
      <w:pPr>
        <w:jc w:val="both"/>
      </w:pPr>
      <w:r>
        <w:t>33.800</w:t>
      </w:r>
    </w:p>
    <w:p>
      <w:pPr>
        <w:jc w:val="both"/>
      </w:pPr>
      <w:r>
        <w:t>278</w:t>
      </w:r>
    </w:p>
    <w:p>
      <w:pPr>
        <w:jc w:val="both"/>
      </w:pPr>
      <w:r>
        <w:t>269</w:t>
      </w:r>
    </w:p>
    <w:p>
      <w:pPr>
        <w:jc w:val="both"/>
      </w:pPr>
      <w:r>
        <w:t>03C1DY.13</w:t>
      </w:r>
    </w:p>
    <w:p>
      <w:pPr>
        <w:jc w:val="both"/>
      </w:pPr>
      <w:r>
        <w:t>Tập với hệ thống ròng rọc</w:t>
      </w:r>
    </w:p>
    <w:p>
      <w:pPr>
        <w:jc w:val="both"/>
      </w:pPr>
      <w:r>
        <w:t>12.500</w:t>
      </w:r>
    </w:p>
    <w:p>
      <w:pPr>
        <w:jc w:val="both"/>
      </w:pPr>
      <w:r>
        <w:t>13.200</w:t>
      </w:r>
    </w:p>
    <w:p>
      <w:pPr>
        <w:jc w:val="both"/>
      </w:pPr>
      <w:r>
        <w:t>279</w:t>
      </w:r>
    </w:p>
    <w:p>
      <w:pPr>
        <w:jc w:val="both"/>
      </w:pPr>
      <w:r>
        <w:t>270</w:t>
      </w:r>
    </w:p>
    <w:p>
      <w:pPr>
        <w:jc w:val="both"/>
      </w:pPr>
      <w:r>
        <w:t>03C1DY.12</w:t>
      </w:r>
    </w:p>
    <w:p>
      <w:pPr>
        <w:jc w:val="both"/>
      </w:pPr>
      <w:r>
        <w:t>Tập với xe đạp tập</w:t>
      </w:r>
    </w:p>
    <w:p>
      <w:pPr>
        <w:jc w:val="both"/>
      </w:pPr>
      <w:r>
        <w:t>12.500</w:t>
      </w:r>
    </w:p>
    <w:p>
      <w:pPr>
        <w:jc w:val="both"/>
      </w:pPr>
      <w:r>
        <w:t>13.200</w:t>
      </w:r>
    </w:p>
    <w:p>
      <w:pPr>
        <w:jc w:val="both"/>
      </w:pPr>
      <w:r>
        <w:t>280</w:t>
      </w:r>
    </w:p>
    <w:p>
      <w:pPr>
        <w:jc w:val="both"/>
      </w:pPr>
      <w:r>
        <w:t>271</w:t>
      </w:r>
    </w:p>
    <w:p>
      <w:pPr>
        <w:jc w:val="both"/>
      </w:pPr>
      <w:r>
        <w:t>04C2.DY127</w:t>
      </w:r>
    </w:p>
    <w:p>
      <w:pPr>
        <w:jc w:val="both"/>
      </w:pPr>
      <w:r>
        <w:t>Thủy châm</w:t>
      </w:r>
    </w:p>
    <w:p>
      <w:pPr>
        <w:jc w:val="both"/>
      </w:pPr>
      <w:r>
        <w:t>70.100</w:t>
      </w:r>
    </w:p>
    <w:p>
      <w:pPr>
        <w:jc w:val="both"/>
      </w:pPr>
      <w:r>
        <w:t>77.200</w:t>
      </w:r>
    </w:p>
    <w:p>
      <w:pPr>
        <w:jc w:val="both"/>
      </w:pPr>
      <w:r>
        <w:t>Chưa bao gồm thuốc.</w:t>
      </w:r>
    </w:p>
    <w:p>
      <w:pPr>
        <w:jc w:val="both"/>
      </w:pPr>
      <w:r>
        <w:t>281</w:t>
      </w:r>
    </w:p>
    <w:p>
      <w:pPr>
        <w:jc w:val="both"/>
      </w:pPr>
      <w:r>
        <w:t>272</w:t>
      </w:r>
    </w:p>
    <w:p>
      <w:pPr>
        <w:jc w:val="both"/>
      </w:pPr>
      <w:r>
        <w:t>03C1DY.14</w:t>
      </w:r>
    </w:p>
    <w:p>
      <w:pPr>
        <w:jc w:val="both"/>
      </w:pPr>
      <w:r>
        <w:t>Thủy trị liệu</w:t>
      </w:r>
    </w:p>
    <w:p>
      <w:pPr>
        <w:jc w:val="both"/>
      </w:pPr>
      <w:r>
        <w:t>64.200</w:t>
      </w:r>
    </w:p>
    <w:p>
      <w:pPr>
        <w:jc w:val="both"/>
      </w:pPr>
      <w:r>
        <w:t>71.500</w:t>
      </w:r>
    </w:p>
    <w:p>
      <w:pPr>
        <w:jc w:val="both"/>
      </w:pPr>
      <w:r>
        <w:t>282</w:t>
      </w:r>
    </w:p>
    <w:p>
      <w:pPr>
        <w:jc w:val="both"/>
      </w:pPr>
      <w:r>
        <w:t>273</w:t>
      </w:r>
    </w:p>
    <w:p>
      <w:pPr>
        <w:jc w:val="both"/>
      </w:pPr>
      <w:r>
        <w:t>Tiêm Botulinum toxine vào cơ thành bàng quang để điều trị bàng quang tăng hoạt động</w:t>
      </w:r>
    </w:p>
    <w:p>
      <w:pPr>
        <w:jc w:val="both"/>
      </w:pPr>
      <w:r>
        <w:t>2.825.000</w:t>
      </w:r>
    </w:p>
    <w:p>
      <w:pPr>
        <w:jc w:val="both"/>
      </w:pPr>
      <w:r>
        <w:t>3.203.000</w:t>
      </w:r>
    </w:p>
    <w:p>
      <w:pPr>
        <w:jc w:val="both"/>
      </w:pPr>
      <w:r>
        <w:t>Chưa bao gồm thuốc</w:t>
      </w:r>
    </w:p>
    <w:p>
      <w:pPr>
        <w:jc w:val="both"/>
      </w:pPr>
      <w:r>
        <w:t>283</w:t>
      </w:r>
    </w:p>
    <w:p>
      <w:pPr>
        <w:jc w:val="both"/>
      </w:pPr>
      <w:r>
        <w:t>274</w:t>
      </w:r>
    </w:p>
    <w:p>
      <w:pPr>
        <w:jc w:val="both"/>
      </w:pPr>
      <w:r>
        <w:t>Tiêm Botulinum toxine vào điểm vận động để điều trị co cứng cơ</w:t>
      </w:r>
    </w:p>
    <w:p>
      <w:pPr>
        <w:jc w:val="both"/>
      </w:pPr>
      <w:r>
        <w:t>1.195.000</w:t>
      </w:r>
    </w:p>
    <w:p>
      <w:pPr>
        <w:jc w:val="both"/>
      </w:pPr>
      <w:r>
        <w:t>1.342.000</w:t>
      </w:r>
    </w:p>
    <w:p>
      <w:pPr>
        <w:jc w:val="both"/>
      </w:pPr>
      <w:r>
        <w:t>Chưa bao gồm thuốc</w:t>
      </w:r>
    </w:p>
    <w:p>
      <w:pPr>
        <w:jc w:val="both"/>
      </w:pPr>
      <w:r>
        <w:t>284</w:t>
      </w:r>
    </w:p>
    <w:p>
      <w:pPr>
        <w:jc w:val="both"/>
      </w:pPr>
      <w:r>
        <w:t>275</w:t>
      </w:r>
    </w:p>
    <w:p>
      <w:pPr>
        <w:jc w:val="both"/>
      </w:pPr>
      <w:r>
        <w:t>04C2.DY133</w:t>
      </w:r>
    </w:p>
    <w:p>
      <w:pPr>
        <w:jc w:val="both"/>
      </w:pPr>
      <w:r>
        <w:t>Tử ngoại</w:t>
      </w:r>
    </w:p>
    <w:p>
      <w:pPr>
        <w:jc w:val="both"/>
      </w:pPr>
      <w:r>
        <w:t>36.300</w:t>
      </w:r>
    </w:p>
    <w:p>
      <w:pPr>
        <w:jc w:val="both"/>
      </w:pPr>
      <w:r>
        <w:t>39.900</w:t>
      </w:r>
    </w:p>
    <w:p>
      <w:pPr>
        <w:jc w:val="both"/>
      </w:pPr>
      <w:r>
        <w:t>285</w:t>
      </w:r>
    </w:p>
    <w:p>
      <w:pPr>
        <w:jc w:val="both"/>
      </w:pPr>
      <w:r>
        <w:t>276</w:t>
      </w:r>
    </w:p>
    <w:p>
      <w:pPr>
        <w:jc w:val="both"/>
      </w:pPr>
      <w:r>
        <w:t>03C1DY.16</w:t>
      </w:r>
    </w:p>
    <w:p>
      <w:pPr>
        <w:jc w:val="both"/>
      </w:pPr>
      <w:r>
        <w:t>Vật lý trị liệu chỉnh hình</w:t>
      </w:r>
    </w:p>
    <w:p>
      <w:pPr>
        <w:jc w:val="both"/>
      </w:pPr>
      <w:r>
        <w:t>31.100</w:t>
      </w:r>
    </w:p>
    <w:p>
      <w:pPr>
        <w:jc w:val="both"/>
      </w:pPr>
      <w:r>
        <w:t>34.900</w:t>
      </w:r>
    </w:p>
    <w:p>
      <w:pPr>
        <w:jc w:val="both"/>
      </w:pPr>
      <w:r>
        <w:t>286</w:t>
      </w:r>
    </w:p>
    <w:p>
      <w:pPr>
        <w:jc w:val="both"/>
      </w:pPr>
      <w:r>
        <w:t>277</w:t>
      </w:r>
    </w:p>
    <w:p>
      <w:pPr>
        <w:jc w:val="both"/>
      </w:pPr>
      <w:r>
        <w:t>03C1DY.15</w:t>
      </w:r>
    </w:p>
    <w:p>
      <w:pPr>
        <w:jc w:val="both"/>
      </w:pPr>
      <w:r>
        <w:t>Vật lý trị liệu hô hấp</w:t>
      </w:r>
    </w:p>
    <w:p>
      <w:pPr>
        <w:jc w:val="both"/>
      </w:pPr>
      <w:r>
        <w:t>31.100</w:t>
      </w:r>
    </w:p>
    <w:p>
      <w:pPr>
        <w:jc w:val="both"/>
      </w:pPr>
      <w:r>
        <w:t>34.900</w:t>
      </w:r>
    </w:p>
    <w:p>
      <w:pPr>
        <w:jc w:val="both"/>
      </w:pPr>
      <w:r>
        <w:t>287</w:t>
      </w:r>
    </w:p>
    <w:p>
      <w:pPr>
        <w:jc w:val="both"/>
      </w:pPr>
      <w:r>
        <w:t>278</w:t>
      </w:r>
    </w:p>
    <w:p>
      <w:pPr>
        <w:jc w:val="both"/>
      </w:pPr>
      <w:r>
        <w:t>03C1DY.18</w:t>
      </w:r>
    </w:p>
    <w:p>
      <w:pPr>
        <w:jc w:val="both"/>
      </w:pPr>
      <w:r>
        <w:t>Vật lý trị liệu phòng ngừa các biến chứng do bất động</w:t>
      </w:r>
    </w:p>
    <w:p>
      <w:pPr>
        <w:jc w:val="both"/>
      </w:pPr>
      <w:r>
        <w:t>31.100</w:t>
      </w:r>
    </w:p>
    <w:p>
      <w:pPr>
        <w:jc w:val="both"/>
      </w:pPr>
      <w:r>
        <w:t>34.900</w:t>
      </w:r>
    </w:p>
    <w:p>
      <w:pPr>
        <w:jc w:val="both"/>
      </w:pPr>
      <w:r>
        <w:t>288</w:t>
      </w:r>
    </w:p>
    <w:p>
      <w:pPr>
        <w:jc w:val="both"/>
      </w:pPr>
      <w:r>
        <w:t>279</w:t>
      </w:r>
    </w:p>
    <w:p>
      <w:pPr>
        <w:jc w:val="both"/>
      </w:pPr>
      <w:r>
        <w:t>03C1DY.30</w:t>
      </w:r>
    </w:p>
    <w:p>
      <w:pPr>
        <w:jc w:val="both"/>
      </w:pPr>
      <w:r>
        <w:t>Xoa bóp áp lực hơi</w:t>
      </w:r>
    </w:p>
    <w:p>
      <w:pPr>
        <w:jc w:val="both"/>
      </w:pPr>
      <w:r>
        <w:t>31.100</w:t>
      </w:r>
    </w:p>
    <w:p>
      <w:pPr>
        <w:jc w:val="both"/>
      </w:pPr>
      <w:r>
        <w:t>34.900</w:t>
      </w:r>
    </w:p>
    <w:p>
      <w:pPr>
        <w:jc w:val="both"/>
      </w:pPr>
      <w:r>
        <w:t>289</w:t>
      </w:r>
    </w:p>
    <w:p>
      <w:pPr>
        <w:jc w:val="both"/>
      </w:pPr>
      <w:r>
        <w:t>280</w:t>
      </w:r>
    </w:p>
    <w:p>
      <w:pPr>
        <w:jc w:val="both"/>
      </w:pPr>
      <w:r>
        <w:t>04C2.DY128</w:t>
      </w:r>
    </w:p>
    <w:p>
      <w:pPr>
        <w:jc w:val="both"/>
      </w:pPr>
      <w:r>
        <w:t>Xoa bóp bấm huyệt</w:t>
      </w:r>
    </w:p>
    <w:p>
      <w:pPr>
        <w:jc w:val="both"/>
      </w:pPr>
      <w:r>
        <w:t>69.300</w:t>
      </w:r>
    </w:p>
    <w:p>
      <w:pPr>
        <w:jc w:val="both"/>
      </w:pPr>
      <w:r>
        <w:t>76.400</w:t>
      </w:r>
    </w:p>
    <w:p>
      <w:pPr>
        <w:jc w:val="both"/>
      </w:pPr>
      <w:r>
        <w:t>290</w:t>
      </w:r>
    </w:p>
    <w:p>
      <w:pPr>
        <w:jc w:val="both"/>
      </w:pPr>
      <w:r>
        <w:t>281</w:t>
      </w:r>
    </w:p>
    <w:p>
      <w:pPr>
        <w:jc w:val="both"/>
      </w:pPr>
      <w:r>
        <w:t>03C1DY.21</w:t>
      </w:r>
    </w:p>
    <w:p>
      <w:pPr>
        <w:jc w:val="both"/>
      </w:pPr>
      <w:r>
        <w:t>Xoa bóp bằng máy</w:t>
      </w:r>
    </w:p>
    <w:p>
      <w:pPr>
        <w:jc w:val="both"/>
      </w:pPr>
      <w:r>
        <w:t>32.300</w:t>
      </w:r>
    </w:p>
    <w:p>
      <w:pPr>
        <w:jc w:val="both"/>
      </w:pPr>
      <w:r>
        <w:t>33.800</w:t>
      </w:r>
    </w:p>
    <w:p>
      <w:pPr>
        <w:jc w:val="both"/>
      </w:pPr>
      <w:r>
        <w:t>291</w:t>
      </w:r>
    </w:p>
    <w:p>
      <w:pPr>
        <w:jc w:val="both"/>
      </w:pPr>
      <w:r>
        <w:t>282</w:t>
      </w:r>
    </w:p>
    <w:p>
      <w:pPr>
        <w:jc w:val="both"/>
      </w:pPr>
      <w:r>
        <w:t>03C1DY.22</w:t>
      </w:r>
    </w:p>
    <w:p>
      <w:pPr>
        <w:jc w:val="both"/>
      </w:pPr>
      <w:r>
        <w:t>Xoa bóp cục bộ bằng tay</w:t>
      </w:r>
    </w:p>
    <w:p>
      <w:pPr>
        <w:jc w:val="both"/>
      </w:pPr>
      <w:r>
        <w:t>45.200</w:t>
      </w:r>
    </w:p>
    <w:p>
      <w:pPr>
        <w:jc w:val="both"/>
      </w:pPr>
      <w:r>
        <w:t>49.000</w:t>
      </w:r>
    </w:p>
    <w:p>
      <w:pPr>
        <w:jc w:val="both"/>
      </w:pPr>
      <w:r>
        <w:t>292</w:t>
      </w:r>
    </w:p>
    <w:p>
      <w:pPr>
        <w:jc w:val="both"/>
      </w:pPr>
      <w:r>
        <w:t>283</w:t>
      </w:r>
    </w:p>
    <w:p>
      <w:pPr>
        <w:jc w:val="both"/>
      </w:pPr>
      <w:r>
        <w:t>03C1DY.23</w:t>
      </w:r>
    </w:p>
    <w:p>
      <w:pPr>
        <w:jc w:val="both"/>
      </w:pPr>
      <w:r>
        <w:t>Xoa bóp toàn thân</w:t>
      </w:r>
    </w:p>
    <w:p>
      <w:pPr>
        <w:jc w:val="both"/>
      </w:pPr>
      <w:r>
        <w:t>55.800</w:t>
      </w:r>
    </w:p>
    <w:p>
      <w:pPr>
        <w:jc w:val="both"/>
      </w:pPr>
      <w:r>
        <w:t>59.700</w:t>
      </w:r>
    </w:p>
    <w:p>
      <w:pPr>
        <w:jc w:val="both"/>
      </w:pPr>
      <w:r>
        <w:t>293</w:t>
      </w:r>
    </w:p>
    <w:p>
      <w:pPr>
        <w:jc w:val="both"/>
      </w:pPr>
      <w:r>
        <w:t>284</w:t>
      </w:r>
    </w:p>
    <w:p>
      <w:pPr>
        <w:jc w:val="both"/>
      </w:pPr>
      <w:r>
        <w:t>Xông hơi thuốc</w:t>
      </w:r>
    </w:p>
    <w:p>
      <w:pPr>
        <w:jc w:val="both"/>
      </w:pPr>
      <w:r>
        <w:t>45.600</w:t>
      </w:r>
    </w:p>
    <w:p>
      <w:pPr>
        <w:jc w:val="both"/>
      </w:pPr>
      <w:r>
        <w:t>50.100</w:t>
      </w:r>
    </w:p>
    <w:p>
      <w:pPr>
        <w:jc w:val="both"/>
      </w:pPr>
      <w:r>
        <w:t>294</w:t>
      </w:r>
    </w:p>
    <w:p>
      <w:pPr>
        <w:jc w:val="both"/>
      </w:pPr>
      <w:r>
        <w:t>285</w:t>
      </w:r>
    </w:p>
    <w:p>
      <w:pPr>
        <w:jc w:val="both"/>
      </w:pPr>
      <w:r>
        <w:t>Xông khói thuốc</w:t>
      </w:r>
    </w:p>
    <w:p>
      <w:pPr>
        <w:jc w:val="both"/>
      </w:pPr>
      <w:r>
        <w:t>40.600</w:t>
      </w:r>
    </w:p>
    <w:p>
      <w:pPr>
        <w:jc w:val="both"/>
      </w:pPr>
      <w:r>
        <w:t>44.400</w:t>
      </w:r>
    </w:p>
    <w:p>
      <w:pPr>
        <w:jc w:val="both"/>
      </w:pPr>
      <w:r>
        <w:t>295</w:t>
      </w:r>
    </w:p>
    <w:p>
      <w:pPr>
        <w:jc w:val="both"/>
      </w:pPr>
      <w:r>
        <w:t>286</w:t>
      </w:r>
    </w:p>
    <w:p>
      <w:pPr>
        <w:jc w:val="both"/>
      </w:pPr>
      <w:r>
        <w:t>Xông thuốc bằng máy</w:t>
      </w:r>
    </w:p>
    <w:p>
      <w:pPr>
        <w:jc w:val="both"/>
      </w:pPr>
      <w:r>
        <w:t>45.600</w:t>
      </w:r>
    </w:p>
    <w:p>
      <w:pPr>
        <w:jc w:val="both"/>
      </w:pPr>
      <w:r>
        <w:t>50.100</w:t>
      </w:r>
    </w:p>
    <w:p>
      <w:pPr>
        <w:jc w:val="both"/>
      </w:pPr>
      <w:r>
        <w:t>Các thủ thuật Y học cổ truyền hoặc Phục hồi chức năng còn lại khác</w:t>
      </w:r>
    </w:p>
    <w:p>
      <w:pPr>
        <w:jc w:val="both"/>
      </w:pPr>
      <w:r>
        <w:t>296</w:t>
      </w:r>
    </w:p>
    <w:p>
      <w:pPr>
        <w:jc w:val="both"/>
      </w:pPr>
      <w:r>
        <w:t>287</w:t>
      </w:r>
    </w:p>
    <w:p>
      <w:pPr>
        <w:jc w:val="both"/>
      </w:pPr>
      <w:r>
        <w:t>Thủ thuật loại I</w:t>
      </w:r>
    </w:p>
    <w:p>
      <w:pPr>
        <w:jc w:val="both"/>
      </w:pPr>
      <w:r>
        <w:t>142.000</w:t>
      </w:r>
    </w:p>
    <w:p>
      <w:pPr>
        <w:jc w:val="both"/>
      </w:pPr>
      <w:r>
        <w:t>154.000</w:t>
      </w:r>
    </w:p>
    <w:p>
      <w:pPr>
        <w:jc w:val="both"/>
      </w:pPr>
      <w:r>
        <w:t>297</w:t>
      </w:r>
    </w:p>
    <w:p>
      <w:pPr>
        <w:jc w:val="both"/>
      </w:pPr>
      <w:r>
        <w:t>288</w:t>
      </w:r>
    </w:p>
    <w:p>
      <w:pPr>
        <w:jc w:val="both"/>
      </w:pPr>
      <w:r>
        <w:t>Thủ thuật loại II</w:t>
      </w:r>
    </w:p>
    <w:p>
      <w:pPr>
        <w:jc w:val="both"/>
      </w:pPr>
      <w:r>
        <w:t>74.700</w:t>
      </w:r>
    </w:p>
    <w:p>
      <w:pPr>
        <w:jc w:val="both"/>
      </w:pPr>
      <w:r>
        <w:t>81.800</w:t>
      </w:r>
    </w:p>
    <w:p>
      <w:pPr>
        <w:jc w:val="both"/>
      </w:pPr>
      <w:r>
        <w:t>298</w:t>
      </w:r>
    </w:p>
    <w:p>
      <w:pPr>
        <w:jc w:val="both"/>
      </w:pPr>
      <w:r>
        <w:t>289</w:t>
      </w:r>
    </w:p>
    <w:p>
      <w:pPr>
        <w:jc w:val="both"/>
      </w:pPr>
      <w:r>
        <w:t>Thủ thuật loại III</w:t>
      </w:r>
    </w:p>
    <w:p>
      <w:pPr>
        <w:jc w:val="both"/>
      </w:pPr>
      <w:r>
        <w:t>42.800</w:t>
      </w:r>
    </w:p>
    <w:p>
      <w:pPr>
        <w:jc w:val="both"/>
      </w:pPr>
      <w:r>
        <w:t>47.400</w:t>
      </w:r>
    </w:p>
    <w:p>
      <w:pPr>
        <w:jc w:val="both"/>
      </w:pPr>
      <w:r>
        <w:t>D</w:t>
      </w:r>
    </w:p>
    <w:p>
      <w:pPr>
        <w:jc w:val="both"/>
      </w:pPr>
      <w:r>
        <w:t>D</w:t>
      </w:r>
    </w:p>
    <w:p>
      <w:pPr>
        <w:jc w:val="both"/>
      </w:pPr>
      <w:r>
        <w:t>PHẪU THUẬT, THỦ THUẬT THEO CHUYÊN KHOA</w:t>
      </w:r>
    </w:p>
    <w:p>
      <w:pPr>
        <w:jc w:val="both"/>
      </w:pPr>
      <w:r>
        <w:t>I</w:t>
      </w:r>
    </w:p>
    <w:p>
      <w:pPr>
        <w:jc w:val="both"/>
      </w:pPr>
      <w:r>
        <w:t>I</w:t>
      </w:r>
    </w:p>
    <w:p>
      <w:pPr>
        <w:jc w:val="both"/>
      </w:pPr>
      <w:r>
        <w:t>HỒI SỨC CẤP CỨU VÀ CHỐNG ĐỘC</w:t>
      </w:r>
    </w:p>
    <w:p>
      <w:pPr>
        <w:jc w:val="both"/>
      </w:pPr>
      <w:r>
        <w:t>299</w:t>
      </w:r>
    </w:p>
    <w:p>
      <w:pPr>
        <w:jc w:val="both"/>
      </w:pPr>
      <w:r>
        <w:t>290</w:t>
      </w:r>
    </w:p>
    <w:p>
      <w:pPr>
        <w:jc w:val="both"/>
      </w:pPr>
      <w:r>
        <w:t>Phẫu thuật đặt hệ thống tim phổi nhân tạo (ECMO)</w:t>
      </w:r>
    </w:p>
    <w:p>
      <w:pPr>
        <w:jc w:val="both"/>
      </w:pPr>
      <w:r>
        <w:t>5.367.000</w:t>
      </w:r>
    </w:p>
    <w:p>
      <w:pPr>
        <w:jc w:val="both"/>
      </w:pPr>
      <w:r>
        <w:t>6.035.000</w:t>
      </w:r>
    </w:p>
    <w:p>
      <w:pPr>
        <w:jc w:val="both"/>
      </w:pPr>
      <w:r>
        <w:t>Chưa bao gồm bộ tim phổi, dây dẫn và canuyn chạy ECMO.</w:t>
      </w:r>
    </w:p>
    <w:p>
      <w:pPr>
        <w:jc w:val="both"/>
      </w:pPr>
      <w:r>
        <w:t>300</w:t>
      </w:r>
    </w:p>
    <w:p>
      <w:pPr>
        <w:jc w:val="both"/>
      </w:pPr>
      <w:r>
        <w:t>291</w:t>
      </w:r>
    </w:p>
    <w:p>
      <w:pPr>
        <w:jc w:val="both"/>
      </w:pPr>
      <w:r>
        <w:t>Thay dây, thay tim phổi (ECMO)</w:t>
      </w:r>
    </w:p>
    <w:p>
      <w:pPr>
        <w:jc w:val="both"/>
      </w:pPr>
      <w:r>
        <w:t>1.558.000</w:t>
      </w:r>
    </w:p>
    <w:p>
      <w:pPr>
        <w:jc w:val="both"/>
      </w:pPr>
      <w:r>
        <w:t>1.739.000</w:t>
      </w:r>
    </w:p>
    <w:p>
      <w:pPr>
        <w:jc w:val="both"/>
      </w:pPr>
      <w:r>
        <w:t>Chưa bao gồm bộ tim phổi, dây dẫn và canuyn chạy ECMO.</w:t>
      </w:r>
    </w:p>
    <w:p>
      <w:pPr>
        <w:jc w:val="both"/>
      </w:pPr>
      <w:r>
        <w:t>301</w:t>
      </w:r>
    </w:p>
    <w:p>
      <w:pPr>
        <w:jc w:val="both"/>
      </w:pPr>
      <w:r>
        <w:t>292</w:t>
      </w:r>
    </w:p>
    <w:p>
      <w:pPr>
        <w:jc w:val="both"/>
      </w:pPr>
      <w:r>
        <w:t>Theo dõi, chạy tim phổi nhân tạo (ECMO) mỗi 8 giờ</w:t>
      </w:r>
    </w:p>
    <w:p>
      <w:pPr>
        <w:jc w:val="both"/>
      </w:pPr>
      <w:r>
        <w:t>1.404.000</w:t>
      </w:r>
    </w:p>
    <w:p>
      <w:pPr>
        <w:jc w:val="both"/>
      </w:pPr>
      <w:r>
        <w:t>1.519.000</w:t>
      </w:r>
    </w:p>
    <w:p>
      <w:pPr>
        <w:jc w:val="both"/>
      </w:pPr>
      <w:r>
        <w:t>Áp dụng thanh toán cho mỗi 8 giờ thực hiện.</w:t>
      </w:r>
    </w:p>
    <w:p>
      <w:pPr>
        <w:jc w:val="both"/>
      </w:pPr>
      <w:r>
        <w:t>302</w:t>
      </w:r>
    </w:p>
    <w:p>
      <w:pPr>
        <w:jc w:val="both"/>
      </w:pPr>
      <w:r>
        <w:t>293</w:t>
      </w:r>
    </w:p>
    <w:p>
      <w:pPr>
        <w:jc w:val="both"/>
      </w:pPr>
      <w:r>
        <w:t>Kết thúc và rút hệ thống ECMO</w:t>
      </w:r>
    </w:p>
    <w:p>
      <w:pPr>
        <w:jc w:val="both"/>
      </w:pPr>
      <w:r>
        <w:t>2.536.000</w:t>
      </w:r>
    </w:p>
    <w:p>
      <w:pPr>
        <w:jc w:val="both"/>
      </w:pPr>
      <w:r>
        <w:t>2.839.000</w:t>
      </w:r>
    </w:p>
    <w:p>
      <w:pPr>
        <w:jc w:val="both"/>
      </w:pPr>
      <w:r>
        <w:t>Các phẫu thuật, thủ thuật còn lại khác</w:t>
      </w:r>
    </w:p>
    <w:p>
      <w:pPr>
        <w:jc w:val="both"/>
      </w:pPr>
      <w:r>
        <w:t>303</w:t>
      </w:r>
    </w:p>
    <w:p>
      <w:pPr>
        <w:jc w:val="both"/>
      </w:pPr>
      <w:r>
        <w:t>294</w:t>
      </w:r>
    </w:p>
    <w:p>
      <w:pPr>
        <w:jc w:val="both"/>
      </w:pPr>
      <w:r>
        <w:t>Phẫu thuật loại đặc biệt</w:t>
      </w:r>
    </w:p>
    <w:p>
      <w:pPr>
        <w:jc w:val="both"/>
      </w:pPr>
      <w:r>
        <w:t>3.334.000</w:t>
      </w:r>
    </w:p>
    <w:p>
      <w:pPr>
        <w:jc w:val="both"/>
      </w:pPr>
      <w:r>
        <w:t>3.724.000</w:t>
      </w:r>
    </w:p>
    <w:p>
      <w:pPr>
        <w:jc w:val="both"/>
      </w:pPr>
      <w:r>
        <w:t>304</w:t>
      </w:r>
    </w:p>
    <w:p>
      <w:pPr>
        <w:jc w:val="both"/>
      </w:pPr>
      <w:r>
        <w:t>295</w:t>
      </w:r>
    </w:p>
    <w:p>
      <w:pPr>
        <w:jc w:val="both"/>
      </w:pPr>
      <w:r>
        <w:t>Phẫu thuật loại I</w:t>
      </w:r>
    </w:p>
    <w:p>
      <w:pPr>
        <w:jc w:val="both"/>
      </w:pPr>
      <w:r>
        <w:t>2.265.000</w:t>
      </w:r>
    </w:p>
    <w:p>
      <w:pPr>
        <w:jc w:val="both"/>
      </w:pPr>
      <w:r>
        <w:t>2.522.000</w:t>
      </w:r>
    </w:p>
    <w:p>
      <w:pPr>
        <w:jc w:val="both"/>
      </w:pPr>
      <w:r>
        <w:t>305</w:t>
      </w:r>
    </w:p>
    <w:p>
      <w:pPr>
        <w:jc w:val="both"/>
      </w:pPr>
      <w:r>
        <w:t>296</w:t>
      </w:r>
    </w:p>
    <w:p>
      <w:pPr>
        <w:jc w:val="both"/>
      </w:pPr>
      <w:r>
        <w:t>Phẫu thuật loại II</w:t>
      </w:r>
    </w:p>
    <w:p>
      <w:pPr>
        <w:jc w:val="both"/>
      </w:pPr>
      <w:r>
        <w:t>1.351.000</w:t>
      </w:r>
    </w:p>
    <w:p>
      <w:pPr>
        <w:jc w:val="both"/>
      </w:pPr>
      <w:r>
        <w:t>1.502.000</w:t>
      </w:r>
    </w:p>
    <w:p>
      <w:pPr>
        <w:jc w:val="both"/>
      </w:pPr>
      <w:r>
        <w:t>306</w:t>
      </w:r>
    </w:p>
    <w:p>
      <w:pPr>
        <w:jc w:val="both"/>
      </w:pPr>
      <w:r>
        <w:t>297</w:t>
      </w:r>
    </w:p>
    <w:p>
      <w:pPr>
        <w:jc w:val="both"/>
      </w:pPr>
      <w:r>
        <w:t>Thủ thuật loại đặc biệt</w:t>
      </w:r>
    </w:p>
    <w:p>
      <w:pPr>
        <w:jc w:val="both"/>
      </w:pPr>
      <w:r>
        <w:t>1.310.000</w:t>
      </w:r>
    </w:p>
    <w:p>
      <w:pPr>
        <w:jc w:val="both"/>
      </w:pPr>
      <w:r>
        <w:t>1.440.000</w:t>
      </w:r>
    </w:p>
    <w:p>
      <w:pPr>
        <w:jc w:val="both"/>
      </w:pPr>
      <w:r>
        <w:t>307</w:t>
      </w:r>
    </w:p>
    <w:p>
      <w:pPr>
        <w:jc w:val="both"/>
      </w:pPr>
      <w:r>
        <w:t>298</w:t>
      </w:r>
    </w:p>
    <w:p>
      <w:pPr>
        <w:jc w:val="both"/>
      </w:pPr>
      <w:r>
        <w:t>Thủ thuật loại I</w:t>
      </w:r>
    </w:p>
    <w:p>
      <w:pPr>
        <w:jc w:val="both"/>
      </w:pPr>
      <w:r>
        <w:t>807.000</w:t>
      </w:r>
    </w:p>
    <w:p>
      <w:pPr>
        <w:jc w:val="both"/>
      </w:pPr>
      <w:r>
        <w:t>890.000</w:t>
      </w:r>
    </w:p>
    <w:p>
      <w:pPr>
        <w:jc w:val="both"/>
      </w:pPr>
      <w:r>
        <w:t>308</w:t>
      </w:r>
    </w:p>
    <w:p>
      <w:pPr>
        <w:jc w:val="both"/>
      </w:pPr>
      <w:r>
        <w:t>299</w:t>
      </w:r>
    </w:p>
    <w:p>
      <w:pPr>
        <w:jc w:val="both"/>
      </w:pPr>
      <w:r>
        <w:t>Thủ thuật loại II</w:t>
      </w:r>
    </w:p>
    <w:p>
      <w:pPr>
        <w:jc w:val="both"/>
      </w:pPr>
      <w:r>
        <w:t>485.000</w:t>
      </w:r>
    </w:p>
    <w:p>
      <w:pPr>
        <w:jc w:val="both"/>
      </w:pPr>
      <w:r>
        <w:t>536.000</w:t>
      </w:r>
    </w:p>
    <w:p>
      <w:pPr>
        <w:jc w:val="both"/>
      </w:pPr>
      <w:r>
        <w:t>309</w:t>
      </w:r>
    </w:p>
    <w:p>
      <w:pPr>
        <w:jc w:val="both"/>
      </w:pPr>
      <w:r>
        <w:t>300</w:t>
      </w:r>
    </w:p>
    <w:p>
      <w:pPr>
        <w:jc w:val="both"/>
      </w:pPr>
      <w:r>
        <w:t>Thủ thuật loại III</w:t>
      </w:r>
    </w:p>
    <w:p>
      <w:pPr>
        <w:jc w:val="both"/>
      </w:pPr>
      <w:r>
        <w:t>337.000</w:t>
      </w:r>
    </w:p>
    <w:p>
      <w:pPr>
        <w:jc w:val="both"/>
      </w:pPr>
      <w:r>
        <w:t>371.000</w:t>
      </w:r>
    </w:p>
    <w:p>
      <w:pPr>
        <w:jc w:val="both"/>
      </w:pPr>
      <w:r>
        <w:t>II</w:t>
      </w:r>
    </w:p>
    <w:p>
      <w:pPr>
        <w:jc w:val="both"/>
      </w:pPr>
      <w:r>
        <w:t>II</w:t>
      </w:r>
    </w:p>
    <w:p>
      <w:pPr>
        <w:jc w:val="both"/>
      </w:pPr>
      <w:r>
        <w:t>NỘI KHOA</w:t>
      </w:r>
    </w:p>
    <w:p>
      <w:pPr>
        <w:jc w:val="both"/>
      </w:pPr>
      <w:r>
        <w:t>310</w:t>
      </w:r>
    </w:p>
    <w:p>
      <w:pPr>
        <w:jc w:val="both"/>
      </w:pPr>
      <w:r>
        <w:t>301</w:t>
      </w:r>
    </w:p>
    <w:p>
      <w:pPr>
        <w:jc w:val="both"/>
      </w:pPr>
      <w:r>
        <w:t>DƯ-MDLS</w:t>
      </w:r>
    </w:p>
    <w:p>
      <w:pPr>
        <w:jc w:val="both"/>
      </w:pPr>
      <w:r>
        <w:t>Giảm mẫn cảm nhanh với thuốc 72 giờ</w:t>
      </w:r>
    </w:p>
    <w:p>
      <w:pPr>
        <w:jc w:val="both"/>
      </w:pPr>
      <w:r>
        <w:t>1.444.000</w:t>
      </w:r>
    </w:p>
    <w:p>
      <w:pPr>
        <w:jc w:val="both"/>
      </w:pPr>
      <w:r>
        <w:t>1.617.000</w:t>
      </w:r>
    </w:p>
    <w:p>
      <w:pPr>
        <w:jc w:val="both"/>
      </w:pPr>
      <w:r>
        <w:t>311</w:t>
      </w:r>
    </w:p>
    <w:p>
      <w:pPr>
        <w:jc w:val="both"/>
      </w:pPr>
      <w:r>
        <w:t>302</w:t>
      </w:r>
    </w:p>
    <w:p>
      <w:pPr>
        <w:jc w:val="both"/>
      </w:pPr>
      <w:r>
        <w:t>DƯ-MDLS</w:t>
      </w:r>
    </w:p>
    <w:p>
      <w:pPr>
        <w:jc w:val="both"/>
      </w:pPr>
      <w:r>
        <w:t>Giảm mẫn cảm với thuốc hoặc sữa hoặc thức ăn</w:t>
      </w:r>
    </w:p>
    <w:p>
      <w:pPr>
        <w:jc w:val="both"/>
      </w:pPr>
      <w:r>
        <w:t>919.000</w:t>
      </w:r>
    </w:p>
    <w:p>
      <w:pPr>
        <w:jc w:val="both"/>
      </w:pPr>
      <w:r>
        <w:t>1.028.000</w:t>
      </w:r>
    </w:p>
    <w:p>
      <w:pPr>
        <w:jc w:val="both"/>
      </w:pPr>
      <w:r>
        <w:t>312</w:t>
      </w:r>
    </w:p>
    <w:p>
      <w:pPr>
        <w:jc w:val="both"/>
      </w:pPr>
      <w:r>
        <w:t>303</w:t>
      </w:r>
    </w:p>
    <w:p>
      <w:pPr>
        <w:jc w:val="both"/>
      </w:pPr>
      <w:r>
        <w:t>DƯ-MDLS</w:t>
      </w:r>
    </w:p>
    <w:p>
      <w:pPr>
        <w:jc w:val="both"/>
      </w:pPr>
      <w:r>
        <w:t>Liệu pháp miễn dịch đặc hiệu đường dưới lưỡi với dị nguyên (Giai đoạn ban đầu - liệu pháp trung bình 15 ngày)</w:t>
      </w:r>
    </w:p>
    <w:p>
      <w:pPr>
        <w:jc w:val="both"/>
      </w:pPr>
      <w:r>
        <w:t>2.401.000</w:t>
      </w:r>
    </w:p>
    <w:p>
      <w:pPr>
        <w:jc w:val="both"/>
      </w:pPr>
      <w:r>
        <w:t>2.739.000</w:t>
      </w:r>
    </w:p>
    <w:p>
      <w:pPr>
        <w:jc w:val="both"/>
      </w:pPr>
      <w:r>
        <w:t>313</w:t>
      </w:r>
    </w:p>
    <w:p>
      <w:pPr>
        <w:jc w:val="both"/>
      </w:pPr>
      <w:r>
        <w:t>304</w:t>
      </w:r>
    </w:p>
    <w:p>
      <w:pPr>
        <w:jc w:val="both"/>
      </w:pPr>
      <w:r>
        <w:t>DƯ-MDLS</w:t>
      </w:r>
    </w:p>
    <w:p>
      <w:pPr>
        <w:jc w:val="both"/>
      </w:pPr>
      <w:r>
        <w:t>Liệu pháp miễn dịch đặc hiệu đường dưới lưỡi với dị nguyên (Giai đoạn duy trì - liệu pháp trung bình 3 tháng)</w:t>
      </w:r>
    </w:p>
    <w:p>
      <w:pPr>
        <w:jc w:val="both"/>
      </w:pPr>
      <w:r>
        <w:t>5.175.000</w:t>
      </w:r>
    </w:p>
    <w:p>
      <w:pPr>
        <w:jc w:val="both"/>
      </w:pPr>
      <w:r>
        <w:t>5.895.000</w:t>
      </w:r>
    </w:p>
    <w:p>
      <w:pPr>
        <w:jc w:val="both"/>
      </w:pPr>
      <w:r>
        <w:t>314</w:t>
      </w:r>
    </w:p>
    <w:p>
      <w:pPr>
        <w:jc w:val="both"/>
      </w:pPr>
      <w:r>
        <w:t>305</w:t>
      </w:r>
    </w:p>
    <w:p>
      <w:pPr>
        <w:jc w:val="both"/>
      </w:pPr>
      <w:r>
        <w:t>DƯ-MDLS</w:t>
      </w:r>
    </w:p>
    <w:p>
      <w:pPr>
        <w:jc w:val="both"/>
      </w:pPr>
      <w:r>
        <w:t>Phản ứng phân hủy Mastocyte (Đối với 6 loại dị nguyên)</w:t>
      </w:r>
    </w:p>
    <w:p>
      <w:pPr>
        <w:jc w:val="both"/>
      </w:pPr>
      <w:r>
        <w:t>296.000</w:t>
      </w:r>
    </w:p>
    <w:p>
      <w:pPr>
        <w:jc w:val="both"/>
      </w:pPr>
      <w:r>
        <w:t>335.000</w:t>
      </w:r>
    </w:p>
    <w:p>
      <w:pPr>
        <w:jc w:val="both"/>
      </w:pPr>
      <w:r>
        <w:t>315</w:t>
      </w:r>
    </w:p>
    <w:p>
      <w:pPr>
        <w:jc w:val="both"/>
      </w:pPr>
      <w:r>
        <w:t>306</w:t>
      </w:r>
    </w:p>
    <w:p>
      <w:pPr>
        <w:jc w:val="both"/>
      </w:pPr>
      <w:r>
        <w:t>DƯ-MDLS</w:t>
      </w:r>
    </w:p>
    <w:p>
      <w:pPr>
        <w:jc w:val="both"/>
      </w:pPr>
      <w:r>
        <w:t>Phản ứng tiêu bạch cầu đặc hiệu.</w:t>
      </w:r>
    </w:p>
    <w:p>
      <w:pPr>
        <w:jc w:val="both"/>
      </w:pPr>
      <w:r>
        <w:t>167.000</w:t>
      </w:r>
    </w:p>
    <w:p>
      <w:pPr>
        <w:jc w:val="both"/>
      </w:pPr>
      <w:r>
        <w:t>186.000</w:t>
      </w:r>
    </w:p>
    <w:p>
      <w:pPr>
        <w:jc w:val="both"/>
      </w:pPr>
      <w:r>
        <w:t>316</w:t>
      </w:r>
    </w:p>
    <w:p>
      <w:pPr>
        <w:jc w:val="both"/>
      </w:pPr>
      <w:r>
        <w:t>307</w:t>
      </w:r>
    </w:p>
    <w:p>
      <w:pPr>
        <w:jc w:val="both"/>
      </w:pPr>
      <w:r>
        <w:t>DƯ-MDLS</w:t>
      </w:r>
    </w:p>
    <w:p>
      <w:pPr>
        <w:jc w:val="both"/>
      </w:pPr>
      <w:r>
        <w:t>Test áp bì (Patch test) đặc hiệu với thuốc (Đối với 6 loại thuốc) hoặc mỹ phẩm</w:t>
      </w:r>
    </w:p>
    <w:p>
      <w:pPr>
        <w:jc w:val="both"/>
      </w:pPr>
      <w:r>
        <w:t>530.000</w:t>
      </w:r>
    </w:p>
    <w:p>
      <w:pPr>
        <w:jc w:val="both"/>
      </w:pPr>
      <w:r>
        <w:t>602.000</w:t>
      </w:r>
    </w:p>
    <w:p>
      <w:pPr>
        <w:jc w:val="both"/>
      </w:pPr>
      <w:r>
        <w:t>317</w:t>
      </w:r>
    </w:p>
    <w:p>
      <w:pPr>
        <w:jc w:val="both"/>
      </w:pPr>
      <w:r>
        <w:t>308</w:t>
      </w:r>
    </w:p>
    <w:p>
      <w:pPr>
        <w:jc w:val="both"/>
      </w:pPr>
      <w:r>
        <w:t>DƯ-MDLS</w:t>
      </w:r>
    </w:p>
    <w:p>
      <w:pPr>
        <w:jc w:val="both"/>
      </w:pPr>
      <w:r>
        <w:t>Test hồi phục phế quản</w:t>
      </w:r>
    </w:p>
    <w:p>
      <w:pPr>
        <w:jc w:val="both"/>
      </w:pPr>
      <w:r>
        <w:t>179.000</w:t>
      </w:r>
    </w:p>
    <w:p>
      <w:pPr>
        <w:jc w:val="both"/>
      </w:pPr>
      <w:r>
        <w:t>200.000</w:t>
      </w:r>
    </w:p>
    <w:p>
      <w:pPr>
        <w:jc w:val="both"/>
      </w:pPr>
      <w:r>
        <w:t>318</w:t>
      </w:r>
    </w:p>
    <w:p>
      <w:pPr>
        <w:jc w:val="both"/>
      </w:pPr>
      <w:r>
        <w:t>309</w:t>
      </w:r>
    </w:p>
    <w:p>
      <w:pPr>
        <w:jc w:val="both"/>
      </w:pPr>
      <w:r>
        <w:t>DƯ-MDLS</w:t>
      </w:r>
    </w:p>
    <w:p>
      <w:pPr>
        <w:jc w:val="both"/>
      </w:pPr>
      <w:r>
        <w:t>Test huyết thanh tự thân</w:t>
      </w:r>
    </w:p>
    <w:p>
      <w:pPr>
        <w:jc w:val="both"/>
      </w:pPr>
      <w:r>
        <w:t>688.000</w:t>
      </w:r>
    </w:p>
    <w:p>
      <w:pPr>
        <w:jc w:val="both"/>
      </w:pPr>
      <w:r>
        <w:t>775.000</w:t>
      </w:r>
    </w:p>
    <w:p>
      <w:pPr>
        <w:jc w:val="both"/>
      </w:pPr>
      <w:r>
        <w:t>319</w:t>
      </w:r>
    </w:p>
    <w:p>
      <w:pPr>
        <w:jc w:val="both"/>
      </w:pPr>
      <w:r>
        <w:t>310</w:t>
      </w:r>
    </w:p>
    <w:p>
      <w:pPr>
        <w:jc w:val="both"/>
      </w:pPr>
      <w:r>
        <w:t>DƯ-MDLS</w:t>
      </w:r>
    </w:p>
    <w:p>
      <w:pPr>
        <w:jc w:val="both"/>
      </w:pPr>
      <w:r>
        <w:t>Test kích thích phế quản không đặc hiệu với Methacholine</w:t>
      </w:r>
    </w:p>
    <w:p>
      <w:pPr>
        <w:jc w:val="both"/>
      </w:pPr>
      <w:r>
        <w:t>893.000</w:t>
      </w:r>
    </w:p>
    <w:p>
      <w:pPr>
        <w:jc w:val="both"/>
      </w:pPr>
      <w:r>
        <w:t>1.015.000</w:t>
      </w:r>
    </w:p>
    <w:p>
      <w:pPr>
        <w:jc w:val="both"/>
      </w:pPr>
      <w:r>
        <w:t>320</w:t>
      </w:r>
    </w:p>
    <w:p>
      <w:pPr>
        <w:jc w:val="both"/>
      </w:pPr>
      <w:r>
        <w:t>311</w:t>
      </w:r>
    </w:p>
    <w:p>
      <w:pPr>
        <w:jc w:val="both"/>
      </w:pPr>
      <w:r>
        <w:t>DƯ-MDLS</w:t>
      </w:r>
    </w:p>
    <w:p>
      <w:pPr>
        <w:jc w:val="both"/>
      </w:pPr>
      <w:r>
        <w:t>Test kích thích với thuốc hoặc sữa hoặc thức ăn</w:t>
      </w:r>
    </w:p>
    <w:p>
      <w:pPr>
        <w:jc w:val="both"/>
      </w:pPr>
      <w:r>
        <w:t>858.000</w:t>
      </w:r>
    </w:p>
    <w:p>
      <w:pPr>
        <w:jc w:val="both"/>
      </w:pPr>
      <w:r>
        <w:t>970.000</w:t>
      </w:r>
    </w:p>
    <w:p>
      <w:pPr>
        <w:jc w:val="both"/>
      </w:pPr>
      <w:r>
        <w:t>321</w:t>
      </w:r>
    </w:p>
    <w:p>
      <w:pPr>
        <w:jc w:val="both"/>
      </w:pPr>
      <w:r>
        <w:t>312</w:t>
      </w:r>
    </w:p>
    <w:p>
      <w:pPr>
        <w:jc w:val="both"/>
      </w:pPr>
      <w:r>
        <w:t>DƯ-MDLS</w:t>
      </w:r>
    </w:p>
    <w:p>
      <w:pPr>
        <w:jc w:val="both"/>
      </w:pPr>
      <w:r>
        <w:t>Test lẩy da (Prick test) đặc hiệu với các dị nguyên hô hấp hoặc thức ăn hoặc sữa</w:t>
      </w:r>
    </w:p>
    <w:p>
      <w:pPr>
        <w:jc w:val="both"/>
      </w:pPr>
      <w:r>
        <w:t>337.000</w:t>
      </w:r>
    </w:p>
    <w:p>
      <w:pPr>
        <w:jc w:val="both"/>
      </w:pPr>
      <w:r>
        <w:t>385.000</w:t>
      </w:r>
    </w:p>
    <w:p>
      <w:pPr>
        <w:jc w:val="both"/>
      </w:pPr>
      <w:r>
        <w:t>322</w:t>
      </w:r>
    </w:p>
    <w:p>
      <w:pPr>
        <w:jc w:val="both"/>
      </w:pPr>
      <w:r>
        <w:t>313</w:t>
      </w:r>
    </w:p>
    <w:p>
      <w:pPr>
        <w:jc w:val="both"/>
      </w:pPr>
      <w:r>
        <w:t>DƯ-MDLS</w:t>
      </w:r>
    </w:p>
    <w:p>
      <w:pPr>
        <w:jc w:val="both"/>
      </w:pPr>
      <w:r>
        <w:t>Test lẩy da (Prick test) đặc hiệu với các loại thuốc (Đối với 6 loại thuốc hoặc vacxin hoặc huyết thanh)</w:t>
      </w:r>
    </w:p>
    <w:p>
      <w:pPr>
        <w:jc w:val="both"/>
      </w:pPr>
      <w:r>
        <w:t>383.000</w:t>
      </w:r>
    </w:p>
    <w:p>
      <w:pPr>
        <w:jc w:val="both"/>
      </w:pPr>
      <w:r>
        <w:t>435.000</w:t>
      </w:r>
    </w:p>
    <w:p>
      <w:pPr>
        <w:jc w:val="both"/>
      </w:pPr>
      <w:r>
        <w:t>323</w:t>
      </w:r>
    </w:p>
    <w:p>
      <w:pPr>
        <w:jc w:val="both"/>
      </w:pPr>
      <w:r>
        <w:t>314</w:t>
      </w:r>
    </w:p>
    <w:p>
      <w:pPr>
        <w:jc w:val="both"/>
      </w:pPr>
      <w:r>
        <w:t>DƯ-MDLS</w:t>
      </w:r>
    </w:p>
    <w:p>
      <w:pPr>
        <w:jc w:val="both"/>
      </w:pPr>
      <w:r>
        <w:t>Test nội bì chậm đặc hiệu với thuốc hoặc vacxin hoặc huyết thanh</w:t>
      </w:r>
    </w:p>
    <w:p>
      <w:pPr>
        <w:jc w:val="both"/>
      </w:pPr>
      <w:r>
        <w:t>482.000</w:t>
      </w:r>
    </w:p>
    <w:p>
      <w:pPr>
        <w:jc w:val="both"/>
      </w:pPr>
      <w:r>
        <w:t>549.000</w:t>
      </w:r>
    </w:p>
    <w:p>
      <w:pPr>
        <w:jc w:val="both"/>
      </w:pPr>
      <w:r>
        <w:t>324</w:t>
      </w:r>
    </w:p>
    <w:p>
      <w:pPr>
        <w:jc w:val="both"/>
      </w:pPr>
      <w:r>
        <w:t>315</w:t>
      </w:r>
    </w:p>
    <w:p>
      <w:pPr>
        <w:jc w:val="both"/>
      </w:pPr>
      <w:r>
        <w:t>DƯ-MDLS</w:t>
      </w:r>
    </w:p>
    <w:p>
      <w:pPr>
        <w:jc w:val="both"/>
      </w:pPr>
      <w:r>
        <w:t>Test nội bì nhanh đặc hiệu với thuốc hoặc vacxin hoặc huyết thanh</w:t>
      </w:r>
    </w:p>
    <w:p>
      <w:pPr>
        <w:jc w:val="both"/>
      </w:pPr>
      <w:r>
        <w:t>395.000</w:t>
      </w:r>
    </w:p>
    <w:p>
      <w:pPr>
        <w:jc w:val="both"/>
      </w:pPr>
      <w:r>
        <w:t>449.000</w:t>
      </w:r>
    </w:p>
    <w:p>
      <w:pPr>
        <w:jc w:val="both"/>
      </w:pPr>
      <w:r>
        <w:t>Các phẫu thuật, thủ thuật còn lại khác</w:t>
      </w:r>
    </w:p>
    <w:p>
      <w:pPr>
        <w:jc w:val="both"/>
      </w:pPr>
      <w:r>
        <w:t>325</w:t>
      </w:r>
    </w:p>
    <w:p>
      <w:pPr>
        <w:jc w:val="both"/>
      </w:pPr>
      <w:r>
        <w:t>316</w:t>
      </w:r>
    </w:p>
    <w:p>
      <w:pPr>
        <w:jc w:val="both"/>
      </w:pPr>
      <w:r>
        <w:t>Phẫu thuật loại I</w:t>
      </w:r>
    </w:p>
    <w:p>
      <w:pPr>
        <w:jc w:val="both"/>
      </w:pPr>
      <w:r>
        <w:t>1.625.000</w:t>
      </w:r>
    </w:p>
    <w:p>
      <w:pPr>
        <w:jc w:val="both"/>
      </w:pPr>
      <w:r>
        <w:t>1.822.000</w:t>
      </w:r>
    </w:p>
    <w:p>
      <w:pPr>
        <w:jc w:val="both"/>
      </w:pPr>
      <w:r>
        <w:t>326</w:t>
      </w:r>
    </w:p>
    <w:p>
      <w:pPr>
        <w:jc w:val="both"/>
      </w:pPr>
      <w:r>
        <w:t>317</w:t>
      </w:r>
    </w:p>
    <w:p>
      <w:pPr>
        <w:jc w:val="both"/>
      </w:pPr>
      <w:r>
        <w:t>Phẫu thuật loại II</w:t>
      </w:r>
    </w:p>
    <w:p>
      <w:pPr>
        <w:jc w:val="both"/>
      </w:pPr>
      <w:r>
        <w:t>1.132.000</w:t>
      </w:r>
    </w:p>
    <w:p>
      <w:pPr>
        <w:jc w:val="both"/>
      </w:pPr>
      <w:r>
        <w:t>1 268.000</w:t>
      </w:r>
    </w:p>
    <w:p>
      <w:pPr>
        <w:jc w:val="both"/>
      </w:pPr>
      <w:r>
        <w:t>327</w:t>
      </w:r>
    </w:p>
    <w:p>
      <w:pPr>
        <w:jc w:val="both"/>
      </w:pPr>
      <w:r>
        <w:t>318</w:t>
      </w:r>
    </w:p>
    <w:p>
      <w:pPr>
        <w:jc w:val="both"/>
      </w:pPr>
      <w:r>
        <w:t>Thủ thuật loại đặc biệt</w:t>
      </w:r>
    </w:p>
    <w:p>
      <w:pPr>
        <w:jc w:val="both"/>
      </w:pPr>
      <w:r>
        <w:t>853.000</w:t>
      </w:r>
    </w:p>
    <w:p>
      <w:pPr>
        <w:jc w:val="both"/>
      </w:pPr>
      <w:r>
        <w:t>956.000</w:t>
      </w:r>
    </w:p>
    <w:p>
      <w:pPr>
        <w:jc w:val="both"/>
      </w:pPr>
      <w:r>
        <w:t>328</w:t>
      </w:r>
    </w:p>
    <w:p>
      <w:pPr>
        <w:jc w:val="both"/>
      </w:pPr>
      <w:r>
        <w:t>319</w:t>
      </w:r>
    </w:p>
    <w:p>
      <w:pPr>
        <w:jc w:val="both"/>
      </w:pPr>
      <w:r>
        <w:t>Thủ thuật loại I</w:t>
      </w:r>
    </w:p>
    <w:p>
      <w:pPr>
        <w:jc w:val="both"/>
      </w:pPr>
      <w:r>
        <w:t>615.000</w:t>
      </w:r>
    </w:p>
    <w:p>
      <w:pPr>
        <w:jc w:val="both"/>
      </w:pPr>
      <w:r>
        <w:t>677.000</w:t>
      </w:r>
    </w:p>
    <w:p>
      <w:pPr>
        <w:jc w:val="both"/>
      </w:pPr>
      <w:r>
        <w:t>329</w:t>
      </w:r>
    </w:p>
    <w:p>
      <w:pPr>
        <w:jc w:val="both"/>
      </w:pPr>
      <w:r>
        <w:t>320</w:t>
      </w:r>
    </w:p>
    <w:p>
      <w:pPr>
        <w:jc w:val="both"/>
      </w:pPr>
      <w:r>
        <w:t>Thủ thuật loại II</w:t>
      </w:r>
    </w:p>
    <w:p>
      <w:pPr>
        <w:jc w:val="both"/>
      </w:pPr>
      <w:r>
        <w:t>336.000</w:t>
      </w:r>
    </w:p>
    <w:p>
      <w:pPr>
        <w:jc w:val="both"/>
      </w:pPr>
      <w:r>
        <w:t>372.000</w:t>
      </w:r>
    </w:p>
    <w:p>
      <w:pPr>
        <w:jc w:val="both"/>
      </w:pPr>
      <w:r>
        <w:t>330</w:t>
      </w:r>
    </w:p>
    <w:p>
      <w:pPr>
        <w:jc w:val="both"/>
      </w:pPr>
      <w:r>
        <w:t>321</w:t>
      </w:r>
    </w:p>
    <w:p>
      <w:pPr>
        <w:jc w:val="both"/>
      </w:pPr>
      <w:r>
        <w:t>Thủ thuật loại III</w:t>
      </w:r>
    </w:p>
    <w:p>
      <w:pPr>
        <w:jc w:val="both"/>
      </w:pPr>
      <w:r>
        <w:t>170.000</w:t>
      </w:r>
    </w:p>
    <w:p>
      <w:pPr>
        <w:jc w:val="both"/>
      </w:pPr>
      <w:r>
        <w:t>189.000</w:t>
      </w:r>
    </w:p>
    <w:p>
      <w:pPr>
        <w:jc w:val="both"/>
      </w:pPr>
      <w:r>
        <w:t>III</w:t>
      </w:r>
    </w:p>
    <w:p>
      <w:pPr>
        <w:jc w:val="both"/>
      </w:pPr>
      <w:r>
        <w:t>III</w:t>
      </w:r>
    </w:p>
    <w:p>
      <w:pPr>
        <w:jc w:val="both"/>
      </w:pPr>
      <w:r>
        <w:t>DA LIỄU</w:t>
      </w:r>
    </w:p>
    <w:p>
      <w:pPr>
        <w:jc w:val="both"/>
      </w:pPr>
      <w:r>
        <w:t>331</w:t>
      </w:r>
    </w:p>
    <w:p>
      <w:pPr>
        <w:jc w:val="both"/>
      </w:pPr>
      <w:r>
        <w:t>322</w:t>
      </w:r>
    </w:p>
    <w:p>
      <w:pPr>
        <w:jc w:val="both"/>
      </w:pPr>
      <w:r>
        <w:t>Chụp và phân tích da bằng máy</w:t>
      </w:r>
    </w:p>
    <w:p>
      <w:pPr>
        <w:jc w:val="both"/>
      </w:pPr>
      <w:r>
        <w:t>211.000</w:t>
      </w:r>
    </w:p>
    <w:p>
      <w:pPr>
        <w:jc w:val="both"/>
      </w:pPr>
      <w:r>
        <w:t>237.000</w:t>
      </w:r>
    </w:p>
    <w:p>
      <w:pPr>
        <w:jc w:val="both"/>
      </w:pPr>
      <w:r>
        <w:t>332</w:t>
      </w:r>
    </w:p>
    <w:p>
      <w:pPr>
        <w:jc w:val="both"/>
      </w:pPr>
      <w:r>
        <w:t>323</w:t>
      </w:r>
    </w:p>
    <w:p>
      <w:pPr>
        <w:jc w:val="both"/>
      </w:pPr>
      <w:r>
        <w:t>Đắp mặt nạ điều trị một số bệnh da</w:t>
      </w:r>
    </w:p>
    <w:p>
      <w:pPr>
        <w:jc w:val="both"/>
      </w:pPr>
      <w:r>
        <w:t>208.000</w:t>
      </w:r>
    </w:p>
    <w:p>
      <w:pPr>
        <w:jc w:val="both"/>
      </w:pPr>
      <w:r>
        <w:t>228.000</w:t>
      </w:r>
    </w:p>
    <w:p>
      <w:pPr>
        <w:jc w:val="both"/>
      </w:pPr>
      <w:r>
        <w:t>333</w:t>
      </w:r>
    </w:p>
    <w:p>
      <w:pPr>
        <w:jc w:val="both"/>
      </w:pPr>
      <w:r>
        <w:t>324</w:t>
      </w:r>
    </w:p>
    <w:p>
      <w:pPr>
        <w:jc w:val="both"/>
      </w:pPr>
      <w:r>
        <w:t>Điều trị một số bệnh da bằng Ni tơ lỏng, nạo thương tổn</w:t>
      </w:r>
    </w:p>
    <w:p>
      <w:pPr>
        <w:jc w:val="both"/>
      </w:pPr>
      <w:r>
        <w:t>350.000</w:t>
      </w:r>
    </w:p>
    <w:p>
      <w:pPr>
        <w:jc w:val="both"/>
      </w:pPr>
      <w:r>
        <w:t>387.000</w:t>
      </w:r>
    </w:p>
    <w:p>
      <w:pPr>
        <w:jc w:val="both"/>
      </w:pPr>
      <w:r>
        <w:t>334</w:t>
      </w:r>
    </w:p>
    <w:p>
      <w:pPr>
        <w:jc w:val="both"/>
      </w:pPr>
      <w:r>
        <w:t>325</w:t>
      </w:r>
    </w:p>
    <w:p>
      <w:pPr>
        <w:jc w:val="both"/>
      </w:pPr>
      <w:r>
        <w:t>Điều trị các bệnh lý của da bằng PUVA hoặc UBV toàn thân</w:t>
      </w:r>
    </w:p>
    <w:p>
      <w:pPr>
        <w:jc w:val="both"/>
      </w:pPr>
      <w:r>
        <w:t>264.000</w:t>
      </w:r>
    </w:p>
    <w:p>
      <w:pPr>
        <w:jc w:val="both"/>
      </w:pPr>
      <w:r>
        <w:t>283.000</w:t>
      </w:r>
    </w:p>
    <w:p>
      <w:pPr>
        <w:jc w:val="both"/>
      </w:pPr>
      <w:r>
        <w:t>335</w:t>
      </w:r>
    </w:p>
    <w:p>
      <w:pPr>
        <w:jc w:val="both"/>
      </w:pPr>
      <w:r>
        <w:t>326</w:t>
      </w:r>
    </w:p>
    <w:p>
      <w:pPr>
        <w:jc w:val="both"/>
      </w:pPr>
      <w:r>
        <w:t>Điều trị hạt cơm bằng Plasma</w:t>
      </w:r>
    </w:p>
    <w:p>
      <w:pPr>
        <w:jc w:val="both"/>
      </w:pPr>
      <w:r>
        <w:t>382.000</w:t>
      </w:r>
    </w:p>
    <w:p>
      <w:pPr>
        <w:jc w:val="both"/>
      </w:pPr>
      <w:r>
        <w:t>419.000</w:t>
      </w:r>
    </w:p>
    <w:p>
      <w:pPr>
        <w:jc w:val="both"/>
      </w:pPr>
      <w:r>
        <w:t>336</w:t>
      </w:r>
    </w:p>
    <w:p>
      <w:pPr>
        <w:jc w:val="both"/>
      </w:pPr>
      <w:r>
        <w:t>327</w:t>
      </w:r>
    </w:p>
    <w:p>
      <w:pPr>
        <w:jc w:val="both"/>
      </w:pPr>
      <w:r>
        <w:t>Điều trị một số bệnh da bằng Tractional, Intracell</w:t>
      </w:r>
    </w:p>
    <w:p>
      <w:pPr>
        <w:jc w:val="both"/>
      </w:pPr>
      <w:r>
        <w:t>1.381.000</w:t>
      </w:r>
    </w:p>
    <w:p>
      <w:pPr>
        <w:jc w:val="both"/>
      </w:pPr>
      <w:r>
        <w:t>1.490.000</w:t>
      </w:r>
    </w:p>
    <w:p>
      <w:pPr>
        <w:jc w:val="both"/>
      </w:pPr>
      <w:r>
        <w:t>337</w:t>
      </w:r>
    </w:p>
    <w:p>
      <w:pPr>
        <w:jc w:val="both"/>
      </w:pPr>
      <w:r>
        <w:t>328</w:t>
      </w:r>
    </w:p>
    <w:p>
      <w:pPr>
        <w:jc w:val="both"/>
      </w:pPr>
      <w:r>
        <w:t>Điều trị một số bệnh da bằng IPL</w:t>
      </w:r>
    </w:p>
    <w:p>
      <w:pPr>
        <w:jc w:val="both"/>
      </w:pPr>
      <w:r>
        <w:t>477.000</w:t>
      </w:r>
    </w:p>
    <w:p>
      <w:pPr>
        <w:jc w:val="both"/>
      </w:pPr>
      <w:r>
        <w:t>528.000</w:t>
      </w:r>
    </w:p>
    <w:p>
      <w:pPr>
        <w:jc w:val="both"/>
      </w:pPr>
      <w:r>
        <w:t>338</w:t>
      </w:r>
    </w:p>
    <w:p>
      <w:pPr>
        <w:jc w:val="both"/>
      </w:pPr>
      <w:r>
        <w:t>329</w:t>
      </w:r>
    </w:p>
    <w:p>
      <w:pPr>
        <w:jc w:val="both"/>
      </w:pPr>
      <w:r>
        <w:t>Điều trị một số bệnh da bằng Laser CO2, Plasma, đốt điện, ni tơ lỏng</w:t>
      </w:r>
    </w:p>
    <w:p>
      <w:pPr>
        <w:jc w:val="both"/>
      </w:pPr>
      <w:r>
        <w:t>357.000</w:t>
      </w:r>
    </w:p>
    <w:p>
      <w:pPr>
        <w:jc w:val="both"/>
      </w:pPr>
      <w:r>
        <w:t>390.000</w:t>
      </w:r>
    </w:p>
    <w:p>
      <w:pPr>
        <w:jc w:val="both"/>
      </w:pPr>
      <w:r>
        <w:t>339</w:t>
      </w:r>
    </w:p>
    <w:p>
      <w:pPr>
        <w:jc w:val="both"/>
      </w:pPr>
      <w:r>
        <w:t>330</w:t>
      </w:r>
    </w:p>
    <w:p>
      <w:pPr>
        <w:jc w:val="both"/>
      </w:pPr>
      <w:r>
        <w:t>Điều trị một số bệnh da bằng Laser mầu</w:t>
      </w:r>
    </w:p>
    <w:p>
      <w:pPr>
        <w:jc w:val="both"/>
      </w:pPr>
      <w:r>
        <w:t>1.124.000</w:t>
      </w:r>
    </w:p>
    <w:p>
      <w:pPr>
        <w:jc w:val="both"/>
      </w:pPr>
      <w:r>
        <w:t>1.228.000</w:t>
      </w:r>
    </w:p>
    <w:p>
      <w:pPr>
        <w:jc w:val="both"/>
      </w:pPr>
      <w:r>
        <w:t>340</w:t>
      </w:r>
    </w:p>
    <w:p>
      <w:pPr>
        <w:jc w:val="both"/>
      </w:pPr>
      <w:r>
        <w:t>331</w:t>
      </w:r>
    </w:p>
    <w:p>
      <w:pPr>
        <w:jc w:val="both"/>
      </w:pPr>
      <w:r>
        <w:t>Điều trị một số bệnh da bằng Laser YAG, Laser Ruby</w:t>
      </w:r>
    </w:p>
    <w:p>
      <w:pPr>
        <w:jc w:val="both"/>
      </w:pPr>
      <w:r>
        <w:t>1.384.000</w:t>
      </w:r>
    </w:p>
    <w:p>
      <w:pPr>
        <w:jc w:val="both"/>
      </w:pPr>
      <w:r>
        <w:t>1.458.000</w:t>
      </w:r>
    </w:p>
    <w:p>
      <w:pPr>
        <w:jc w:val="both"/>
      </w:pPr>
      <w:r>
        <w:t>341</w:t>
      </w:r>
    </w:p>
    <w:p>
      <w:pPr>
        <w:jc w:val="both"/>
      </w:pPr>
      <w:r>
        <w:t>332</w:t>
      </w:r>
    </w:p>
    <w:p>
      <w:pPr>
        <w:jc w:val="both"/>
      </w:pPr>
      <w:r>
        <w:t>Điều trị một số bệnh da bằng Laser, Ánh sáng chiếu ngoài</w:t>
      </w:r>
    </w:p>
    <w:p>
      <w:pPr>
        <w:jc w:val="both"/>
      </w:pPr>
      <w:r>
        <w:t>237.000</w:t>
      </w:r>
    </w:p>
    <w:p>
      <w:pPr>
        <w:jc w:val="both"/>
      </w:pPr>
      <w:r>
        <w:t>252.000</w:t>
      </w:r>
    </w:p>
    <w:p>
      <w:pPr>
        <w:jc w:val="both"/>
      </w:pPr>
      <w:r>
        <w:t>342</w:t>
      </w:r>
    </w:p>
    <w:p>
      <w:pPr>
        <w:jc w:val="both"/>
      </w:pPr>
      <w:r>
        <w:t>333</w:t>
      </w:r>
    </w:p>
    <w:p>
      <w:pPr>
        <w:jc w:val="both"/>
      </w:pPr>
      <w:r>
        <w:t>Điều trị một số bệnh da bằng tiêm tại chỗ, chấm thuốc</w:t>
      </w:r>
    </w:p>
    <w:p>
      <w:pPr>
        <w:jc w:val="both"/>
      </w:pPr>
      <w:r>
        <w:t>309.000</w:t>
      </w:r>
    </w:p>
    <w:p>
      <w:pPr>
        <w:jc w:val="both"/>
      </w:pPr>
      <w:r>
        <w:t>335.000</w:t>
      </w:r>
    </w:p>
    <w:p>
      <w:pPr>
        <w:jc w:val="both"/>
      </w:pPr>
      <w:r>
        <w:t>343</w:t>
      </w:r>
    </w:p>
    <w:p>
      <w:pPr>
        <w:jc w:val="both"/>
      </w:pPr>
      <w:r>
        <w:t>334</w:t>
      </w:r>
    </w:p>
    <w:p>
      <w:pPr>
        <w:jc w:val="both"/>
      </w:pPr>
      <w:r>
        <w:t>Điều trị sùi mào gà bằng Laser CO2, cắt bỏ thương tổn</w:t>
      </w:r>
    </w:p>
    <w:p>
      <w:pPr>
        <w:jc w:val="both"/>
      </w:pPr>
      <w:r>
        <w:t>758.000</w:t>
      </w:r>
    </w:p>
    <w:p>
      <w:pPr>
        <w:jc w:val="both"/>
      </w:pPr>
      <w:r>
        <w:t>806.000</w:t>
      </w:r>
    </w:p>
    <w:p>
      <w:pPr>
        <w:jc w:val="both"/>
      </w:pPr>
      <w:r>
        <w:t>344</w:t>
      </w:r>
    </w:p>
    <w:p>
      <w:pPr>
        <w:jc w:val="both"/>
      </w:pPr>
      <w:r>
        <w:t>335</w:t>
      </w:r>
    </w:p>
    <w:p>
      <w:pPr>
        <w:jc w:val="both"/>
      </w:pPr>
      <w:r>
        <w:t>Điều trị u mạch máu bằng IPL (Intense Pulsed Light)</w:t>
      </w:r>
    </w:p>
    <w:p>
      <w:pPr>
        <w:jc w:val="both"/>
      </w:pPr>
      <w:r>
        <w:t>820.000</w:t>
      </w:r>
    </w:p>
    <w:p>
      <w:pPr>
        <w:jc w:val="both"/>
      </w:pPr>
      <w:r>
        <w:t>878.000</w:t>
      </w:r>
    </w:p>
    <w:p>
      <w:pPr>
        <w:jc w:val="both"/>
      </w:pPr>
      <w:r>
        <w:t>345</w:t>
      </w:r>
    </w:p>
    <w:p>
      <w:pPr>
        <w:jc w:val="both"/>
      </w:pPr>
      <w:r>
        <w:t>336</w:t>
      </w:r>
    </w:p>
    <w:p>
      <w:pPr>
        <w:jc w:val="both"/>
      </w:pPr>
      <w:r>
        <w:t>Điều trị viêm da cơ địa bằng máy</w:t>
      </w:r>
    </w:p>
    <w:p>
      <w:pPr>
        <w:jc w:val="both"/>
      </w:pPr>
      <w:r>
        <w:t>1.132.000</w:t>
      </w:r>
    </w:p>
    <w:p>
      <w:pPr>
        <w:jc w:val="both"/>
      </w:pPr>
      <w:r>
        <w:t>1.282.000</w:t>
      </w:r>
    </w:p>
    <w:p>
      <w:pPr>
        <w:jc w:val="both"/>
      </w:pPr>
      <w:r>
        <w:t>346</w:t>
      </w:r>
    </w:p>
    <w:p>
      <w:pPr>
        <w:jc w:val="both"/>
      </w:pPr>
      <w:r>
        <w:t>337</w:t>
      </w:r>
    </w:p>
    <w:p>
      <w:pPr>
        <w:jc w:val="both"/>
      </w:pPr>
      <w:r>
        <w:t>Phẫu thuật chuyển gân điều trị hở mi</w:t>
      </w:r>
    </w:p>
    <w:p>
      <w:pPr>
        <w:jc w:val="both"/>
      </w:pPr>
      <w:r>
        <w:t>2.331.000</w:t>
      </w:r>
    </w:p>
    <w:p>
      <w:pPr>
        <w:jc w:val="both"/>
      </w:pPr>
      <w:r>
        <w:t>2.562.000</w:t>
      </w:r>
    </w:p>
    <w:p>
      <w:pPr>
        <w:jc w:val="both"/>
      </w:pPr>
      <w:r>
        <w:t>347</w:t>
      </w:r>
    </w:p>
    <w:p>
      <w:pPr>
        <w:jc w:val="both"/>
      </w:pPr>
      <w:r>
        <w:t>338</w:t>
      </w:r>
    </w:p>
    <w:p>
      <w:pPr>
        <w:jc w:val="both"/>
      </w:pPr>
      <w:r>
        <w:t>Phẫu thuật điều trị hẹp hố khẩu cái</w:t>
      </w:r>
    </w:p>
    <w:p>
      <w:pPr>
        <w:jc w:val="both"/>
      </w:pPr>
      <w:r>
        <w:t>2.606.000</w:t>
      </w:r>
    </w:p>
    <w:p>
      <w:pPr>
        <w:jc w:val="both"/>
      </w:pPr>
      <w:r>
        <w:t>2.879.000</w:t>
      </w:r>
    </w:p>
    <w:p>
      <w:pPr>
        <w:jc w:val="both"/>
      </w:pPr>
      <w:r>
        <w:t>348</w:t>
      </w:r>
    </w:p>
    <w:p>
      <w:pPr>
        <w:jc w:val="both"/>
      </w:pPr>
      <w:r>
        <w:t>339</w:t>
      </w:r>
    </w:p>
    <w:p>
      <w:pPr>
        <w:jc w:val="both"/>
      </w:pPr>
      <w:r>
        <w:t>Phẫu thuật điều trị lỗ đáo có viêm xương</w:t>
      </w:r>
    </w:p>
    <w:p>
      <w:pPr>
        <w:jc w:val="both"/>
      </w:pPr>
      <w:r>
        <w:t>652.000</w:t>
      </w:r>
    </w:p>
    <w:p>
      <w:pPr>
        <w:jc w:val="both"/>
      </w:pPr>
      <w:r>
        <w:t>729.000</w:t>
      </w:r>
    </w:p>
    <w:p>
      <w:pPr>
        <w:jc w:val="both"/>
      </w:pPr>
      <w:r>
        <w:t>349</w:t>
      </w:r>
    </w:p>
    <w:p>
      <w:pPr>
        <w:jc w:val="both"/>
      </w:pPr>
      <w:r>
        <w:t>340</w:t>
      </w:r>
    </w:p>
    <w:p>
      <w:pPr>
        <w:jc w:val="both"/>
      </w:pPr>
      <w:r>
        <w:t>Phẫu thuật điều trị lỗ đáo không viêm xương</w:t>
      </w:r>
    </w:p>
    <w:p>
      <w:pPr>
        <w:jc w:val="both"/>
      </w:pPr>
      <w:r>
        <w:t>584.000</w:t>
      </w:r>
    </w:p>
    <w:p>
      <w:pPr>
        <w:jc w:val="both"/>
      </w:pPr>
      <w:r>
        <w:t>639.000</w:t>
      </w:r>
    </w:p>
    <w:p>
      <w:pPr>
        <w:jc w:val="both"/>
      </w:pPr>
      <w:r>
        <w:t>350</w:t>
      </w:r>
    </w:p>
    <w:p>
      <w:pPr>
        <w:jc w:val="both"/>
      </w:pPr>
      <w:r>
        <w:t>341</w:t>
      </w:r>
    </w:p>
    <w:p>
      <w:pPr>
        <w:jc w:val="both"/>
      </w:pPr>
      <w:r>
        <w:t>Phẫu thuật điều trị sa trễ mi dưới</w:t>
      </w:r>
    </w:p>
    <w:p>
      <w:pPr>
        <w:jc w:val="both"/>
      </w:pPr>
      <w:r>
        <w:t>2.051.000</w:t>
      </w:r>
    </w:p>
    <w:p>
      <w:pPr>
        <w:jc w:val="both"/>
      </w:pPr>
      <w:r>
        <w:t>2.240.000</w:t>
      </w:r>
    </w:p>
    <w:p>
      <w:pPr>
        <w:jc w:val="both"/>
      </w:pPr>
      <w:r>
        <w:t>351</w:t>
      </w:r>
    </w:p>
    <w:p>
      <w:pPr>
        <w:jc w:val="both"/>
      </w:pPr>
      <w:r>
        <w:t>342</w:t>
      </w:r>
    </w:p>
    <w:p>
      <w:pPr>
        <w:jc w:val="both"/>
      </w:pPr>
      <w:r>
        <w:t>Phẫu thuật điều trị sập cầu mũi</w:t>
      </w:r>
    </w:p>
    <w:p>
      <w:pPr>
        <w:jc w:val="both"/>
      </w:pPr>
      <w:r>
        <w:t>1.691.000</w:t>
      </w:r>
    </w:p>
    <w:p>
      <w:pPr>
        <w:jc w:val="both"/>
      </w:pPr>
      <w:r>
        <w:t>1.825.000</w:t>
      </w:r>
    </w:p>
    <w:p>
      <w:pPr>
        <w:jc w:val="both"/>
      </w:pPr>
      <w:r>
        <w:t>352</w:t>
      </w:r>
    </w:p>
    <w:p>
      <w:pPr>
        <w:jc w:val="both"/>
      </w:pPr>
      <w:r>
        <w:t>343</w:t>
      </w:r>
    </w:p>
    <w:p>
      <w:pPr>
        <w:jc w:val="both"/>
      </w:pPr>
      <w:r>
        <w:t>Phẫu thuật điều trị u dưới móng</w:t>
      </w:r>
    </w:p>
    <w:p>
      <w:pPr>
        <w:jc w:val="both"/>
      </w:pPr>
      <w:r>
        <w:t>803.000</w:t>
      </w:r>
    </w:p>
    <w:p>
      <w:pPr>
        <w:jc w:val="both"/>
      </w:pPr>
      <w:r>
        <w:t>880.000</w:t>
      </w:r>
    </w:p>
    <w:p>
      <w:pPr>
        <w:jc w:val="both"/>
      </w:pPr>
      <w:r>
        <w:t>353</w:t>
      </w:r>
    </w:p>
    <w:p>
      <w:pPr>
        <w:jc w:val="both"/>
      </w:pPr>
      <w:r>
        <w:t>344</w:t>
      </w:r>
    </w:p>
    <w:p>
      <w:pPr>
        <w:jc w:val="both"/>
      </w:pPr>
      <w:r>
        <w:t>Phẫu thuật giải áp thần kinh</w:t>
      </w:r>
    </w:p>
    <w:p>
      <w:pPr>
        <w:jc w:val="both"/>
      </w:pPr>
      <w:r>
        <w:t>2.457.000</w:t>
      </w:r>
    </w:p>
    <w:p>
      <w:pPr>
        <w:jc w:val="both"/>
      </w:pPr>
      <w:r>
        <w:t>2.707.000</w:t>
      </w:r>
    </w:p>
    <w:p>
      <w:pPr>
        <w:jc w:val="both"/>
      </w:pPr>
      <w:r>
        <w:t>354</w:t>
      </w:r>
    </w:p>
    <w:p>
      <w:pPr>
        <w:jc w:val="both"/>
      </w:pPr>
      <w:r>
        <w:t>345</w:t>
      </w:r>
    </w:p>
    <w:p>
      <w:pPr>
        <w:jc w:val="both"/>
      </w:pPr>
      <w:r>
        <w:t>Phẫu thuật Mohs điều trị ung thư da</w:t>
      </w:r>
    </w:p>
    <w:p>
      <w:pPr>
        <w:jc w:val="both"/>
      </w:pPr>
      <w:r>
        <w:t>3.604.000</w:t>
      </w:r>
    </w:p>
    <w:p>
      <w:pPr>
        <w:jc w:val="both"/>
      </w:pPr>
      <w:r>
        <w:t>3.915.000</w:t>
      </w:r>
    </w:p>
    <w:p>
      <w:pPr>
        <w:jc w:val="both"/>
      </w:pPr>
      <w:r>
        <w:t>Các phẫu thuật, thủ thuật còn lại khác</w:t>
      </w:r>
    </w:p>
    <w:p>
      <w:pPr>
        <w:jc w:val="both"/>
      </w:pPr>
      <w:r>
        <w:t>355</w:t>
      </w:r>
    </w:p>
    <w:p>
      <w:pPr>
        <w:jc w:val="both"/>
      </w:pPr>
      <w:r>
        <w:t>346</w:t>
      </w:r>
    </w:p>
    <w:p>
      <w:pPr>
        <w:jc w:val="both"/>
      </w:pPr>
      <w:r>
        <w:t>Phẫu thuật loại đặc biệt</w:t>
      </w:r>
    </w:p>
    <w:p>
      <w:pPr>
        <w:jc w:val="both"/>
      </w:pPr>
      <w:r>
        <w:t>3.434.000</w:t>
      </w:r>
    </w:p>
    <w:p>
      <w:pPr>
        <w:jc w:val="both"/>
      </w:pPr>
      <w:r>
        <w:t>3.797.000</w:t>
      </w:r>
    </w:p>
    <w:p>
      <w:pPr>
        <w:jc w:val="both"/>
      </w:pPr>
      <w:r>
        <w:t>356</w:t>
      </w:r>
    </w:p>
    <w:p>
      <w:pPr>
        <w:jc w:val="both"/>
      </w:pPr>
      <w:r>
        <w:t>347</w:t>
      </w:r>
    </w:p>
    <w:p>
      <w:pPr>
        <w:jc w:val="both"/>
      </w:pPr>
      <w:r>
        <w:t>Phẫu thuật loại I</w:t>
      </w:r>
    </w:p>
    <w:p>
      <w:pPr>
        <w:jc w:val="both"/>
      </w:pPr>
      <w:r>
        <w:t>1.930.000</w:t>
      </w:r>
    </w:p>
    <w:p>
      <w:pPr>
        <w:jc w:val="both"/>
      </w:pPr>
      <w:r>
        <w:t>2.131.000</w:t>
      </w:r>
    </w:p>
    <w:p>
      <w:pPr>
        <w:jc w:val="both"/>
      </w:pPr>
      <w:r>
        <w:t>357</w:t>
      </w:r>
    </w:p>
    <w:p>
      <w:pPr>
        <w:jc w:val="both"/>
      </w:pPr>
      <w:r>
        <w:t>348</w:t>
      </w:r>
    </w:p>
    <w:p>
      <w:pPr>
        <w:jc w:val="both"/>
      </w:pPr>
      <w:r>
        <w:t>Phẫu thuật loại II</w:t>
      </w:r>
    </w:p>
    <w:p>
      <w:pPr>
        <w:jc w:val="both"/>
      </w:pPr>
      <w:r>
        <w:t>1.107.000</w:t>
      </w:r>
    </w:p>
    <w:p>
      <w:pPr>
        <w:jc w:val="both"/>
      </w:pPr>
      <w:r>
        <w:t>1.229.000</w:t>
      </w:r>
    </w:p>
    <w:p>
      <w:pPr>
        <w:jc w:val="both"/>
      </w:pPr>
      <w:r>
        <w:t>358</w:t>
      </w:r>
    </w:p>
    <w:p>
      <w:pPr>
        <w:jc w:val="both"/>
      </w:pPr>
      <w:r>
        <w:t>349</w:t>
      </w:r>
    </w:p>
    <w:p>
      <w:pPr>
        <w:jc w:val="both"/>
      </w:pPr>
      <w:r>
        <w:t>Phẫu thuật loại III</w:t>
      </w:r>
    </w:p>
    <w:p>
      <w:pPr>
        <w:jc w:val="both"/>
      </w:pPr>
      <w:r>
        <w:t>832.000</w:t>
      </w:r>
    </w:p>
    <w:p>
      <w:pPr>
        <w:jc w:val="both"/>
      </w:pPr>
      <w:r>
        <w:t>925.000</w:t>
      </w:r>
    </w:p>
    <w:p>
      <w:pPr>
        <w:jc w:val="both"/>
      </w:pPr>
      <w:r>
        <w:t>359</w:t>
      </w:r>
    </w:p>
    <w:p>
      <w:pPr>
        <w:jc w:val="both"/>
      </w:pPr>
      <w:r>
        <w:t>350</w:t>
      </w:r>
    </w:p>
    <w:p>
      <w:pPr>
        <w:jc w:val="both"/>
      </w:pPr>
      <w:r>
        <w:t>Thủ thuật loại đặc biệt</w:t>
      </w:r>
    </w:p>
    <w:p>
      <w:pPr>
        <w:jc w:val="both"/>
      </w:pPr>
      <w:r>
        <w:t>801.000</w:t>
      </w:r>
    </w:p>
    <w:p>
      <w:pPr>
        <w:jc w:val="both"/>
      </w:pPr>
      <w:r>
        <w:t>887.000</w:t>
      </w:r>
    </w:p>
    <w:p>
      <w:pPr>
        <w:jc w:val="both"/>
      </w:pPr>
      <w:r>
        <w:t>360</w:t>
      </w:r>
    </w:p>
    <w:p>
      <w:pPr>
        <w:jc w:val="both"/>
      </w:pPr>
      <w:r>
        <w:t>351</w:t>
      </w:r>
    </w:p>
    <w:p>
      <w:pPr>
        <w:jc w:val="both"/>
      </w:pPr>
      <w:r>
        <w:t>Thủ thuật loại I</w:t>
      </w:r>
    </w:p>
    <w:p>
      <w:pPr>
        <w:jc w:val="both"/>
      </w:pPr>
      <w:r>
        <w:t>404.000</w:t>
      </w:r>
    </w:p>
    <w:p>
      <w:pPr>
        <w:jc w:val="both"/>
      </w:pPr>
      <w:r>
        <w:t>448.000</w:t>
      </w:r>
    </w:p>
    <w:p>
      <w:pPr>
        <w:jc w:val="both"/>
      </w:pPr>
      <w:r>
        <w:t>361</w:t>
      </w:r>
    </w:p>
    <w:p>
      <w:pPr>
        <w:jc w:val="both"/>
      </w:pPr>
      <w:r>
        <w:t>352</w:t>
      </w:r>
    </w:p>
    <w:p>
      <w:pPr>
        <w:jc w:val="both"/>
      </w:pPr>
      <w:r>
        <w:t>Thủ thuật loại II</w:t>
      </w:r>
    </w:p>
    <w:p>
      <w:pPr>
        <w:jc w:val="both"/>
      </w:pPr>
      <w:r>
        <w:t>263.000</w:t>
      </w:r>
    </w:p>
    <w:p>
      <w:pPr>
        <w:jc w:val="both"/>
      </w:pPr>
      <w:r>
        <w:t>291.000</w:t>
      </w:r>
    </w:p>
    <w:p>
      <w:pPr>
        <w:jc w:val="both"/>
      </w:pPr>
      <w:r>
        <w:t>362</w:t>
      </w:r>
    </w:p>
    <w:p>
      <w:pPr>
        <w:jc w:val="both"/>
      </w:pPr>
      <w:r>
        <w:t>353</w:t>
      </w:r>
    </w:p>
    <w:p>
      <w:pPr>
        <w:jc w:val="both"/>
      </w:pPr>
      <w:r>
        <w:t>Thủ thuật loại III</w:t>
      </w:r>
    </w:p>
    <w:p>
      <w:pPr>
        <w:jc w:val="both"/>
      </w:pPr>
      <w:r>
        <w:t>155.000</w:t>
      </w:r>
    </w:p>
    <w:p>
      <w:pPr>
        <w:jc w:val="both"/>
      </w:pPr>
      <w:r>
        <w:t>173.000</w:t>
      </w:r>
    </w:p>
    <w:p>
      <w:pPr>
        <w:jc w:val="both"/>
      </w:pPr>
      <w:r>
        <w:t>IV</w:t>
      </w:r>
    </w:p>
    <w:p>
      <w:pPr>
        <w:jc w:val="both"/>
      </w:pPr>
      <w:r>
        <w:t>IV</w:t>
      </w:r>
    </w:p>
    <w:p>
      <w:pPr>
        <w:jc w:val="both"/>
      </w:pPr>
      <w:r>
        <w:t>NỘI TIẾT</w:t>
      </w:r>
    </w:p>
    <w:p>
      <w:pPr>
        <w:jc w:val="both"/>
      </w:pPr>
      <w:r>
        <w:t>363</w:t>
      </w:r>
    </w:p>
    <w:p>
      <w:pPr>
        <w:jc w:val="both"/>
      </w:pPr>
      <w:r>
        <w:t>354</w:t>
      </w:r>
    </w:p>
    <w:p>
      <w:pPr>
        <w:jc w:val="both"/>
      </w:pPr>
      <w:r>
        <w:t>03C2.1.5</w:t>
      </w:r>
    </w:p>
    <w:p>
      <w:pPr>
        <w:jc w:val="both"/>
      </w:pPr>
      <w:r>
        <w:t>Dẫn lưu áp xe tuyến giáp</w:t>
      </w:r>
    </w:p>
    <w:p>
      <w:pPr>
        <w:jc w:val="both"/>
      </w:pPr>
      <w:r>
        <w:t>243.000</w:t>
      </w:r>
    </w:p>
    <w:p>
      <w:pPr>
        <w:jc w:val="both"/>
      </w:pPr>
      <w:r>
        <w:t>270.000</w:t>
      </w:r>
    </w:p>
    <w:p>
      <w:pPr>
        <w:jc w:val="both"/>
      </w:pPr>
      <w:r>
        <w:t>Chưa bao gồm bộ kim chọc, sonde dẫn lưu</w:t>
      </w:r>
    </w:p>
    <w:p>
      <w:pPr>
        <w:jc w:val="both"/>
      </w:pPr>
      <w:r>
        <w:t>364</w:t>
      </w:r>
    </w:p>
    <w:p>
      <w:pPr>
        <w:jc w:val="both"/>
      </w:pPr>
      <w:r>
        <w:t>355</w:t>
      </w:r>
    </w:p>
    <w:p>
      <w:pPr>
        <w:jc w:val="both"/>
      </w:pPr>
      <w:r>
        <w:t>Gọt chai chân (gọt nốt chai) trên người bệnh đái tháo đường</w:t>
      </w:r>
    </w:p>
    <w:p>
      <w:pPr>
        <w:jc w:val="both"/>
      </w:pPr>
      <w:r>
        <w:t>271.000</w:t>
      </w:r>
    </w:p>
    <w:p>
      <w:pPr>
        <w:jc w:val="both"/>
      </w:pPr>
      <w:r>
        <w:t>301.000</w:t>
      </w:r>
    </w:p>
    <w:p>
      <w:pPr>
        <w:jc w:val="both"/>
      </w:pPr>
      <w:r>
        <w:t>365</w:t>
      </w:r>
    </w:p>
    <w:p>
      <w:pPr>
        <w:jc w:val="both"/>
      </w:pPr>
      <w:r>
        <w:t>356</w:t>
      </w:r>
    </w:p>
    <w:p>
      <w:pPr>
        <w:jc w:val="both"/>
      </w:pPr>
      <w:r>
        <w:t>Phẫu thuật loại 1 mổ mở tuyến nội tiết có dùng dao siêu âm</w:t>
      </w:r>
    </w:p>
    <w:p>
      <w:pPr>
        <w:jc w:val="both"/>
      </w:pPr>
      <w:r>
        <w:t>6.704.000</w:t>
      </w:r>
    </w:p>
    <w:p>
      <w:pPr>
        <w:jc w:val="both"/>
      </w:pPr>
      <w:r>
        <w:t>7.592.000</w:t>
      </w:r>
    </w:p>
    <w:p>
      <w:pPr>
        <w:jc w:val="both"/>
      </w:pPr>
      <w:r>
        <w:t>366</w:t>
      </w:r>
    </w:p>
    <w:p>
      <w:pPr>
        <w:jc w:val="both"/>
      </w:pPr>
      <w:r>
        <w:t>357</w:t>
      </w:r>
    </w:p>
    <w:p>
      <w:pPr>
        <w:jc w:val="both"/>
      </w:pPr>
      <w:r>
        <w:t>Phẫu thuật loại 1 mổ mở tuyến nội tiết không dùng dao siêu âm</w:t>
      </w:r>
    </w:p>
    <w:p>
      <w:pPr>
        <w:jc w:val="both"/>
      </w:pPr>
      <w:r>
        <w:t>4.310.000</w:t>
      </w:r>
    </w:p>
    <w:p>
      <w:pPr>
        <w:jc w:val="both"/>
      </w:pPr>
      <w:r>
        <w:t>4.835.000</w:t>
      </w:r>
    </w:p>
    <w:p>
      <w:pPr>
        <w:jc w:val="both"/>
      </w:pPr>
      <w:r>
        <w:t>Chưa bao gồm dao hàn mạch, hàn mô</w:t>
      </w:r>
    </w:p>
    <w:p>
      <w:pPr>
        <w:jc w:val="both"/>
      </w:pPr>
      <w:r>
        <w:t>367</w:t>
      </w:r>
    </w:p>
    <w:p>
      <w:pPr>
        <w:jc w:val="both"/>
      </w:pPr>
      <w:r>
        <w:t>358</w:t>
      </w:r>
    </w:p>
    <w:p>
      <w:pPr>
        <w:jc w:val="both"/>
      </w:pPr>
      <w:r>
        <w:t>Phẫu thuật loại 1 mổ nội soi tuyến nội tiết có dùng dao siêu âm</w:t>
      </w:r>
    </w:p>
    <w:p>
      <w:pPr>
        <w:jc w:val="both"/>
      </w:pPr>
      <w:r>
        <w:t>5.916.000</w:t>
      </w:r>
    </w:p>
    <w:p>
      <w:pPr>
        <w:jc w:val="both"/>
      </w:pPr>
      <w:r>
        <w:t>6.685.000</w:t>
      </w:r>
    </w:p>
    <w:p>
      <w:pPr>
        <w:jc w:val="both"/>
      </w:pPr>
      <w:r>
        <w:t>368</w:t>
      </w:r>
    </w:p>
    <w:p>
      <w:pPr>
        <w:jc w:val="both"/>
      </w:pPr>
      <w:r>
        <w:t>359</w:t>
      </w:r>
    </w:p>
    <w:p>
      <w:pPr>
        <w:jc w:val="both"/>
      </w:pPr>
      <w:r>
        <w:t>Phẫu thuật loại 2 mổ mở tuyến nội tiết có dùng dao siêu âm</w:t>
      </w:r>
    </w:p>
    <w:p>
      <w:pPr>
        <w:jc w:val="both"/>
      </w:pPr>
      <w:r>
        <w:t>4.569.000</w:t>
      </w:r>
    </w:p>
    <w:p>
      <w:pPr>
        <w:jc w:val="both"/>
      </w:pPr>
      <w:r>
        <w:t>5.172.000</w:t>
      </w:r>
    </w:p>
    <w:p>
      <w:pPr>
        <w:jc w:val="both"/>
      </w:pPr>
      <w:r>
        <w:t>369</w:t>
      </w:r>
    </w:p>
    <w:p>
      <w:pPr>
        <w:jc w:val="both"/>
      </w:pPr>
      <w:r>
        <w:t>360</w:t>
      </w:r>
    </w:p>
    <w:p>
      <w:pPr>
        <w:jc w:val="both"/>
      </w:pPr>
      <w:r>
        <w:t>Phẫu thuật loại 2 mỗ mở tuyến nội tiết không dùng dao siêu âm</w:t>
      </w:r>
    </w:p>
    <w:p>
      <w:pPr>
        <w:jc w:val="both"/>
      </w:pPr>
      <w:r>
        <w:t>3.446.000</w:t>
      </w:r>
    </w:p>
    <w:p>
      <w:pPr>
        <w:jc w:val="both"/>
      </w:pPr>
      <w:r>
        <w:t>3.879.000</w:t>
      </w:r>
    </w:p>
    <w:p>
      <w:pPr>
        <w:jc w:val="both"/>
      </w:pPr>
      <w:r>
        <w:t>Chưa bao gồm dao hàn mạch, hàn mô</w:t>
      </w:r>
    </w:p>
    <w:p>
      <w:pPr>
        <w:jc w:val="both"/>
      </w:pPr>
      <w:r>
        <w:t>370</w:t>
      </w:r>
    </w:p>
    <w:p>
      <w:pPr>
        <w:jc w:val="both"/>
      </w:pPr>
      <w:r>
        <w:t>361</w:t>
      </w:r>
    </w:p>
    <w:p>
      <w:pPr>
        <w:jc w:val="both"/>
      </w:pPr>
      <w:r>
        <w:t>Phẫu thuật loại 3 mổ mở tuyến nội tiết có dùng dao siêu âm</w:t>
      </w:r>
    </w:p>
    <w:p>
      <w:pPr>
        <w:jc w:val="both"/>
      </w:pPr>
      <w:r>
        <w:t>4.348.000</w:t>
      </w:r>
    </w:p>
    <w:p>
      <w:pPr>
        <w:jc w:val="both"/>
      </w:pPr>
      <w:r>
        <w:t>4.947.000</w:t>
      </w:r>
    </w:p>
    <w:p>
      <w:pPr>
        <w:jc w:val="both"/>
      </w:pPr>
      <w:r>
        <w:t>371</w:t>
      </w:r>
    </w:p>
    <w:p>
      <w:pPr>
        <w:jc w:val="both"/>
      </w:pPr>
      <w:r>
        <w:t>362</w:t>
      </w:r>
    </w:p>
    <w:p>
      <w:pPr>
        <w:jc w:val="both"/>
      </w:pPr>
      <w:r>
        <w:t>Phẫu thuật loại 3 mổ mở tuyến nội tiết không dùng dao siêu âm</w:t>
      </w:r>
    </w:p>
    <w:p>
      <w:pPr>
        <w:jc w:val="both"/>
      </w:pPr>
      <w:r>
        <w:t>2.839.000</w:t>
      </w:r>
    </w:p>
    <w:p>
      <w:pPr>
        <w:jc w:val="both"/>
      </w:pPr>
      <w:r>
        <w:t>3.210.000</w:t>
      </w:r>
    </w:p>
    <w:p>
      <w:pPr>
        <w:jc w:val="both"/>
      </w:pPr>
      <w:r>
        <w:t>Chưa bao gồm dao hàn mạch, hàn mô</w:t>
      </w:r>
    </w:p>
    <w:p>
      <w:pPr>
        <w:jc w:val="both"/>
      </w:pPr>
      <w:r>
        <w:t>372</w:t>
      </w:r>
    </w:p>
    <w:p>
      <w:pPr>
        <w:jc w:val="both"/>
      </w:pPr>
      <w:r>
        <w:t>363</w:t>
      </w:r>
    </w:p>
    <w:p>
      <w:pPr>
        <w:jc w:val="both"/>
      </w:pPr>
      <w:r>
        <w:t>Phẫu thuật loại đặc biệt mỗ mở tuyến nội tiết không dùng dao siêu âm</w:t>
      </w:r>
    </w:p>
    <w:p>
      <w:pPr>
        <w:jc w:val="both"/>
      </w:pPr>
      <w:r>
        <w:t>5.682.000</w:t>
      </w:r>
    </w:p>
    <w:p>
      <w:pPr>
        <w:jc w:val="both"/>
      </w:pPr>
      <w:r>
        <w:t>6.369.000</w:t>
      </w:r>
    </w:p>
    <w:p>
      <w:pPr>
        <w:jc w:val="both"/>
      </w:pPr>
      <w:r>
        <w:t>Chưa bao gồm dao hàn mạch, hàn mô</w:t>
      </w:r>
    </w:p>
    <w:p>
      <w:pPr>
        <w:jc w:val="both"/>
      </w:pPr>
      <w:r>
        <w:t>373</w:t>
      </w:r>
    </w:p>
    <w:p>
      <w:pPr>
        <w:jc w:val="both"/>
      </w:pPr>
      <w:r>
        <w:t>364</w:t>
      </w:r>
    </w:p>
    <w:p>
      <w:pPr>
        <w:jc w:val="both"/>
      </w:pPr>
      <w:r>
        <w:t>Phẫu thuật loại đặc biệt tuyến nội tiết mổ mở có dùng dao siêu âm</w:t>
      </w:r>
    </w:p>
    <w:p>
      <w:pPr>
        <w:jc w:val="both"/>
      </w:pPr>
      <w:r>
        <w:t>7.958.000</w:t>
      </w:r>
    </w:p>
    <w:p>
      <w:pPr>
        <w:jc w:val="both"/>
      </w:pPr>
      <w:r>
        <w:t>8.989.000</w:t>
      </w:r>
    </w:p>
    <w:p>
      <w:pPr>
        <w:jc w:val="both"/>
      </w:pPr>
      <w:r>
        <w:t>374</w:t>
      </w:r>
    </w:p>
    <w:p>
      <w:pPr>
        <w:jc w:val="both"/>
      </w:pPr>
      <w:r>
        <w:t>365</w:t>
      </w:r>
    </w:p>
    <w:p>
      <w:pPr>
        <w:jc w:val="both"/>
      </w:pPr>
      <w:r>
        <w:t>Phẫu thuật loại đặc biệt tuyến nội tiết mổ nội soi dùng dao siêu âm</w:t>
      </w:r>
    </w:p>
    <w:p>
      <w:pPr>
        <w:jc w:val="both"/>
      </w:pPr>
      <w:r>
        <w:t>7.849.000</w:t>
      </w:r>
    </w:p>
    <w:p>
      <w:pPr>
        <w:jc w:val="both"/>
      </w:pPr>
      <w:r>
        <w:t>8.864.000</w:t>
      </w:r>
    </w:p>
    <w:p>
      <w:pPr>
        <w:jc w:val="both"/>
      </w:pPr>
      <w:r>
        <w:t>Các thủ thuật còn lại khác</w:t>
      </w:r>
    </w:p>
    <w:p>
      <w:pPr>
        <w:jc w:val="both"/>
      </w:pPr>
      <w:r>
        <w:t>375</w:t>
      </w:r>
    </w:p>
    <w:p>
      <w:pPr>
        <w:jc w:val="both"/>
      </w:pPr>
      <w:r>
        <w:t>366</w:t>
      </w:r>
    </w:p>
    <w:p>
      <w:pPr>
        <w:jc w:val="both"/>
      </w:pPr>
      <w:r>
        <w:t>Thủ thuật loại I</w:t>
      </w:r>
    </w:p>
    <w:p>
      <w:pPr>
        <w:jc w:val="both"/>
      </w:pPr>
      <w:r>
        <w:t>654.000</w:t>
      </w:r>
    </w:p>
    <w:p>
      <w:pPr>
        <w:jc w:val="both"/>
      </w:pPr>
      <w:r>
        <w:t>719.000</w:t>
      </w:r>
    </w:p>
    <w:p>
      <w:pPr>
        <w:jc w:val="both"/>
      </w:pPr>
      <w:r>
        <w:t>376</w:t>
      </w:r>
    </w:p>
    <w:p>
      <w:pPr>
        <w:jc w:val="both"/>
      </w:pPr>
      <w:r>
        <w:t>367</w:t>
      </w:r>
    </w:p>
    <w:p>
      <w:pPr>
        <w:jc w:val="both"/>
      </w:pPr>
      <w:r>
        <w:t>Thủ thuật loại II</w:t>
      </w:r>
    </w:p>
    <w:p>
      <w:pPr>
        <w:jc w:val="both"/>
      </w:pPr>
      <w:r>
        <w:t>414.000</w:t>
      </w:r>
    </w:p>
    <w:p>
      <w:pPr>
        <w:jc w:val="both"/>
      </w:pPr>
      <w:r>
        <w:t>458.000</w:t>
      </w:r>
    </w:p>
    <w:p>
      <w:pPr>
        <w:jc w:val="both"/>
      </w:pPr>
      <w:r>
        <w:t>377</w:t>
      </w:r>
    </w:p>
    <w:p>
      <w:pPr>
        <w:jc w:val="both"/>
      </w:pPr>
      <w:r>
        <w:t>368</w:t>
      </w:r>
    </w:p>
    <w:p>
      <w:pPr>
        <w:jc w:val="both"/>
      </w:pPr>
      <w:r>
        <w:t>Thủ thuật loại III</w:t>
      </w:r>
    </w:p>
    <w:p>
      <w:pPr>
        <w:jc w:val="both"/>
      </w:pPr>
      <w:r>
        <w:t>220.000</w:t>
      </w:r>
    </w:p>
    <w:p>
      <w:pPr>
        <w:jc w:val="both"/>
      </w:pPr>
      <w:r>
        <w:t>247.000</w:t>
      </w:r>
    </w:p>
    <w:p>
      <w:pPr>
        <w:jc w:val="both"/>
      </w:pPr>
      <w:r>
        <w:t>V</w:t>
      </w:r>
    </w:p>
    <w:p>
      <w:pPr>
        <w:jc w:val="both"/>
      </w:pPr>
      <w:r>
        <w:t>V</w:t>
      </w:r>
    </w:p>
    <w:p>
      <w:pPr>
        <w:jc w:val="both"/>
      </w:pPr>
      <w:r>
        <w:t>NGOẠI KHOA</w:t>
      </w:r>
    </w:p>
    <w:p>
      <w:pPr>
        <w:jc w:val="both"/>
      </w:pPr>
      <w:r>
        <w:t>Ngoại Thần kinh</w:t>
      </w:r>
    </w:p>
    <w:p>
      <w:pPr>
        <w:jc w:val="both"/>
      </w:pPr>
      <w:r>
        <w:t>378</w:t>
      </w:r>
    </w:p>
    <w:p>
      <w:pPr>
        <w:jc w:val="both"/>
      </w:pPr>
      <w:r>
        <w:t>369</w:t>
      </w:r>
    </w:p>
    <w:p>
      <w:pPr>
        <w:jc w:val="both"/>
      </w:pPr>
      <w:r>
        <w:t>Phẫu thuật giải ép thần kinh hoặc khoan thăm dò sọ</w:t>
      </w:r>
    </w:p>
    <w:p>
      <w:pPr>
        <w:jc w:val="both"/>
      </w:pPr>
      <w:r>
        <w:t>4.670.000</w:t>
      </w:r>
    </w:p>
    <w:p>
      <w:pPr>
        <w:jc w:val="both"/>
      </w:pPr>
      <w:r>
        <w:t>5.225.000</w:t>
      </w:r>
    </w:p>
    <w:p>
      <w:pPr>
        <w:jc w:val="both"/>
      </w:pPr>
      <w:r>
        <w:t>379</w:t>
      </w:r>
    </w:p>
    <w:p>
      <w:pPr>
        <w:jc w:val="both"/>
      </w:pPr>
      <w:r>
        <w:t>370</w:t>
      </w:r>
    </w:p>
    <w:p>
      <w:pPr>
        <w:jc w:val="both"/>
      </w:pPr>
      <w:r>
        <w:t>Phẫu thuật lấy máu tụ trong sọ hoặc ngoài màng cứng hoặc dưới màng cứng hoặc trong não</w:t>
      </w:r>
    </w:p>
    <w:p>
      <w:pPr>
        <w:jc w:val="both"/>
      </w:pPr>
      <w:r>
        <w:t>5.295.000</w:t>
      </w:r>
    </w:p>
    <w:p>
      <w:pPr>
        <w:jc w:val="both"/>
      </w:pPr>
      <w:r>
        <w:t>5.908.000</w:t>
      </w:r>
    </w:p>
    <w:p>
      <w:pPr>
        <w:jc w:val="both"/>
      </w:pPr>
      <w:r>
        <w:t>Chưa bao gồm nẹp, ghim, vít, ốc, miếng vá khuyết sọ.</w:t>
      </w:r>
    </w:p>
    <w:p>
      <w:pPr>
        <w:jc w:val="both"/>
      </w:pPr>
      <w:r>
        <w:t>380</w:t>
      </w:r>
    </w:p>
    <w:p>
      <w:pPr>
        <w:jc w:val="both"/>
      </w:pPr>
      <w:r>
        <w:t>371</w:t>
      </w:r>
    </w:p>
    <w:p>
      <w:pPr>
        <w:jc w:val="both"/>
      </w:pPr>
      <w:r>
        <w:t>Phẫu thuật u hố mắt</w:t>
      </w:r>
    </w:p>
    <w:p>
      <w:pPr>
        <w:jc w:val="both"/>
      </w:pPr>
      <w:r>
        <w:t>5.741.000</w:t>
      </w:r>
    </w:p>
    <w:p>
      <w:pPr>
        <w:jc w:val="both"/>
      </w:pPr>
      <w:r>
        <w:t>6.424.000</w:t>
      </w:r>
    </w:p>
    <w:p>
      <w:pPr>
        <w:jc w:val="both"/>
      </w:pPr>
      <w:r>
        <w:t>Chưa bao gồm nẹp, ghim, ốc, vít, miếng vá khuyết sọ.</w:t>
      </w:r>
    </w:p>
    <w:p>
      <w:pPr>
        <w:jc w:val="both"/>
      </w:pPr>
      <w:r>
        <w:t>381</w:t>
      </w:r>
    </w:p>
    <w:p>
      <w:pPr>
        <w:jc w:val="both"/>
      </w:pPr>
      <w:r>
        <w:t>372</w:t>
      </w:r>
    </w:p>
    <w:p>
      <w:pPr>
        <w:jc w:val="both"/>
      </w:pPr>
      <w:r>
        <w:t>Phẫu thuật áp xe não</w:t>
      </w:r>
    </w:p>
    <w:p>
      <w:pPr>
        <w:jc w:val="both"/>
      </w:pPr>
      <w:r>
        <w:t>7.144.000</w:t>
      </w:r>
    </w:p>
    <w:p>
      <w:pPr>
        <w:jc w:val="both"/>
      </w:pPr>
      <w:r>
        <w:t>7.961.000</w:t>
      </w:r>
    </w:p>
    <w:p>
      <w:pPr>
        <w:jc w:val="both"/>
      </w:pPr>
      <w:r>
        <w:t>Chưa bao gồm bộ dẫn lưu kín, miếng vá khuyết sọ, nẹp, vít, miếng vá nhân tạo, vật liệu tạo hình hộp sọ</w:t>
      </w:r>
    </w:p>
    <w:p>
      <w:pPr>
        <w:jc w:val="both"/>
      </w:pPr>
      <w:r>
        <w:t>382</w:t>
      </w:r>
    </w:p>
    <w:p>
      <w:pPr>
        <w:jc w:val="both"/>
      </w:pPr>
      <w:r>
        <w:t>373</w:t>
      </w:r>
    </w:p>
    <w:p>
      <w:pPr>
        <w:jc w:val="both"/>
      </w:pPr>
      <w:r>
        <w:t>03C2.1.39</w:t>
      </w:r>
    </w:p>
    <w:p>
      <w:pPr>
        <w:jc w:val="both"/>
      </w:pPr>
      <w:r>
        <w:t>Phẫu thuật dẫn lưu não thất - màng bụng</w:t>
      </w:r>
    </w:p>
    <w:p>
      <w:pPr>
        <w:jc w:val="both"/>
      </w:pPr>
      <w:r>
        <w:t>4.250.000</w:t>
      </w:r>
    </w:p>
    <w:p>
      <w:pPr>
        <w:jc w:val="both"/>
      </w:pPr>
      <w:r>
        <w:t>4.780.000</w:t>
      </w:r>
    </w:p>
    <w:p>
      <w:pPr>
        <w:jc w:val="both"/>
      </w:pPr>
      <w:r>
        <w:t>Chưa bao gồm van dẫn lưu nhân tạo.</w:t>
      </w:r>
    </w:p>
    <w:p>
      <w:pPr>
        <w:jc w:val="both"/>
      </w:pPr>
      <w:r>
        <w:t>383</w:t>
      </w:r>
    </w:p>
    <w:p>
      <w:pPr>
        <w:jc w:val="both"/>
      </w:pPr>
      <w:r>
        <w:t>374</w:t>
      </w:r>
    </w:p>
    <w:p>
      <w:pPr>
        <w:jc w:val="both"/>
      </w:pPr>
      <w:r>
        <w:t>03C2.1.45</w:t>
      </w:r>
    </w:p>
    <w:p>
      <w:pPr>
        <w:jc w:val="both"/>
      </w:pPr>
      <w:r>
        <w:t>Phẫu thuật nội soi não hoặc tủy sống</w:t>
      </w:r>
    </w:p>
    <w:p>
      <w:pPr>
        <w:jc w:val="both"/>
      </w:pPr>
      <w:r>
        <w:t>5.040.000</w:t>
      </w:r>
    </w:p>
    <w:p>
      <w:pPr>
        <w:jc w:val="both"/>
      </w:pPr>
      <w:r>
        <w:t>5.722.000</w:t>
      </w:r>
    </w:p>
    <w:p>
      <w:pPr>
        <w:jc w:val="both"/>
      </w:pPr>
      <w:r>
        <w:t>Chưa bao gồm miếng vá khuyết sọ, dao siêu âm (trong phẫu thuật u não), nẹp, vít, miếng vá nhân tạo, vật liệu tạo hình hộp sọ.</w:t>
      </w:r>
    </w:p>
    <w:p>
      <w:pPr>
        <w:jc w:val="both"/>
      </w:pPr>
      <w:r>
        <w:t>384</w:t>
      </w:r>
    </w:p>
    <w:p>
      <w:pPr>
        <w:jc w:val="both"/>
      </w:pPr>
      <w:r>
        <w:t>375</w:t>
      </w:r>
    </w:p>
    <w:p>
      <w:pPr>
        <w:jc w:val="both"/>
      </w:pPr>
      <w:r>
        <w:t>03C2.1.38</w:t>
      </w:r>
    </w:p>
    <w:p>
      <w:pPr>
        <w:jc w:val="both"/>
      </w:pPr>
      <w:r>
        <w:t>Phẫu thuật nội soi u tuyến yên</w:t>
      </w:r>
    </w:p>
    <w:p>
      <w:pPr>
        <w:jc w:val="both"/>
      </w:pPr>
      <w:r>
        <w:t>5.669.000</w:t>
      </w:r>
    </w:p>
    <w:p>
      <w:pPr>
        <w:jc w:val="both"/>
      </w:pPr>
      <w:r>
        <w:t>6.339.000</w:t>
      </w:r>
    </w:p>
    <w:p>
      <w:pPr>
        <w:jc w:val="both"/>
      </w:pPr>
      <w:r>
        <w:t>Chưa bao gồm miếng vá khuyết sọ, dao siêu âm, nẹp, vít, miếng vá nhân tạo, vật liệu tạo hình hộp sọ.</w:t>
      </w:r>
    </w:p>
    <w:p>
      <w:pPr>
        <w:jc w:val="both"/>
      </w:pPr>
      <w:r>
        <w:t>385</w:t>
      </w:r>
    </w:p>
    <w:p>
      <w:pPr>
        <w:jc w:val="both"/>
      </w:pPr>
      <w:r>
        <w:t>376</w:t>
      </w:r>
    </w:p>
    <w:p>
      <w:pPr>
        <w:jc w:val="both"/>
      </w:pPr>
      <w:r>
        <w:t>Phẫu thuật tạo hình màng não</w:t>
      </w:r>
    </w:p>
    <w:p>
      <w:pPr>
        <w:jc w:val="both"/>
      </w:pPr>
      <w:r>
        <w:t>5.970.000</w:t>
      </w:r>
    </w:p>
    <w:p>
      <w:pPr>
        <w:jc w:val="both"/>
      </w:pPr>
      <w:r>
        <w:t>6.648.000</w:t>
      </w:r>
    </w:p>
    <w:p>
      <w:pPr>
        <w:jc w:val="both"/>
      </w:pPr>
      <w:r>
        <w:t>Chưa bao gồm màng não nhân tạo, miếng vá khuyết sọ, bộ van dẫn lưu, nẹp, vít, miếng vá nhân tạo, vật liệu tạo hình hộp sọ.</w:t>
      </w:r>
    </w:p>
    <w:p>
      <w:pPr>
        <w:jc w:val="both"/>
      </w:pPr>
      <w:r>
        <w:t>386</w:t>
      </w:r>
    </w:p>
    <w:p>
      <w:pPr>
        <w:jc w:val="both"/>
      </w:pPr>
      <w:r>
        <w:t>377</w:t>
      </w:r>
    </w:p>
    <w:p>
      <w:pPr>
        <w:jc w:val="both"/>
      </w:pPr>
      <w:r>
        <w:t>Phẫu thuật thoát vị não, màng não</w:t>
      </w:r>
    </w:p>
    <w:p>
      <w:pPr>
        <w:jc w:val="both"/>
      </w:pPr>
      <w:r>
        <w:t>5.671.000</w:t>
      </w:r>
    </w:p>
    <w:p>
      <w:pPr>
        <w:jc w:val="both"/>
      </w:pPr>
      <w:r>
        <w:t>6.303.000</w:t>
      </w:r>
    </w:p>
    <w:p>
      <w:pPr>
        <w:jc w:val="both"/>
      </w:pPr>
      <w:r>
        <w:t>Chưa bao gồm màng não nhân tạo, miếng vá khuyết sọ, bộ van dẫn lưu, nẹp, vít, miếng vá nhân tạo, vật liệu tạo hình hộp sọ.</w:t>
      </w:r>
    </w:p>
    <w:p>
      <w:pPr>
        <w:jc w:val="both"/>
      </w:pPr>
      <w:r>
        <w:t>387</w:t>
      </w:r>
    </w:p>
    <w:p>
      <w:pPr>
        <w:jc w:val="both"/>
      </w:pPr>
      <w:r>
        <w:t>378</w:t>
      </w:r>
    </w:p>
    <w:p>
      <w:pPr>
        <w:jc w:val="both"/>
      </w:pPr>
      <w:r>
        <w:t>Phẫu thuật vi phẫu lấy u tủy</w:t>
      </w:r>
    </w:p>
    <w:p>
      <w:pPr>
        <w:jc w:val="both"/>
      </w:pPr>
      <w:r>
        <w:t>7.604.000</w:t>
      </w:r>
    </w:p>
    <w:p>
      <w:pPr>
        <w:jc w:val="both"/>
      </w:pPr>
      <w:r>
        <w:t>8.439.000</w:t>
      </w:r>
    </w:p>
    <w:p>
      <w:pPr>
        <w:jc w:val="both"/>
      </w:pPr>
      <w:r>
        <w:t>Chưa bao gồm mạch nhân tạo, kẹp mạch máu, ghim, ốc, vít, nẹp, kinh vi phẫu.</w:t>
      </w:r>
    </w:p>
    <w:p>
      <w:pPr>
        <w:jc w:val="both"/>
      </w:pPr>
      <w:r>
        <w:t>388</w:t>
      </w:r>
    </w:p>
    <w:p>
      <w:pPr>
        <w:jc w:val="both"/>
      </w:pPr>
      <w:r>
        <w:t>379</w:t>
      </w:r>
    </w:p>
    <w:p>
      <w:pPr>
        <w:jc w:val="both"/>
      </w:pPr>
      <w:r>
        <w:t>03C2.1.43</w:t>
      </w:r>
    </w:p>
    <w:p>
      <w:pPr>
        <w:jc w:val="both"/>
      </w:pPr>
      <w:r>
        <w:t>Phẫu thuật vi phẫu u não đường giữa</w:t>
      </w:r>
    </w:p>
    <w:p>
      <w:pPr>
        <w:jc w:val="both"/>
      </w:pPr>
      <w:r>
        <w:t>7.747.000</w:t>
      </w:r>
    </w:p>
    <w:p>
      <w:pPr>
        <w:jc w:val="both"/>
      </w:pPr>
      <w:r>
        <w:t>8.656.000</w:t>
      </w:r>
    </w:p>
    <w:p>
      <w:pPr>
        <w:jc w:val="both"/>
      </w:pPr>
      <w:r>
        <w:t>Chưa bao gồm miếng vá nhân tạo, ghim, ốc, vít, nẹp, thiết bị cấy ghép, keo sinh học, miếng vá nhân tạo, vật liệu tạo hình hộp sọ.</w:t>
      </w:r>
    </w:p>
    <w:p>
      <w:pPr>
        <w:jc w:val="both"/>
      </w:pPr>
      <w:r>
        <w:t>389</w:t>
      </w:r>
    </w:p>
    <w:p>
      <w:pPr>
        <w:jc w:val="both"/>
      </w:pPr>
      <w:r>
        <w:t>380</w:t>
      </w:r>
    </w:p>
    <w:p>
      <w:pPr>
        <w:jc w:val="both"/>
      </w:pPr>
      <w:r>
        <w:t>03C2.1.41</w:t>
      </w:r>
    </w:p>
    <w:p>
      <w:pPr>
        <w:jc w:val="both"/>
      </w:pPr>
      <w:r>
        <w:t>Phẫu thuật vi phẫu u não nền sọ</w:t>
      </w:r>
    </w:p>
    <w:p>
      <w:pPr>
        <w:jc w:val="both"/>
      </w:pPr>
      <w:r>
        <w:t>6.996.000</w:t>
      </w:r>
    </w:p>
    <w:p>
      <w:pPr>
        <w:jc w:val="both"/>
      </w:pPr>
      <w:r>
        <w:t>7.753.000</w:t>
      </w:r>
    </w:p>
    <w:p>
      <w:pPr>
        <w:jc w:val="both"/>
      </w:pPr>
      <w:r>
        <w:t>Chưa bao gồm đinh, nẹp, vít, vật liệu cầm máu sinh học, màng não nhân tạo, dao siêu âm, keo sinh học.</w:t>
      </w:r>
    </w:p>
    <w:p>
      <w:pPr>
        <w:jc w:val="both"/>
      </w:pPr>
      <w:r>
        <w:t>390</w:t>
      </w:r>
    </w:p>
    <w:p>
      <w:pPr>
        <w:jc w:val="both"/>
      </w:pPr>
      <w:r>
        <w:t>381</w:t>
      </w:r>
    </w:p>
    <w:p>
      <w:pPr>
        <w:jc w:val="both"/>
      </w:pPr>
      <w:r>
        <w:t>03C2.1.42</w:t>
      </w:r>
    </w:p>
    <w:p>
      <w:pPr>
        <w:jc w:val="both"/>
      </w:pPr>
      <w:r>
        <w:t>Phẫu thuật vi phẫu u não thất</w:t>
      </w:r>
    </w:p>
    <w:p>
      <w:pPr>
        <w:jc w:val="both"/>
      </w:pPr>
      <w:r>
        <w:t>6.996.000</w:t>
      </w:r>
    </w:p>
    <w:p>
      <w:pPr>
        <w:jc w:val="both"/>
      </w:pPr>
      <w:r>
        <w:t>7.753.000</w:t>
      </w:r>
    </w:p>
    <w:p>
      <w:pPr>
        <w:jc w:val="both"/>
      </w:pPr>
      <w:r>
        <w:t>Chưa bao gồm dụng cụ dẫn đường, ghim, ốc, vít, nẹp, dao siêu âm, bộ dẫn lưu não thất, miếng vá khuyết sọ, vật liệu cầm máu, keo sinh học, miếng vá nhân tạo, vật liệu tạo hình hộp sọ.</w:t>
      </w:r>
    </w:p>
    <w:p>
      <w:pPr>
        <w:jc w:val="both"/>
      </w:pPr>
      <w:r>
        <w:t>391</w:t>
      </w:r>
    </w:p>
    <w:p>
      <w:pPr>
        <w:jc w:val="both"/>
      </w:pPr>
      <w:r>
        <w:t>382</w:t>
      </w:r>
    </w:p>
    <w:p>
      <w:pPr>
        <w:jc w:val="both"/>
      </w:pPr>
      <w:r>
        <w:t>Phẫu thuật vi phẫu u não tuyến yên</w:t>
      </w:r>
    </w:p>
    <w:p>
      <w:pPr>
        <w:jc w:val="both"/>
      </w:pPr>
      <w:r>
        <w:t>7.504.000</w:t>
      </w:r>
    </w:p>
    <w:p>
      <w:pPr>
        <w:jc w:val="both"/>
      </w:pPr>
      <w:r>
        <w:t>8.324.000</w:t>
      </w:r>
    </w:p>
    <w:p>
      <w:pPr>
        <w:jc w:val="both"/>
      </w:pPr>
      <w:r>
        <w:t>Chưa bao gồm mạch nhân tạo, miếng vá khuyết sọ, kẹp mạch máu, ghim, ốc, vít, dao siêu âm.</w:t>
      </w:r>
    </w:p>
    <w:p>
      <w:pPr>
        <w:jc w:val="both"/>
      </w:pPr>
      <w:r>
        <w:t>392</w:t>
      </w:r>
    </w:p>
    <w:p>
      <w:pPr>
        <w:jc w:val="both"/>
      </w:pPr>
      <w:r>
        <w:t>383</w:t>
      </w:r>
    </w:p>
    <w:p>
      <w:pPr>
        <w:jc w:val="both"/>
      </w:pPr>
      <w:r>
        <w:t>Phẫu thuật điều trị viêm xương sọ hoặc hàm mặt</w:t>
      </w:r>
    </w:p>
    <w:p>
      <w:pPr>
        <w:jc w:val="both"/>
      </w:pPr>
      <w:r>
        <w:t>5.646.000</w:t>
      </w:r>
    </w:p>
    <w:p>
      <w:pPr>
        <w:jc w:val="both"/>
      </w:pPr>
      <w:r>
        <w:t>6.274.000</w:t>
      </w:r>
    </w:p>
    <w:p>
      <w:pPr>
        <w:jc w:val="both"/>
      </w:pPr>
      <w:r>
        <w:t>Chưa bao gồm nẹp, ghim, ốc, vít.</w:t>
      </w:r>
    </w:p>
    <w:p>
      <w:pPr>
        <w:jc w:val="both"/>
      </w:pPr>
      <w:r>
        <w:t>393</w:t>
      </w:r>
    </w:p>
    <w:p>
      <w:pPr>
        <w:jc w:val="both"/>
      </w:pPr>
      <w:r>
        <w:t>384</w:t>
      </w:r>
    </w:p>
    <w:p>
      <w:pPr>
        <w:jc w:val="both"/>
      </w:pPr>
      <w:r>
        <w:t>Phẫu thuật ghép khuyết sọ</w:t>
      </w:r>
    </w:p>
    <w:p>
      <w:pPr>
        <w:jc w:val="both"/>
      </w:pPr>
      <w:r>
        <w:t>4.746.000</w:t>
      </w:r>
    </w:p>
    <w:p>
      <w:pPr>
        <w:jc w:val="both"/>
      </w:pPr>
      <w:r>
        <w:t>5.298.000</w:t>
      </w:r>
    </w:p>
    <w:p>
      <w:pPr>
        <w:jc w:val="both"/>
      </w:pPr>
      <w:r>
        <w:t>Chưa bao gồm xương nhân tạo, vật liệu tạo hình hộp sọ, miếng vá khuyết sọ, miếng vá nhân tạo, vật liệu tạo hình hộp sọ, đinh, nẹp, vít, lưới tital, ghim, ốc, màng não nhân tạo, vật liệu cầm máu sinh học.</w:t>
      </w:r>
    </w:p>
    <w:p>
      <w:pPr>
        <w:jc w:val="both"/>
      </w:pPr>
      <w:r>
        <w:t>394</w:t>
      </w:r>
    </w:p>
    <w:p>
      <w:pPr>
        <w:jc w:val="both"/>
      </w:pPr>
      <w:r>
        <w:t>385</w:t>
      </w:r>
    </w:p>
    <w:p>
      <w:pPr>
        <w:jc w:val="both"/>
      </w:pPr>
      <w:r>
        <w:t>Phẫu thuật u xương so</w:t>
      </w:r>
    </w:p>
    <w:p>
      <w:pPr>
        <w:jc w:val="both"/>
      </w:pPr>
      <w:r>
        <w:t>5.232.000</w:t>
      </w:r>
    </w:p>
    <w:p>
      <w:pPr>
        <w:jc w:val="both"/>
      </w:pPr>
      <w:r>
        <w:t>5.837.000</w:t>
      </w:r>
    </w:p>
    <w:p>
      <w:pPr>
        <w:jc w:val="both"/>
      </w:pPr>
      <w:r>
        <w:t>Chưa bao gồm đinh, ghim, nẹp, vít, ốc, vật liệu tạo hình hộp sọ, màng não nhân tạo, miếng vá khuyết sọ, miếng vá nhân tạo, vật liệu tạo hình hộp sọ.</w:t>
      </w:r>
    </w:p>
    <w:p>
      <w:pPr>
        <w:jc w:val="both"/>
      </w:pPr>
      <w:r>
        <w:t>395</w:t>
      </w:r>
    </w:p>
    <w:p>
      <w:pPr>
        <w:jc w:val="both"/>
      </w:pPr>
      <w:r>
        <w:t>386</w:t>
      </w:r>
    </w:p>
    <w:p>
      <w:pPr>
        <w:jc w:val="both"/>
      </w:pPr>
      <w:r>
        <w:t>Phâu thuật vết thương sọ não hở</w:t>
      </w:r>
    </w:p>
    <w:p>
      <w:pPr>
        <w:jc w:val="both"/>
      </w:pPr>
      <w:r>
        <w:t>5.596.000</w:t>
      </w:r>
    </w:p>
    <w:p>
      <w:pPr>
        <w:jc w:val="both"/>
      </w:pPr>
      <w:r>
        <w:t>6.256.000</w:t>
      </w:r>
    </w:p>
    <w:p>
      <w:pPr>
        <w:jc w:val="both"/>
      </w:pPr>
      <w:r>
        <w:t>Chưa bao gồm đinh, ghim, nẹp, vít, ốc, màng não nhân tạo, vật liệu tạo hình hộp sọ, miếng vá khuyết sọ, miếng vá nhân tạo, vật liệu tạo hình hộp sọ.</w:t>
      </w:r>
    </w:p>
    <w:p>
      <w:pPr>
        <w:jc w:val="both"/>
      </w:pPr>
      <w:r>
        <w:t>396</w:t>
      </w:r>
    </w:p>
    <w:p>
      <w:pPr>
        <w:jc w:val="both"/>
      </w:pPr>
      <w:r>
        <w:t>387</w:t>
      </w:r>
    </w:p>
    <w:p>
      <w:pPr>
        <w:jc w:val="both"/>
      </w:pPr>
      <w:r>
        <w:t>03C2.1.44</w:t>
      </w:r>
    </w:p>
    <w:p>
      <w:pPr>
        <w:jc w:val="both"/>
      </w:pPr>
      <w:r>
        <w:t>Phẫu thuật vi phẫu dị dạng mạch não</w:t>
      </w:r>
    </w:p>
    <w:p>
      <w:pPr>
        <w:jc w:val="both"/>
      </w:pPr>
      <w:r>
        <w:t>6.998.000</w:t>
      </w:r>
    </w:p>
    <w:p>
      <w:pPr>
        <w:jc w:val="both"/>
      </w:pPr>
      <w:r>
        <w:t>7.831.000</w:t>
      </w:r>
    </w:p>
    <w:p>
      <w:pPr>
        <w:jc w:val="both"/>
      </w:pPr>
      <w:r>
        <w:t>Chưa bao gồm kẹp mạch máu, miếng vá khuyết sọ, van dẫn lưu, ghim, ốc, vít, nẹp.</w:t>
      </w:r>
    </w:p>
    <w:p>
      <w:pPr>
        <w:jc w:val="both"/>
      </w:pPr>
      <w:r>
        <w:t>397</w:t>
      </w:r>
    </w:p>
    <w:p>
      <w:pPr>
        <w:jc w:val="both"/>
      </w:pPr>
      <w:r>
        <w:t>388</w:t>
      </w:r>
    </w:p>
    <w:p>
      <w:pPr>
        <w:jc w:val="both"/>
      </w:pPr>
      <w:r>
        <w:t>Phẫu thuật vi phẫu nối mạch máu trong và ngoài hộp sọ</w:t>
      </w:r>
    </w:p>
    <w:p>
      <w:pPr>
        <w:jc w:val="both"/>
      </w:pPr>
      <w:r>
        <w:t>7.480.000</w:t>
      </w:r>
    </w:p>
    <w:p>
      <w:pPr>
        <w:jc w:val="both"/>
      </w:pPr>
      <w:r>
        <w:t>8.296.000</w:t>
      </w:r>
    </w:p>
    <w:p>
      <w:pPr>
        <w:jc w:val="both"/>
      </w:pPr>
      <w:r>
        <w:t>Chưa bao gồm mạch nhân tạo, kẹp mạch máu, ghim, ốc, vít.</w:t>
      </w:r>
    </w:p>
    <w:p>
      <w:pPr>
        <w:jc w:val="both"/>
      </w:pPr>
      <w:r>
        <w:t>398</w:t>
      </w:r>
    </w:p>
    <w:p>
      <w:pPr>
        <w:jc w:val="both"/>
      </w:pPr>
      <w:r>
        <w:t>389</w:t>
      </w:r>
    </w:p>
    <w:p>
      <w:pPr>
        <w:jc w:val="both"/>
      </w:pPr>
      <w:r>
        <w:t>03C2.1.40</w:t>
      </w:r>
    </w:p>
    <w:p>
      <w:pPr>
        <w:jc w:val="both"/>
      </w:pPr>
      <w:r>
        <w:t>Phẫu thuật thần kinh có dẫn đường</w:t>
      </w:r>
    </w:p>
    <w:p>
      <w:pPr>
        <w:jc w:val="both"/>
      </w:pPr>
      <w:r>
        <w:t>6.747.000</w:t>
      </w:r>
    </w:p>
    <w:p>
      <w:pPr>
        <w:jc w:val="both"/>
      </w:pPr>
      <w:r>
        <w:t>7.504.000</w:t>
      </w:r>
    </w:p>
    <w:p>
      <w:pPr>
        <w:jc w:val="both"/>
      </w:pPr>
      <w:r>
        <w:t>399</w:t>
      </w:r>
    </w:p>
    <w:p>
      <w:pPr>
        <w:jc w:val="both"/>
      </w:pPr>
      <w:r>
        <w:t>390</w:t>
      </w:r>
    </w:p>
    <w:p>
      <w:pPr>
        <w:jc w:val="both"/>
      </w:pPr>
      <w:r>
        <w:t>03C2.1.46</w:t>
      </w:r>
    </w:p>
    <w:p>
      <w:pPr>
        <w:jc w:val="both"/>
      </w:pPr>
      <w:r>
        <w:t>Quang động học (PTD) trong điều trị u não ác tính</w:t>
      </w:r>
    </w:p>
    <w:p>
      <w:pPr>
        <w:jc w:val="both"/>
      </w:pPr>
      <w:r>
        <w:t>6.921.000</w:t>
      </w:r>
    </w:p>
    <w:p>
      <w:pPr>
        <w:jc w:val="both"/>
      </w:pPr>
      <w:r>
        <w:t>7.905.000</w:t>
      </w:r>
    </w:p>
    <w:p>
      <w:pPr>
        <w:jc w:val="both"/>
      </w:pPr>
      <w:r>
        <w:t>Chưa bao gồm dụng cụ dẫn đường.</w:t>
      </w:r>
    </w:p>
    <w:p>
      <w:pPr>
        <w:jc w:val="both"/>
      </w:pPr>
      <w:r>
        <w:t>Ngoại Lồng ngực - mạch máu</w:t>
      </w:r>
    </w:p>
    <w:p>
      <w:pPr>
        <w:jc w:val="both"/>
      </w:pPr>
      <w:r>
        <w:t>400</w:t>
      </w:r>
    </w:p>
    <w:p>
      <w:pPr>
        <w:jc w:val="both"/>
      </w:pPr>
      <w:r>
        <w:t>391</w:t>
      </w:r>
    </w:p>
    <w:p>
      <w:pPr>
        <w:jc w:val="both"/>
      </w:pPr>
      <w:r>
        <w:t>03C2.1.31</w:t>
      </w:r>
    </w:p>
    <w:p>
      <w:pPr>
        <w:jc w:val="both"/>
      </w:pPr>
      <w:r>
        <w:t>Cấy hoặc đặt máy tạo nhịp hoặc cấy máy tạo nhịp phá rung</w:t>
      </w:r>
    </w:p>
    <w:p>
      <w:pPr>
        <w:jc w:val="both"/>
      </w:pPr>
      <w:r>
        <w:t>1.718.000</w:t>
      </w:r>
    </w:p>
    <w:p>
      <w:pPr>
        <w:jc w:val="both"/>
      </w:pPr>
      <w:r>
        <w:t>1.896.000</w:t>
      </w:r>
    </w:p>
    <w:p>
      <w:pPr>
        <w:jc w:val="both"/>
      </w:pPr>
      <w:r>
        <w:t>Chưa bao gồm máy tạo nhịp, máy phá rung.</w:t>
      </w:r>
    </w:p>
    <w:p>
      <w:pPr>
        <w:jc w:val="both"/>
      </w:pPr>
      <w:r>
        <w:t>401</w:t>
      </w:r>
    </w:p>
    <w:p>
      <w:pPr>
        <w:jc w:val="both"/>
      </w:pPr>
      <w:r>
        <w:t>392</w:t>
      </w:r>
    </w:p>
    <w:p>
      <w:pPr>
        <w:jc w:val="both"/>
      </w:pPr>
      <w:r>
        <w:t>03C2.1.24</w:t>
      </w:r>
    </w:p>
    <w:p>
      <w:pPr>
        <w:jc w:val="both"/>
      </w:pPr>
      <w:r>
        <w:t>Phẫu thuật bắc cầu mạch vành</w:t>
      </w:r>
    </w:p>
    <w:p>
      <w:pPr>
        <w:jc w:val="both"/>
      </w:pPr>
      <w:r>
        <w:t>18.693.000</w:t>
      </w:r>
    </w:p>
    <w:p>
      <w:pPr>
        <w:jc w:val="both"/>
      </w:pPr>
      <w:r>
        <w:t>21.039.000</w:t>
      </w:r>
    </w:p>
    <w:p>
      <w:pPr>
        <w:jc w:val="both"/>
      </w:pPr>
      <w:r>
        <w:t>Chưa bao gồm bộ tim phổi nhân tạo và dây chạy máy, vòng van, van tim nhân tạo, miếng vá siêu mỏng, mạch máu nhân tạo, động mạch chủ nhân tạo, keo sinh học, quả lọc tách huyết tương và bộ dây dẫn, dung dịch bảo vệ tạng, dây truyền dung dịch bảo vệ tạng, dụng cụ cố định mạch vành, Shunt trong lòng động mạch</w:t>
      </w:r>
    </w:p>
    <w:p>
      <w:pPr>
        <w:jc w:val="both"/>
      </w:pPr>
      <w:r>
        <w:t>402</w:t>
      </w:r>
    </w:p>
    <w:p>
      <w:pPr>
        <w:jc w:val="both"/>
      </w:pPr>
      <w:r>
        <w:t>393</w:t>
      </w:r>
    </w:p>
    <w:p>
      <w:pPr>
        <w:jc w:val="both"/>
      </w:pPr>
      <w:r>
        <w:t>03C2.1.25</w:t>
      </w:r>
    </w:p>
    <w:p>
      <w:pPr>
        <w:jc w:val="both"/>
      </w:pPr>
      <w:r>
        <w:t>Phẫu thuật các mạch máu lớn (động mạch chủ ngực hoặc bụng hoặc cảnh hoặc thận)</w:t>
      </w:r>
    </w:p>
    <w:p>
      <w:pPr>
        <w:jc w:val="both"/>
      </w:pPr>
      <w:r>
        <w:t>15.196.000</w:t>
      </w:r>
    </w:p>
    <w:p>
      <w:pPr>
        <w:jc w:val="both"/>
      </w:pPr>
      <w:r>
        <w:t>17.011.000</w:t>
      </w:r>
    </w:p>
    <w:p>
      <w:pPr>
        <w:jc w:val="both"/>
      </w:pPr>
      <w:r>
        <w:t>Chưa bao gồm bộ tim phổi nhân tạo và dây chạy máy, động mạch chủ nhân tạo, mạch máu nhân tạo, keo sinh học, stent, quả lọc tách huyết tương và bộ dây dẫn, dung dịch bảo vệ tạng, dây truyền dung dịch bảo vệ tạng.</w:t>
      </w:r>
    </w:p>
    <w:p>
      <w:pPr>
        <w:jc w:val="both"/>
      </w:pPr>
      <w:r>
        <w:t>403</w:t>
      </w:r>
    </w:p>
    <w:p>
      <w:pPr>
        <w:jc w:val="both"/>
      </w:pPr>
      <w:r>
        <w:t>394</w:t>
      </w:r>
    </w:p>
    <w:p>
      <w:pPr>
        <w:jc w:val="both"/>
      </w:pPr>
      <w:r>
        <w:t>03C2.1.18</w:t>
      </w:r>
    </w:p>
    <w:p>
      <w:pPr>
        <w:jc w:val="both"/>
      </w:pPr>
      <w:r>
        <w:t>Phẫu thuật cắt màng tim rộng</w:t>
      </w:r>
    </w:p>
    <w:p>
      <w:pPr>
        <w:jc w:val="both"/>
      </w:pPr>
      <w:r>
        <w:t>14.737.000</w:t>
      </w:r>
    </w:p>
    <w:p>
      <w:pPr>
        <w:jc w:val="both"/>
      </w:pPr>
      <w:r>
        <w:t>16.629.000</w:t>
      </w:r>
    </w:p>
    <w:p>
      <w:pPr>
        <w:jc w:val="both"/>
      </w:pPr>
      <w:r>
        <w:t>404</w:t>
      </w:r>
    </w:p>
    <w:p>
      <w:pPr>
        <w:jc w:val="both"/>
      </w:pPr>
      <w:r>
        <w:t>395</w:t>
      </w:r>
    </w:p>
    <w:p>
      <w:pPr>
        <w:jc w:val="both"/>
      </w:pPr>
      <w:r>
        <w:t>03C2.1.15</w:t>
      </w:r>
    </w:p>
    <w:p>
      <w:pPr>
        <w:jc w:val="both"/>
      </w:pPr>
      <w:r>
        <w:t>Phẫu thuật cắt ống động mạch</w:t>
      </w:r>
    </w:p>
    <w:p>
      <w:pPr>
        <w:jc w:val="both"/>
      </w:pPr>
      <w:r>
        <w:t>13.068.000</w:t>
      </w:r>
    </w:p>
    <w:p>
      <w:pPr>
        <w:jc w:val="both"/>
      </w:pPr>
      <w:r>
        <w:t>14.828.000</w:t>
      </w:r>
    </w:p>
    <w:p>
      <w:pPr>
        <w:jc w:val="both"/>
      </w:pPr>
      <w:r>
        <w:t>Chưa bao gồm mạch máu nhân tạo, động mạch chủ nhân tạo, keo sinh học.</w:t>
      </w:r>
    </w:p>
    <w:p>
      <w:pPr>
        <w:jc w:val="both"/>
      </w:pPr>
      <w:r>
        <w:t>405</w:t>
      </w:r>
    </w:p>
    <w:p>
      <w:pPr>
        <w:jc w:val="both"/>
      </w:pPr>
      <w:r>
        <w:t>396</w:t>
      </w:r>
    </w:p>
    <w:p>
      <w:pPr>
        <w:jc w:val="both"/>
      </w:pPr>
      <w:r>
        <w:t>03C2.1.17</w:t>
      </w:r>
    </w:p>
    <w:p>
      <w:pPr>
        <w:jc w:val="both"/>
      </w:pPr>
      <w:r>
        <w:t>Phẫu thuật nong van động mạch chủ</w:t>
      </w:r>
    </w:p>
    <w:p>
      <w:pPr>
        <w:jc w:val="both"/>
      </w:pPr>
      <w:r>
        <w:t>8.237.000</w:t>
      </w:r>
    </w:p>
    <w:p>
      <w:pPr>
        <w:jc w:val="both"/>
      </w:pPr>
      <w:r>
        <w:t>9.145.000</w:t>
      </w:r>
    </w:p>
    <w:p>
      <w:pPr>
        <w:jc w:val="both"/>
      </w:pPr>
      <w:r>
        <w:t>406</w:t>
      </w:r>
    </w:p>
    <w:p>
      <w:pPr>
        <w:jc w:val="both"/>
      </w:pPr>
      <w:r>
        <w:t>397</w:t>
      </w:r>
    </w:p>
    <w:p>
      <w:pPr>
        <w:jc w:val="both"/>
      </w:pPr>
      <w:r>
        <w:t>03C2.1.16</w:t>
      </w:r>
    </w:p>
    <w:p>
      <w:pPr>
        <w:jc w:val="both"/>
      </w:pPr>
      <w:r>
        <w:t>Phẫu thuật tạo hình eo động mạch</w:t>
      </w:r>
    </w:p>
    <w:p>
      <w:pPr>
        <w:jc w:val="both"/>
      </w:pPr>
      <w:r>
        <w:t>14.737.000</w:t>
      </w:r>
    </w:p>
    <w:p>
      <w:pPr>
        <w:jc w:val="both"/>
      </w:pPr>
      <w:r>
        <w:t>16.629.000</w:t>
      </w:r>
    </w:p>
    <w:p>
      <w:pPr>
        <w:jc w:val="both"/>
      </w:pPr>
      <w:r>
        <w:t>Chưa bao gồm mạch máu nhân tạo, động mạch chủ nhân tạo, keo sinh học.</w:t>
      </w:r>
    </w:p>
    <w:p>
      <w:pPr>
        <w:jc w:val="both"/>
      </w:pPr>
      <w:r>
        <w:t>407</w:t>
      </w:r>
    </w:p>
    <w:p>
      <w:pPr>
        <w:jc w:val="both"/>
      </w:pPr>
      <w:r>
        <w:t>398</w:t>
      </w:r>
    </w:p>
    <w:p>
      <w:pPr>
        <w:jc w:val="both"/>
      </w:pPr>
      <w:r>
        <w:t>Phẫu thuật đặt Catheter ổ bụng để lọc màng bụng</w:t>
      </w:r>
    </w:p>
    <w:p>
      <w:pPr>
        <w:jc w:val="both"/>
      </w:pPr>
      <w:r>
        <w:t>7.476.000</w:t>
      </w:r>
    </w:p>
    <w:p>
      <w:pPr>
        <w:jc w:val="both"/>
      </w:pPr>
      <w:r>
        <w:t>8.430.000</w:t>
      </w:r>
    </w:p>
    <w:p>
      <w:pPr>
        <w:jc w:val="both"/>
      </w:pPr>
      <w:r>
        <w:t>408</w:t>
      </w:r>
    </w:p>
    <w:p>
      <w:pPr>
        <w:jc w:val="both"/>
      </w:pPr>
      <w:r>
        <w:t>399</w:t>
      </w:r>
    </w:p>
    <w:p>
      <w:pPr>
        <w:jc w:val="both"/>
      </w:pPr>
      <w:r>
        <w:t>Phẫu thuật tạo thông động tĩnh mạch AVF</w:t>
      </w:r>
    </w:p>
    <w:p>
      <w:pPr>
        <w:jc w:val="both"/>
      </w:pPr>
      <w:r>
        <w:t>3.828.000</w:t>
      </w:r>
    </w:p>
    <w:p>
      <w:pPr>
        <w:jc w:val="both"/>
      </w:pPr>
      <w:r>
        <w:t>4.323.000</w:t>
      </w:r>
    </w:p>
    <w:p>
      <w:pPr>
        <w:jc w:val="both"/>
      </w:pPr>
      <w:r>
        <w:t>Chưa bao gồm mạch máu nhân tạo, động mạch chủ nhân tạo.</w:t>
      </w:r>
    </w:p>
    <w:p>
      <w:pPr>
        <w:jc w:val="both"/>
      </w:pPr>
      <w:r>
        <w:t>409</w:t>
      </w:r>
    </w:p>
    <w:p>
      <w:pPr>
        <w:jc w:val="both"/>
      </w:pPr>
      <w:r>
        <w:t>400</w:t>
      </w:r>
    </w:p>
    <w:p>
      <w:pPr>
        <w:jc w:val="both"/>
      </w:pPr>
      <w:r>
        <w:t>Phẫu thuật thăm dò ngoài màng tim hoặc thăm dò lồng ngực</w:t>
      </w:r>
    </w:p>
    <w:p>
      <w:pPr>
        <w:jc w:val="both"/>
      </w:pPr>
      <w:r>
        <w:t>3.398.000</w:t>
      </w:r>
    </w:p>
    <w:p>
      <w:pPr>
        <w:jc w:val="both"/>
      </w:pPr>
      <w:r>
        <w:t>3.813.000</w:t>
      </w:r>
    </w:p>
    <w:p>
      <w:pPr>
        <w:jc w:val="both"/>
      </w:pPr>
      <w:r>
        <w:t>410</w:t>
      </w:r>
    </w:p>
    <w:p>
      <w:pPr>
        <w:jc w:val="both"/>
      </w:pPr>
      <w:r>
        <w:t>401</w:t>
      </w:r>
    </w:p>
    <w:p>
      <w:pPr>
        <w:jc w:val="both"/>
      </w:pPr>
      <w:r>
        <w:t>03C2 1.19</w:t>
      </w:r>
    </w:p>
    <w:p>
      <w:pPr>
        <w:jc w:val="both"/>
      </w:pPr>
      <w:r>
        <w:t>Phẫu thuật thay đoạn mạch nhân tạo</w:t>
      </w:r>
    </w:p>
    <w:p>
      <w:pPr>
        <w:jc w:val="both"/>
      </w:pPr>
      <w:r>
        <w:t>12.996.000</w:t>
      </w:r>
    </w:p>
    <w:p>
      <w:pPr>
        <w:jc w:val="both"/>
      </w:pPr>
      <w:r>
        <w:t>14.661.000</w:t>
      </w:r>
    </w:p>
    <w:p>
      <w:pPr>
        <w:jc w:val="both"/>
      </w:pPr>
      <w:r>
        <w:t>Chưa bao gồm mạch máu nhân tạo, động mạch chủ nhân tạo, keo sinh học.</w:t>
      </w:r>
    </w:p>
    <w:p>
      <w:pPr>
        <w:jc w:val="both"/>
      </w:pPr>
      <w:r>
        <w:t>411</w:t>
      </w:r>
    </w:p>
    <w:p>
      <w:pPr>
        <w:jc w:val="both"/>
      </w:pPr>
      <w:r>
        <w:t>402</w:t>
      </w:r>
    </w:p>
    <w:p>
      <w:pPr>
        <w:jc w:val="both"/>
      </w:pPr>
      <w:r>
        <w:t>03C2.1.21</w:t>
      </w:r>
    </w:p>
    <w:p>
      <w:pPr>
        <w:jc w:val="both"/>
      </w:pPr>
      <w:r>
        <w:t>Phẫu thuật thay động mạch chủ</w:t>
      </w:r>
    </w:p>
    <w:p>
      <w:pPr>
        <w:jc w:val="both"/>
      </w:pPr>
      <w:r>
        <w:t>19.055.000</w:t>
      </w:r>
    </w:p>
    <w:p>
      <w:pPr>
        <w:jc w:val="both"/>
      </w:pPr>
      <w:r>
        <w:t>21.552.000</w:t>
      </w:r>
    </w:p>
    <w:p>
      <w:pPr>
        <w:jc w:val="both"/>
      </w:pPr>
      <w:r>
        <w:t>Chưa bao gồm bộ tim phổi nhân tạo và dây chạy máy, động mạch chủ nhân tạo, van động mạch chủ nhân tạo, mạch máu nhân tạo, ống van động mạch, keo sinh học, stend, quả lọc tách huyết tương và bộ dây dẫn, dung dịch bảo vệ tạng, bộ dây truyền dung dịch liệt tim.</w:t>
      </w:r>
    </w:p>
    <w:p>
      <w:pPr>
        <w:jc w:val="both"/>
      </w:pPr>
      <w:r>
        <w:t>412</w:t>
      </w:r>
    </w:p>
    <w:p>
      <w:pPr>
        <w:jc w:val="both"/>
      </w:pPr>
      <w:r>
        <w:t>403</w:t>
      </w:r>
    </w:p>
    <w:p>
      <w:pPr>
        <w:jc w:val="both"/>
      </w:pPr>
      <w:r>
        <w:t>03C2.1.20</w:t>
      </w:r>
    </w:p>
    <w:p>
      <w:pPr>
        <w:jc w:val="both"/>
      </w:pPr>
      <w:r>
        <w:t>Phẫu thuật tim các loại (tim bẩm sinh hoặc sửa van tim hoặc thay van tim...)</w:t>
      </w:r>
    </w:p>
    <w:p>
      <w:pPr>
        <w:jc w:val="both"/>
      </w:pPr>
      <w:r>
        <w:t>17.693.000</w:t>
      </w:r>
    </w:p>
    <w:p>
      <w:pPr>
        <w:jc w:val="both"/>
      </w:pPr>
      <w:r>
        <w:t>19.888.000</w:t>
      </w:r>
    </w:p>
    <w:p>
      <w:pPr>
        <w:jc w:val="both"/>
      </w:pPr>
      <w:r>
        <w:t>Chưa bao gồm bộ tim phổi nhân tạo và dây chạy máy, vòng van và van tim nhân tạo, mạch máu nhân tạo, động mạch chủ nhân, tạo, ống van động mạch, keo sinh học, quả lọc tách huyết tương và bộ dây dẫn, miếng vá siêu mỏng, dung dịch bảo vệ tạng, dây truyền dung dịch bảo vệ tạng.</w:t>
      </w:r>
    </w:p>
    <w:p>
      <w:pPr>
        <w:jc w:val="both"/>
      </w:pPr>
      <w:r>
        <w:t>413</w:t>
      </w:r>
    </w:p>
    <w:p>
      <w:pPr>
        <w:jc w:val="both"/>
      </w:pPr>
      <w:r>
        <w:t>404</w:t>
      </w:r>
    </w:p>
    <w:p>
      <w:pPr>
        <w:jc w:val="both"/>
      </w:pPr>
      <w:r>
        <w:t>Phẫu thuật tim kín khác</w:t>
      </w:r>
    </w:p>
    <w:p>
      <w:pPr>
        <w:jc w:val="both"/>
      </w:pPr>
      <w:r>
        <w:t>14.180.000</w:t>
      </w:r>
    </w:p>
    <w:p>
      <w:pPr>
        <w:jc w:val="both"/>
      </w:pPr>
      <w:r>
        <w:t>16.023.000</w:t>
      </w:r>
    </w:p>
    <w:p>
      <w:pPr>
        <w:jc w:val="both"/>
      </w:pPr>
      <w:r>
        <w:t>Chưa bao gồm động mạch chủ nhân tạo, van động mạch chủ nhân tạo, mạch máu nhân tạo, keo sinh học</w:t>
      </w:r>
    </w:p>
    <w:p>
      <w:pPr>
        <w:jc w:val="both"/>
      </w:pPr>
      <w:r>
        <w:t>414</w:t>
      </w:r>
    </w:p>
    <w:p>
      <w:pPr>
        <w:jc w:val="both"/>
      </w:pPr>
      <w:r>
        <w:t>405</w:t>
      </w:r>
    </w:p>
    <w:p>
      <w:pPr>
        <w:jc w:val="both"/>
      </w:pPr>
      <w:r>
        <w:t>03C2.1.14</w:t>
      </w:r>
    </w:p>
    <w:p>
      <w:pPr>
        <w:jc w:val="both"/>
      </w:pPr>
      <w:r>
        <w:t>Phẫu thuật tim loại Blalock</w:t>
      </w:r>
    </w:p>
    <w:p>
      <w:pPr>
        <w:jc w:val="both"/>
      </w:pPr>
      <w:r>
        <w:t>14.737.000</w:t>
      </w:r>
    </w:p>
    <w:p>
      <w:pPr>
        <w:jc w:val="both"/>
      </w:pPr>
      <w:r>
        <w:t>16.629.000</w:t>
      </w:r>
    </w:p>
    <w:p>
      <w:pPr>
        <w:jc w:val="both"/>
      </w:pPr>
      <w:r>
        <w:t>Chưa bao gồm mạch máu nhân tạo hoặc động mạch chủ nhân tạo.</w:t>
      </w:r>
    </w:p>
    <w:p>
      <w:pPr>
        <w:jc w:val="both"/>
      </w:pPr>
      <w:r>
        <w:t>415</w:t>
      </w:r>
    </w:p>
    <w:p>
      <w:pPr>
        <w:jc w:val="both"/>
      </w:pPr>
      <w:r>
        <w:t>406</w:t>
      </w:r>
    </w:p>
    <w:p>
      <w:pPr>
        <w:jc w:val="both"/>
      </w:pPr>
      <w:r>
        <w:t>03C2.1.26</w:t>
      </w:r>
    </w:p>
    <w:p>
      <w:pPr>
        <w:jc w:val="both"/>
      </w:pPr>
      <w:r>
        <w:t>Phẫu thuật tim, mạch khác có sử dụng tuần hoàn ngoài cơ thể</w:t>
      </w:r>
    </w:p>
    <w:p>
      <w:pPr>
        <w:jc w:val="both"/>
      </w:pPr>
      <w:r>
        <w:t>16.851.000</w:t>
      </w:r>
    </w:p>
    <w:p>
      <w:pPr>
        <w:jc w:val="both"/>
      </w:pPr>
      <w:r>
        <w:t>19.046.000</w:t>
      </w:r>
    </w:p>
    <w:p>
      <w:pPr>
        <w:jc w:val="both"/>
      </w:pPr>
      <w:r>
        <w:t>Chưa bao gồm bộ tim phổi nhân tạo và dây chạy máy, mạch máu nhân tạo, động mạch chủ nhân tạo, keo sinh học, quả lọc tách huyết tương và bộ dây dẫn, dung dịch bảo vệ tạng, bộ dây truyền dung dịch liệt tim, đầu đốt.</w:t>
      </w:r>
    </w:p>
    <w:p>
      <w:pPr>
        <w:jc w:val="both"/>
      </w:pPr>
      <w:r>
        <w:t>416</w:t>
      </w:r>
    </w:p>
    <w:p>
      <w:pPr>
        <w:jc w:val="both"/>
      </w:pPr>
      <w:r>
        <w:t>407</w:t>
      </w:r>
    </w:p>
    <w:p>
      <w:pPr>
        <w:jc w:val="both"/>
      </w:pPr>
      <w:r>
        <w:t>Phẫu thuật u máu các vị trí</w:t>
      </w:r>
    </w:p>
    <w:p>
      <w:pPr>
        <w:jc w:val="both"/>
      </w:pPr>
      <w:r>
        <w:t>3.123.000</w:t>
      </w:r>
    </w:p>
    <w:p>
      <w:pPr>
        <w:jc w:val="both"/>
      </w:pPr>
      <w:r>
        <w:t>3.500.000</w:t>
      </w:r>
    </w:p>
    <w:p>
      <w:pPr>
        <w:jc w:val="both"/>
      </w:pPr>
      <w:r>
        <w:t>417</w:t>
      </w:r>
    </w:p>
    <w:p>
      <w:pPr>
        <w:jc w:val="both"/>
      </w:pPr>
      <w:r>
        <w:t>408</w:t>
      </w:r>
    </w:p>
    <w:p>
      <w:pPr>
        <w:jc w:val="both"/>
      </w:pPr>
      <w:r>
        <w:t>Phẫu thuật cắt phổi</w:t>
      </w:r>
    </w:p>
    <w:p>
      <w:pPr>
        <w:jc w:val="both"/>
      </w:pPr>
      <w:r>
        <w:t>8.985.000</w:t>
      </w:r>
    </w:p>
    <w:p>
      <w:pPr>
        <w:jc w:val="both"/>
      </w:pPr>
      <w:r>
        <w:t>10.042.000</w:t>
      </w:r>
    </w:p>
    <w:p>
      <w:pPr>
        <w:jc w:val="both"/>
      </w:pPr>
      <w:r>
        <w:t>Chưa bao gồm máy cắt nối tự động, ghim khâu máy hoặc stapler; dao siêu âm hoặc dao hàn mô hoặc dao hàn mạch.</w:t>
      </w:r>
    </w:p>
    <w:p>
      <w:pPr>
        <w:jc w:val="both"/>
      </w:pPr>
      <w:r>
        <w:t>418</w:t>
      </w:r>
    </w:p>
    <w:p>
      <w:pPr>
        <w:jc w:val="both"/>
      </w:pPr>
      <w:r>
        <w:t>409</w:t>
      </w:r>
    </w:p>
    <w:p>
      <w:pPr>
        <w:jc w:val="both"/>
      </w:pPr>
      <w:r>
        <w:t>Phẫu thuật cắt u trung thất</w:t>
      </w:r>
    </w:p>
    <w:p>
      <w:pPr>
        <w:jc w:val="both"/>
      </w:pPr>
      <w:r>
        <w:t>10.670.000</w:t>
      </w:r>
    </w:p>
    <w:p>
      <w:pPr>
        <w:jc w:val="both"/>
      </w:pPr>
      <w:r>
        <w:t>11.969.000</w:t>
      </w:r>
    </w:p>
    <w:p>
      <w:pPr>
        <w:jc w:val="both"/>
      </w:pPr>
      <w:r>
        <w:t>419</w:t>
      </w:r>
    </w:p>
    <w:p>
      <w:pPr>
        <w:jc w:val="both"/>
      </w:pPr>
      <w:r>
        <w:t>410</w:t>
      </w:r>
    </w:p>
    <w:p>
      <w:pPr>
        <w:jc w:val="both"/>
      </w:pPr>
      <w:r>
        <w:t>Phẫu thuật dẫn lưu màng phổi</w:t>
      </w:r>
    </w:p>
    <w:p>
      <w:pPr>
        <w:jc w:val="both"/>
      </w:pPr>
      <w:r>
        <w:t>1.818.000</w:t>
      </w:r>
    </w:p>
    <w:p>
      <w:pPr>
        <w:jc w:val="both"/>
      </w:pPr>
      <w:r>
        <w:t>2.039.000</w:t>
      </w:r>
    </w:p>
    <w:p>
      <w:pPr>
        <w:jc w:val="both"/>
      </w:pPr>
      <w:r>
        <w:t>420</w:t>
      </w:r>
    </w:p>
    <w:p>
      <w:pPr>
        <w:jc w:val="both"/>
      </w:pPr>
      <w:r>
        <w:t>411</w:t>
      </w:r>
    </w:p>
    <w:p>
      <w:pPr>
        <w:jc w:val="both"/>
      </w:pPr>
      <w:r>
        <w:t>Phẫu thuật điều trị bệnh lý lồng ngực khác</w:t>
      </w:r>
    </w:p>
    <w:p>
      <w:pPr>
        <w:jc w:val="both"/>
      </w:pPr>
      <w:r>
        <w:t>6.943.000</w:t>
      </w:r>
    </w:p>
    <w:p>
      <w:pPr>
        <w:jc w:val="both"/>
      </w:pPr>
      <w:r>
        <w:t>7.768.000</w:t>
      </w:r>
    </w:p>
    <w:p>
      <w:pPr>
        <w:jc w:val="both"/>
      </w:pPr>
      <w:r>
        <w:t>Chưa bao gồm các loại đinh nẹp vít, các loại khung, thanh nâng ngực và đai nẹp ngoài, dụng cụ khâu cắt tự động, keo sinh học, dao hàn mạch, hàn mô.</w:t>
      </w:r>
    </w:p>
    <w:p>
      <w:pPr>
        <w:jc w:val="both"/>
      </w:pPr>
      <w:r>
        <w:t>421</w:t>
      </w:r>
    </w:p>
    <w:p>
      <w:pPr>
        <w:jc w:val="both"/>
      </w:pPr>
      <w:r>
        <w:t>412</w:t>
      </w:r>
    </w:p>
    <w:p>
      <w:pPr>
        <w:jc w:val="both"/>
      </w:pPr>
      <w:r>
        <w:t>Phẫu thuật nội soi cắt u trung thất</w:t>
      </w:r>
    </w:p>
    <w:p>
      <w:pPr>
        <w:jc w:val="both"/>
      </w:pPr>
      <w:r>
        <w:t>10.341.000</w:t>
      </w:r>
    </w:p>
    <w:p>
      <w:pPr>
        <w:jc w:val="both"/>
      </w:pPr>
      <w:r>
        <w:t>11.591.000</w:t>
      </w:r>
    </w:p>
    <w:p>
      <w:pPr>
        <w:jc w:val="both"/>
      </w:pPr>
      <w:r>
        <w:t>Chưa bao gồm máy cắt nối tự động, ghim khâu máy hoặc stapler, dao siêu âm hoặc dao hàn mô hoặc dao hàn mạch.</w:t>
      </w:r>
    </w:p>
    <w:p>
      <w:pPr>
        <w:jc w:val="both"/>
      </w:pPr>
      <w:r>
        <w:t>422</w:t>
      </w:r>
    </w:p>
    <w:p>
      <w:pPr>
        <w:jc w:val="both"/>
      </w:pPr>
      <w:r>
        <w:t>413</w:t>
      </w:r>
    </w:p>
    <w:p>
      <w:pPr>
        <w:jc w:val="both"/>
      </w:pPr>
      <w:r>
        <w:t>Phẫu thuật nội soi ngực bệnh lý hoặc chấn thương</w:t>
      </w:r>
    </w:p>
    <w:p>
      <w:pPr>
        <w:jc w:val="both"/>
      </w:pPr>
      <w:r>
        <w:t>8.647.000</w:t>
      </w:r>
    </w:p>
    <w:p>
      <w:pPr>
        <w:jc w:val="both"/>
      </w:pPr>
      <w:r>
        <w:t>9.640.000</w:t>
      </w:r>
    </w:p>
    <w:p>
      <w:pPr>
        <w:jc w:val="both"/>
      </w:pPr>
      <w:r>
        <w:t>Chưa bao gồm máy cắt nối tự động, ghim khâu máy hoặc stapler, dao siêu âm hoặc dao hàn mô hoặc dao hàn mạch.</w:t>
      </w:r>
    </w:p>
    <w:p>
      <w:pPr>
        <w:jc w:val="both"/>
      </w:pPr>
      <w:r>
        <w:t>423</w:t>
      </w:r>
    </w:p>
    <w:p>
      <w:pPr>
        <w:jc w:val="both"/>
      </w:pPr>
      <w:r>
        <w:t>414</w:t>
      </w:r>
    </w:p>
    <w:p>
      <w:pPr>
        <w:jc w:val="both"/>
      </w:pPr>
      <w:r>
        <w:t>Phẫu thuật phục hồi thành ngực (do chấn thương hoặc vết thương)</w:t>
      </w:r>
    </w:p>
    <w:p>
      <w:pPr>
        <w:jc w:val="both"/>
      </w:pPr>
      <w:r>
        <w:t>7.011.000</w:t>
      </w:r>
    </w:p>
    <w:p>
      <w:pPr>
        <w:jc w:val="both"/>
      </w:pPr>
      <w:r>
        <w:t>7.886.000</w:t>
      </w:r>
    </w:p>
    <w:p>
      <w:pPr>
        <w:jc w:val="both"/>
      </w:pPr>
      <w:r>
        <w:t>Chưa bao gồm các loại đinh, nẹp, vít, các loại khung, thanh nâng ngực và đai nẹp ngoài.</w:t>
      </w:r>
    </w:p>
    <w:p>
      <w:pPr>
        <w:jc w:val="both"/>
      </w:pPr>
      <w:r>
        <w:t>Ngoại Tiết niệu</w:t>
      </w:r>
    </w:p>
    <w:p>
      <w:pPr>
        <w:jc w:val="both"/>
      </w:pPr>
      <w:r>
        <w:t>424</w:t>
      </w:r>
    </w:p>
    <w:p>
      <w:pPr>
        <w:jc w:val="both"/>
      </w:pPr>
      <w:r>
        <w:t>415</w:t>
      </w:r>
    </w:p>
    <w:p>
      <w:pPr>
        <w:jc w:val="both"/>
      </w:pPr>
      <w:r>
        <w:t>03C2.1.9</w:t>
      </w:r>
    </w:p>
    <w:p>
      <w:pPr>
        <w:jc w:val="both"/>
      </w:pPr>
      <w:r>
        <w:t>Ghép thận, niệu quản tự thân có sử dụng vi phẫu</w:t>
      </w:r>
    </w:p>
    <w:p>
      <w:pPr>
        <w:jc w:val="both"/>
      </w:pPr>
      <w:r>
        <w:t>6.760.000</w:t>
      </w:r>
    </w:p>
    <w:p>
      <w:pPr>
        <w:jc w:val="both"/>
      </w:pPr>
      <w:r>
        <w:t>7.593.000</w:t>
      </w:r>
    </w:p>
    <w:p>
      <w:pPr>
        <w:jc w:val="both"/>
      </w:pPr>
      <w:r>
        <w:t>425</w:t>
      </w:r>
    </w:p>
    <w:p>
      <w:pPr>
        <w:jc w:val="both"/>
      </w:pPr>
      <w:r>
        <w:t>416</w:t>
      </w:r>
    </w:p>
    <w:p>
      <w:pPr>
        <w:jc w:val="both"/>
      </w:pPr>
      <w:r>
        <w:t>Phẫu thuật cắt thận</w:t>
      </w:r>
    </w:p>
    <w:p>
      <w:pPr>
        <w:jc w:val="both"/>
      </w:pPr>
      <w:r>
        <w:t>4.404.000</w:t>
      </w:r>
    </w:p>
    <w:p>
      <w:pPr>
        <w:jc w:val="both"/>
      </w:pPr>
      <w:r>
        <w:t>4.919.000</w:t>
      </w:r>
    </w:p>
    <w:p>
      <w:pPr>
        <w:jc w:val="both"/>
      </w:pPr>
      <w:r>
        <w:t>Chưa bao gồm dao siêu âm hoặc dao hàn mô hoặc dao hàn mạch.</w:t>
      </w:r>
    </w:p>
    <w:p>
      <w:pPr>
        <w:jc w:val="both"/>
      </w:pPr>
      <w:r>
        <w:t>426</w:t>
      </w:r>
    </w:p>
    <w:p>
      <w:pPr>
        <w:jc w:val="both"/>
      </w:pPr>
      <w:r>
        <w:t>417</w:t>
      </w:r>
    </w:p>
    <w:p>
      <w:pPr>
        <w:jc w:val="both"/>
      </w:pPr>
      <w:r>
        <w:t>Phẫu thuật cắt u thượng thận hoặc cắt nang thận</w:t>
      </w:r>
    </w:p>
    <w:p>
      <w:pPr>
        <w:jc w:val="both"/>
      </w:pPr>
      <w:r>
        <w:t>6.374.000</w:t>
      </w:r>
    </w:p>
    <w:p>
      <w:pPr>
        <w:jc w:val="both"/>
      </w:pPr>
      <w:r>
        <w:t>7.113.000</w:t>
      </w:r>
    </w:p>
    <w:p>
      <w:pPr>
        <w:jc w:val="both"/>
      </w:pPr>
      <w:r>
        <w:t>Chưa bao gồm dao siêu âm hoặc dao hàn mô hoặc dao hàn mạch.</w:t>
      </w:r>
    </w:p>
    <w:p>
      <w:pPr>
        <w:jc w:val="both"/>
      </w:pPr>
      <w:r>
        <w:t>427</w:t>
      </w:r>
    </w:p>
    <w:p>
      <w:pPr>
        <w:jc w:val="both"/>
      </w:pPr>
      <w:r>
        <w:t>418</w:t>
      </w:r>
    </w:p>
    <w:p>
      <w:pPr>
        <w:jc w:val="both"/>
      </w:pPr>
      <w:r>
        <w:t>Phẫu thuật nội soi lấy sỏi thận hoặc sỏi niệu quản hoặc sỏi bàng quang</w:t>
      </w:r>
    </w:p>
    <w:p>
      <w:pPr>
        <w:jc w:val="both"/>
      </w:pPr>
      <w:r>
        <w:t>4.198.000</w:t>
      </w:r>
    </w:p>
    <w:p>
      <w:pPr>
        <w:jc w:val="both"/>
      </w:pPr>
      <w:r>
        <w:t>4.683.000</w:t>
      </w:r>
    </w:p>
    <w:p>
      <w:pPr>
        <w:jc w:val="both"/>
      </w:pPr>
      <w:r>
        <w:t>428</w:t>
      </w:r>
    </w:p>
    <w:p>
      <w:pPr>
        <w:jc w:val="both"/>
      </w:pPr>
      <w:r>
        <w:t>419</w:t>
      </w:r>
    </w:p>
    <w:p>
      <w:pPr>
        <w:jc w:val="both"/>
      </w:pPr>
      <w:r>
        <w:t>03C2.1.82</w:t>
      </w:r>
    </w:p>
    <w:p>
      <w:pPr>
        <w:jc w:val="both"/>
      </w:pPr>
      <w:r>
        <w:t>Phẫu thuật nội soi cắt thận hoặc u sau phúc mạc</w:t>
      </w:r>
    </w:p>
    <w:p>
      <w:pPr>
        <w:jc w:val="both"/>
      </w:pPr>
      <w:r>
        <w:t>4.486.000</w:t>
      </w:r>
    </w:p>
    <w:p>
      <w:pPr>
        <w:jc w:val="both"/>
      </w:pPr>
      <w:r>
        <w:t>5.015.000</w:t>
      </w:r>
    </w:p>
    <w:p>
      <w:pPr>
        <w:jc w:val="both"/>
      </w:pPr>
      <w:r>
        <w:t>Chưa bao gồm dao siêu âm hoặc dao hàn mô hoặc dao hàn mạch.</w:t>
      </w:r>
    </w:p>
    <w:p>
      <w:pPr>
        <w:jc w:val="both"/>
      </w:pPr>
      <w:r>
        <w:t>429</w:t>
      </w:r>
    </w:p>
    <w:p>
      <w:pPr>
        <w:jc w:val="both"/>
      </w:pPr>
      <w:r>
        <w:t>420</w:t>
      </w:r>
    </w:p>
    <w:p>
      <w:pPr>
        <w:jc w:val="both"/>
      </w:pPr>
      <w:r>
        <w:t>03C2.1.83</w:t>
      </w:r>
    </w:p>
    <w:p>
      <w:pPr>
        <w:jc w:val="both"/>
      </w:pPr>
      <w:r>
        <w:t>Phẫu thuật nội soi u thượng thận hoặc nang thận</w:t>
      </w:r>
    </w:p>
    <w:p>
      <w:pPr>
        <w:jc w:val="both"/>
      </w:pPr>
      <w:r>
        <w:t>4.325.000</w:t>
      </w:r>
    </w:p>
    <w:p>
      <w:pPr>
        <w:jc w:val="both"/>
      </w:pPr>
      <w:r>
        <w:t>4.843.000</w:t>
      </w:r>
    </w:p>
    <w:p>
      <w:pPr>
        <w:jc w:val="both"/>
      </w:pPr>
      <w:r>
        <w:t>Chưa bao gồm dao siêu âm hoặc dao hàn mô hoặc dao hàn mạch.</w:t>
      </w:r>
    </w:p>
    <w:p>
      <w:pPr>
        <w:jc w:val="both"/>
      </w:pPr>
      <w:r>
        <w:t>430</w:t>
      </w:r>
    </w:p>
    <w:p>
      <w:pPr>
        <w:jc w:val="both"/>
      </w:pPr>
      <w:r>
        <w:t>421</w:t>
      </w:r>
    </w:p>
    <w:p>
      <w:pPr>
        <w:jc w:val="both"/>
      </w:pPr>
      <w:r>
        <w:t>Phẫu thuật lấy sỏi thận hoặc sỏi niệu quản hoặc sỏi bàng quang</w:t>
      </w:r>
    </w:p>
    <w:p>
      <w:pPr>
        <w:jc w:val="both"/>
      </w:pPr>
      <w:r>
        <w:t>4.270.000</w:t>
      </w:r>
    </w:p>
    <w:p>
      <w:pPr>
        <w:jc w:val="both"/>
      </w:pPr>
      <w:r>
        <w:t>4.765.000</w:t>
      </w:r>
    </w:p>
    <w:p>
      <w:pPr>
        <w:jc w:val="both"/>
      </w:pPr>
      <w:r>
        <w:t>431</w:t>
      </w:r>
    </w:p>
    <w:p>
      <w:pPr>
        <w:jc w:val="both"/>
      </w:pPr>
      <w:r>
        <w:t>422</w:t>
      </w:r>
    </w:p>
    <w:p>
      <w:pPr>
        <w:jc w:val="both"/>
      </w:pPr>
      <w:r>
        <w:t>Phẫu thuật cắt niệu quản hoặc tạo hình niệu quản hoặc tạo hình bể thận (do bệnh lý hoặc chấn thương)</w:t>
      </w:r>
    </w:p>
    <w:p>
      <w:pPr>
        <w:jc w:val="both"/>
      </w:pPr>
      <w:r>
        <w:t>5.749.000</w:t>
      </w:r>
    </w:p>
    <w:p>
      <w:pPr>
        <w:jc w:val="both"/>
      </w:pPr>
      <w:r>
        <w:t>6.303.000</w:t>
      </w:r>
    </w:p>
    <w:p>
      <w:pPr>
        <w:jc w:val="both"/>
      </w:pPr>
      <w:r>
        <w:t>432</w:t>
      </w:r>
    </w:p>
    <w:p>
      <w:pPr>
        <w:jc w:val="both"/>
      </w:pPr>
      <w:r>
        <w:t>423</w:t>
      </w:r>
    </w:p>
    <w:p>
      <w:pPr>
        <w:jc w:val="both"/>
      </w:pPr>
      <w:r>
        <w:t>03C2.1.85</w:t>
      </w:r>
    </w:p>
    <w:p>
      <w:pPr>
        <w:jc w:val="both"/>
      </w:pPr>
      <w:r>
        <w:t>Phẫu thuật cắt túi sa niệu quản bằng nội soi</w:t>
      </w:r>
    </w:p>
    <w:p>
      <w:pPr>
        <w:jc w:val="both"/>
      </w:pPr>
      <w:r>
        <w:t>3.129.000</w:t>
      </w:r>
    </w:p>
    <w:p>
      <w:pPr>
        <w:jc w:val="both"/>
      </w:pPr>
      <w:r>
        <w:t>3.527.000</w:t>
      </w:r>
    </w:p>
    <w:p>
      <w:pPr>
        <w:jc w:val="both"/>
      </w:pPr>
      <w:r>
        <w:t>433</w:t>
      </w:r>
    </w:p>
    <w:p>
      <w:pPr>
        <w:jc w:val="both"/>
      </w:pPr>
      <w:r>
        <w:t>424</w:t>
      </w:r>
    </w:p>
    <w:p>
      <w:pPr>
        <w:jc w:val="both"/>
      </w:pPr>
      <w:r>
        <w:t>Phẫu thuật cắt bàng quang</w:t>
      </w:r>
    </w:p>
    <w:p>
      <w:pPr>
        <w:jc w:val="both"/>
      </w:pPr>
      <w:r>
        <w:t>5,517.000</w:t>
      </w:r>
    </w:p>
    <w:p>
      <w:pPr>
        <w:jc w:val="both"/>
      </w:pPr>
      <w:r>
        <w:t>6.166.000</w:t>
      </w:r>
    </w:p>
    <w:p>
      <w:pPr>
        <w:jc w:val="both"/>
      </w:pPr>
      <w:r>
        <w:t>434</w:t>
      </w:r>
    </w:p>
    <w:p>
      <w:pPr>
        <w:jc w:val="both"/>
      </w:pPr>
      <w:r>
        <w:t>425</w:t>
      </w:r>
    </w:p>
    <w:p>
      <w:pPr>
        <w:jc w:val="both"/>
      </w:pPr>
      <w:r>
        <w:t>Phẫu thuật cắt u bàng quang</w:t>
      </w:r>
    </w:p>
    <w:p>
      <w:pPr>
        <w:jc w:val="both"/>
      </w:pPr>
      <w:r>
        <w:t>5.691.000</w:t>
      </w:r>
    </w:p>
    <w:p>
      <w:pPr>
        <w:jc w:val="both"/>
      </w:pPr>
      <w:r>
        <w:t>6.326.000</w:t>
      </w:r>
    </w:p>
    <w:p>
      <w:pPr>
        <w:jc w:val="both"/>
      </w:pPr>
      <w:r>
        <w:t>Chưa bao gồm dao siêu âm hoặc dao hàn mô hoặc dao hàn mạch.</w:t>
      </w:r>
    </w:p>
    <w:p>
      <w:pPr>
        <w:jc w:val="both"/>
      </w:pPr>
      <w:r>
        <w:t>435</w:t>
      </w:r>
    </w:p>
    <w:p>
      <w:pPr>
        <w:jc w:val="both"/>
      </w:pPr>
      <w:r>
        <w:t>426</w:t>
      </w:r>
    </w:p>
    <w:p>
      <w:pPr>
        <w:jc w:val="both"/>
      </w:pPr>
      <w:r>
        <w:t>Phẫu thuật nội soi cắt u bàng quang</w:t>
      </w:r>
    </w:p>
    <w:p>
      <w:pPr>
        <w:jc w:val="both"/>
      </w:pPr>
      <w:r>
        <w:t>4.735.000</w:t>
      </w:r>
    </w:p>
    <w:p>
      <w:pPr>
        <w:jc w:val="both"/>
      </w:pPr>
      <w:r>
        <w:t>5.302.000</w:t>
      </w:r>
    </w:p>
    <w:p>
      <w:pPr>
        <w:jc w:val="both"/>
      </w:pPr>
      <w:r>
        <w:t>Chưa bao gồm dao siêu âm hoặc dao hàn mô hoặc dao hàn mạch.</w:t>
      </w:r>
    </w:p>
    <w:p>
      <w:pPr>
        <w:jc w:val="both"/>
      </w:pPr>
      <w:r>
        <w:t>436</w:t>
      </w:r>
    </w:p>
    <w:p>
      <w:pPr>
        <w:jc w:val="both"/>
      </w:pPr>
      <w:r>
        <w:t>427</w:t>
      </w:r>
    </w:p>
    <w:p>
      <w:pPr>
        <w:jc w:val="both"/>
      </w:pPr>
      <w:r>
        <w:t>03C2.1.84</w:t>
      </w:r>
    </w:p>
    <w:p>
      <w:pPr>
        <w:jc w:val="both"/>
      </w:pPr>
      <w:r>
        <w:t>Phẫu thuật nội soi cắt bàng quang, tạo hình bàng quang</w:t>
      </w:r>
    </w:p>
    <w:p>
      <w:pPr>
        <w:jc w:val="both"/>
      </w:pPr>
      <w:r>
        <w:t>6.046.000</w:t>
      </w:r>
    </w:p>
    <w:p>
      <w:pPr>
        <w:jc w:val="both"/>
      </w:pPr>
      <w:r>
        <w:t>6.761.000</w:t>
      </w:r>
    </w:p>
    <w:p>
      <w:pPr>
        <w:jc w:val="both"/>
      </w:pPr>
      <w:r>
        <w:t>Chưa bao gồm dao siêu âm hoặc dao hàn mô hoặc dao hàn mạch.</w:t>
      </w:r>
    </w:p>
    <w:p>
      <w:pPr>
        <w:jc w:val="both"/>
      </w:pPr>
      <w:r>
        <w:t>437</w:t>
      </w:r>
    </w:p>
    <w:p>
      <w:pPr>
        <w:jc w:val="both"/>
      </w:pPr>
      <w:r>
        <w:t>428</w:t>
      </w:r>
    </w:p>
    <w:p>
      <w:pPr>
        <w:jc w:val="both"/>
      </w:pPr>
      <w:r>
        <w:t>Phẫu thuật nội soi cắt cổ bàng quang</w:t>
      </w:r>
    </w:p>
    <w:p>
      <w:pPr>
        <w:jc w:val="both"/>
      </w:pPr>
      <w:r>
        <w:t>4.735.000</w:t>
      </w:r>
    </w:p>
    <w:p>
      <w:pPr>
        <w:jc w:val="both"/>
      </w:pPr>
      <w:r>
        <w:t>5.302.000</w:t>
      </w:r>
    </w:p>
    <w:p>
      <w:pPr>
        <w:jc w:val="both"/>
      </w:pPr>
      <w:r>
        <w:t>438</w:t>
      </w:r>
    </w:p>
    <w:p>
      <w:pPr>
        <w:jc w:val="both"/>
      </w:pPr>
      <w:r>
        <w:t>429</w:t>
      </w:r>
    </w:p>
    <w:p>
      <w:pPr>
        <w:jc w:val="both"/>
      </w:pPr>
      <w:r>
        <w:t>Phẫu thuật đóng dò bàng quang</w:t>
      </w:r>
    </w:p>
    <w:p>
      <w:pPr>
        <w:jc w:val="both"/>
      </w:pPr>
      <w:r>
        <w:t>4.587.000</w:t>
      </w:r>
    </w:p>
    <w:p>
      <w:pPr>
        <w:jc w:val="both"/>
      </w:pPr>
      <w:r>
        <w:t>5.130.000</w:t>
      </w:r>
    </w:p>
    <w:p>
      <w:pPr>
        <w:jc w:val="both"/>
      </w:pPr>
      <w:r>
        <w:t>439</w:t>
      </w:r>
    </w:p>
    <w:p>
      <w:pPr>
        <w:jc w:val="both"/>
      </w:pPr>
      <w:r>
        <w:t>430</w:t>
      </w:r>
    </w:p>
    <w:p>
      <w:pPr>
        <w:jc w:val="both"/>
      </w:pPr>
      <w:r>
        <w:t>03C2.1.87</w:t>
      </w:r>
    </w:p>
    <w:p>
      <w:pPr>
        <w:jc w:val="both"/>
      </w:pPr>
      <w:r>
        <w:t>Điều trị u xơ tiền liệt tuyến bằng laser</w:t>
      </w:r>
    </w:p>
    <w:p>
      <w:pPr>
        <w:jc w:val="both"/>
      </w:pPr>
      <w:r>
        <w:t>2.811.000</w:t>
      </w:r>
    </w:p>
    <w:p>
      <w:pPr>
        <w:jc w:val="both"/>
      </w:pPr>
      <w:r>
        <w:t>3.133.000</w:t>
      </w:r>
    </w:p>
    <w:p>
      <w:pPr>
        <w:jc w:val="both"/>
      </w:pPr>
      <w:r>
        <w:t>Chưa bao gồm dây cáp quang.</w:t>
      </w:r>
    </w:p>
    <w:p>
      <w:pPr>
        <w:jc w:val="both"/>
      </w:pPr>
      <w:r>
        <w:t>440</w:t>
      </w:r>
    </w:p>
    <w:p>
      <w:pPr>
        <w:jc w:val="both"/>
      </w:pPr>
      <w:r>
        <w:t>431</w:t>
      </w:r>
    </w:p>
    <w:p>
      <w:pPr>
        <w:jc w:val="both"/>
      </w:pPr>
      <w:r>
        <w:t>03C2.1.88</w:t>
      </w:r>
    </w:p>
    <w:p>
      <w:pPr>
        <w:jc w:val="both"/>
      </w:pPr>
      <w:r>
        <w:t>Nội soi cắt đốt u lành tuyến tiền liệt qua đường niệu đạo (TORP)</w:t>
      </w:r>
    </w:p>
    <w:p>
      <w:pPr>
        <w:jc w:val="both"/>
      </w:pPr>
      <w:r>
        <w:t>2.811.000</w:t>
      </w:r>
    </w:p>
    <w:p>
      <w:pPr>
        <w:jc w:val="both"/>
      </w:pPr>
      <w:r>
        <w:t>3.133.000</w:t>
      </w:r>
    </w:p>
    <w:p>
      <w:pPr>
        <w:jc w:val="both"/>
      </w:pPr>
      <w:r>
        <w:t>441</w:t>
      </w:r>
    </w:p>
    <w:p>
      <w:pPr>
        <w:jc w:val="both"/>
      </w:pPr>
      <w:r>
        <w:t>432</w:t>
      </w:r>
    </w:p>
    <w:p>
      <w:pPr>
        <w:jc w:val="both"/>
      </w:pPr>
      <w:r>
        <w:t>Phẫu thuật bóc u xơ tiền liệt tuyến</w:t>
      </w:r>
    </w:p>
    <w:p>
      <w:pPr>
        <w:jc w:val="both"/>
      </w:pPr>
      <w:r>
        <w:t>5.160.000</w:t>
      </w:r>
    </w:p>
    <w:p>
      <w:pPr>
        <w:jc w:val="both"/>
      </w:pPr>
      <w:r>
        <w:t>5.754.000</w:t>
      </w:r>
    </w:p>
    <w:p>
      <w:pPr>
        <w:jc w:val="both"/>
      </w:pPr>
      <w:r>
        <w:t>442</w:t>
      </w:r>
    </w:p>
    <w:p>
      <w:pPr>
        <w:jc w:val="both"/>
      </w:pPr>
      <w:r>
        <w:t>433</w:t>
      </w:r>
    </w:p>
    <w:p>
      <w:pPr>
        <w:jc w:val="both"/>
      </w:pPr>
      <w:r>
        <w:t>03C2.1.86</w:t>
      </w:r>
    </w:p>
    <w:p>
      <w:pPr>
        <w:jc w:val="both"/>
      </w:pPr>
      <w:r>
        <w:t>Phẫu thuật cắt tuyến tiền liệt qua nội soi</w:t>
      </w:r>
    </w:p>
    <w:p>
      <w:pPr>
        <w:jc w:val="both"/>
      </w:pPr>
      <w:r>
        <w:t>4.078.000</w:t>
      </w:r>
    </w:p>
    <w:p>
      <w:pPr>
        <w:jc w:val="both"/>
      </w:pPr>
      <w:r>
        <w:t>4.582.000</w:t>
      </w:r>
    </w:p>
    <w:p>
      <w:pPr>
        <w:jc w:val="both"/>
      </w:pPr>
      <w:r>
        <w:t>Chưa bao gồm dao siêu âm hoặc dao hàn mô hoặc dao hàn mạch.</w:t>
      </w:r>
    </w:p>
    <w:p>
      <w:pPr>
        <w:jc w:val="both"/>
      </w:pPr>
      <w:r>
        <w:t>443</w:t>
      </w:r>
    </w:p>
    <w:p>
      <w:pPr>
        <w:jc w:val="both"/>
      </w:pPr>
      <w:r>
        <w:t>434</w:t>
      </w:r>
    </w:p>
    <w:p>
      <w:pPr>
        <w:jc w:val="both"/>
      </w:pPr>
      <w:r>
        <w:t>Phẫu thuật điều trị các bệnh lý hoặc chấn thương niệu đạo khác</w:t>
      </w:r>
    </w:p>
    <w:p>
      <w:pPr>
        <w:jc w:val="both"/>
      </w:pPr>
      <w:r>
        <w:t>4.322.000</w:t>
      </w:r>
    </w:p>
    <w:p>
      <w:pPr>
        <w:jc w:val="both"/>
      </w:pPr>
      <w:r>
        <w:t>4.825.000</w:t>
      </w:r>
    </w:p>
    <w:p>
      <w:pPr>
        <w:jc w:val="both"/>
      </w:pPr>
      <w:r>
        <w:t>444</w:t>
      </w:r>
    </w:p>
    <w:p>
      <w:pPr>
        <w:jc w:val="both"/>
      </w:pPr>
      <w:r>
        <w:t>435</w:t>
      </w:r>
    </w:p>
    <w:p>
      <w:pPr>
        <w:jc w:val="both"/>
      </w:pPr>
      <w:r>
        <w:t>Phẫu thuật hạ tinh hoàn ẩn, tinh hoàn lạc chỗ hoặc cắt bỏ tinh hoàn</w:t>
      </w:r>
    </w:p>
    <w:p>
      <w:pPr>
        <w:jc w:val="both"/>
      </w:pPr>
      <w:r>
        <w:t>2.383.000</w:t>
      </w:r>
    </w:p>
    <w:p>
      <w:pPr>
        <w:jc w:val="both"/>
      </w:pPr>
      <w:r>
        <w:t>2.689.000</w:t>
      </w:r>
    </w:p>
    <w:p>
      <w:pPr>
        <w:jc w:val="both"/>
      </w:pPr>
      <w:r>
        <w:t>445</w:t>
      </w:r>
    </w:p>
    <w:p>
      <w:pPr>
        <w:jc w:val="both"/>
      </w:pPr>
      <w:r>
        <w:t>436</w:t>
      </w:r>
    </w:p>
    <w:p>
      <w:pPr>
        <w:jc w:val="both"/>
      </w:pPr>
      <w:r>
        <w:t>Phẫu thuật nội soi đặt Sonde JJ</w:t>
      </w:r>
    </w:p>
    <w:p>
      <w:pPr>
        <w:jc w:val="both"/>
      </w:pPr>
      <w:r>
        <w:t>1.813.000</w:t>
      </w:r>
    </w:p>
    <w:p>
      <w:pPr>
        <w:jc w:val="both"/>
      </w:pPr>
      <w:r>
        <w:t>2.033.000</w:t>
      </w:r>
    </w:p>
    <w:p>
      <w:pPr>
        <w:jc w:val="both"/>
      </w:pPr>
      <w:r>
        <w:t>Chưa bao gồm sonde JJ.</w:t>
      </w:r>
    </w:p>
    <w:p>
      <w:pPr>
        <w:jc w:val="both"/>
      </w:pPr>
      <w:r>
        <w:t>446</w:t>
      </w:r>
    </w:p>
    <w:p>
      <w:pPr>
        <w:jc w:val="both"/>
      </w:pPr>
      <w:r>
        <w:t>437</w:t>
      </w:r>
    </w:p>
    <w:p>
      <w:pPr>
        <w:jc w:val="both"/>
      </w:pPr>
      <w:r>
        <w:t>Phẫu thuật tạo hình dương vật</w:t>
      </w:r>
    </w:p>
    <w:p>
      <w:pPr>
        <w:jc w:val="both"/>
      </w:pPr>
      <w:r>
        <w:t>4.405.000</w:t>
      </w:r>
    </w:p>
    <w:p>
      <w:pPr>
        <w:jc w:val="both"/>
      </w:pPr>
      <w:r>
        <w:t>4.922.000</w:t>
      </w:r>
    </w:p>
    <w:p>
      <w:pPr>
        <w:jc w:val="both"/>
      </w:pPr>
      <w:r>
        <w:t>447</w:t>
      </w:r>
    </w:p>
    <w:p>
      <w:pPr>
        <w:jc w:val="both"/>
      </w:pPr>
      <w:r>
        <w:t>438</w:t>
      </w:r>
    </w:p>
    <w:p>
      <w:pPr>
        <w:jc w:val="both"/>
      </w:pPr>
      <w:r>
        <w:t>03C2.1.89</w:t>
      </w:r>
    </w:p>
    <w:p>
      <w:pPr>
        <w:jc w:val="both"/>
      </w:pPr>
      <w:r>
        <w:t>Đặt prothese cố định sàn chậu vào mỏm nhô xương cụt</w:t>
      </w:r>
    </w:p>
    <w:p>
      <w:pPr>
        <w:jc w:val="both"/>
      </w:pPr>
      <w:r>
        <w:t>3.679.000</w:t>
      </w:r>
    </w:p>
    <w:p>
      <w:pPr>
        <w:jc w:val="both"/>
      </w:pPr>
      <w:r>
        <w:t>4.133.000</w:t>
      </w:r>
    </w:p>
    <w:p>
      <w:pPr>
        <w:jc w:val="both"/>
      </w:pPr>
      <w:r>
        <w:t>448</w:t>
      </w:r>
    </w:p>
    <w:p>
      <w:pPr>
        <w:jc w:val="both"/>
      </w:pPr>
      <w:r>
        <w:t>439</w:t>
      </w:r>
    </w:p>
    <w:p>
      <w:pPr>
        <w:jc w:val="both"/>
      </w:pPr>
      <w:r>
        <w:t>03C2.1.12</w:t>
      </w:r>
    </w:p>
    <w:p>
      <w:pPr>
        <w:jc w:val="both"/>
      </w:pPr>
      <w:r>
        <w:t>Tán sỏi ngoài cơ thể bằng sóng xung (thủy điện lực)</w:t>
      </w:r>
    </w:p>
    <w:p>
      <w:pPr>
        <w:jc w:val="both"/>
      </w:pPr>
      <w:r>
        <w:t>2.412.000</w:t>
      </w:r>
    </w:p>
    <w:p>
      <w:pPr>
        <w:jc w:val="both"/>
      </w:pPr>
      <w:r>
        <w:t>2.756.000</w:t>
      </w:r>
    </w:p>
    <w:p>
      <w:pPr>
        <w:jc w:val="both"/>
      </w:pPr>
      <w:r>
        <w:t>449</w:t>
      </w:r>
    </w:p>
    <w:p>
      <w:pPr>
        <w:jc w:val="both"/>
      </w:pPr>
      <w:r>
        <w:t>440</w:t>
      </w:r>
    </w:p>
    <w:p>
      <w:pPr>
        <w:jc w:val="both"/>
      </w:pPr>
      <w:r>
        <w:t>03C2.1.13</w:t>
      </w:r>
    </w:p>
    <w:p>
      <w:pPr>
        <w:jc w:val="both"/>
      </w:pPr>
      <w:r>
        <w:t>Tán sỏi qua nội soi (sỏi thận hoặc sỏi niệu quản hoặc sỏi bàng quang)</w:t>
      </w:r>
    </w:p>
    <w:p>
      <w:pPr>
        <w:jc w:val="both"/>
      </w:pPr>
      <w:r>
        <w:t>1.303.000</w:t>
      </w:r>
    </w:p>
    <w:p>
      <w:pPr>
        <w:jc w:val="both"/>
      </w:pPr>
      <w:r>
        <w:t>1.479.000</w:t>
      </w:r>
    </w:p>
    <w:p>
      <w:pPr>
        <w:jc w:val="both"/>
      </w:pPr>
      <w:r>
        <w:t>Chưa bao gồm sonde JJ, rọ lấy sỏi.</w:t>
      </w:r>
    </w:p>
    <w:p>
      <w:pPr>
        <w:jc w:val="both"/>
      </w:pPr>
      <w:r>
        <w:t>Tiêu hóa</w:t>
      </w:r>
    </w:p>
    <w:p>
      <w:pPr>
        <w:jc w:val="both"/>
      </w:pPr>
      <w:r>
        <w:t>450</w:t>
      </w:r>
    </w:p>
    <w:p>
      <w:pPr>
        <w:jc w:val="both"/>
      </w:pPr>
      <w:r>
        <w:t>441</w:t>
      </w:r>
    </w:p>
    <w:p>
      <w:pPr>
        <w:jc w:val="both"/>
      </w:pPr>
      <w:r>
        <w:t>Phẫu thuật cắt các u lành thực quản</w:t>
      </w:r>
    </w:p>
    <w:p>
      <w:pPr>
        <w:jc w:val="both"/>
      </w:pPr>
      <w:r>
        <w:t>5.654.000</w:t>
      </w:r>
    </w:p>
    <w:p>
      <w:pPr>
        <w:jc w:val="both"/>
      </w:pPr>
      <w:r>
        <w:t>6.323.000</w:t>
      </w:r>
    </w:p>
    <w:p>
      <w:pPr>
        <w:jc w:val="both"/>
      </w:pPr>
      <w:r>
        <w:t>Chưa bao gồm kẹp khóa mạch máu, máy cắt nối tự động và ghim khâu máy, dao siêu âm hoặc dao hàn mô hoặc dao hàn mạch, Stent.</w:t>
      </w:r>
    </w:p>
    <w:p>
      <w:pPr>
        <w:jc w:val="both"/>
      </w:pPr>
      <w:r>
        <w:t>451</w:t>
      </w:r>
    </w:p>
    <w:p>
      <w:pPr>
        <w:jc w:val="both"/>
      </w:pPr>
      <w:r>
        <w:t>442</w:t>
      </w:r>
    </w:p>
    <w:p>
      <w:pPr>
        <w:jc w:val="both"/>
      </w:pPr>
      <w:r>
        <w:t>Phẫu thuật cắt thực quản</w:t>
      </w:r>
    </w:p>
    <w:p>
      <w:pPr>
        <w:jc w:val="both"/>
      </w:pPr>
      <w:r>
        <w:t>7.627.000</w:t>
      </w:r>
    </w:p>
    <w:p>
      <w:pPr>
        <w:jc w:val="both"/>
      </w:pPr>
      <w:r>
        <w:t>8.479.000</w:t>
      </w:r>
    </w:p>
    <w:p>
      <w:pPr>
        <w:jc w:val="both"/>
      </w:pPr>
      <w:r>
        <w:t>Chưa bao gồm kẹp khóa mạch máu, máy cắt nối tự động và ghim khâu máy, dao siêu âm hoặc dao hàn mô hoặc dao hàn mạch, Stent.</w:t>
      </w:r>
    </w:p>
    <w:p>
      <w:pPr>
        <w:jc w:val="both"/>
      </w:pPr>
      <w:r>
        <w:t>452</w:t>
      </w:r>
    </w:p>
    <w:p>
      <w:pPr>
        <w:jc w:val="both"/>
      </w:pPr>
      <w:r>
        <w:t>443</w:t>
      </w:r>
    </w:p>
    <w:p>
      <w:pPr>
        <w:jc w:val="both"/>
      </w:pPr>
      <w:r>
        <w:t>03C2.1.61</w:t>
      </w:r>
    </w:p>
    <w:p>
      <w:pPr>
        <w:jc w:val="both"/>
      </w:pPr>
      <w:r>
        <w:t>Phẫu thuật cắt thực quản qua nội soi ngực và bụng</w:t>
      </w:r>
    </w:p>
    <w:p>
      <w:pPr>
        <w:jc w:val="both"/>
      </w:pPr>
      <w:r>
        <w:t>5.999.000</w:t>
      </w:r>
    </w:p>
    <w:p>
      <w:pPr>
        <w:jc w:val="both"/>
      </w:pPr>
      <w:r>
        <w:t>6.744.000</w:t>
      </w:r>
    </w:p>
    <w:p>
      <w:pPr>
        <w:jc w:val="both"/>
      </w:pPr>
      <w:r>
        <w:t>Chưa bao gồm máy cắt nối tự động và ghim khâu máy; dao siêu âm hoặc dao hàn mô hoặc dao hàn mạch.</w:t>
      </w:r>
    </w:p>
    <w:p>
      <w:pPr>
        <w:jc w:val="both"/>
      </w:pPr>
      <w:r>
        <w:t>453</w:t>
      </w:r>
    </w:p>
    <w:p>
      <w:pPr>
        <w:jc w:val="both"/>
      </w:pPr>
      <w:r>
        <w:t>444</w:t>
      </w:r>
    </w:p>
    <w:p>
      <w:pPr>
        <w:jc w:val="both"/>
      </w:pPr>
      <w:r>
        <w:t>Phẫu thuật đặt Stent thực quản</w:t>
      </w:r>
    </w:p>
    <w:p>
      <w:pPr>
        <w:jc w:val="both"/>
      </w:pPr>
      <w:r>
        <w:t>5.380.000</w:t>
      </w:r>
    </w:p>
    <w:p>
      <w:pPr>
        <w:jc w:val="both"/>
      </w:pPr>
      <w:r>
        <w:t>6.008.000</w:t>
      </w:r>
    </w:p>
    <w:p>
      <w:pPr>
        <w:jc w:val="both"/>
      </w:pPr>
      <w:r>
        <w:t>Chưa bao gồm kẹp khóa mạch máu, máy cắt nối tự động và ghim khâu máy, dao siêu âm hoặc dao hàn mô hoặc dao hàn mạch, Stent.</w:t>
      </w:r>
    </w:p>
    <w:p>
      <w:pPr>
        <w:jc w:val="both"/>
      </w:pPr>
      <w:r>
        <w:t>454</w:t>
      </w:r>
    </w:p>
    <w:p>
      <w:pPr>
        <w:jc w:val="both"/>
      </w:pPr>
      <w:r>
        <w:t>445</w:t>
      </w:r>
    </w:p>
    <w:p>
      <w:pPr>
        <w:jc w:val="both"/>
      </w:pPr>
      <w:r>
        <w:t>03C2.1.60</w:t>
      </w:r>
    </w:p>
    <w:p>
      <w:pPr>
        <w:jc w:val="both"/>
      </w:pPr>
      <w:r>
        <w:t>Phẫu thuật nội soi điều trị trào ngược thực quản, dạ dày</w:t>
      </w:r>
    </w:p>
    <w:p>
      <w:pPr>
        <w:jc w:val="both"/>
      </w:pPr>
      <w:r>
        <w:t>6.180.000</w:t>
      </w:r>
    </w:p>
    <w:p>
      <w:pPr>
        <w:jc w:val="both"/>
      </w:pPr>
      <w:r>
        <w:t>6.925.000</w:t>
      </w:r>
    </w:p>
    <w:p>
      <w:pPr>
        <w:jc w:val="both"/>
      </w:pPr>
      <w:r>
        <w:t>455</w:t>
      </w:r>
    </w:p>
    <w:p>
      <w:pPr>
        <w:jc w:val="both"/>
      </w:pPr>
      <w:r>
        <w:t>446</w:t>
      </w:r>
    </w:p>
    <w:p>
      <w:pPr>
        <w:jc w:val="both"/>
      </w:pPr>
      <w:r>
        <w:t>Phẫu thuật tạo hình thực quản</w:t>
      </w:r>
    </w:p>
    <w:p>
      <w:pPr>
        <w:jc w:val="both"/>
      </w:pPr>
      <w:r>
        <w:t>7.892.000</w:t>
      </w:r>
    </w:p>
    <w:p>
      <w:pPr>
        <w:jc w:val="both"/>
      </w:pPr>
      <w:r>
        <w:t>8.784.000</w:t>
      </w:r>
    </w:p>
    <w:p>
      <w:pPr>
        <w:jc w:val="both"/>
      </w:pPr>
      <w:r>
        <w:t>Chưa bao gồm kẹp khóa mạch máu, máy cắt nối tự động và ghim khâu máy, dao siêu âm hoặc dao hàn mô hoặc dao hàn mạch, Stent.</w:t>
      </w:r>
    </w:p>
    <w:p>
      <w:pPr>
        <w:jc w:val="both"/>
      </w:pPr>
      <w:r>
        <w:t>456</w:t>
      </w:r>
    </w:p>
    <w:p>
      <w:pPr>
        <w:jc w:val="both"/>
      </w:pPr>
      <w:r>
        <w:t>447</w:t>
      </w:r>
    </w:p>
    <w:p>
      <w:pPr>
        <w:jc w:val="both"/>
      </w:pPr>
      <w:r>
        <w:t>03C2.1.59</w:t>
      </w:r>
    </w:p>
    <w:p>
      <w:pPr>
        <w:jc w:val="both"/>
      </w:pPr>
      <w:r>
        <w:t>Phẫu thuật nội soi tạo hình thực quản</w:t>
      </w:r>
    </w:p>
    <w:p>
      <w:pPr>
        <w:jc w:val="both"/>
      </w:pPr>
      <w:r>
        <w:t>6.180.000</w:t>
      </w:r>
    </w:p>
    <w:p>
      <w:pPr>
        <w:jc w:val="both"/>
      </w:pPr>
      <w:r>
        <w:t>6.925.000</w:t>
      </w:r>
    </w:p>
    <w:p>
      <w:pPr>
        <w:jc w:val="both"/>
      </w:pPr>
      <w:r>
        <w:t>Chưa bao gồm máy cắt nối tự động và ghim khâu máy, Stent; dao siêu âm hoặc dao hàn mô hoặc dao hàn mạch.</w:t>
      </w:r>
    </w:p>
    <w:p>
      <w:pPr>
        <w:jc w:val="both"/>
      </w:pPr>
      <w:r>
        <w:t>457</w:t>
      </w:r>
    </w:p>
    <w:p>
      <w:pPr>
        <w:jc w:val="both"/>
      </w:pPr>
      <w:r>
        <w:t>448</w:t>
      </w:r>
    </w:p>
    <w:p>
      <w:pPr>
        <w:jc w:val="both"/>
      </w:pPr>
      <w:r>
        <w:t>Phẫu thuật cắt bán phần dạ dày</w:t>
      </w:r>
    </w:p>
    <w:p>
      <w:pPr>
        <w:jc w:val="both"/>
      </w:pPr>
      <w:r>
        <w:t>5.125.000</w:t>
      </w:r>
    </w:p>
    <w:p>
      <w:pPr>
        <w:jc w:val="both"/>
      </w:pPr>
      <w:r>
        <w:t>5.714.000</w:t>
      </w:r>
    </w:p>
    <w:p>
      <w:pPr>
        <w:jc w:val="both"/>
      </w:pPr>
      <w:r>
        <w:t>Chưa bao gồm máy cắt nối tự động và ghim khâu máy, kẹp khóa mạch máu, dao siêu âm hoặc dao hàn mô hoặc dao hàn mạch.</w:t>
      </w:r>
    </w:p>
    <w:p>
      <w:pPr>
        <w:jc w:val="both"/>
      </w:pPr>
      <w:r>
        <w:t>458</w:t>
      </w:r>
    </w:p>
    <w:p>
      <w:pPr>
        <w:jc w:val="both"/>
      </w:pPr>
      <w:r>
        <w:t>449</w:t>
      </w:r>
    </w:p>
    <w:p>
      <w:pPr>
        <w:jc w:val="both"/>
      </w:pPr>
      <w:r>
        <w:t>Phẫu thuật cắt da dày</w:t>
      </w:r>
    </w:p>
    <w:p>
      <w:pPr>
        <w:jc w:val="both"/>
      </w:pPr>
      <w:r>
        <w:t>7.610.000</w:t>
      </w:r>
    </w:p>
    <w:p>
      <w:pPr>
        <w:jc w:val="both"/>
      </w:pPr>
      <w:r>
        <w:t>8.459.000</w:t>
      </w:r>
    </w:p>
    <w:p>
      <w:pPr>
        <w:jc w:val="both"/>
      </w:pPr>
      <w:r>
        <w:t>Chưa bao gồm máy cắt nối tự động và ghim khâu máy, kẹp khóa mạch máu, dao siêu âm hoặc dao hàn mô hoặc dao hàn mạch.</w:t>
      </w:r>
    </w:p>
    <w:p>
      <w:pPr>
        <w:jc w:val="both"/>
      </w:pPr>
      <w:r>
        <w:t>459</w:t>
      </w:r>
    </w:p>
    <w:p>
      <w:pPr>
        <w:jc w:val="both"/>
      </w:pPr>
      <w:r>
        <w:t>450</w:t>
      </w:r>
    </w:p>
    <w:p>
      <w:pPr>
        <w:jc w:val="both"/>
      </w:pPr>
      <w:r>
        <w:t>03C2.1.62</w:t>
      </w:r>
    </w:p>
    <w:p>
      <w:pPr>
        <w:jc w:val="both"/>
      </w:pPr>
      <w:r>
        <w:t>Phẫu thuật nội soi cắt dạ dày</w:t>
      </w:r>
    </w:p>
    <w:p>
      <w:pPr>
        <w:jc w:val="both"/>
      </w:pPr>
      <w:r>
        <w:t>5.275.000</w:t>
      </w:r>
    </w:p>
    <w:p>
      <w:pPr>
        <w:jc w:val="both"/>
      </w:pPr>
      <w:r>
        <w:t>5.910.000</w:t>
      </w:r>
    </w:p>
    <w:p>
      <w:pPr>
        <w:jc w:val="both"/>
      </w:pPr>
      <w:r>
        <w:t>Chưa bao gồm máy cắt nối tự động và ghim khâu máy, dao siêu âm hoặc dao hàn mô hoặc dao hàn mạch, kẹp khóa mạch máu.</w:t>
      </w:r>
    </w:p>
    <w:p>
      <w:pPr>
        <w:jc w:val="both"/>
      </w:pPr>
      <w:r>
        <w:t>460</w:t>
      </w:r>
    </w:p>
    <w:p>
      <w:pPr>
        <w:jc w:val="both"/>
      </w:pPr>
      <w:r>
        <w:t>451</w:t>
      </w:r>
    </w:p>
    <w:p>
      <w:pPr>
        <w:jc w:val="both"/>
      </w:pPr>
      <w:r>
        <w:t>Phẫu thuật nội soi khâu thủng dạ dày</w:t>
      </w:r>
    </w:p>
    <w:p>
      <w:pPr>
        <w:jc w:val="both"/>
      </w:pPr>
      <w:r>
        <w:t>2.984.000</w:t>
      </w:r>
    </w:p>
    <w:p>
      <w:pPr>
        <w:jc w:val="both"/>
      </w:pPr>
      <w:r>
        <w:t>3.358.000</w:t>
      </w:r>
    </w:p>
    <w:p>
      <w:pPr>
        <w:jc w:val="both"/>
      </w:pPr>
      <w:r>
        <w:t>461</w:t>
      </w:r>
    </w:p>
    <w:p>
      <w:pPr>
        <w:jc w:val="both"/>
      </w:pPr>
      <w:r>
        <w:t>452</w:t>
      </w:r>
    </w:p>
    <w:p>
      <w:pPr>
        <w:jc w:val="both"/>
      </w:pPr>
      <w:r>
        <w:t>03C2.1.64</w:t>
      </w:r>
    </w:p>
    <w:p>
      <w:pPr>
        <w:jc w:val="both"/>
      </w:pPr>
      <w:r>
        <w:t>Phẫu thuật nội soi cắt dây thần kinh X trong điều trị loét dạ dày</w:t>
      </w:r>
    </w:p>
    <w:p>
      <w:pPr>
        <w:jc w:val="both"/>
      </w:pPr>
      <w:r>
        <w:t>3.395.000</w:t>
      </w:r>
    </w:p>
    <w:p>
      <w:pPr>
        <w:jc w:val="both"/>
      </w:pPr>
      <w:r>
        <w:t>3.773.000</w:t>
      </w:r>
    </w:p>
    <w:p>
      <w:pPr>
        <w:jc w:val="both"/>
      </w:pPr>
      <w:r>
        <w:t>Chưa bao gồm dao siêu âm.</w:t>
      </w:r>
    </w:p>
    <w:p>
      <w:pPr>
        <w:jc w:val="both"/>
      </w:pPr>
      <w:r>
        <w:t>462</w:t>
      </w:r>
    </w:p>
    <w:p>
      <w:pPr>
        <w:jc w:val="both"/>
      </w:pPr>
      <w:r>
        <w:t>453</w:t>
      </w:r>
    </w:p>
    <w:p>
      <w:pPr>
        <w:jc w:val="both"/>
      </w:pPr>
      <w:r>
        <w:t>03C2.1.81</w:t>
      </w:r>
    </w:p>
    <w:p>
      <w:pPr>
        <w:jc w:val="both"/>
      </w:pPr>
      <w:r>
        <w:t>Phẫu thuật bệnh phình đại tràng bẩm sinh 1 thì</w:t>
      </w:r>
    </w:p>
    <w:p>
      <w:pPr>
        <w:jc w:val="both"/>
      </w:pPr>
      <w:r>
        <w:t>3.085.000</w:t>
      </w:r>
    </w:p>
    <w:p>
      <w:pPr>
        <w:jc w:val="both"/>
      </w:pPr>
      <w:r>
        <w:t>3.428.000</w:t>
      </w:r>
    </w:p>
    <w:p>
      <w:pPr>
        <w:jc w:val="both"/>
      </w:pPr>
      <w:r>
        <w:t>Chưa bao gồm máy cắt nối tự động và ghim khâu máy cắt nối; dao siêu âm hoặc dao hàn mô hoặc dao hàn mạch.</w:t>
      </w:r>
    </w:p>
    <w:p>
      <w:pPr>
        <w:jc w:val="both"/>
      </w:pPr>
      <w:r>
        <w:t>463</w:t>
      </w:r>
    </w:p>
    <w:p>
      <w:pPr>
        <w:jc w:val="both"/>
      </w:pPr>
      <w:r>
        <w:t>454</w:t>
      </w:r>
    </w:p>
    <w:p>
      <w:pPr>
        <w:jc w:val="both"/>
      </w:pPr>
      <w:r>
        <w:t>Phẫu thuật cắt đại tràng hoặc phẫu thuật kiểu Harman</w:t>
      </w:r>
    </w:p>
    <w:p>
      <w:pPr>
        <w:jc w:val="both"/>
      </w:pPr>
      <w:r>
        <w:t>4.642.000</w:t>
      </w:r>
    </w:p>
    <w:p>
      <w:pPr>
        <w:jc w:val="both"/>
      </w:pPr>
      <w:r>
        <w:t>5.193.000</w:t>
      </w:r>
    </w:p>
    <w:p>
      <w:pPr>
        <w:jc w:val="both"/>
      </w:pPr>
      <w:r>
        <w:t>Chưa bao gồm máy cắt nối tự động và ghim khâu máy cắt nối; dao siêu âm hoặc dao hàn mô hoặc dao hàn mạch.</w:t>
      </w:r>
    </w:p>
    <w:p>
      <w:pPr>
        <w:jc w:val="both"/>
      </w:pPr>
      <w:r>
        <w:t>464</w:t>
      </w:r>
    </w:p>
    <w:p>
      <w:pPr>
        <w:jc w:val="both"/>
      </w:pPr>
      <w:r>
        <w:t>455</w:t>
      </w:r>
    </w:p>
    <w:p>
      <w:pPr>
        <w:jc w:val="both"/>
      </w:pPr>
      <w:r>
        <w:t>Phẫu thuật cắt dây chằng gỡ dính ruột</w:t>
      </w:r>
    </w:p>
    <w:p>
      <w:pPr>
        <w:jc w:val="both"/>
      </w:pPr>
      <w:r>
        <w:t>2.574.000</w:t>
      </w:r>
    </w:p>
    <w:p>
      <w:pPr>
        <w:jc w:val="both"/>
      </w:pPr>
      <w:r>
        <w:t>2.897.000</w:t>
      </w:r>
    </w:p>
    <w:p>
      <w:pPr>
        <w:jc w:val="both"/>
      </w:pPr>
      <w:r>
        <w:t>465</w:t>
      </w:r>
    </w:p>
    <w:p>
      <w:pPr>
        <w:jc w:val="both"/>
      </w:pPr>
      <w:r>
        <w:t>456</w:t>
      </w:r>
    </w:p>
    <w:p>
      <w:pPr>
        <w:jc w:val="both"/>
      </w:pPr>
      <w:r>
        <w:t>Phẫu thuật cắt nối ruột</w:t>
      </w:r>
    </w:p>
    <w:p>
      <w:pPr>
        <w:jc w:val="both"/>
      </w:pPr>
      <w:r>
        <w:t>4.465.000</w:t>
      </w:r>
    </w:p>
    <w:p>
      <w:pPr>
        <w:jc w:val="both"/>
      </w:pPr>
      <w:r>
        <w:t>4.989.000</w:t>
      </w:r>
    </w:p>
    <w:p>
      <w:pPr>
        <w:jc w:val="both"/>
      </w:pPr>
      <w:r>
        <w:t>Chưa bao gồm máy cắt nối tự động và ghim khâu máy cắt nối; dao siêu âm hoặc dao hàn mô hoặc dao hàn mạch.</w:t>
      </w:r>
    </w:p>
    <w:p>
      <w:pPr>
        <w:jc w:val="both"/>
      </w:pPr>
      <w:r>
        <w:t>466</w:t>
      </w:r>
    </w:p>
    <w:p>
      <w:pPr>
        <w:jc w:val="both"/>
      </w:pPr>
      <w:r>
        <w:t>457</w:t>
      </w:r>
    </w:p>
    <w:p>
      <w:pPr>
        <w:jc w:val="both"/>
      </w:pPr>
      <w:r>
        <w:t>03C2.1.63</w:t>
      </w:r>
    </w:p>
    <w:p>
      <w:pPr>
        <w:jc w:val="both"/>
      </w:pPr>
      <w:r>
        <w:t>Phẫu thuật nội soi cắt nối ruột</w:t>
      </w:r>
    </w:p>
    <w:p>
      <w:pPr>
        <w:jc w:val="both"/>
      </w:pPr>
      <w:r>
        <w:t>4.395.000</w:t>
      </w:r>
    </w:p>
    <w:p>
      <w:pPr>
        <w:jc w:val="both"/>
      </w:pPr>
      <w:r>
        <w:t>4.924.000</w:t>
      </w:r>
    </w:p>
    <w:p>
      <w:pPr>
        <w:jc w:val="both"/>
      </w:pPr>
      <w:r>
        <w:t>Chưa bao gồm máy cắt nối tự động và ghim khâu máy cắt nối; dao siêu âm hoặc dao hàn mô hoặc dao hàn mạch.</w:t>
      </w:r>
    </w:p>
    <w:p>
      <w:pPr>
        <w:jc w:val="both"/>
      </w:pPr>
      <w:r>
        <w:t>467</w:t>
      </w:r>
    </w:p>
    <w:p>
      <w:pPr>
        <w:jc w:val="both"/>
      </w:pPr>
      <w:r>
        <w:t>458</w:t>
      </w:r>
    </w:p>
    <w:p>
      <w:pPr>
        <w:jc w:val="both"/>
      </w:pPr>
      <w:r>
        <w:t>Phẫu thuật cắt ruột non</w:t>
      </w:r>
    </w:p>
    <w:p>
      <w:pPr>
        <w:jc w:val="both"/>
      </w:pPr>
      <w:r>
        <w:t>4.801.000</w:t>
      </w:r>
    </w:p>
    <w:p>
      <w:pPr>
        <w:jc w:val="both"/>
      </w:pPr>
      <w:r>
        <w:t>5.376.000</w:t>
      </w:r>
    </w:p>
    <w:p>
      <w:pPr>
        <w:jc w:val="both"/>
      </w:pPr>
      <w:r>
        <w:t>Chưa bao gồm máy cắt nối tự động và ghim khâu máy cắt nối.</w:t>
      </w:r>
    </w:p>
    <w:p>
      <w:pPr>
        <w:jc w:val="both"/>
      </w:pPr>
      <w:r>
        <w:t>468</w:t>
      </w:r>
    </w:p>
    <w:p>
      <w:pPr>
        <w:jc w:val="both"/>
      </w:pPr>
      <w:r>
        <w:t>459</w:t>
      </w:r>
    </w:p>
    <w:p>
      <w:pPr>
        <w:jc w:val="both"/>
      </w:pPr>
      <w:r>
        <w:t>Phẫu thuật cắt ruột thừa</w:t>
      </w:r>
    </w:p>
    <w:p>
      <w:pPr>
        <w:jc w:val="both"/>
      </w:pPr>
      <w:r>
        <w:t>2.654.000</w:t>
      </w:r>
    </w:p>
    <w:p>
      <w:pPr>
        <w:jc w:val="both"/>
      </w:pPr>
      <w:r>
        <w:t>2.974.000</w:t>
      </w:r>
    </w:p>
    <w:p>
      <w:pPr>
        <w:jc w:val="both"/>
      </w:pPr>
      <w:r>
        <w:t>469</w:t>
      </w:r>
    </w:p>
    <w:p>
      <w:pPr>
        <w:jc w:val="both"/>
      </w:pPr>
      <w:r>
        <w:t>Phẫu thuật nội soi cắt ruột thừa</w:t>
      </w:r>
    </w:p>
    <w:p>
      <w:pPr>
        <w:jc w:val="both"/>
      </w:pPr>
      <w:r>
        <w:t>2.657.000</w:t>
      </w:r>
    </w:p>
    <w:p>
      <w:pPr>
        <w:jc w:val="both"/>
      </w:pPr>
      <w:r>
        <w:t>2.977.000</w:t>
      </w:r>
    </w:p>
    <w:p>
      <w:pPr>
        <w:jc w:val="both"/>
      </w:pPr>
      <w:r>
        <w:t>470</w:t>
      </w:r>
    </w:p>
    <w:p>
      <w:pPr>
        <w:jc w:val="both"/>
      </w:pPr>
      <w:r>
        <w:t>460</w:t>
      </w:r>
    </w:p>
    <w:p>
      <w:pPr>
        <w:jc w:val="both"/>
      </w:pPr>
      <w:r>
        <w:t>Phẫu thuật cắt trực tràng đường bụng, tầng sinh môn</w:t>
      </w:r>
    </w:p>
    <w:p>
      <w:pPr>
        <w:jc w:val="both"/>
      </w:pPr>
      <w:r>
        <w:t>7.190.000</w:t>
      </w:r>
    </w:p>
    <w:p>
      <w:pPr>
        <w:jc w:val="both"/>
      </w:pPr>
      <w:r>
        <w:t>8.052.000</w:t>
      </w:r>
    </w:p>
    <w:p>
      <w:pPr>
        <w:jc w:val="both"/>
      </w:pPr>
      <w:r>
        <w:t>Chưa bao gồm khóa kẹp mạch máu, miếng cầm máu, máy cắt nối tự động và ghim khâu máy cắt nối; dao siêu âm hoặc dao hàn mô hoặc dao hàn mạch.</w:t>
      </w:r>
    </w:p>
    <w:p>
      <w:pPr>
        <w:jc w:val="both"/>
      </w:pPr>
      <w:r>
        <w:t>471</w:t>
      </w:r>
    </w:p>
    <w:p>
      <w:pPr>
        <w:jc w:val="both"/>
      </w:pPr>
      <w:r>
        <w:t>461</w:t>
      </w:r>
    </w:p>
    <w:p>
      <w:pPr>
        <w:jc w:val="both"/>
      </w:pPr>
      <w:r>
        <w:t>03C2.1.80</w:t>
      </w:r>
    </w:p>
    <w:p>
      <w:pPr>
        <w:jc w:val="both"/>
      </w:pPr>
      <w:r>
        <w:t>Phẫu thuật dị tật teo hậu môn trực tràng 1 thì</w:t>
      </w:r>
    </w:p>
    <w:p>
      <w:pPr>
        <w:jc w:val="both"/>
      </w:pPr>
      <w:r>
        <w:t>4.918.000</w:t>
      </w:r>
    </w:p>
    <w:p>
      <w:pPr>
        <w:jc w:val="both"/>
      </w:pPr>
      <w:r>
        <w:t>5.436.000</w:t>
      </w:r>
    </w:p>
    <w:p>
      <w:pPr>
        <w:jc w:val="both"/>
      </w:pPr>
      <w:r>
        <w:t>472</w:t>
      </w:r>
    </w:p>
    <w:p>
      <w:pPr>
        <w:jc w:val="both"/>
      </w:pPr>
      <w:r>
        <w:t>462</w:t>
      </w:r>
    </w:p>
    <w:p>
      <w:pPr>
        <w:jc w:val="both"/>
      </w:pPr>
      <w:r>
        <w:t>Phẫu thuật nội soi cố định trực tràng</w:t>
      </w:r>
    </w:p>
    <w:p>
      <w:pPr>
        <w:jc w:val="both"/>
      </w:pPr>
      <w:r>
        <w:t>4.448.000</w:t>
      </w:r>
    </w:p>
    <w:p>
      <w:pPr>
        <w:jc w:val="both"/>
      </w:pPr>
      <w:r>
        <w:t>4.970.000</w:t>
      </w:r>
    </w:p>
    <w:p>
      <w:pPr>
        <w:jc w:val="both"/>
      </w:pPr>
      <w:r>
        <w:t>Chưa bao gồm tấm nâng trực tràng, dao siêu âm hoặc dao hàn mô hoặc dao hàn mạch.</w:t>
      </w:r>
    </w:p>
    <w:p>
      <w:pPr>
        <w:jc w:val="both"/>
      </w:pPr>
      <w:r>
        <w:t>473</w:t>
      </w:r>
    </w:p>
    <w:p>
      <w:pPr>
        <w:jc w:val="both"/>
      </w:pPr>
      <w:r>
        <w:t>463</w:t>
      </w:r>
    </w:p>
    <w:p>
      <w:pPr>
        <w:jc w:val="both"/>
      </w:pPr>
      <w:r>
        <w:t>03C2.1.65</w:t>
      </w:r>
    </w:p>
    <w:p>
      <w:pPr>
        <w:jc w:val="both"/>
      </w:pPr>
      <w:r>
        <w:t>Phẫu thuật nội soi ung thư đại hoặc trực tràng</w:t>
      </w:r>
    </w:p>
    <w:p>
      <w:pPr>
        <w:jc w:val="both"/>
      </w:pPr>
      <w:r>
        <w:t>3.486.000</w:t>
      </w:r>
    </w:p>
    <w:p>
      <w:pPr>
        <w:jc w:val="both"/>
      </w:pPr>
      <w:r>
        <w:t>3.864.000</w:t>
      </w:r>
    </w:p>
    <w:p>
      <w:pPr>
        <w:jc w:val="both"/>
      </w:pPr>
      <w:r>
        <w:t>Chưa bao gồm máy cắt nối tự động và ghim khâu máy, dao siêu âm hoặc dao hàn mô hoặc dao hàn mạch, kẹp khóa mạch máu.</w:t>
      </w:r>
    </w:p>
    <w:p>
      <w:pPr>
        <w:jc w:val="both"/>
      </w:pPr>
      <w:r>
        <w:t>474</w:t>
      </w:r>
    </w:p>
    <w:p>
      <w:pPr>
        <w:jc w:val="both"/>
      </w:pPr>
      <w:r>
        <w:t>464</w:t>
      </w:r>
    </w:p>
    <w:p>
      <w:pPr>
        <w:jc w:val="both"/>
      </w:pPr>
      <w:r>
        <w:t>Phẫu thuật dẫn lưu trong (nối tắt) hoặc dẫn lưu ngoài</w:t>
      </w:r>
    </w:p>
    <w:p>
      <w:pPr>
        <w:jc w:val="both"/>
      </w:pPr>
      <w:r>
        <w:t>2.756.000</w:t>
      </w:r>
    </w:p>
    <w:p>
      <w:pPr>
        <w:jc w:val="both"/>
      </w:pPr>
      <w:r>
        <w:t>3.092.000</w:t>
      </w:r>
    </w:p>
    <w:p>
      <w:pPr>
        <w:jc w:val="both"/>
      </w:pPr>
      <w:r>
        <w:t>Chưa bao gồm kẹp khóa mạch máu, miếng cầm máu, máy cắt nối tự động và ghim khâu máy cắt nối.</w:t>
      </w:r>
    </w:p>
    <w:p>
      <w:pPr>
        <w:jc w:val="both"/>
      </w:pPr>
      <w:r>
        <w:t>475</w:t>
      </w:r>
    </w:p>
    <w:p>
      <w:pPr>
        <w:jc w:val="both"/>
      </w:pPr>
      <w:r>
        <w:t>465</w:t>
      </w:r>
    </w:p>
    <w:p>
      <w:pPr>
        <w:jc w:val="both"/>
      </w:pPr>
      <w:r>
        <w:t>Phẫu thuật khâu lỗ thủng tiêu hóa hoặc lấy dị vật ống tiêu hóa hoặc đẩy bả thức ăn xuống đại tràng</w:t>
      </w:r>
    </w:p>
    <w:p>
      <w:pPr>
        <w:jc w:val="both"/>
      </w:pPr>
      <w:r>
        <w:t>3.730.000</w:t>
      </w:r>
    </w:p>
    <w:p>
      <w:pPr>
        <w:jc w:val="both"/>
      </w:pPr>
      <w:r>
        <w:t>4.162.000</w:t>
      </w:r>
    </w:p>
    <w:p>
      <w:pPr>
        <w:jc w:val="both"/>
      </w:pPr>
      <w:r>
        <w:t>476</w:t>
      </w:r>
    </w:p>
    <w:p>
      <w:pPr>
        <w:jc w:val="both"/>
      </w:pPr>
      <w:r>
        <w:t>466</w:t>
      </w:r>
    </w:p>
    <w:p>
      <w:pPr>
        <w:jc w:val="both"/>
      </w:pPr>
      <w:r>
        <w:t>Phẫu thuật cắt gan</w:t>
      </w:r>
    </w:p>
    <w:p>
      <w:pPr>
        <w:jc w:val="both"/>
      </w:pPr>
      <w:r>
        <w:t>8.477.000</w:t>
      </w:r>
    </w:p>
    <w:p>
      <w:pPr>
        <w:jc w:val="both"/>
      </w:pPr>
      <w:r>
        <w:t>9.457.000</w:t>
      </w:r>
    </w:p>
    <w:p>
      <w:pPr>
        <w:jc w:val="both"/>
      </w:pPr>
      <w:r>
        <w:t>Chưa bao gồm keo sinh học, đầu dao cắt gan siêu âm, dao cắt hàn mạch, hàn mô.</w:t>
      </w:r>
    </w:p>
    <w:p>
      <w:pPr>
        <w:jc w:val="both"/>
      </w:pPr>
      <w:r>
        <w:t>477</w:t>
      </w:r>
    </w:p>
    <w:p>
      <w:pPr>
        <w:jc w:val="both"/>
      </w:pPr>
      <w:r>
        <w:t>467</w:t>
      </w:r>
    </w:p>
    <w:p>
      <w:pPr>
        <w:jc w:val="both"/>
      </w:pPr>
      <w:r>
        <w:t>03C2.1.78</w:t>
      </w:r>
    </w:p>
    <w:p>
      <w:pPr>
        <w:jc w:val="both"/>
      </w:pPr>
      <w:r>
        <w:t>Phẫu thuật nội soi cắt gan</w:t>
      </w:r>
    </w:p>
    <w:p>
      <w:pPr>
        <w:jc w:val="both"/>
      </w:pPr>
      <w:r>
        <w:t>6.007.000</w:t>
      </w:r>
    </w:p>
    <w:p>
      <w:pPr>
        <w:jc w:val="both"/>
      </w:pPr>
      <w:r>
        <w:t>6.601.000</w:t>
      </w:r>
    </w:p>
    <w:p>
      <w:pPr>
        <w:jc w:val="both"/>
      </w:pPr>
      <w:r>
        <w:t>Chưa bao gồm đầu dao cắt gan siêu âm, keo sinh học, dao cắt hàn mạch, hàn mô.</w:t>
      </w:r>
    </w:p>
    <w:p>
      <w:pPr>
        <w:jc w:val="both"/>
      </w:pPr>
      <w:r>
        <w:t>478</w:t>
      </w:r>
    </w:p>
    <w:p>
      <w:pPr>
        <w:jc w:val="both"/>
      </w:pPr>
      <w:r>
        <w:t>468</w:t>
      </w:r>
    </w:p>
    <w:p>
      <w:pPr>
        <w:jc w:val="both"/>
      </w:pPr>
      <w:r>
        <w:t>03C2.1.77</w:t>
      </w:r>
    </w:p>
    <w:p>
      <w:pPr>
        <w:jc w:val="both"/>
      </w:pPr>
      <w:r>
        <w:t>Phẫu thuật cắt gan mở có sử dụng thiết bị kỹ thuật cao</w:t>
      </w:r>
    </w:p>
    <w:p>
      <w:pPr>
        <w:jc w:val="both"/>
      </w:pPr>
      <w:r>
        <w:t>7.087.000</w:t>
      </w:r>
    </w:p>
    <w:p>
      <w:pPr>
        <w:jc w:val="both"/>
      </w:pPr>
      <w:r>
        <w:t>7.844.000</w:t>
      </w:r>
    </w:p>
    <w:p>
      <w:pPr>
        <w:jc w:val="both"/>
      </w:pPr>
      <w:r>
        <w:t>Chưa bao gồm đầu dao cắt gan siêu âm, keo sinh học, dao cắt hàn mạch, hàn mô.</w:t>
      </w:r>
    </w:p>
    <w:p>
      <w:pPr>
        <w:jc w:val="both"/>
      </w:pPr>
      <w:r>
        <w:t>479</w:t>
      </w:r>
    </w:p>
    <w:p>
      <w:pPr>
        <w:jc w:val="both"/>
      </w:pPr>
      <w:r>
        <w:t>469</w:t>
      </w:r>
    </w:p>
    <w:p>
      <w:pPr>
        <w:jc w:val="both"/>
      </w:pPr>
      <w:r>
        <w:t>Phẫu thuật điều trị bệnh lý gan hoặc mật khác</w:t>
      </w:r>
    </w:p>
    <w:p>
      <w:pPr>
        <w:jc w:val="both"/>
      </w:pPr>
      <w:r>
        <w:t>4.871.000</w:t>
      </w:r>
    </w:p>
    <w:p>
      <w:pPr>
        <w:jc w:val="both"/>
      </w:pPr>
      <w:r>
        <w:t>5.457.000</w:t>
      </w:r>
    </w:p>
    <w:p>
      <w:pPr>
        <w:jc w:val="both"/>
      </w:pPr>
      <w:r>
        <w:t>Chưa bao gồm keo sinh học, đầu dao cắt gan siêu âm, dao cắt hàn mạch, hàn mô, Stent, chi phí DSA.</w:t>
      </w:r>
    </w:p>
    <w:p>
      <w:pPr>
        <w:jc w:val="both"/>
      </w:pPr>
      <w:r>
        <w:t>480</w:t>
      </w:r>
    </w:p>
    <w:p>
      <w:pPr>
        <w:jc w:val="both"/>
      </w:pPr>
      <w:r>
        <w:t>470</w:t>
      </w:r>
    </w:p>
    <w:p>
      <w:pPr>
        <w:jc w:val="both"/>
      </w:pPr>
      <w:r>
        <w:t>03C2.1.79</w:t>
      </w:r>
    </w:p>
    <w:p>
      <w:pPr>
        <w:jc w:val="both"/>
      </w:pPr>
      <w:r>
        <w:t>Phẫu thuật nội soi điều trị bệnh lý gan mật khác</w:t>
      </w:r>
    </w:p>
    <w:p>
      <w:pPr>
        <w:jc w:val="both"/>
      </w:pPr>
      <w:r>
        <w:t>3.486.000</w:t>
      </w:r>
    </w:p>
    <w:p>
      <w:pPr>
        <w:jc w:val="both"/>
      </w:pPr>
      <w:r>
        <w:t>3.864.000</w:t>
      </w:r>
    </w:p>
    <w:p>
      <w:pPr>
        <w:jc w:val="both"/>
      </w:pPr>
      <w:r>
        <w:t>Chưa bao gồm đầu dao cắt gan siêu âm, keo sinh học, dao cắt hàn mạch, hàn mô.</w:t>
      </w:r>
    </w:p>
    <w:p>
      <w:pPr>
        <w:jc w:val="both"/>
      </w:pPr>
      <w:r>
        <w:t>481</w:t>
      </w:r>
    </w:p>
    <w:p>
      <w:pPr>
        <w:jc w:val="both"/>
      </w:pPr>
      <w:r>
        <w:t>471</w:t>
      </w:r>
    </w:p>
    <w:p>
      <w:pPr>
        <w:jc w:val="both"/>
      </w:pPr>
      <w:r>
        <w:t>Phẫu thuật khâu vết thương gan hoặc chèn gạc cầm máu</w:t>
      </w:r>
    </w:p>
    <w:p>
      <w:pPr>
        <w:jc w:val="both"/>
      </w:pPr>
      <w:r>
        <w:t>5.487.000</w:t>
      </w:r>
    </w:p>
    <w:p>
      <w:pPr>
        <w:jc w:val="both"/>
      </w:pPr>
      <w:r>
        <w:t>6.129.000</w:t>
      </w:r>
    </w:p>
    <w:p>
      <w:pPr>
        <w:jc w:val="both"/>
      </w:pPr>
      <w:r>
        <w:t>Chưa bao gồm vật liệu cầm máu.</w:t>
      </w:r>
    </w:p>
    <w:p>
      <w:pPr>
        <w:jc w:val="both"/>
      </w:pPr>
      <w:r>
        <w:t>482</w:t>
      </w:r>
    </w:p>
    <w:p>
      <w:pPr>
        <w:jc w:val="both"/>
      </w:pPr>
      <w:r>
        <w:t>472</w:t>
      </w:r>
    </w:p>
    <w:p>
      <w:pPr>
        <w:jc w:val="both"/>
      </w:pPr>
      <w:r>
        <w:t>Phẫu thuật cắt túi mật</w:t>
      </w:r>
    </w:p>
    <w:p>
      <w:pPr>
        <w:jc w:val="both"/>
      </w:pPr>
      <w:r>
        <w:t>4.694.000</w:t>
      </w:r>
    </w:p>
    <w:p>
      <w:pPr>
        <w:jc w:val="both"/>
      </w:pPr>
      <w:r>
        <w:t>5.254.000</w:t>
      </w:r>
    </w:p>
    <w:p>
      <w:pPr>
        <w:jc w:val="both"/>
      </w:pPr>
      <w:r>
        <w:t>483</w:t>
      </w:r>
    </w:p>
    <w:p>
      <w:pPr>
        <w:jc w:val="both"/>
      </w:pPr>
      <w:r>
        <w:t>473</w:t>
      </w:r>
    </w:p>
    <w:p>
      <w:pPr>
        <w:jc w:val="both"/>
      </w:pPr>
      <w:r>
        <w:t>03C2.1.73</w:t>
      </w:r>
    </w:p>
    <w:p>
      <w:pPr>
        <w:jc w:val="both"/>
      </w:pPr>
      <w:r>
        <w:t>Phẫu thuật nội soi cắt túi mật</w:t>
      </w:r>
    </w:p>
    <w:p>
      <w:pPr>
        <w:jc w:val="both"/>
      </w:pPr>
      <w:r>
        <w:t>3.216.000</w:t>
      </w:r>
    </w:p>
    <w:p>
      <w:pPr>
        <w:jc w:val="both"/>
      </w:pPr>
      <w:r>
        <w:t>3.595.000</w:t>
      </w:r>
    </w:p>
    <w:p>
      <w:pPr>
        <w:jc w:val="both"/>
      </w:pPr>
      <w:r>
        <w:t>484</w:t>
      </w:r>
    </w:p>
    <w:p>
      <w:pPr>
        <w:jc w:val="both"/>
      </w:pPr>
      <w:r>
        <w:t>474</w:t>
      </w:r>
    </w:p>
    <w:p>
      <w:pPr>
        <w:jc w:val="both"/>
      </w:pPr>
      <w:r>
        <w:t>Phẫu thuật lấy sỏi ống mật chủ</w:t>
      </w:r>
    </w:p>
    <w:p>
      <w:pPr>
        <w:jc w:val="both"/>
      </w:pPr>
      <w:r>
        <w:t>4.671.000</w:t>
      </w:r>
    </w:p>
    <w:p>
      <w:pPr>
        <w:jc w:val="both"/>
      </w:pPr>
      <w:r>
        <w:t>5.226.000</w:t>
      </w:r>
    </w:p>
    <w:p>
      <w:pPr>
        <w:jc w:val="both"/>
      </w:pPr>
      <w:r>
        <w:t>Chưa bao gồm đầu tán sỏi và điện cực tán sỏi.</w:t>
      </w:r>
    </w:p>
    <w:p>
      <w:pPr>
        <w:jc w:val="both"/>
      </w:pPr>
      <w:r>
        <w:t>485</w:t>
      </w:r>
    </w:p>
    <w:p>
      <w:pPr>
        <w:jc w:val="both"/>
      </w:pPr>
      <w:r>
        <w:t>475</w:t>
      </w:r>
    </w:p>
    <w:p>
      <w:pPr>
        <w:jc w:val="both"/>
      </w:pPr>
      <w:r>
        <w:t>Phẫu thuật lấy sỏi ống mật phức tạp</w:t>
      </w:r>
    </w:p>
    <w:p>
      <w:pPr>
        <w:jc w:val="both"/>
      </w:pPr>
      <w:r>
        <w:t>7.128.000</w:t>
      </w:r>
    </w:p>
    <w:p>
      <w:pPr>
        <w:jc w:val="both"/>
      </w:pPr>
      <w:r>
        <w:t>7.942.000</w:t>
      </w:r>
    </w:p>
    <w:p>
      <w:pPr>
        <w:jc w:val="both"/>
      </w:pPr>
      <w:r>
        <w:t>Chưa bao gồm đầu tán sỏi và điện cực tán sỏi.</w:t>
      </w:r>
    </w:p>
    <w:p>
      <w:pPr>
        <w:jc w:val="both"/>
      </w:pPr>
      <w:r>
        <w:t>486</w:t>
      </w:r>
    </w:p>
    <w:p>
      <w:pPr>
        <w:jc w:val="both"/>
      </w:pPr>
      <w:r>
        <w:t>476</w:t>
      </w:r>
    </w:p>
    <w:p>
      <w:pPr>
        <w:jc w:val="both"/>
      </w:pPr>
      <w:r>
        <w:t>03C2.1.76</w:t>
      </w:r>
    </w:p>
    <w:p>
      <w:pPr>
        <w:jc w:val="both"/>
      </w:pPr>
      <w:r>
        <w:t>Phẫu thuật nội soi cắt túi mật - mở ống mật chủ lấy sỏi và nối mật - ruột</w:t>
      </w:r>
    </w:p>
    <w:p>
      <w:pPr>
        <w:jc w:val="both"/>
      </w:pPr>
      <w:r>
        <w:t>3.986.000</w:t>
      </w:r>
    </w:p>
    <w:p>
      <w:pPr>
        <w:jc w:val="both"/>
      </w:pPr>
      <w:r>
        <w:t>4.439.000</w:t>
      </w:r>
    </w:p>
    <w:p>
      <w:pPr>
        <w:jc w:val="both"/>
      </w:pPr>
      <w:r>
        <w:t>Chưa bao gồm đầu tán sỏi và điện cực tán sỏi.</w:t>
      </w:r>
    </w:p>
    <w:p>
      <w:pPr>
        <w:jc w:val="both"/>
      </w:pPr>
      <w:r>
        <w:t>487</w:t>
      </w:r>
    </w:p>
    <w:p>
      <w:pPr>
        <w:jc w:val="both"/>
      </w:pPr>
      <w:r>
        <w:t>477</w:t>
      </w:r>
    </w:p>
    <w:p>
      <w:pPr>
        <w:jc w:val="both"/>
      </w:pPr>
      <w:r>
        <w:t>03C2.1.67</w:t>
      </w:r>
    </w:p>
    <w:p>
      <w:pPr>
        <w:jc w:val="both"/>
      </w:pPr>
      <w:r>
        <w:t>Phẫu thuật nội soi cắt nang ống mật chủ</w:t>
      </w:r>
    </w:p>
    <w:p>
      <w:pPr>
        <w:jc w:val="both"/>
      </w:pPr>
      <w:r>
        <w:t>4.680.000</w:t>
      </w:r>
    </w:p>
    <w:p>
      <w:pPr>
        <w:jc w:val="both"/>
      </w:pPr>
      <w:r>
        <w:t>5.198.000</w:t>
      </w:r>
    </w:p>
    <w:p>
      <w:pPr>
        <w:jc w:val="both"/>
      </w:pPr>
      <w:r>
        <w:t>488</w:t>
      </w:r>
    </w:p>
    <w:p>
      <w:pPr>
        <w:jc w:val="both"/>
      </w:pPr>
      <w:r>
        <w:t>478</w:t>
      </w:r>
    </w:p>
    <w:p>
      <w:pPr>
        <w:jc w:val="both"/>
      </w:pPr>
      <w:r>
        <w:t>03C2.1.72</w:t>
      </w:r>
    </w:p>
    <w:p>
      <w:pPr>
        <w:jc w:val="both"/>
      </w:pPr>
      <w:r>
        <w:t>Phẫu thuật nội soi lấy sỏi mật hay dị vật đường mật</w:t>
      </w:r>
    </w:p>
    <w:p>
      <w:pPr>
        <w:jc w:val="both"/>
      </w:pPr>
      <w:r>
        <w:t>3.486.000</w:t>
      </w:r>
    </w:p>
    <w:p>
      <w:pPr>
        <w:jc w:val="both"/>
      </w:pPr>
      <w:r>
        <w:t>3.864.000</w:t>
      </w:r>
    </w:p>
    <w:p>
      <w:pPr>
        <w:jc w:val="both"/>
      </w:pPr>
      <w:r>
        <w:t>Chưa bao gồm đầu tán sỏi và điện cực tán sỏi.</w:t>
      </w:r>
    </w:p>
    <w:p>
      <w:pPr>
        <w:jc w:val="both"/>
      </w:pPr>
      <w:r>
        <w:t>489</w:t>
      </w:r>
    </w:p>
    <w:p>
      <w:pPr>
        <w:jc w:val="both"/>
      </w:pPr>
      <w:r>
        <w:t>479</w:t>
      </w:r>
    </w:p>
    <w:p>
      <w:pPr>
        <w:jc w:val="both"/>
      </w:pPr>
      <w:r>
        <w:t>03C2.1.75</w:t>
      </w:r>
    </w:p>
    <w:p>
      <w:pPr>
        <w:jc w:val="both"/>
      </w:pPr>
      <w:r>
        <w:t>Tán sỏi trong mổ nội soi đường mật và tán sỏi qua đường hầm Kehr</w:t>
      </w:r>
    </w:p>
    <w:p>
      <w:pPr>
        <w:jc w:val="both"/>
      </w:pPr>
      <w:r>
        <w:t>4.363.000</w:t>
      </w:r>
    </w:p>
    <w:p>
      <w:pPr>
        <w:jc w:val="both"/>
      </w:pPr>
      <w:r>
        <w:t>4.837.000</w:t>
      </w:r>
    </w:p>
    <w:p>
      <w:pPr>
        <w:jc w:val="both"/>
      </w:pPr>
      <w:r>
        <w:t>Chưa bao gồm đầu tán sỏi và điện cực tán sỏi.</w:t>
      </w:r>
    </w:p>
    <w:p>
      <w:pPr>
        <w:jc w:val="both"/>
      </w:pPr>
      <w:r>
        <w:t>490</w:t>
      </w:r>
    </w:p>
    <w:p>
      <w:pPr>
        <w:jc w:val="both"/>
      </w:pPr>
      <w:r>
        <w:t>480</w:t>
      </w:r>
    </w:p>
    <w:p>
      <w:pPr>
        <w:jc w:val="both"/>
      </w:pPr>
      <w:r>
        <w:t>03C2.1.74</w:t>
      </w:r>
    </w:p>
    <w:p>
      <w:pPr>
        <w:jc w:val="both"/>
      </w:pPr>
      <w:r>
        <w:t>Phẫu thuật cắt cơ Oddi và nong đường mật qua ERCP</w:t>
      </w:r>
    </w:p>
    <w:p>
      <w:pPr>
        <w:jc w:val="both"/>
      </w:pPr>
      <w:r>
        <w:t>3.627.000</w:t>
      </w:r>
    </w:p>
    <w:p>
      <w:pPr>
        <w:jc w:val="both"/>
      </w:pPr>
      <w:r>
        <w:t>4.025.000</w:t>
      </w:r>
    </w:p>
    <w:p>
      <w:pPr>
        <w:jc w:val="both"/>
      </w:pPr>
      <w:r>
        <w:t>Chưa bao gồm stent.</w:t>
      </w:r>
    </w:p>
    <w:p>
      <w:pPr>
        <w:jc w:val="both"/>
      </w:pPr>
      <w:r>
        <w:t>491</w:t>
      </w:r>
    </w:p>
    <w:p>
      <w:pPr>
        <w:jc w:val="both"/>
      </w:pPr>
      <w:r>
        <w:t>481</w:t>
      </w:r>
    </w:p>
    <w:p>
      <w:pPr>
        <w:jc w:val="both"/>
      </w:pPr>
      <w:r>
        <w:t>Phẫu thuật nối mật ruột</w:t>
      </w:r>
    </w:p>
    <w:p>
      <w:pPr>
        <w:jc w:val="both"/>
      </w:pPr>
      <w:r>
        <w:t>4.571.000</w:t>
      </w:r>
    </w:p>
    <w:p>
      <w:pPr>
        <w:jc w:val="both"/>
      </w:pPr>
      <w:r>
        <w:t>5.111.000</w:t>
      </w:r>
    </w:p>
    <w:p>
      <w:pPr>
        <w:jc w:val="both"/>
      </w:pPr>
      <w:r>
        <w:t>492</w:t>
      </w:r>
    </w:p>
    <w:p>
      <w:pPr>
        <w:jc w:val="both"/>
      </w:pPr>
      <w:r>
        <w:t>482</w:t>
      </w:r>
    </w:p>
    <w:p>
      <w:pPr>
        <w:jc w:val="both"/>
      </w:pPr>
      <w:r>
        <w:t>Phẫu thuật cắt khối tá tụy</w:t>
      </w:r>
    </w:p>
    <w:p>
      <w:pPr>
        <w:jc w:val="both"/>
      </w:pPr>
      <w:r>
        <w:t>11.176.000</w:t>
      </w:r>
    </w:p>
    <w:p>
      <w:pPr>
        <w:jc w:val="both"/>
      </w:pPr>
      <w:r>
        <w:t>12.552.000</w:t>
      </w:r>
    </w:p>
    <w:p>
      <w:pPr>
        <w:jc w:val="both"/>
      </w:pPr>
      <w:r>
        <w:t>Chưa bao gồm máy cắt nối tự động, ghim khâu máy cắt nối, khóa kẹp mạch máu, dao siêu âm hoặc dao hàn mô hoặc dao hàn mạch và đoạn mạch nhân tạo.</w:t>
      </w:r>
    </w:p>
    <w:p>
      <w:pPr>
        <w:jc w:val="both"/>
      </w:pPr>
      <w:r>
        <w:t>493</w:t>
      </w:r>
    </w:p>
    <w:p>
      <w:pPr>
        <w:jc w:val="both"/>
      </w:pPr>
      <w:r>
        <w:t>483</w:t>
      </w:r>
    </w:p>
    <w:p>
      <w:pPr>
        <w:jc w:val="both"/>
      </w:pPr>
      <w:r>
        <w:t>Phẫu thuật nội soi cắt khối tá tụy có sử dụng máy cắt nối</w:t>
      </w:r>
    </w:p>
    <w:p>
      <w:pPr>
        <w:jc w:val="both"/>
      </w:pPr>
      <w:r>
        <w:t>10.357.000</w:t>
      </w:r>
    </w:p>
    <w:p>
      <w:pPr>
        <w:jc w:val="both"/>
      </w:pPr>
      <w:r>
        <w:t>11.707.000</w:t>
      </w:r>
    </w:p>
    <w:p>
      <w:pPr>
        <w:jc w:val="both"/>
      </w:pPr>
      <w:r>
        <w:t>Chưa bao gồm máy cắt nối tự động và ghim khâu máy, dao siêu âm hoặc dao hàn mô hoặc dao hàn mạch, kẹp khóa mạch máu.</w:t>
      </w:r>
    </w:p>
    <w:p>
      <w:pPr>
        <w:jc w:val="both"/>
      </w:pPr>
      <w:r>
        <w:t>494</w:t>
      </w:r>
    </w:p>
    <w:p>
      <w:pPr>
        <w:jc w:val="both"/>
      </w:pPr>
      <w:r>
        <w:t>484</w:t>
      </w:r>
    </w:p>
    <w:p>
      <w:pPr>
        <w:jc w:val="both"/>
      </w:pPr>
      <w:r>
        <w:t>Phẫu thuật Cắt lách</w:t>
      </w:r>
    </w:p>
    <w:p>
      <w:pPr>
        <w:jc w:val="both"/>
      </w:pPr>
      <w:r>
        <w:t>4.644.000</w:t>
      </w:r>
    </w:p>
    <w:p>
      <w:pPr>
        <w:jc w:val="both"/>
      </w:pPr>
      <w:r>
        <w:t>5.195.000</w:t>
      </w:r>
    </w:p>
    <w:p>
      <w:pPr>
        <w:jc w:val="both"/>
      </w:pPr>
      <w:r>
        <w:t>Chưa bao gồm khóa kẹp mạch máu, dao siêu âm hoặc dao hàn mô hoặc dao hàn mạch.</w:t>
      </w:r>
    </w:p>
    <w:p>
      <w:pPr>
        <w:jc w:val="both"/>
      </w:pPr>
      <w:r>
        <w:t>495</w:t>
      </w:r>
    </w:p>
    <w:p>
      <w:pPr>
        <w:jc w:val="both"/>
      </w:pPr>
      <w:r>
        <w:t>485</w:t>
      </w:r>
    </w:p>
    <w:p>
      <w:pPr>
        <w:jc w:val="both"/>
      </w:pPr>
      <w:r>
        <w:t>03C2.1.70</w:t>
      </w:r>
    </w:p>
    <w:p>
      <w:pPr>
        <w:jc w:val="both"/>
      </w:pPr>
      <w:r>
        <w:t>Phẫu thuật nôi soi cắt lách</w:t>
      </w:r>
    </w:p>
    <w:p>
      <w:pPr>
        <w:jc w:val="both"/>
      </w:pPr>
      <w:r>
        <w:t>4.575.000</w:t>
      </w:r>
    </w:p>
    <w:p>
      <w:pPr>
        <w:jc w:val="both"/>
      </w:pPr>
      <w:r>
        <w:t>5.104.000</w:t>
      </w:r>
    </w:p>
    <w:p>
      <w:pPr>
        <w:jc w:val="both"/>
      </w:pPr>
      <w:r>
        <w:t>Chưa bao gồm máy cắt nối tự động và ghim khâu máy, dao siêu âm hoặc dao hàn mô hoặc dao hàn mạch, kẹp khóa mạch máu.</w:t>
      </w:r>
    </w:p>
    <w:p>
      <w:pPr>
        <w:jc w:val="both"/>
      </w:pPr>
      <w:r>
        <w:t>496</w:t>
      </w:r>
    </w:p>
    <w:p>
      <w:pPr>
        <w:jc w:val="both"/>
      </w:pPr>
      <w:r>
        <w:t>486</w:t>
      </w:r>
    </w:p>
    <w:p>
      <w:pPr>
        <w:jc w:val="both"/>
      </w:pPr>
      <w:r>
        <w:t>Phẫu thuật cắt thân tụy hoặc cắt đuôi tụy</w:t>
      </w:r>
    </w:p>
    <w:p>
      <w:pPr>
        <w:jc w:val="both"/>
      </w:pPr>
      <w:r>
        <w:t>4.656.000</w:t>
      </w:r>
    </w:p>
    <w:p>
      <w:pPr>
        <w:jc w:val="both"/>
      </w:pPr>
      <w:r>
        <w:t>5.210.000</w:t>
      </w:r>
    </w:p>
    <w:p>
      <w:pPr>
        <w:jc w:val="both"/>
      </w:pPr>
      <w:r>
        <w:t>Chưa bao gồm máy cắt nối tự động và ghim khâu máy cắt nối, khóa kẹp mạch máu, dao siêu âm hoặc dao hàn mô hoặc dao hàn mạch.</w:t>
      </w:r>
    </w:p>
    <w:p>
      <w:pPr>
        <w:jc w:val="both"/>
      </w:pPr>
      <w:r>
        <w:t>497</w:t>
      </w:r>
    </w:p>
    <w:p>
      <w:pPr>
        <w:jc w:val="both"/>
      </w:pPr>
      <w:r>
        <w:t>487</w:t>
      </w:r>
    </w:p>
    <w:p>
      <w:pPr>
        <w:jc w:val="both"/>
      </w:pPr>
      <w:r>
        <w:t>Phẫu thuật cắt u phúc mạc hoặc u sau phúc mạc</w:t>
      </w:r>
    </w:p>
    <w:p>
      <w:pPr>
        <w:jc w:val="both"/>
      </w:pPr>
      <w:r>
        <w:t>5.970.000</w:t>
      </w:r>
    </w:p>
    <w:p>
      <w:pPr>
        <w:jc w:val="both"/>
      </w:pPr>
      <w:r>
        <w:t>6.647.000</w:t>
      </w:r>
    </w:p>
    <w:p>
      <w:pPr>
        <w:jc w:val="both"/>
      </w:pPr>
      <w:r>
        <w:t>Chưa bao gồm máy cắt nối tự động và ghim khâu máy cắt nối, vật liệu cầm máu, dao siêu âm hoặc dao hàn mô hoặc dao hàn mạch.</w:t>
      </w:r>
    </w:p>
    <w:p>
      <w:pPr>
        <w:jc w:val="both"/>
      </w:pPr>
      <w:r>
        <w:t>498</w:t>
      </w:r>
    </w:p>
    <w:p>
      <w:pPr>
        <w:jc w:val="both"/>
      </w:pPr>
      <w:r>
        <w:t>488</w:t>
      </w:r>
    </w:p>
    <w:p>
      <w:pPr>
        <w:jc w:val="both"/>
      </w:pPr>
      <w:r>
        <w:t>Phẫu thuật nạo vét hạch</w:t>
      </w:r>
    </w:p>
    <w:p>
      <w:pPr>
        <w:jc w:val="both"/>
      </w:pPr>
      <w:r>
        <w:t>3.988.000</w:t>
      </w:r>
    </w:p>
    <w:p>
      <w:pPr>
        <w:jc w:val="both"/>
      </w:pPr>
      <w:r>
        <w:t>4.441.000</w:t>
      </w:r>
    </w:p>
    <w:p>
      <w:pPr>
        <w:jc w:val="both"/>
      </w:pPr>
      <w:r>
        <w:t>Chưa bao gồm dao siêu âm hoặc dao hàn mô hoặc dao hàn mạch.</w:t>
      </w:r>
    </w:p>
    <w:p>
      <w:pPr>
        <w:jc w:val="both"/>
      </w:pPr>
      <w:r>
        <w:t>499</w:t>
      </w:r>
    </w:p>
    <w:p>
      <w:pPr>
        <w:jc w:val="both"/>
      </w:pPr>
      <w:r>
        <w:t>489</w:t>
      </w:r>
    </w:p>
    <w:p>
      <w:pPr>
        <w:jc w:val="both"/>
      </w:pPr>
      <w:r>
        <w:t>Phẫu thuật u trong ổ bụng</w:t>
      </w:r>
    </w:p>
    <w:p>
      <w:pPr>
        <w:jc w:val="both"/>
      </w:pPr>
      <w:r>
        <w:t>4.842.000</w:t>
      </w:r>
    </w:p>
    <w:p>
      <w:pPr>
        <w:jc w:val="both"/>
      </w:pPr>
      <w:r>
        <w:t>5.423.000</w:t>
      </w:r>
    </w:p>
    <w:p>
      <w:pPr>
        <w:jc w:val="both"/>
      </w:pPr>
      <w:r>
        <w:t>Chưa bao gồm khóa kẹp mạch máu, dao siêu âm hoặc dao hàn mô hoặc dao hàn mạch.</w:t>
      </w:r>
    </w:p>
    <w:p>
      <w:pPr>
        <w:jc w:val="both"/>
      </w:pPr>
      <w:r>
        <w:t>500</w:t>
      </w:r>
    </w:p>
    <w:p>
      <w:pPr>
        <w:jc w:val="both"/>
      </w:pPr>
      <w:r>
        <w:t>490</w:t>
      </w:r>
    </w:p>
    <w:p>
      <w:pPr>
        <w:jc w:val="both"/>
      </w:pPr>
      <w:r>
        <w:t>03C2.1.68</w:t>
      </w:r>
    </w:p>
    <w:p>
      <w:pPr>
        <w:jc w:val="both"/>
      </w:pPr>
      <w:r>
        <w:t>Phẫu thuật nội soi cắt u trong ổ bụng</w:t>
      </w:r>
    </w:p>
    <w:p>
      <w:pPr>
        <w:jc w:val="both"/>
      </w:pPr>
      <w:r>
        <w:t>3.821.000</w:t>
      </w:r>
    </w:p>
    <w:p>
      <w:pPr>
        <w:jc w:val="both"/>
      </w:pPr>
      <w:r>
        <w:t>4.275.000</w:t>
      </w:r>
    </w:p>
    <w:p>
      <w:pPr>
        <w:jc w:val="both"/>
      </w:pPr>
      <w:r>
        <w:t>Chưa bao gồm máy cắt nối tự động và ghim khâu máy, dao siêu âm hoặc dao hàn mô hoặc dao hàn mạch, kẹp khóa mạch máu.</w:t>
      </w:r>
    </w:p>
    <w:p>
      <w:pPr>
        <w:jc w:val="both"/>
      </w:pPr>
      <w:r>
        <w:t>501</w:t>
      </w:r>
    </w:p>
    <w:p>
      <w:pPr>
        <w:jc w:val="both"/>
      </w:pPr>
      <w:r>
        <w:t>491</w:t>
      </w:r>
    </w:p>
    <w:p>
      <w:pPr>
        <w:jc w:val="both"/>
      </w:pPr>
      <w:r>
        <w:t>Phẫu thuật thăm dò ổ bụng hoặc mở thông dạ dày hoặc mở thông hổng tràng hoặc làm hậu môn nhân tạo</w:t>
      </w:r>
    </w:p>
    <w:p>
      <w:pPr>
        <w:jc w:val="both"/>
      </w:pPr>
      <w:r>
        <w:t>2.576.000</w:t>
      </w:r>
    </w:p>
    <w:p>
      <w:pPr>
        <w:jc w:val="both"/>
      </w:pPr>
      <w:r>
        <w:t>2.912.000</w:t>
      </w:r>
    </w:p>
    <w:p>
      <w:pPr>
        <w:jc w:val="both"/>
      </w:pPr>
      <w:r>
        <w:t>Chưa bao gồm máy cắt nối tự động và ghim khâu máy cắt nối.</w:t>
      </w:r>
    </w:p>
    <w:p>
      <w:pPr>
        <w:jc w:val="both"/>
      </w:pPr>
      <w:r>
        <w:t>502</w:t>
      </w:r>
    </w:p>
    <w:p>
      <w:pPr>
        <w:jc w:val="both"/>
      </w:pPr>
      <w:r>
        <w:t>492</w:t>
      </w:r>
    </w:p>
    <w:p>
      <w:pPr>
        <w:jc w:val="both"/>
      </w:pPr>
      <w:r>
        <w:t>Phẫu thuật thoát vị bẹn hoặc thoát vị đùi hoặc thoát vị thành bụng</w:t>
      </w:r>
    </w:p>
    <w:p>
      <w:pPr>
        <w:jc w:val="both"/>
      </w:pPr>
      <w:r>
        <w:t>3.351.000</w:t>
      </w:r>
    </w:p>
    <w:p>
      <w:pPr>
        <w:jc w:val="both"/>
      </w:pPr>
      <w:r>
        <w:t>3.777.000</w:t>
      </w:r>
    </w:p>
    <w:p>
      <w:pPr>
        <w:jc w:val="both"/>
      </w:pPr>
      <w:r>
        <w:t>Chưa bao gồm tấm màng nâng, khóa kẹp mạch máu, vật liệu cầm máu.</w:t>
      </w:r>
    </w:p>
    <w:p>
      <w:pPr>
        <w:jc w:val="both"/>
      </w:pPr>
      <w:r>
        <w:t>503</w:t>
      </w:r>
    </w:p>
    <w:p>
      <w:pPr>
        <w:jc w:val="both"/>
      </w:pPr>
      <w:r>
        <w:t>493</w:t>
      </w:r>
    </w:p>
    <w:p>
      <w:pPr>
        <w:jc w:val="both"/>
      </w:pPr>
      <w:r>
        <w:t>Phẫu thuật dẫn lưu áp xe trong ổ bụng</w:t>
      </w:r>
    </w:p>
    <w:p>
      <w:pPr>
        <w:jc w:val="both"/>
      </w:pPr>
      <w:r>
        <w:t>2.945.000</w:t>
      </w:r>
    </w:p>
    <w:p>
      <w:pPr>
        <w:jc w:val="both"/>
      </w:pPr>
      <w:r>
        <w:t>3.292.000</w:t>
      </w:r>
    </w:p>
    <w:p>
      <w:pPr>
        <w:jc w:val="both"/>
      </w:pPr>
      <w:r>
        <w:t>504</w:t>
      </w:r>
    </w:p>
    <w:p>
      <w:pPr>
        <w:jc w:val="both"/>
      </w:pPr>
      <w:r>
        <w:t>494</w:t>
      </w:r>
    </w:p>
    <w:p>
      <w:pPr>
        <w:jc w:val="both"/>
      </w:pPr>
      <w:r>
        <w:t>Phẫu thuật cắt trĩ hoặc điều trị nứt kẽ hậu môn hoặc điều trị áp xe rò hậu môn</w:t>
      </w:r>
    </w:p>
    <w:p>
      <w:pPr>
        <w:jc w:val="both"/>
      </w:pPr>
      <w:r>
        <w:t>2.655.000</w:t>
      </w:r>
    </w:p>
    <w:p>
      <w:pPr>
        <w:jc w:val="both"/>
      </w:pPr>
      <w:r>
        <w:t>2.975.000</w:t>
      </w:r>
    </w:p>
    <w:p>
      <w:pPr>
        <w:jc w:val="both"/>
      </w:pPr>
      <w:r>
        <w:t>Chưa bao gồm máy cắt nối tự động và ghim khâu máy cắt nối, khóa kẹp mạch máu, vật liệu cầm máu.</w:t>
      </w:r>
    </w:p>
    <w:p>
      <w:pPr>
        <w:jc w:val="both"/>
      </w:pPr>
      <w:r>
        <w:t>505</w:t>
      </w:r>
    </w:p>
    <w:p>
      <w:pPr>
        <w:jc w:val="both"/>
      </w:pPr>
      <w:r>
        <w:t>495</w:t>
      </w:r>
    </w:p>
    <w:p>
      <w:pPr>
        <w:jc w:val="both"/>
      </w:pPr>
      <w:r>
        <w:t>03C2.1.66</w:t>
      </w:r>
    </w:p>
    <w:p>
      <w:pPr>
        <w:jc w:val="both"/>
      </w:pPr>
      <w:r>
        <w:t>Phẫu thuật điều trị trĩ kỹ thuật cao (phương pháp</w:t>
      </w:r>
    </w:p>
    <w:p>
      <w:pPr>
        <w:jc w:val="both"/>
      </w:pPr>
      <w:r>
        <w:t>2.346.000</w:t>
      </w:r>
    </w:p>
    <w:p>
      <w:pPr>
        <w:jc w:val="both"/>
      </w:pPr>
      <w:r>
        <w:t>2.620.000</w:t>
      </w:r>
    </w:p>
    <w:p>
      <w:pPr>
        <w:jc w:val="both"/>
      </w:pPr>
      <w:r>
        <w:t>Chưa bao gồm máy cắt nối tự động và ghim khâu trong máy.</w:t>
      </w:r>
    </w:p>
    <w:p>
      <w:pPr>
        <w:jc w:val="both"/>
      </w:pPr>
      <w:r>
        <w:t>506</w:t>
      </w:r>
    </w:p>
    <w:p>
      <w:pPr>
        <w:jc w:val="both"/>
      </w:pPr>
      <w:r>
        <w:t>496</w:t>
      </w:r>
    </w:p>
    <w:p>
      <w:pPr>
        <w:jc w:val="both"/>
      </w:pPr>
      <w:r>
        <w:t>03C2.1.50</w:t>
      </w:r>
    </w:p>
    <w:p>
      <w:pPr>
        <w:jc w:val="both"/>
      </w:pPr>
      <w:r>
        <w:t>Cắt cơ Oddi hoặc dẫn lưu mật qua nội soi tá tràng</w:t>
      </w:r>
    </w:p>
    <w:p>
      <w:pPr>
        <w:jc w:val="both"/>
      </w:pPr>
      <w:r>
        <w:t>2.462.000</w:t>
      </w:r>
    </w:p>
    <w:p>
      <w:pPr>
        <w:jc w:val="both"/>
      </w:pPr>
      <w:r>
        <w:t>2.805.000</w:t>
      </w:r>
    </w:p>
    <w:p>
      <w:pPr>
        <w:jc w:val="both"/>
      </w:pPr>
      <w:r>
        <w:t>Chưa bao gồm dao cắt, thuốc cản quang, catheter.</w:t>
      </w:r>
    </w:p>
    <w:p>
      <w:pPr>
        <w:jc w:val="both"/>
      </w:pPr>
      <w:r>
        <w:t>507</w:t>
      </w:r>
    </w:p>
    <w:p>
      <w:pPr>
        <w:jc w:val="both"/>
      </w:pPr>
      <w:r>
        <w:t>497</w:t>
      </w:r>
    </w:p>
    <w:p>
      <w:pPr>
        <w:jc w:val="both"/>
      </w:pPr>
      <w:r>
        <w:t>03C2.1.49</w:t>
      </w:r>
    </w:p>
    <w:p>
      <w:pPr>
        <w:jc w:val="both"/>
      </w:pPr>
      <w:r>
        <w:t>Cắt niêm mạc ống tiêu hoá qua nội soi điều trị ung thư sớm</w:t>
      </w:r>
    </w:p>
    <w:p>
      <w:pPr>
        <w:jc w:val="both"/>
      </w:pPr>
      <w:r>
        <w:t>3.962.000</w:t>
      </w:r>
    </w:p>
    <w:p>
      <w:pPr>
        <w:jc w:val="both"/>
      </w:pPr>
      <w:r>
        <w:t>4.532.000</w:t>
      </w:r>
    </w:p>
    <w:p>
      <w:pPr>
        <w:jc w:val="both"/>
      </w:pPr>
      <w:r>
        <w:t>Chưa bao gồm dao cắt niêm mạc, kìm kẹp cầm máu.</w:t>
      </w:r>
    </w:p>
    <w:p>
      <w:pPr>
        <w:jc w:val="both"/>
      </w:pPr>
      <w:r>
        <w:t>508</w:t>
      </w:r>
    </w:p>
    <w:p>
      <w:pPr>
        <w:jc w:val="both"/>
      </w:pPr>
      <w:r>
        <w:t>498</w:t>
      </w:r>
    </w:p>
    <w:p>
      <w:pPr>
        <w:jc w:val="both"/>
      </w:pPr>
      <w:r>
        <w:t>03C2.1.54</w:t>
      </w:r>
    </w:p>
    <w:p>
      <w:pPr>
        <w:jc w:val="both"/>
      </w:pPr>
      <w:r>
        <w:t>Cắt polyp ống tiêu hoá (thực quản hoặc dạ dầy hoặc đại tràng hoặc trực tràng)</w:t>
      </w:r>
    </w:p>
    <w:p>
      <w:pPr>
        <w:jc w:val="both"/>
      </w:pPr>
      <w:r>
        <w:t>1.063.000</w:t>
      </w:r>
    </w:p>
    <w:p>
      <w:pPr>
        <w:jc w:val="both"/>
      </w:pPr>
      <w:r>
        <w:t>1.202.000</w:t>
      </w:r>
    </w:p>
    <w:p>
      <w:pPr>
        <w:jc w:val="both"/>
      </w:pPr>
      <w:r>
        <w:t>509</w:t>
      </w:r>
    </w:p>
    <w:p>
      <w:pPr>
        <w:jc w:val="both"/>
      </w:pPr>
      <w:r>
        <w:t>499</w:t>
      </w:r>
    </w:p>
    <w:p>
      <w:pPr>
        <w:jc w:val="both"/>
      </w:pPr>
      <w:r>
        <w:t>03C2.1.55</w:t>
      </w:r>
    </w:p>
    <w:p>
      <w:pPr>
        <w:jc w:val="both"/>
      </w:pPr>
      <w:r>
        <w:t>Đặt stent đường mật hoặc tụy dưới hướng dẫn của siêu âm</w:t>
      </w:r>
    </w:p>
    <w:p>
      <w:pPr>
        <w:jc w:val="both"/>
      </w:pPr>
      <w:r>
        <w:t>1.972.000</w:t>
      </w:r>
    </w:p>
    <w:p>
      <w:pPr>
        <w:jc w:val="both"/>
      </w:pPr>
      <w:r>
        <w:t>2.194.000</w:t>
      </w:r>
    </w:p>
    <w:p>
      <w:pPr>
        <w:jc w:val="both"/>
      </w:pPr>
      <w:r>
        <w:t>Chưa bao gồm stent, dao cắt, catheter, guidewire.</w:t>
      </w:r>
    </w:p>
    <w:p>
      <w:pPr>
        <w:jc w:val="both"/>
      </w:pPr>
      <w:r>
        <w:t>510</w:t>
      </w:r>
    </w:p>
    <w:p>
      <w:pPr>
        <w:jc w:val="both"/>
      </w:pPr>
      <w:r>
        <w:t>500</w:t>
      </w:r>
    </w:p>
    <w:p>
      <w:pPr>
        <w:jc w:val="both"/>
      </w:pPr>
      <w:r>
        <w:t>03C2.1.48</w:t>
      </w:r>
    </w:p>
    <w:p>
      <w:pPr>
        <w:jc w:val="both"/>
      </w:pPr>
      <w:r>
        <w:t>Lấy dị vật ống tiêu hoá qua nội soi</w:t>
      </w:r>
    </w:p>
    <w:p>
      <w:pPr>
        <w:jc w:val="both"/>
      </w:pPr>
      <w:r>
        <w:t>1.713.000</w:t>
      </w:r>
    </w:p>
    <w:p>
      <w:pPr>
        <w:jc w:val="both"/>
      </w:pPr>
      <w:r>
        <w:t>1.957.000</w:t>
      </w:r>
    </w:p>
    <w:p>
      <w:pPr>
        <w:jc w:val="both"/>
      </w:pPr>
      <w:r>
        <w:t>511</w:t>
      </w:r>
    </w:p>
    <w:p>
      <w:pPr>
        <w:jc w:val="both"/>
      </w:pPr>
      <w:r>
        <w:t>501</w:t>
      </w:r>
    </w:p>
    <w:p>
      <w:pPr>
        <w:jc w:val="both"/>
      </w:pPr>
      <w:r>
        <w:t>03C2.1.52</w:t>
      </w:r>
    </w:p>
    <w:p>
      <w:pPr>
        <w:jc w:val="both"/>
      </w:pPr>
      <w:r>
        <w:t>Lấy sỏi hoặc giun đường mật qua nội soi tá tràng</w:t>
      </w:r>
    </w:p>
    <w:p>
      <w:pPr>
        <w:jc w:val="both"/>
      </w:pPr>
      <w:r>
        <w:t>3.454.000</w:t>
      </w:r>
    </w:p>
    <w:p>
      <w:pPr>
        <w:jc w:val="both"/>
      </w:pPr>
      <w:r>
        <w:t>3.925.000</w:t>
      </w:r>
    </w:p>
    <w:p>
      <w:pPr>
        <w:jc w:val="both"/>
      </w:pPr>
      <w:r>
        <w:t>512</w:t>
      </w:r>
    </w:p>
    <w:p>
      <w:pPr>
        <w:jc w:val="both"/>
      </w:pPr>
      <w:r>
        <w:t>502</w:t>
      </w:r>
    </w:p>
    <w:p>
      <w:pPr>
        <w:jc w:val="both"/>
      </w:pPr>
      <w:r>
        <w:t>03C2.1.47</w:t>
      </w:r>
    </w:p>
    <w:p>
      <w:pPr>
        <w:jc w:val="both"/>
      </w:pPr>
      <w:r>
        <w:t>Mở thông dạ dày qua nội soi</w:t>
      </w:r>
    </w:p>
    <w:p>
      <w:pPr>
        <w:jc w:val="both"/>
      </w:pPr>
      <w:r>
        <w:t>2.715.000</w:t>
      </w:r>
    </w:p>
    <w:p>
      <w:pPr>
        <w:jc w:val="both"/>
      </w:pPr>
      <w:r>
        <w:t>3.110.000</w:t>
      </w:r>
    </w:p>
    <w:p>
      <w:pPr>
        <w:jc w:val="both"/>
      </w:pPr>
      <w:r>
        <w:t>513</w:t>
      </w:r>
    </w:p>
    <w:p>
      <w:pPr>
        <w:jc w:val="both"/>
      </w:pPr>
      <w:r>
        <w:t>503</w:t>
      </w:r>
    </w:p>
    <w:p>
      <w:pPr>
        <w:jc w:val="both"/>
      </w:pPr>
      <w:r>
        <w:t>03C2.1.51</w:t>
      </w:r>
    </w:p>
    <w:p>
      <w:pPr>
        <w:jc w:val="both"/>
      </w:pPr>
      <w:r>
        <w:t>Nong đường mật qua nội soi tá tràng</w:t>
      </w:r>
    </w:p>
    <w:p>
      <w:pPr>
        <w:jc w:val="both"/>
      </w:pPr>
      <w:r>
        <w:t>2.263.000</w:t>
      </w:r>
    </w:p>
    <w:p>
      <w:pPr>
        <w:jc w:val="both"/>
      </w:pPr>
      <w:r>
        <w:t>2.583.000</w:t>
      </w:r>
    </w:p>
    <w:p>
      <w:pPr>
        <w:jc w:val="both"/>
      </w:pPr>
      <w:r>
        <w:t>Chưa bao gồm bóng nong.</w:t>
      </w:r>
    </w:p>
    <w:p>
      <w:pPr>
        <w:jc w:val="both"/>
      </w:pPr>
      <w:r>
        <w:t>514</w:t>
      </w:r>
    </w:p>
    <w:p>
      <w:pPr>
        <w:jc w:val="both"/>
      </w:pPr>
      <w:r>
        <w:t>504</w:t>
      </w:r>
    </w:p>
    <w:p>
      <w:pPr>
        <w:jc w:val="both"/>
      </w:pPr>
      <w:r>
        <w:t>04C3.1.158</w:t>
      </w:r>
    </w:p>
    <w:p>
      <w:pPr>
        <w:jc w:val="both"/>
      </w:pPr>
      <w:r>
        <w:t>Cắt phymosis</w:t>
      </w:r>
    </w:p>
    <w:p>
      <w:pPr>
        <w:jc w:val="both"/>
      </w:pPr>
      <w:r>
        <w:t>248.000</w:t>
      </w:r>
    </w:p>
    <w:p>
      <w:pPr>
        <w:jc w:val="both"/>
      </w:pPr>
      <w:r>
        <w:t>276.000</w:t>
      </w:r>
    </w:p>
    <w:p>
      <w:pPr>
        <w:jc w:val="both"/>
      </w:pPr>
      <w:r>
        <w:t>515</w:t>
      </w:r>
    </w:p>
    <w:p>
      <w:pPr>
        <w:jc w:val="both"/>
      </w:pPr>
      <w:r>
        <w:t>505</w:t>
      </w:r>
    </w:p>
    <w:p>
      <w:pPr>
        <w:jc w:val="both"/>
      </w:pPr>
      <w:r>
        <w:t>04C3.1.156</w:t>
      </w:r>
    </w:p>
    <w:p>
      <w:pPr>
        <w:jc w:val="both"/>
      </w:pPr>
      <w:r>
        <w:t>Chích rạch nhọt, Apxe nhỏ dẫn lưu</w:t>
      </w:r>
    </w:p>
    <w:p>
      <w:pPr>
        <w:jc w:val="both"/>
      </w:pPr>
      <w:r>
        <w:t>197.000</w:t>
      </w:r>
    </w:p>
    <w:p>
      <w:pPr>
        <w:jc w:val="both"/>
      </w:pPr>
      <w:r>
        <w:t>217.000</w:t>
      </w:r>
    </w:p>
    <w:p>
      <w:pPr>
        <w:jc w:val="both"/>
      </w:pPr>
      <w:r>
        <w:t>516</w:t>
      </w:r>
    </w:p>
    <w:p>
      <w:pPr>
        <w:jc w:val="both"/>
      </w:pPr>
      <w:r>
        <w:t>506</w:t>
      </w:r>
    </w:p>
    <w:p>
      <w:pPr>
        <w:jc w:val="both"/>
      </w:pPr>
      <w:r>
        <w:t>04C3.1.157</w:t>
      </w:r>
    </w:p>
    <w:p>
      <w:pPr>
        <w:jc w:val="both"/>
      </w:pPr>
      <w:r>
        <w:t>Tháo lồng ruột bằng hơi hay baryte</w:t>
      </w:r>
    </w:p>
    <w:p>
      <w:pPr>
        <w:jc w:val="both"/>
      </w:pPr>
      <w:r>
        <w:t>148.000</w:t>
      </w:r>
    </w:p>
    <w:p>
      <w:pPr>
        <w:jc w:val="both"/>
      </w:pPr>
      <w:r>
        <w:t>160.000</w:t>
      </w:r>
    </w:p>
    <w:p>
      <w:pPr>
        <w:jc w:val="both"/>
      </w:pPr>
      <w:r>
        <w:t>517</w:t>
      </w:r>
    </w:p>
    <w:p>
      <w:pPr>
        <w:jc w:val="both"/>
      </w:pPr>
      <w:r>
        <w:t>507</w:t>
      </w:r>
    </w:p>
    <w:p>
      <w:pPr>
        <w:jc w:val="both"/>
      </w:pPr>
      <w:r>
        <w:t>04C3.1.159</w:t>
      </w:r>
    </w:p>
    <w:p>
      <w:pPr>
        <w:jc w:val="both"/>
      </w:pPr>
      <w:r>
        <w:t>Thắt các búi trĩ hậu môn</w:t>
      </w:r>
    </w:p>
    <w:p>
      <w:pPr>
        <w:jc w:val="both"/>
      </w:pPr>
      <w:r>
        <w:t>288.000</w:t>
      </w:r>
    </w:p>
    <w:p>
      <w:pPr>
        <w:jc w:val="both"/>
      </w:pPr>
      <w:r>
        <w:t>322.000</w:t>
      </w:r>
    </w:p>
    <w:p>
      <w:pPr>
        <w:jc w:val="both"/>
      </w:pPr>
      <w:r>
        <w:t>Xương, cột sống, hàm mặt</w:t>
      </w:r>
    </w:p>
    <w:p>
      <w:pPr>
        <w:jc w:val="both"/>
      </w:pPr>
      <w:r>
        <w:t>518</w:t>
      </w:r>
    </w:p>
    <w:p>
      <w:pPr>
        <w:jc w:val="both"/>
      </w:pPr>
      <w:r>
        <w:t>508</w:t>
      </w:r>
    </w:p>
    <w:p>
      <w:pPr>
        <w:jc w:val="both"/>
      </w:pPr>
      <w:r>
        <w:t>03C2.1.1</w:t>
      </w:r>
    </w:p>
    <w:p>
      <w:pPr>
        <w:jc w:val="both"/>
      </w:pPr>
      <w:r>
        <w:t>Cố định gãy xương sườn</w:t>
      </w:r>
    </w:p>
    <w:p>
      <w:pPr>
        <w:jc w:val="both"/>
      </w:pPr>
      <w:r>
        <w:t>53.000</w:t>
      </w:r>
    </w:p>
    <w:p>
      <w:pPr>
        <w:jc w:val="both"/>
      </w:pPr>
      <w:r>
        <w:t>58.200</w:t>
      </w:r>
    </w:p>
    <w:p>
      <w:pPr>
        <w:jc w:val="both"/>
      </w:pPr>
      <w:r>
        <w:t>519</w:t>
      </w:r>
    </w:p>
    <w:p>
      <w:pPr>
        <w:jc w:val="both"/>
      </w:pPr>
      <w:r>
        <w:t>509</w:t>
      </w:r>
    </w:p>
    <w:p>
      <w:pPr>
        <w:jc w:val="both"/>
      </w:pPr>
      <w:r>
        <w:t>04C3.1.181</w:t>
      </w:r>
    </w:p>
    <w:p>
      <w:pPr>
        <w:jc w:val="both"/>
      </w:pPr>
      <w:r>
        <w:t>Nắn có gây mê, bó bột bàn chân ngựa vẹo vào, bàn chân bẹt hoặc tật gối cong lõm trong hay lõm ngoài (bột liền)</w:t>
      </w:r>
    </w:p>
    <w:p>
      <w:pPr>
        <w:jc w:val="both"/>
      </w:pPr>
      <w:r>
        <w:t>738.000</w:t>
      </w:r>
    </w:p>
    <w:p>
      <w:pPr>
        <w:jc w:val="both"/>
      </w:pPr>
      <w:r>
        <w:t>828.000</w:t>
      </w:r>
    </w:p>
    <w:p>
      <w:pPr>
        <w:jc w:val="both"/>
      </w:pPr>
      <w:r>
        <w:t>520</w:t>
      </w:r>
    </w:p>
    <w:p>
      <w:pPr>
        <w:jc w:val="both"/>
      </w:pPr>
      <w:r>
        <w:t>510</w:t>
      </w:r>
    </w:p>
    <w:p>
      <w:pPr>
        <w:jc w:val="both"/>
      </w:pPr>
      <w:r>
        <w:t>04C3.1.180</w:t>
      </w:r>
    </w:p>
    <w:p>
      <w:pPr>
        <w:jc w:val="both"/>
      </w:pPr>
      <w:r>
        <w:t>Nắn có gây mê, bó bột bàn chân ngựa vẹo vào, bàn chân bẹt hoặc tật gối cong lõm trong hay lõm ngoài (bột tự cán)</w:t>
      </w:r>
    </w:p>
    <w:p>
      <w:pPr>
        <w:jc w:val="both"/>
      </w:pPr>
      <w:r>
        <w:t>553.000</w:t>
      </w:r>
    </w:p>
    <w:p>
      <w:pPr>
        <w:jc w:val="both"/>
      </w:pPr>
      <w:r>
        <w:t>615.000</w:t>
      </w:r>
    </w:p>
    <w:p>
      <w:pPr>
        <w:jc w:val="both"/>
      </w:pPr>
      <w:r>
        <w:t>521</w:t>
      </w:r>
    </w:p>
    <w:p>
      <w:pPr>
        <w:jc w:val="both"/>
      </w:pPr>
      <w:r>
        <w:t>511</w:t>
      </w:r>
    </w:p>
    <w:p>
      <w:pPr>
        <w:jc w:val="both"/>
      </w:pPr>
      <w:r>
        <w:t>04C3.1.167</w:t>
      </w:r>
    </w:p>
    <w:p>
      <w:pPr>
        <w:jc w:val="both"/>
      </w:pPr>
      <w:r>
        <w:t>Nắn trật khớp háng (bột liền)</w:t>
      </w:r>
    </w:p>
    <w:p>
      <w:pPr>
        <w:jc w:val="both"/>
      </w:pPr>
      <w:r>
        <w:t>652.000</w:t>
      </w:r>
    </w:p>
    <w:p>
      <w:pPr>
        <w:jc w:val="both"/>
      </w:pPr>
      <w:r>
        <w:t>743.000</w:t>
      </w:r>
    </w:p>
    <w:p>
      <w:pPr>
        <w:jc w:val="both"/>
      </w:pPr>
      <w:r>
        <w:t>522</w:t>
      </w:r>
    </w:p>
    <w:p>
      <w:pPr>
        <w:jc w:val="both"/>
      </w:pPr>
      <w:r>
        <w:t>512</w:t>
      </w:r>
    </w:p>
    <w:p>
      <w:pPr>
        <w:jc w:val="both"/>
      </w:pPr>
      <w:r>
        <w:t>04C3.1.166</w:t>
      </w:r>
    </w:p>
    <w:p>
      <w:pPr>
        <w:jc w:val="both"/>
      </w:pPr>
      <w:r>
        <w:t>Nắn trật khớp háng (bột tự cán)</w:t>
      </w:r>
    </w:p>
    <w:p>
      <w:pPr>
        <w:jc w:val="both"/>
      </w:pPr>
      <w:r>
        <w:t>282.000</w:t>
      </w:r>
    </w:p>
    <w:p>
      <w:pPr>
        <w:jc w:val="both"/>
      </w:pPr>
      <w:r>
        <w:t>317.000</w:t>
      </w:r>
    </w:p>
    <w:p>
      <w:pPr>
        <w:jc w:val="both"/>
      </w:pPr>
      <w:r>
        <w:t>523</w:t>
      </w:r>
    </w:p>
    <w:p>
      <w:pPr>
        <w:jc w:val="both"/>
      </w:pPr>
      <w:r>
        <w:t>513</w:t>
      </w:r>
    </w:p>
    <w:p>
      <w:pPr>
        <w:jc w:val="both"/>
      </w:pPr>
      <w:r>
        <w:t>04C3.1.165</w:t>
      </w:r>
    </w:p>
    <w:p>
      <w:pPr>
        <w:jc w:val="both"/>
      </w:pPr>
      <w:r>
        <w:t>Nắn trật khớp khuỷu chân hoặc khớp cổ chân hoặc khớp gối (bột liền)</w:t>
      </w:r>
    </w:p>
    <w:p>
      <w:pPr>
        <w:jc w:val="both"/>
      </w:pPr>
      <w:r>
        <w:t>267.000</w:t>
      </w:r>
    </w:p>
    <w:p>
      <w:pPr>
        <w:jc w:val="both"/>
      </w:pPr>
      <w:r>
        <w:t>300.000</w:t>
      </w:r>
    </w:p>
    <w:p>
      <w:pPr>
        <w:jc w:val="both"/>
      </w:pPr>
      <w:r>
        <w:t>524</w:t>
      </w:r>
    </w:p>
    <w:p>
      <w:pPr>
        <w:jc w:val="both"/>
      </w:pPr>
      <w:r>
        <w:t>514</w:t>
      </w:r>
    </w:p>
    <w:p>
      <w:pPr>
        <w:jc w:val="both"/>
      </w:pPr>
      <w:r>
        <w:t>04C3.1.164</w:t>
      </w:r>
    </w:p>
    <w:p>
      <w:pPr>
        <w:jc w:val="both"/>
      </w:pPr>
      <w:r>
        <w:t>Nắn trật khớp khuỷu chân hoặc khớp cổ chân hoặc khớp gối (bột tự cán)</w:t>
      </w:r>
    </w:p>
    <w:p>
      <w:pPr>
        <w:jc w:val="both"/>
      </w:pPr>
      <w:r>
        <w:t>167.000</w:t>
      </w:r>
    </w:p>
    <w:p>
      <w:pPr>
        <w:jc w:val="both"/>
      </w:pPr>
      <w:r>
        <w:t>185.000</w:t>
      </w:r>
    </w:p>
    <w:p>
      <w:pPr>
        <w:jc w:val="both"/>
      </w:pPr>
      <w:r>
        <w:t>525</w:t>
      </w:r>
    </w:p>
    <w:p>
      <w:pPr>
        <w:jc w:val="both"/>
      </w:pPr>
      <w:r>
        <w:t>515</w:t>
      </w:r>
    </w:p>
    <w:p>
      <w:pPr>
        <w:jc w:val="both"/>
      </w:pPr>
      <w:r>
        <w:t>04C3.1.161</w:t>
      </w:r>
    </w:p>
    <w:p>
      <w:pPr>
        <w:jc w:val="both"/>
      </w:pPr>
      <w:r>
        <w:t>Nắn trật khớp khuỷu tay hoặc khớp xương đòn hoặc khớp hàm (bột liền)</w:t>
      </w:r>
    </w:p>
    <w:p>
      <w:pPr>
        <w:jc w:val="both"/>
      </w:pPr>
      <w:r>
        <w:t>412.000</w:t>
      </w:r>
    </w:p>
    <w:p>
      <w:pPr>
        <w:jc w:val="both"/>
      </w:pPr>
      <w:r>
        <w:t>463.000</w:t>
      </w:r>
    </w:p>
    <w:p>
      <w:pPr>
        <w:jc w:val="both"/>
      </w:pPr>
      <w:r>
        <w:t>526</w:t>
      </w:r>
    </w:p>
    <w:p>
      <w:pPr>
        <w:jc w:val="both"/>
      </w:pPr>
      <w:r>
        <w:t>516</w:t>
      </w:r>
    </w:p>
    <w:p>
      <w:pPr>
        <w:jc w:val="both"/>
      </w:pPr>
      <w:r>
        <w:t>04C3.1.160</w:t>
      </w:r>
    </w:p>
    <w:p>
      <w:pPr>
        <w:jc w:val="both"/>
      </w:pPr>
      <w:r>
        <w:t>Nắn trật khớp khuỷu tay hoặc khớp xương đòn hoặc khớp hàm (bột tự cán)</w:t>
      </w:r>
    </w:p>
    <w:p>
      <w:pPr>
        <w:jc w:val="both"/>
      </w:pPr>
      <w:r>
        <w:t>234.000</w:t>
      </w:r>
    </w:p>
    <w:p>
      <w:pPr>
        <w:jc w:val="both"/>
      </w:pPr>
      <w:r>
        <w:t>258.000</w:t>
      </w:r>
    </w:p>
    <w:p>
      <w:pPr>
        <w:jc w:val="both"/>
      </w:pPr>
      <w:r>
        <w:t>527</w:t>
      </w:r>
    </w:p>
    <w:p>
      <w:pPr>
        <w:jc w:val="both"/>
      </w:pPr>
      <w:r>
        <w:t>517</w:t>
      </w:r>
    </w:p>
    <w:p>
      <w:pPr>
        <w:jc w:val="both"/>
      </w:pPr>
      <w:r>
        <w:t>04C3.1.163</w:t>
      </w:r>
    </w:p>
    <w:p>
      <w:pPr>
        <w:jc w:val="both"/>
      </w:pPr>
      <w:r>
        <w:t>Nắn trật khớp vai (bột liền)</w:t>
      </w:r>
    </w:p>
    <w:p>
      <w:pPr>
        <w:jc w:val="both"/>
      </w:pPr>
      <w:r>
        <w:t>327.000</w:t>
      </w:r>
    </w:p>
    <w:p>
      <w:pPr>
        <w:jc w:val="both"/>
      </w:pPr>
      <w:r>
        <w:t>369.000</w:t>
      </w:r>
    </w:p>
    <w:p>
      <w:pPr>
        <w:jc w:val="both"/>
      </w:pPr>
      <w:r>
        <w:t>528</w:t>
      </w:r>
    </w:p>
    <w:p>
      <w:pPr>
        <w:jc w:val="both"/>
      </w:pPr>
      <w:r>
        <w:t>518</w:t>
      </w:r>
    </w:p>
    <w:p>
      <w:pPr>
        <w:jc w:val="both"/>
      </w:pPr>
      <w:r>
        <w:t>04C3.1.162</w:t>
      </w:r>
    </w:p>
    <w:p>
      <w:pPr>
        <w:jc w:val="both"/>
      </w:pPr>
      <w:r>
        <w:t>Nắn trật khớp vai (bột tự cán)</w:t>
      </w:r>
    </w:p>
    <w:p>
      <w:pPr>
        <w:jc w:val="both"/>
      </w:pPr>
      <w:r>
        <w:t>172.000</w:t>
      </w:r>
    </w:p>
    <w:p>
      <w:pPr>
        <w:jc w:val="both"/>
      </w:pPr>
      <w:r>
        <w:t>191.000</w:t>
      </w:r>
    </w:p>
    <w:p>
      <w:pPr>
        <w:jc w:val="both"/>
      </w:pPr>
      <w:r>
        <w:t>529</w:t>
      </w:r>
    </w:p>
    <w:p>
      <w:pPr>
        <w:jc w:val="both"/>
      </w:pPr>
      <w:r>
        <w:t>519</w:t>
      </w:r>
    </w:p>
    <w:p>
      <w:pPr>
        <w:jc w:val="both"/>
      </w:pPr>
      <w:r>
        <w:t>04C3.1.177</w:t>
      </w:r>
    </w:p>
    <w:p>
      <w:pPr>
        <w:jc w:val="both"/>
      </w:pPr>
      <w:r>
        <w:t>Nắn, bó bột bàn chân hoặc bàn tay (bột liền)</w:t>
      </w:r>
    </w:p>
    <w:p>
      <w:pPr>
        <w:jc w:val="both"/>
      </w:pPr>
      <w:r>
        <w:t>242.000</w:t>
      </w:r>
    </w:p>
    <w:p>
      <w:pPr>
        <w:jc w:val="both"/>
      </w:pPr>
      <w:r>
        <w:t>271.000</w:t>
      </w:r>
    </w:p>
    <w:p>
      <w:pPr>
        <w:jc w:val="both"/>
      </w:pPr>
      <w:r>
        <w:t>530</w:t>
      </w:r>
    </w:p>
    <w:p>
      <w:pPr>
        <w:jc w:val="both"/>
      </w:pPr>
      <w:r>
        <w:t>520</w:t>
      </w:r>
    </w:p>
    <w:p>
      <w:pPr>
        <w:jc w:val="both"/>
      </w:pPr>
      <w:r>
        <w:t>04C3.1.176</w:t>
      </w:r>
    </w:p>
    <w:p>
      <w:pPr>
        <w:jc w:val="both"/>
      </w:pPr>
      <w:r>
        <w:t>Nắn, bó bột bàn chân hoặc bàn tay (bột tự cán)</w:t>
      </w:r>
    </w:p>
    <w:p>
      <w:pPr>
        <w:jc w:val="both"/>
      </w:pPr>
      <w:r>
        <w:t>173.000</w:t>
      </w:r>
    </w:p>
    <w:p>
      <w:pPr>
        <w:jc w:val="both"/>
      </w:pPr>
      <w:r>
        <w:t>189.000</w:t>
      </w:r>
    </w:p>
    <w:p>
      <w:pPr>
        <w:jc w:val="both"/>
      </w:pPr>
      <w:r>
        <w:t>531</w:t>
      </w:r>
    </w:p>
    <w:p>
      <w:pPr>
        <w:jc w:val="both"/>
      </w:pPr>
      <w:r>
        <w:t>521</w:t>
      </w:r>
    </w:p>
    <w:p>
      <w:pPr>
        <w:jc w:val="both"/>
      </w:pPr>
      <w:r>
        <w:t>04C3.1.175</w:t>
      </w:r>
    </w:p>
    <w:p>
      <w:pPr>
        <w:jc w:val="both"/>
      </w:pPr>
      <w:r>
        <w:t>Nắn, bó bột gãy xương cẳng tay (bột liền)</w:t>
      </w:r>
    </w:p>
    <w:p>
      <w:pPr>
        <w:jc w:val="both"/>
      </w:pPr>
      <w:r>
        <w:t>348.000</w:t>
      </w:r>
    </w:p>
    <w:p>
      <w:pPr>
        <w:jc w:val="both"/>
      </w:pPr>
      <w:r>
        <w:t>389.000</w:t>
      </w:r>
    </w:p>
    <w:p>
      <w:pPr>
        <w:jc w:val="both"/>
      </w:pPr>
      <w:r>
        <w:t>532</w:t>
      </w:r>
    </w:p>
    <w:p>
      <w:pPr>
        <w:jc w:val="both"/>
      </w:pPr>
      <w:r>
        <w:t>522</w:t>
      </w:r>
    </w:p>
    <w:p>
      <w:pPr>
        <w:jc w:val="both"/>
      </w:pPr>
      <w:r>
        <w:t>04C3.1.174</w:t>
      </w:r>
    </w:p>
    <w:p>
      <w:pPr>
        <w:jc w:val="both"/>
      </w:pPr>
      <w:r>
        <w:t>Nắn, bó bột gãy xương cẳng tay (bột tự cán)</w:t>
      </w:r>
    </w:p>
    <w:p>
      <w:pPr>
        <w:jc w:val="both"/>
      </w:pPr>
      <w:r>
        <w:t>223.000</w:t>
      </w:r>
    </w:p>
    <w:p>
      <w:pPr>
        <w:jc w:val="both"/>
      </w:pPr>
      <w:r>
        <w:t>247.000</w:t>
      </w:r>
    </w:p>
    <w:p>
      <w:pPr>
        <w:jc w:val="both"/>
      </w:pPr>
      <w:r>
        <w:t>533</w:t>
      </w:r>
    </w:p>
    <w:p>
      <w:pPr>
        <w:jc w:val="both"/>
      </w:pPr>
      <w:r>
        <w:t>523</w:t>
      </w:r>
    </w:p>
    <w:p>
      <w:pPr>
        <w:jc w:val="both"/>
      </w:pPr>
      <w:r>
        <w:t>04C3.1.179</w:t>
      </w:r>
    </w:p>
    <w:p>
      <w:pPr>
        <w:jc w:val="both"/>
      </w:pPr>
      <w:r>
        <w:t>Nắn, bó bột trật khớp háng bẩm sinh (bột liền)</w:t>
      </w:r>
    </w:p>
    <w:p>
      <w:pPr>
        <w:jc w:val="both"/>
      </w:pPr>
      <w:r>
        <w:t>727.000</w:t>
      </w:r>
    </w:p>
    <w:p>
      <w:pPr>
        <w:jc w:val="both"/>
      </w:pPr>
      <w:r>
        <w:t>826.000</w:t>
      </w:r>
    </w:p>
    <w:p>
      <w:pPr>
        <w:jc w:val="both"/>
      </w:pPr>
      <w:r>
        <w:t>534</w:t>
      </w:r>
    </w:p>
    <w:p>
      <w:pPr>
        <w:jc w:val="both"/>
      </w:pPr>
      <w:r>
        <w:t>524</w:t>
      </w:r>
    </w:p>
    <w:p>
      <w:pPr>
        <w:jc w:val="both"/>
      </w:pPr>
      <w:r>
        <w:t>04C3.1.178</w:t>
      </w:r>
    </w:p>
    <w:p>
      <w:pPr>
        <w:jc w:val="both"/>
      </w:pPr>
      <w:r>
        <w:t>Nắn, bó bột trật khớp háng bẩm sinh (bột tự cán)</w:t>
      </w:r>
    </w:p>
    <w:p>
      <w:pPr>
        <w:jc w:val="both"/>
      </w:pPr>
      <w:r>
        <w:t>341.000</w:t>
      </w:r>
    </w:p>
    <w:p>
      <w:pPr>
        <w:jc w:val="both"/>
      </w:pPr>
      <w:r>
        <w:t>377.000</w:t>
      </w:r>
    </w:p>
    <w:p>
      <w:pPr>
        <w:jc w:val="both"/>
      </w:pPr>
      <w:r>
        <w:t>535</w:t>
      </w:r>
    </w:p>
    <w:p>
      <w:pPr>
        <w:jc w:val="both"/>
      </w:pPr>
      <w:r>
        <w:t>525</w:t>
      </w:r>
    </w:p>
    <w:p>
      <w:pPr>
        <w:jc w:val="both"/>
      </w:pPr>
      <w:r>
        <w:t>04C3.1.171</w:t>
      </w:r>
    </w:p>
    <w:p>
      <w:pPr>
        <w:jc w:val="both"/>
      </w:pPr>
      <w:r>
        <w:t>Nắn, bó bột xương cẳng chân (bột liền)</w:t>
      </w:r>
    </w:p>
    <w:p>
      <w:pPr>
        <w:jc w:val="both"/>
      </w:pPr>
      <w:r>
        <w:t>348.000</w:t>
      </w:r>
    </w:p>
    <w:p>
      <w:pPr>
        <w:jc w:val="both"/>
      </w:pPr>
      <w:r>
        <w:t>389.000</w:t>
      </w:r>
    </w:p>
    <w:p>
      <w:pPr>
        <w:jc w:val="both"/>
      </w:pPr>
      <w:r>
        <w:t>536</w:t>
      </w:r>
    </w:p>
    <w:p>
      <w:pPr>
        <w:jc w:val="both"/>
      </w:pPr>
      <w:r>
        <w:t>526</w:t>
      </w:r>
    </w:p>
    <w:p>
      <w:pPr>
        <w:jc w:val="both"/>
      </w:pPr>
      <w:r>
        <w:t>04C3.1.170</w:t>
      </w:r>
    </w:p>
    <w:p>
      <w:pPr>
        <w:jc w:val="both"/>
      </w:pPr>
      <w:r>
        <w:t>Nắn, bó bột xương cẳng chân (bột tự cán)</w:t>
      </w:r>
    </w:p>
    <w:p>
      <w:pPr>
        <w:jc w:val="both"/>
      </w:pPr>
      <w:r>
        <w:t>271.000</w:t>
      </w:r>
    </w:p>
    <w:p>
      <w:pPr>
        <w:jc w:val="both"/>
      </w:pPr>
      <w:r>
        <w:t>297.000</w:t>
      </w:r>
    </w:p>
    <w:p>
      <w:pPr>
        <w:jc w:val="both"/>
      </w:pPr>
      <w:r>
        <w:t>537</w:t>
      </w:r>
    </w:p>
    <w:p>
      <w:pPr>
        <w:jc w:val="both"/>
      </w:pPr>
      <w:r>
        <w:t>527</w:t>
      </w:r>
    </w:p>
    <w:p>
      <w:pPr>
        <w:jc w:val="both"/>
      </w:pPr>
      <w:r>
        <w:t>04C3.1.173</w:t>
      </w:r>
    </w:p>
    <w:p>
      <w:pPr>
        <w:jc w:val="both"/>
      </w:pPr>
      <w:r>
        <w:t>Nắn, bó bột xương cánh tay (bột liền)</w:t>
      </w:r>
    </w:p>
    <w:p>
      <w:pPr>
        <w:jc w:val="both"/>
      </w:pPr>
      <w:r>
        <w:t>348.000</w:t>
      </w:r>
    </w:p>
    <w:p>
      <w:pPr>
        <w:jc w:val="both"/>
      </w:pPr>
      <w:r>
        <w:t>389.000</w:t>
      </w:r>
    </w:p>
    <w:p>
      <w:pPr>
        <w:jc w:val="both"/>
      </w:pPr>
      <w:r>
        <w:t>538</w:t>
      </w:r>
    </w:p>
    <w:p>
      <w:pPr>
        <w:jc w:val="both"/>
      </w:pPr>
      <w:r>
        <w:t>528</w:t>
      </w:r>
    </w:p>
    <w:p>
      <w:pPr>
        <w:jc w:val="both"/>
      </w:pPr>
      <w:r>
        <w:t>04C3.1.172</w:t>
      </w:r>
    </w:p>
    <w:p>
      <w:pPr>
        <w:jc w:val="both"/>
      </w:pPr>
      <w:r>
        <w:t>Nắn, bó bột xương cánh tay (bột tự cán)</w:t>
      </w:r>
    </w:p>
    <w:p>
      <w:pPr>
        <w:jc w:val="both"/>
      </w:pPr>
      <w:r>
        <w:t>271.000</w:t>
      </w:r>
    </w:p>
    <w:p>
      <w:pPr>
        <w:jc w:val="both"/>
      </w:pPr>
      <w:r>
        <w:t>297.000</w:t>
      </w:r>
    </w:p>
    <w:p>
      <w:pPr>
        <w:jc w:val="both"/>
      </w:pPr>
      <w:r>
        <w:t>539</w:t>
      </w:r>
    </w:p>
    <w:p>
      <w:pPr>
        <w:jc w:val="both"/>
      </w:pPr>
      <w:r>
        <w:t>529</w:t>
      </w:r>
    </w:p>
    <w:p>
      <w:pPr>
        <w:jc w:val="both"/>
      </w:pPr>
      <w:r>
        <w:t>04C3.1.169</w:t>
      </w:r>
    </w:p>
    <w:p>
      <w:pPr>
        <w:jc w:val="both"/>
      </w:pPr>
      <w:r>
        <w:t>Nắn, bó bột xương đùi hoặc chậu hoặc cột sống (bột liền)</w:t>
      </w:r>
    </w:p>
    <w:p>
      <w:pPr>
        <w:jc w:val="both"/>
      </w:pPr>
      <w:r>
        <w:t>637.000</w:t>
      </w:r>
    </w:p>
    <w:p>
      <w:pPr>
        <w:jc w:val="both"/>
      </w:pPr>
      <w:r>
        <w:t>722.000</w:t>
      </w:r>
    </w:p>
    <w:p>
      <w:pPr>
        <w:jc w:val="both"/>
      </w:pPr>
      <w:r>
        <w:t>540</w:t>
      </w:r>
    </w:p>
    <w:p>
      <w:pPr>
        <w:jc w:val="both"/>
      </w:pPr>
      <w:r>
        <w:t>530</w:t>
      </w:r>
    </w:p>
    <w:p>
      <w:pPr>
        <w:jc w:val="both"/>
      </w:pPr>
      <w:r>
        <w:t>04C3.1.168</w:t>
      </w:r>
    </w:p>
    <w:p>
      <w:pPr>
        <w:jc w:val="both"/>
      </w:pPr>
      <w:r>
        <w:t>Nắn, bó bột xương đùi hoặc chậu hoặc cột sống (bột tự cán)</w:t>
      </w:r>
    </w:p>
    <w:p>
      <w:pPr>
        <w:jc w:val="both"/>
      </w:pPr>
      <w:r>
        <w:t>357.000</w:t>
      </w:r>
    </w:p>
    <w:p>
      <w:pPr>
        <w:jc w:val="both"/>
      </w:pPr>
      <w:r>
        <w:t>400.000</w:t>
      </w:r>
    </w:p>
    <w:p>
      <w:pPr>
        <w:jc w:val="both"/>
      </w:pPr>
      <w:r>
        <w:t>541</w:t>
      </w:r>
    </w:p>
    <w:p>
      <w:pPr>
        <w:jc w:val="both"/>
      </w:pPr>
      <w:r>
        <w:t>531</w:t>
      </w:r>
    </w:p>
    <w:p>
      <w:pPr>
        <w:jc w:val="both"/>
      </w:pPr>
      <w:r>
        <w:t>03C2.1.2</w:t>
      </w:r>
    </w:p>
    <w:p>
      <w:pPr>
        <w:jc w:val="both"/>
      </w:pPr>
      <w:r>
        <w:t>Nắn, bó gẫy xương đòn</w:t>
      </w:r>
    </w:p>
    <w:p>
      <w:pPr>
        <w:jc w:val="both"/>
      </w:pPr>
      <w:r>
        <w:t>121.000</w:t>
      </w:r>
    </w:p>
    <w:p>
      <w:pPr>
        <w:jc w:val="both"/>
      </w:pPr>
      <w:r>
        <w:t>136.000</w:t>
      </w:r>
    </w:p>
    <w:p>
      <w:pPr>
        <w:jc w:val="both"/>
      </w:pPr>
      <w:r>
        <w:t>542</w:t>
      </w:r>
    </w:p>
    <w:p>
      <w:pPr>
        <w:jc w:val="both"/>
      </w:pPr>
      <w:r>
        <w:t>532</w:t>
      </w:r>
    </w:p>
    <w:p>
      <w:pPr>
        <w:jc w:val="both"/>
      </w:pPr>
      <w:r>
        <w:t>03C2.1.4</w:t>
      </w:r>
    </w:p>
    <w:p>
      <w:pPr>
        <w:jc w:val="both"/>
      </w:pPr>
      <w:r>
        <w:t>Nắn, bó gẫy xương gót</w:t>
      </w:r>
    </w:p>
    <w:p>
      <w:pPr>
        <w:jc w:val="both"/>
      </w:pPr>
      <w:r>
        <w:t>152.000</w:t>
      </w:r>
    </w:p>
    <w:p>
      <w:pPr>
        <w:jc w:val="both"/>
      </w:pPr>
      <w:r>
        <w:t>168.000</w:t>
      </w:r>
    </w:p>
    <w:p>
      <w:pPr>
        <w:jc w:val="both"/>
      </w:pPr>
      <w:r>
        <w:t>543</w:t>
      </w:r>
    </w:p>
    <w:p>
      <w:pPr>
        <w:jc w:val="both"/>
      </w:pPr>
      <w:r>
        <w:t>533</w:t>
      </w:r>
    </w:p>
    <w:p>
      <w:pPr>
        <w:jc w:val="both"/>
      </w:pPr>
      <w:r>
        <w:t>03C2.1.3</w:t>
      </w:r>
    </w:p>
    <w:p>
      <w:pPr>
        <w:jc w:val="both"/>
      </w:pPr>
      <w:r>
        <w:t>Nắn, bó vỡ xương bánh chè không có chỉ định mổ</w:t>
      </w:r>
    </w:p>
    <w:p>
      <w:pPr>
        <w:jc w:val="both"/>
      </w:pPr>
      <w:r>
        <w:t>152.000</w:t>
      </w:r>
    </w:p>
    <w:p>
      <w:pPr>
        <w:jc w:val="both"/>
      </w:pPr>
      <w:r>
        <w:t>168.000</w:t>
      </w:r>
    </w:p>
    <w:p>
      <w:pPr>
        <w:jc w:val="both"/>
      </w:pPr>
      <w:r>
        <w:t>544</w:t>
      </w:r>
    </w:p>
    <w:p>
      <w:pPr>
        <w:jc w:val="both"/>
      </w:pPr>
      <w:r>
        <w:t>534</w:t>
      </w:r>
    </w:p>
    <w:p>
      <w:pPr>
        <w:jc w:val="both"/>
      </w:pPr>
      <w:r>
        <w:t>Phẫu thuật cắt cụt chi</w:t>
      </w:r>
    </w:p>
    <w:p>
      <w:pPr>
        <w:jc w:val="both"/>
      </w:pPr>
      <w:r>
        <w:t>3.833.000</w:t>
      </w:r>
    </w:p>
    <w:p>
      <w:pPr>
        <w:jc w:val="both"/>
      </w:pPr>
      <w:r>
        <w:t>4.332.000</w:t>
      </w:r>
    </w:p>
    <w:p>
      <w:pPr>
        <w:jc w:val="both"/>
      </w:pPr>
      <w:r>
        <w:t>545</w:t>
      </w:r>
    </w:p>
    <w:p>
      <w:pPr>
        <w:jc w:val="both"/>
      </w:pPr>
      <w:r>
        <w:t>535</w:t>
      </w:r>
    </w:p>
    <w:p>
      <w:pPr>
        <w:jc w:val="both"/>
      </w:pPr>
      <w:r>
        <w:t>03C2.1.109</w:t>
      </w:r>
    </w:p>
    <w:p>
      <w:pPr>
        <w:jc w:val="both"/>
      </w:pPr>
      <w:r>
        <w:t>Phẫu thuật chuyển gân điều trị cò ngón tay do liệt vận động</w:t>
      </w:r>
    </w:p>
    <w:p>
      <w:pPr>
        <w:jc w:val="both"/>
      </w:pPr>
      <w:r>
        <w:t>3.069.000</w:t>
      </w:r>
    </w:p>
    <w:p>
      <w:pPr>
        <w:jc w:val="both"/>
      </w:pPr>
      <w:r>
        <w:t>3.407.000</w:t>
      </w:r>
    </w:p>
    <w:p>
      <w:pPr>
        <w:jc w:val="both"/>
      </w:pPr>
      <w:r>
        <w:t>546</w:t>
      </w:r>
    </w:p>
    <w:p>
      <w:pPr>
        <w:jc w:val="both"/>
      </w:pPr>
      <w:r>
        <w:t>536</w:t>
      </w:r>
    </w:p>
    <w:p>
      <w:pPr>
        <w:jc w:val="both"/>
      </w:pPr>
      <w:r>
        <w:t>Phẫu thuật thay khớp vai</w:t>
      </w:r>
    </w:p>
    <w:p>
      <w:pPr>
        <w:jc w:val="both"/>
      </w:pPr>
      <w:r>
        <w:t>7.243.000</w:t>
      </w:r>
    </w:p>
    <w:p>
      <w:pPr>
        <w:jc w:val="both"/>
      </w:pPr>
      <w:r>
        <w:t>8.112.000</w:t>
      </w:r>
    </w:p>
    <w:p>
      <w:pPr>
        <w:jc w:val="both"/>
      </w:pPr>
      <w:r>
        <w:t>Chưa bao gồm khớp nhân tạo, xi măng sinh học hoặc hóa học.</w:t>
      </w:r>
    </w:p>
    <w:p>
      <w:pPr>
        <w:jc w:val="both"/>
      </w:pPr>
      <w:r>
        <w:t>547</w:t>
      </w:r>
    </w:p>
    <w:p>
      <w:pPr>
        <w:jc w:val="both"/>
      </w:pPr>
      <w:r>
        <w:t>537</w:t>
      </w:r>
    </w:p>
    <w:p>
      <w:pPr>
        <w:jc w:val="both"/>
      </w:pPr>
      <w:r>
        <w:t>03C2.1.117</w:t>
      </w:r>
    </w:p>
    <w:p>
      <w:pPr>
        <w:jc w:val="both"/>
      </w:pPr>
      <w:r>
        <w:t>Phẫu thuật chỉnh bàn chân khèo</w:t>
      </w:r>
    </w:p>
    <w:p>
      <w:pPr>
        <w:jc w:val="both"/>
      </w:pPr>
      <w:r>
        <w:t>3.041.000</w:t>
      </w:r>
    </w:p>
    <w:p>
      <w:pPr>
        <w:jc w:val="both"/>
      </w:pPr>
      <w:r>
        <w:t>3.315.000</w:t>
      </w:r>
    </w:p>
    <w:p>
      <w:pPr>
        <w:jc w:val="both"/>
      </w:pPr>
      <w:r>
        <w:t>Chưa bao gồm phương tiện cố định: khung cố định, đinh, kim, nẹp, vít, ốc, xương nhân tạo hoặc sản phẩm sinh học thay thế xương.</w:t>
      </w:r>
    </w:p>
    <w:p>
      <w:pPr>
        <w:jc w:val="both"/>
      </w:pPr>
      <w:r>
        <w:t>548</w:t>
      </w:r>
    </w:p>
    <w:p>
      <w:pPr>
        <w:jc w:val="both"/>
      </w:pPr>
      <w:r>
        <w:t>538</w:t>
      </w:r>
    </w:p>
    <w:p>
      <w:pPr>
        <w:jc w:val="both"/>
      </w:pPr>
      <w:r>
        <w:t>03C2.1.110</w:t>
      </w:r>
    </w:p>
    <w:p>
      <w:pPr>
        <w:jc w:val="both"/>
      </w:pPr>
      <w:r>
        <w:t>Phẫu thuật chuyển gân điều trị bàn chân rủ do liệt vận động</w:t>
      </w:r>
    </w:p>
    <w:p>
      <w:pPr>
        <w:jc w:val="both"/>
      </w:pPr>
      <w:r>
        <w:t>3.069.000</w:t>
      </w:r>
    </w:p>
    <w:p>
      <w:pPr>
        <w:jc w:val="both"/>
      </w:pPr>
      <w:r>
        <w:t>3.407.000</w:t>
      </w:r>
    </w:p>
    <w:p>
      <w:pPr>
        <w:jc w:val="both"/>
      </w:pPr>
      <w:r>
        <w:t>549</w:t>
      </w:r>
    </w:p>
    <w:p>
      <w:pPr>
        <w:jc w:val="both"/>
      </w:pPr>
      <w:r>
        <w:t>539</w:t>
      </w:r>
    </w:p>
    <w:p>
      <w:pPr>
        <w:jc w:val="both"/>
      </w:pPr>
      <w:r>
        <w:t>03C2.1.119</w:t>
      </w:r>
    </w:p>
    <w:p>
      <w:pPr>
        <w:jc w:val="both"/>
      </w:pPr>
      <w:r>
        <w:t>Phẫu thuật đóng cứng khớp cổ chân</w:t>
      </w:r>
    </w:p>
    <w:p>
      <w:pPr>
        <w:jc w:val="both"/>
      </w:pPr>
      <w:r>
        <w:t>2.168.000</w:t>
      </w:r>
    </w:p>
    <w:p>
      <w:pPr>
        <w:jc w:val="both"/>
      </w:pPr>
      <w:r>
        <w:t>2.442.000</w:t>
      </w:r>
    </w:p>
    <w:p>
      <w:pPr>
        <w:jc w:val="both"/>
      </w:pPr>
      <w:r>
        <w:t>Chưa bao gồm phương tiện cố định: khung cố định, đinh, kim, nẹp, vít, ốc, xương nhân tạo hoặc sản phẩm sinh học thay thế xương.</w:t>
      </w:r>
    </w:p>
    <w:p>
      <w:pPr>
        <w:jc w:val="both"/>
      </w:pPr>
      <w:r>
        <w:t>550</w:t>
      </w:r>
    </w:p>
    <w:p>
      <w:pPr>
        <w:jc w:val="both"/>
      </w:pPr>
      <w:r>
        <w:t>540</w:t>
      </w:r>
    </w:p>
    <w:p>
      <w:pPr>
        <w:jc w:val="both"/>
      </w:pPr>
      <w:r>
        <w:t>03C2.1.118</w:t>
      </w:r>
    </w:p>
    <w:p>
      <w:pPr>
        <w:jc w:val="both"/>
      </w:pPr>
      <w:r>
        <w:t>Phẫu thuật làm vận động khớp gối</w:t>
      </w:r>
    </w:p>
    <w:p>
      <w:pPr>
        <w:jc w:val="both"/>
      </w:pPr>
      <w:r>
        <w:t>3.259.000</w:t>
      </w:r>
    </w:p>
    <w:p>
      <w:pPr>
        <w:jc w:val="both"/>
      </w:pPr>
      <w:r>
        <w:t>3.657.000</w:t>
      </w:r>
    </w:p>
    <w:p>
      <w:pPr>
        <w:jc w:val="both"/>
      </w:pPr>
      <w:r>
        <w:t>551</w:t>
      </w:r>
    </w:p>
    <w:p>
      <w:pPr>
        <w:jc w:val="both"/>
      </w:pPr>
      <w:r>
        <w:t>541</w:t>
      </w:r>
    </w:p>
    <w:p>
      <w:pPr>
        <w:jc w:val="both"/>
      </w:pPr>
      <w:r>
        <w:t>03C2.1.104</w:t>
      </w:r>
    </w:p>
    <w:p>
      <w:pPr>
        <w:jc w:val="both"/>
      </w:pPr>
      <w:r>
        <w:t>Phẫu thuật nội soi khớp gối hoặc khớp háng hoặc khớp vai hoặc cổ chân</w:t>
      </w:r>
    </w:p>
    <w:p>
      <w:pPr>
        <w:jc w:val="both"/>
      </w:pPr>
      <w:r>
        <w:t>3.378.000</w:t>
      </w:r>
    </w:p>
    <w:p>
      <w:pPr>
        <w:jc w:val="both"/>
      </w:pPr>
      <w:r>
        <w:t>3.776.000</w:t>
      </w:r>
    </w:p>
    <w:p>
      <w:pPr>
        <w:jc w:val="both"/>
      </w:pPr>
      <w:r>
        <w:t>Chưa bao gồm lưỡi bào, lưỡi cắt, bộ dây bơm nước, đầu đốt, tay dao đốt điện, nẹp, ốc, vít.</w:t>
      </w:r>
    </w:p>
    <w:p>
      <w:pPr>
        <w:jc w:val="both"/>
      </w:pPr>
      <w:r>
        <w:t>552</w:t>
      </w:r>
    </w:p>
    <w:p>
      <w:pPr>
        <w:jc w:val="both"/>
      </w:pPr>
      <w:r>
        <w:t>542</w:t>
      </w:r>
    </w:p>
    <w:p>
      <w:pPr>
        <w:jc w:val="both"/>
      </w:pPr>
      <w:r>
        <w:t>03C2.1.105</w:t>
      </w:r>
    </w:p>
    <w:p>
      <w:pPr>
        <w:jc w:val="both"/>
      </w:pPr>
      <w:r>
        <w:t>Phẫu thuật nội soi tái tạo dây chằng</w:t>
      </w:r>
    </w:p>
    <w:p>
      <w:pPr>
        <w:jc w:val="both"/>
      </w:pPr>
      <w:r>
        <w:t>4.370.000</w:t>
      </w:r>
    </w:p>
    <w:p>
      <w:pPr>
        <w:jc w:val="both"/>
      </w:pPr>
      <w:r>
        <w:t>4.918.000</w:t>
      </w:r>
    </w:p>
    <w:p>
      <w:pPr>
        <w:jc w:val="both"/>
      </w:pPr>
      <w:r>
        <w:t>Chưa bao gồm nẹp vít, ốc, dao cắt sụn và lưỡi bào, bộ dây bơm nước, đầu đốt, tay dao điện, gân sinh học, gân đồng loại.</w:t>
      </w:r>
    </w:p>
    <w:p>
      <w:pPr>
        <w:jc w:val="both"/>
      </w:pPr>
      <w:r>
        <w:t>553</w:t>
      </w:r>
    </w:p>
    <w:p>
      <w:pPr>
        <w:jc w:val="both"/>
      </w:pPr>
      <w:r>
        <w:t>543</w:t>
      </w:r>
    </w:p>
    <w:p>
      <w:pPr>
        <w:jc w:val="both"/>
      </w:pPr>
      <w:r>
        <w:t>03C2.1.100</w:t>
      </w:r>
    </w:p>
    <w:p>
      <w:pPr>
        <w:jc w:val="both"/>
      </w:pPr>
      <w:r>
        <w:t>Phẫu thuật tạo hình khớp háng</w:t>
      </w:r>
    </w:p>
    <w:p>
      <w:pPr>
        <w:jc w:val="both"/>
      </w:pPr>
      <w:r>
        <w:t>3.378.000</w:t>
      </w:r>
    </w:p>
    <w:p>
      <w:pPr>
        <w:jc w:val="both"/>
      </w:pPr>
      <w:r>
        <w:t>3.776.000</w:t>
      </w:r>
    </w:p>
    <w:p>
      <w:pPr>
        <w:jc w:val="both"/>
      </w:pPr>
      <w:r>
        <w:t>Chưa bao gồm đinh, nẹp, vít, ốc, khóa.</w:t>
      </w:r>
    </w:p>
    <w:p>
      <w:pPr>
        <w:jc w:val="both"/>
      </w:pPr>
      <w:r>
        <w:t>554</w:t>
      </w:r>
    </w:p>
    <w:p>
      <w:pPr>
        <w:jc w:val="both"/>
      </w:pPr>
      <w:r>
        <w:t>544</w:t>
      </w:r>
    </w:p>
    <w:p>
      <w:pPr>
        <w:jc w:val="both"/>
      </w:pPr>
      <w:r>
        <w:t>03C2.1.97</w:t>
      </w:r>
    </w:p>
    <w:p>
      <w:pPr>
        <w:jc w:val="both"/>
      </w:pPr>
      <w:r>
        <w:t>Phẫu thuật thay khớp gối bán phần</w:t>
      </w:r>
    </w:p>
    <w:p>
      <w:pPr>
        <w:jc w:val="both"/>
      </w:pPr>
      <w:r>
        <w:t>4.750.000</w:t>
      </w:r>
    </w:p>
    <w:p>
      <w:pPr>
        <w:jc w:val="both"/>
      </w:pPr>
      <w:r>
        <w:t>5.356.000</w:t>
      </w:r>
    </w:p>
    <w:p>
      <w:pPr>
        <w:jc w:val="both"/>
      </w:pPr>
      <w:r>
        <w:t>Chưa bao gồm khớp nhân tạo.</w:t>
      </w:r>
    </w:p>
    <w:p>
      <w:pPr>
        <w:jc w:val="both"/>
      </w:pPr>
      <w:r>
        <w:t>555</w:t>
      </w:r>
    </w:p>
    <w:p>
      <w:pPr>
        <w:jc w:val="both"/>
      </w:pPr>
      <w:r>
        <w:t>545</w:t>
      </w:r>
    </w:p>
    <w:p>
      <w:pPr>
        <w:jc w:val="both"/>
      </w:pPr>
      <w:r>
        <w:t>03C2.1.99</w:t>
      </w:r>
    </w:p>
    <w:p>
      <w:pPr>
        <w:jc w:val="both"/>
      </w:pPr>
      <w:r>
        <w:t>Phẫu thuật thay khớp háng bán phần</w:t>
      </w:r>
    </w:p>
    <w:p>
      <w:pPr>
        <w:jc w:val="both"/>
      </w:pPr>
      <w:r>
        <w:t>3.878.000</w:t>
      </w:r>
    </w:p>
    <w:p>
      <w:pPr>
        <w:jc w:val="both"/>
      </w:pPr>
      <w:r>
        <w:t>4.352.000</w:t>
      </w:r>
    </w:p>
    <w:p>
      <w:pPr>
        <w:jc w:val="both"/>
      </w:pPr>
      <w:r>
        <w:t>Chưa bao gồm khớp nhân tạo.</w:t>
      </w:r>
    </w:p>
    <w:p>
      <w:pPr>
        <w:jc w:val="both"/>
      </w:pPr>
      <w:r>
        <w:t>556</w:t>
      </w:r>
    </w:p>
    <w:p>
      <w:pPr>
        <w:jc w:val="both"/>
      </w:pPr>
      <w:r>
        <w:t>546</w:t>
      </w:r>
    </w:p>
    <w:p>
      <w:pPr>
        <w:jc w:val="both"/>
      </w:pPr>
      <w:r>
        <w:t>03C2.1.96</w:t>
      </w:r>
    </w:p>
    <w:p>
      <w:pPr>
        <w:jc w:val="both"/>
      </w:pPr>
      <w:r>
        <w:t>Phẫu thuật thay toàn bộ khớp gối</w:t>
      </w:r>
    </w:p>
    <w:p>
      <w:pPr>
        <w:jc w:val="both"/>
      </w:pPr>
      <w:r>
        <w:t>5.250.000</w:t>
      </w:r>
    </w:p>
    <w:p>
      <w:pPr>
        <w:jc w:val="both"/>
      </w:pPr>
      <w:r>
        <w:t>5.932.000</w:t>
      </w:r>
    </w:p>
    <w:p>
      <w:pPr>
        <w:jc w:val="both"/>
      </w:pPr>
      <w:r>
        <w:t>Chưa bao gồm khớp nhân tạo.</w:t>
      </w:r>
    </w:p>
    <w:p>
      <w:pPr>
        <w:jc w:val="both"/>
      </w:pPr>
      <w:r>
        <w:t>557</w:t>
      </w:r>
    </w:p>
    <w:p>
      <w:pPr>
        <w:jc w:val="both"/>
      </w:pPr>
      <w:r>
        <w:t>547</w:t>
      </w:r>
    </w:p>
    <w:p>
      <w:pPr>
        <w:jc w:val="both"/>
      </w:pPr>
      <w:r>
        <w:t>03C2.1.98</w:t>
      </w:r>
    </w:p>
    <w:p>
      <w:pPr>
        <w:jc w:val="both"/>
      </w:pPr>
      <w:r>
        <w:t>Phẫu thuật thay toàn bộ khớp háng</w:t>
      </w:r>
    </w:p>
    <w:p>
      <w:pPr>
        <w:jc w:val="both"/>
      </w:pPr>
      <w:r>
        <w:t>5.250.000</w:t>
      </w:r>
    </w:p>
    <w:p>
      <w:pPr>
        <w:jc w:val="both"/>
      </w:pPr>
      <w:r>
        <w:t>5.932.000</w:t>
      </w:r>
    </w:p>
    <w:p>
      <w:pPr>
        <w:jc w:val="both"/>
      </w:pPr>
      <w:r>
        <w:t>Chưa bao gồm khớp nhân tạo.</w:t>
      </w:r>
    </w:p>
    <w:p>
      <w:pPr>
        <w:jc w:val="both"/>
      </w:pPr>
      <w:r>
        <w:t>558</w:t>
      </w:r>
    </w:p>
    <w:p>
      <w:pPr>
        <w:jc w:val="both"/>
      </w:pPr>
      <w:r>
        <w:t>548</w:t>
      </w:r>
    </w:p>
    <w:p>
      <w:pPr>
        <w:jc w:val="both"/>
      </w:pPr>
      <w:r>
        <w:t>Phẫu thuật đặt lại khớp găm kim cố định</w:t>
      </w:r>
    </w:p>
    <w:p>
      <w:pPr>
        <w:jc w:val="both"/>
      </w:pPr>
      <w:r>
        <w:t>4.109.000</w:t>
      </w:r>
    </w:p>
    <w:p>
      <w:pPr>
        <w:jc w:val="both"/>
      </w:pPr>
      <w:r>
        <w:t>4.622.000</w:t>
      </w:r>
    </w:p>
    <w:p>
      <w:pPr>
        <w:jc w:val="both"/>
      </w:pPr>
      <w:r>
        <w:t>Chưa bao gồm kim hoặc đinh.</w:t>
      </w:r>
    </w:p>
    <w:p>
      <w:pPr>
        <w:jc w:val="both"/>
      </w:pPr>
      <w:r>
        <w:t>559</w:t>
      </w:r>
    </w:p>
    <w:p>
      <w:pPr>
        <w:jc w:val="both"/>
      </w:pPr>
      <w:r>
        <w:t>549</w:t>
      </w:r>
    </w:p>
    <w:p>
      <w:pPr>
        <w:jc w:val="both"/>
      </w:pPr>
      <w:r>
        <w:t>Phẫu thuật làm cứng khớp</w:t>
      </w:r>
    </w:p>
    <w:p>
      <w:pPr>
        <w:jc w:val="both"/>
      </w:pPr>
      <w:r>
        <w:t>3.778.000</w:t>
      </w:r>
    </w:p>
    <w:p>
      <w:pPr>
        <w:jc w:val="both"/>
      </w:pPr>
      <w:r>
        <w:t>4.236.000</w:t>
      </w:r>
    </w:p>
    <w:p>
      <w:pPr>
        <w:jc w:val="both"/>
      </w:pPr>
      <w:r>
        <w:t>Chưa bao gồm đinh, nẹp vít, khung cố định ngoài.</w:t>
      </w:r>
    </w:p>
    <w:p>
      <w:pPr>
        <w:jc w:val="both"/>
      </w:pPr>
      <w:r>
        <w:t>560</w:t>
      </w:r>
    </w:p>
    <w:p>
      <w:pPr>
        <w:jc w:val="both"/>
      </w:pPr>
      <w:r>
        <w:t>550</w:t>
      </w:r>
    </w:p>
    <w:p>
      <w:pPr>
        <w:jc w:val="both"/>
      </w:pPr>
      <w:r>
        <w:t>Phẫu thuật điều trị xơ cứng gân cơ hoặc xơ cứng khớp</w:t>
      </w:r>
    </w:p>
    <w:p>
      <w:pPr>
        <w:jc w:val="both"/>
      </w:pPr>
      <w:r>
        <w:t>3.699.000</w:t>
      </w:r>
    </w:p>
    <w:p>
      <w:pPr>
        <w:jc w:val="both"/>
      </w:pPr>
      <w:r>
        <w:t>4.145.000</w:t>
      </w:r>
    </w:p>
    <w:p>
      <w:pPr>
        <w:jc w:val="both"/>
      </w:pPr>
      <w:r>
        <w:t>Chưa bao gồm đinh, nẹp, vít, gân nhân tạo, gân sinh học, khung cố định ngoài, xương nhân tạo hoặc sản phẩm sinh học thay thế xương.</w:t>
      </w:r>
    </w:p>
    <w:p>
      <w:pPr>
        <w:jc w:val="both"/>
      </w:pPr>
      <w:r>
        <w:t>561</w:t>
      </w:r>
    </w:p>
    <w:p>
      <w:pPr>
        <w:jc w:val="both"/>
      </w:pPr>
      <w:r>
        <w:t>551</w:t>
      </w:r>
    </w:p>
    <w:p>
      <w:pPr>
        <w:jc w:val="both"/>
      </w:pPr>
      <w:r>
        <w:t>Phẫu thuật gỡ dính khớp hoặc làm sạch khớp</w:t>
      </w:r>
    </w:p>
    <w:p>
      <w:pPr>
        <w:jc w:val="both"/>
      </w:pPr>
      <w:r>
        <w:t>2.850.000</w:t>
      </w:r>
    </w:p>
    <w:p>
      <w:pPr>
        <w:jc w:val="both"/>
      </w:pPr>
      <w:r>
        <w:t>3.200.000</w:t>
      </w:r>
    </w:p>
    <w:p>
      <w:pPr>
        <w:jc w:val="both"/>
      </w:pPr>
      <w:r>
        <w:t>562</w:t>
      </w:r>
    </w:p>
    <w:p>
      <w:pPr>
        <w:jc w:val="both"/>
      </w:pPr>
      <w:r>
        <w:t>552</w:t>
      </w:r>
    </w:p>
    <w:p>
      <w:pPr>
        <w:jc w:val="both"/>
      </w:pPr>
      <w:r>
        <w:t>03C2.1.108</w:t>
      </w:r>
    </w:p>
    <w:p>
      <w:pPr>
        <w:jc w:val="both"/>
      </w:pPr>
      <w:r>
        <w:t>Phẫu thuật ghép chi</w:t>
      </w:r>
    </w:p>
    <w:p>
      <w:pPr>
        <w:jc w:val="both"/>
      </w:pPr>
      <w:r>
        <w:t>6.496.000</w:t>
      </w:r>
    </w:p>
    <w:p>
      <w:pPr>
        <w:jc w:val="both"/>
      </w:pPr>
      <w:r>
        <w:t>7.177.000</w:t>
      </w:r>
    </w:p>
    <w:p>
      <w:pPr>
        <w:jc w:val="both"/>
      </w:pPr>
      <w:r>
        <w:t>Chưa bao gồm xương nhân tạo hoặc sản phẩm sinh học thay thế xương, đinh, nẹp, vít, mạch máu nhân tạo.</w:t>
      </w:r>
    </w:p>
    <w:p>
      <w:pPr>
        <w:jc w:val="both"/>
      </w:pPr>
      <w:r>
        <w:t>563</w:t>
      </w:r>
    </w:p>
    <w:p>
      <w:pPr>
        <w:jc w:val="both"/>
      </w:pPr>
      <w:r>
        <w:t>553</w:t>
      </w:r>
    </w:p>
    <w:p>
      <w:pPr>
        <w:jc w:val="both"/>
      </w:pPr>
      <w:r>
        <w:t>Phẫu thuật ghép xương</w:t>
      </w:r>
    </w:p>
    <w:p>
      <w:pPr>
        <w:jc w:val="both"/>
      </w:pPr>
      <w:r>
        <w:t>4.806.000</w:t>
      </w:r>
    </w:p>
    <w:p>
      <w:pPr>
        <w:jc w:val="both"/>
      </w:pPr>
      <w:r>
        <w:t>5.382.000</w:t>
      </w:r>
    </w:p>
    <w:p>
      <w:pPr>
        <w:jc w:val="both"/>
      </w:pPr>
      <w:r>
        <w:t>Chưa bao gồm khung cố định ngoài, nẹp, ốc, vít, lồng, xương nhân tạo hoặc sản phẩm sinh học thay thế xương.</w:t>
      </w:r>
    </w:p>
    <w:p>
      <w:pPr>
        <w:jc w:val="both"/>
      </w:pPr>
      <w:r>
        <w:t>564</w:t>
      </w:r>
    </w:p>
    <w:p>
      <w:pPr>
        <w:jc w:val="both"/>
      </w:pPr>
      <w:r>
        <w:t>554</w:t>
      </w:r>
    </w:p>
    <w:p>
      <w:pPr>
        <w:jc w:val="both"/>
      </w:pPr>
      <w:r>
        <w:t>03C2.1.101</w:t>
      </w:r>
    </w:p>
    <w:p>
      <w:pPr>
        <w:jc w:val="both"/>
      </w:pPr>
      <w:r>
        <w:t>Phẫu thuật thay đoạn xương ghép bảo quản bằng kĩ thuật cao</w:t>
      </w:r>
    </w:p>
    <w:p>
      <w:pPr>
        <w:jc w:val="both"/>
      </w:pPr>
      <w:r>
        <w:t>4.750.000</w:t>
      </w:r>
    </w:p>
    <w:p>
      <w:pPr>
        <w:jc w:val="both"/>
      </w:pPr>
      <w:r>
        <w:t>5.356.000</w:t>
      </w:r>
    </w:p>
    <w:p>
      <w:pPr>
        <w:jc w:val="both"/>
      </w:pPr>
      <w:r>
        <w:t>Chưa bao gồm đinh, nẹp, vít, xương nhân tạo và sản phẩm sinh học thay thế xương.</w:t>
      </w:r>
    </w:p>
    <w:p>
      <w:pPr>
        <w:jc w:val="both"/>
      </w:pPr>
      <w:r>
        <w:t>565</w:t>
      </w:r>
    </w:p>
    <w:p>
      <w:pPr>
        <w:jc w:val="both"/>
      </w:pPr>
      <w:r>
        <w:t>555</w:t>
      </w:r>
    </w:p>
    <w:p>
      <w:pPr>
        <w:jc w:val="both"/>
      </w:pPr>
      <w:r>
        <w:t>03C2.1.115</w:t>
      </w:r>
    </w:p>
    <w:p>
      <w:pPr>
        <w:jc w:val="both"/>
      </w:pPr>
      <w:r>
        <w:t>Phẫu thuật kéo dài chi</w:t>
      </w:r>
    </w:p>
    <w:p>
      <w:pPr>
        <w:jc w:val="both"/>
      </w:pPr>
      <w:r>
        <w:t>4.888.000</w:t>
      </w:r>
    </w:p>
    <w:p>
      <w:pPr>
        <w:jc w:val="both"/>
      </w:pPr>
      <w:r>
        <w:t>5.438.000</w:t>
      </w:r>
    </w:p>
    <w:p>
      <w:pPr>
        <w:jc w:val="both"/>
      </w:pPr>
      <w:r>
        <w:t>Chưa bao gồm khung cố định ngoài, đinh, nẹp, vít, ốc, xương nhân tạo hoặc sản phẩm sinh học thay thế xương.</w:t>
      </w:r>
    </w:p>
    <w:p>
      <w:pPr>
        <w:jc w:val="both"/>
      </w:pPr>
      <w:r>
        <w:t>566</w:t>
      </w:r>
    </w:p>
    <w:p>
      <w:pPr>
        <w:jc w:val="both"/>
      </w:pPr>
      <w:r>
        <w:t>556</w:t>
      </w:r>
    </w:p>
    <w:p>
      <w:pPr>
        <w:jc w:val="both"/>
      </w:pPr>
      <w:r>
        <w:t>03C2.1.103</w:t>
      </w:r>
    </w:p>
    <w:p>
      <w:pPr>
        <w:jc w:val="both"/>
      </w:pPr>
      <w:r>
        <w:t>Phẫu thuật kết hợp xương bằng nẹp vít</w:t>
      </w:r>
    </w:p>
    <w:p>
      <w:pPr>
        <w:jc w:val="both"/>
      </w:pPr>
      <w:r>
        <w:t>3.878.000</w:t>
      </w:r>
    </w:p>
    <w:p>
      <w:pPr>
        <w:jc w:val="both"/>
      </w:pPr>
      <w:r>
        <w:t>4.352.000</w:t>
      </w:r>
    </w:p>
    <w:p>
      <w:pPr>
        <w:jc w:val="both"/>
      </w:pPr>
      <w:r>
        <w:t>Chưa bao gồm xương nhân tạo hoặc sản phẩm sinh học thay thế xương, xi măng, đinh, nẹp, vít.</w:t>
      </w:r>
    </w:p>
    <w:p>
      <w:pPr>
        <w:jc w:val="both"/>
      </w:pPr>
      <w:r>
        <w:t>567</w:t>
      </w:r>
    </w:p>
    <w:p>
      <w:pPr>
        <w:jc w:val="both"/>
      </w:pPr>
      <w:r>
        <w:t>557</w:t>
      </w:r>
    </w:p>
    <w:p>
      <w:pPr>
        <w:jc w:val="both"/>
      </w:pPr>
      <w:r>
        <w:t>03C2.1.102</w:t>
      </w:r>
    </w:p>
    <w:p>
      <w:pPr>
        <w:jc w:val="both"/>
      </w:pPr>
      <w:r>
        <w:t>Phẫu thuật kết hợp xương trên màn hình tăng sáng</w:t>
      </w:r>
    </w:p>
    <w:p>
      <w:pPr>
        <w:jc w:val="both"/>
      </w:pPr>
      <w:r>
        <w:t>5.250.000</w:t>
      </w:r>
    </w:p>
    <w:p>
      <w:pPr>
        <w:jc w:val="both"/>
      </w:pPr>
      <w:r>
        <w:t>5.932.000</w:t>
      </w:r>
    </w:p>
    <w:p>
      <w:pPr>
        <w:jc w:val="both"/>
      </w:pPr>
      <w:r>
        <w:t>Chưa bao gồm xương nhân tạo hoặc sản phẩm sinh học thay thế xương, xi măng, đinh, nẹp, vít.</w:t>
      </w:r>
    </w:p>
    <w:p>
      <w:pPr>
        <w:jc w:val="both"/>
      </w:pPr>
      <w:r>
        <w:t>568</w:t>
      </w:r>
    </w:p>
    <w:p>
      <w:pPr>
        <w:jc w:val="both"/>
      </w:pPr>
      <w:r>
        <w:t>558</w:t>
      </w:r>
    </w:p>
    <w:p>
      <w:pPr>
        <w:jc w:val="both"/>
      </w:pPr>
      <w:r>
        <w:t>Phẫu thuật lấy bỏ u xương</w:t>
      </w:r>
    </w:p>
    <w:p>
      <w:pPr>
        <w:jc w:val="both"/>
      </w:pPr>
      <w:r>
        <w:t>3.870.000</w:t>
      </w:r>
    </w:p>
    <w:p>
      <w:pPr>
        <w:jc w:val="both"/>
      </w:pPr>
      <w:r>
        <w:t>4.347.000</w:t>
      </w:r>
    </w:p>
    <w:p>
      <w:pPr>
        <w:jc w:val="both"/>
      </w:pPr>
      <w:r>
        <w:t>Chưa bao gồm phương tiện cố định, phương tiện kết hợp, xương nhân tạo, xương bảo quản, sản phẩm sinh học thay thế, xi măng sinh học hoặc hóa học.</w:t>
      </w:r>
    </w:p>
    <w:p>
      <w:pPr>
        <w:jc w:val="both"/>
      </w:pPr>
      <w:r>
        <w:t>569</w:t>
      </w:r>
    </w:p>
    <w:p>
      <w:pPr>
        <w:jc w:val="both"/>
      </w:pPr>
      <w:r>
        <w:t>559</w:t>
      </w:r>
    </w:p>
    <w:p>
      <w:pPr>
        <w:jc w:val="both"/>
      </w:pPr>
      <w:r>
        <w:t>Phẫu thuật nối gân hoặc kéo dài gân (tính 1 gân)</w:t>
      </w:r>
    </w:p>
    <w:p>
      <w:pPr>
        <w:jc w:val="both"/>
      </w:pPr>
      <w:r>
        <w:t>3.087.000</w:t>
      </w:r>
    </w:p>
    <w:p>
      <w:pPr>
        <w:jc w:val="both"/>
      </w:pPr>
      <w:r>
        <w:t>3.445.000</w:t>
      </w:r>
    </w:p>
    <w:p>
      <w:pPr>
        <w:jc w:val="both"/>
      </w:pPr>
      <w:r>
        <w:t>Chưa bao gồm gân nhân tạo.</w:t>
      </w:r>
    </w:p>
    <w:p>
      <w:pPr>
        <w:jc w:val="both"/>
      </w:pPr>
      <w:r>
        <w:t>570</w:t>
      </w:r>
    </w:p>
    <w:p>
      <w:pPr>
        <w:jc w:val="both"/>
      </w:pPr>
      <w:r>
        <w:t>560</w:t>
      </w:r>
    </w:p>
    <w:p>
      <w:pPr>
        <w:jc w:val="both"/>
      </w:pPr>
      <w:r>
        <w:t>03C2.1.106</w:t>
      </w:r>
    </w:p>
    <w:p>
      <w:pPr>
        <w:jc w:val="both"/>
      </w:pPr>
      <w:r>
        <w:t>Phẫu thuật nội soi tái tạo gân</w:t>
      </w:r>
    </w:p>
    <w:p>
      <w:pPr>
        <w:jc w:val="both"/>
      </w:pPr>
      <w:r>
        <w:t>4.370.000</w:t>
      </w:r>
    </w:p>
    <w:p>
      <w:pPr>
        <w:jc w:val="both"/>
      </w:pPr>
      <w:r>
        <w:t>4.918.000</w:t>
      </w:r>
    </w:p>
    <w:p>
      <w:pPr>
        <w:jc w:val="both"/>
      </w:pPr>
      <w:r>
        <w:t>Chưa bao gồm gân nhân tạo, vít, ốc, đầu đốt, bộ dây bơm nước, tay dao điện, dao cắt sụn, lưỡi bào, gân sinh học, gân đồng loại.</w:t>
      </w:r>
    </w:p>
    <w:p>
      <w:pPr>
        <w:jc w:val="both"/>
      </w:pPr>
      <w:r>
        <w:t>571</w:t>
      </w:r>
    </w:p>
    <w:p>
      <w:pPr>
        <w:jc w:val="both"/>
      </w:pPr>
      <w:r>
        <w:t>561</w:t>
      </w:r>
    </w:p>
    <w:p>
      <w:pPr>
        <w:jc w:val="both"/>
      </w:pPr>
      <w:r>
        <w:t>03C2.1.113</w:t>
      </w:r>
    </w:p>
    <w:p>
      <w:pPr>
        <w:jc w:val="both"/>
      </w:pPr>
      <w:r>
        <w:t>Phẫu thuật tạo hình sọ mặt (bệnh lý)</w:t>
      </w:r>
    </w:p>
    <w:p>
      <w:pPr>
        <w:jc w:val="both"/>
      </w:pPr>
      <w:r>
        <w:t>5.819.000</w:t>
      </w:r>
    </w:p>
    <w:p>
      <w:pPr>
        <w:jc w:val="both"/>
      </w:pPr>
      <w:r>
        <w:t>6.497.000</w:t>
      </w:r>
    </w:p>
    <w:p>
      <w:pPr>
        <w:jc w:val="both"/>
      </w:pPr>
      <w:r>
        <w:t>Chưa bao gồm nẹp, vít thay thế.</w:t>
      </w:r>
    </w:p>
    <w:p>
      <w:pPr>
        <w:jc w:val="both"/>
      </w:pPr>
      <w:r>
        <w:t>572</w:t>
      </w:r>
    </w:p>
    <w:p>
      <w:pPr>
        <w:jc w:val="both"/>
      </w:pPr>
      <w:r>
        <w:t>562</w:t>
      </w:r>
    </w:p>
    <w:p>
      <w:pPr>
        <w:jc w:val="both"/>
      </w:pPr>
      <w:r>
        <w:t>03C2.1.114</w:t>
      </w:r>
    </w:p>
    <w:p>
      <w:pPr>
        <w:jc w:val="both"/>
      </w:pPr>
      <w:r>
        <w:t>Phẫu thuật ung thư biểu mô tế bào đáy hoặc tế bào gai vùng mặt + tạo hình vạt da, đóng khuyết da bằng phẫu thuật tạo hình</w:t>
      </w:r>
    </w:p>
    <w:p>
      <w:pPr>
        <w:jc w:val="both"/>
      </w:pPr>
      <w:r>
        <w:t>4.019.000</w:t>
      </w:r>
    </w:p>
    <w:p>
      <w:pPr>
        <w:jc w:val="both"/>
      </w:pPr>
      <w:r>
        <w:t>4.425.000</w:t>
      </w:r>
    </w:p>
    <w:p>
      <w:pPr>
        <w:jc w:val="both"/>
      </w:pPr>
      <w:r>
        <w:t>Chưa bao gồm nẹp, vít thay thế.</w:t>
      </w:r>
    </w:p>
    <w:p>
      <w:pPr>
        <w:jc w:val="both"/>
      </w:pPr>
      <w:r>
        <w:t>573</w:t>
      </w:r>
    </w:p>
    <w:p>
      <w:pPr>
        <w:jc w:val="both"/>
      </w:pPr>
      <w:r>
        <w:t>563</w:t>
      </w:r>
    </w:p>
    <w:p>
      <w:pPr>
        <w:jc w:val="both"/>
      </w:pPr>
      <w:r>
        <w:t>03C2.1.111</w:t>
      </w:r>
    </w:p>
    <w:p>
      <w:pPr>
        <w:jc w:val="both"/>
      </w:pPr>
      <w:r>
        <w:t>Rút đinh hoặc tháo phương tiện kết hợp xương</w:t>
      </w:r>
    </w:p>
    <w:p>
      <w:pPr>
        <w:jc w:val="both"/>
      </w:pPr>
      <w:r>
        <w:t>1.777.000</w:t>
      </w:r>
    </w:p>
    <w:p>
      <w:pPr>
        <w:jc w:val="both"/>
      </w:pPr>
      <w:r>
        <w:t>2.006.000</w:t>
      </w:r>
    </w:p>
    <w:p>
      <w:pPr>
        <w:jc w:val="both"/>
      </w:pPr>
      <w:r>
        <w:t>574</w:t>
      </w:r>
    </w:p>
    <w:p>
      <w:pPr>
        <w:jc w:val="both"/>
      </w:pPr>
      <w:r>
        <w:t>564</w:t>
      </w:r>
    </w:p>
    <w:p>
      <w:pPr>
        <w:jc w:val="both"/>
      </w:pPr>
      <w:r>
        <w:t>Phẫu thuật cố định cột sống bằng DIAM, SILICON, nẹp chữ U, Aparius</w:t>
      </w:r>
    </w:p>
    <w:p>
      <w:pPr>
        <w:jc w:val="both"/>
      </w:pPr>
      <w:r>
        <w:t>7.391.000</w:t>
      </w:r>
    </w:p>
    <w:p>
      <w:pPr>
        <w:jc w:val="both"/>
      </w:pPr>
      <w:r>
        <w:t>8.283.000</w:t>
      </w:r>
    </w:p>
    <w:p>
      <w:pPr>
        <w:jc w:val="both"/>
      </w:pPr>
      <w:r>
        <w:t>Chưa bao gồm DIAM, SILICON, nẹp chữ U, Aparius.</w:t>
      </w:r>
    </w:p>
    <w:p>
      <w:pPr>
        <w:jc w:val="both"/>
      </w:pPr>
      <w:r>
        <w:t>575</w:t>
      </w:r>
    </w:p>
    <w:p>
      <w:pPr>
        <w:jc w:val="both"/>
      </w:pPr>
      <w:r>
        <w:t>565</w:t>
      </w:r>
    </w:p>
    <w:p>
      <w:pPr>
        <w:jc w:val="both"/>
      </w:pPr>
      <w:r>
        <w:t>03C2.1.95</w:t>
      </w:r>
    </w:p>
    <w:p>
      <w:pPr>
        <w:jc w:val="both"/>
      </w:pPr>
      <w:r>
        <w:t>Phẫu thuật điều trị cong vẹo cột sống (tính cho 1 lần phẫu thuật)</w:t>
      </w:r>
    </w:p>
    <w:p>
      <w:pPr>
        <w:jc w:val="both"/>
      </w:pPr>
      <w:r>
        <w:t>9.230.000</w:t>
      </w:r>
    </w:p>
    <w:p>
      <w:pPr>
        <w:jc w:val="both"/>
      </w:pPr>
      <w:r>
        <w:t>10.312.000</w:t>
      </w:r>
    </w:p>
    <w:p>
      <w:pPr>
        <w:jc w:val="both"/>
      </w:pPr>
      <w:r>
        <w:t>Chưa bao gồm xương bảo quản, đốt sống nhân tạo, sản phẩm sinh học thay thế xương, miếng ghép cột sống, đĩa đệm, nẹp, vít, ốc, khóa.</w:t>
      </w:r>
    </w:p>
    <w:p>
      <w:pPr>
        <w:jc w:val="both"/>
      </w:pPr>
      <w:r>
        <w:t>576</w:t>
      </w:r>
    </w:p>
    <w:p>
      <w:pPr>
        <w:jc w:val="both"/>
      </w:pPr>
      <w:r>
        <w:t>566</w:t>
      </w:r>
    </w:p>
    <w:p>
      <w:pPr>
        <w:jc w:val="both"/>
      </w:pPr>
      <w:r>
        <w:t>03C2.1.93</w:t>
      </w:r>
    </w:p>
    <w:p>
      <w:pPr>
        <w:jc w:val="both"/>
      </w:pPr>
      <w:r>
        <w:t>Phẫu thuật nẹp vít cột sống cổ</w:t>
      </w:r>
    </w:p>
    <w:p>
      <w:pPr>
        <w:jc w:val="both"/>
      </w:pPr>
      <w:r>
        <w:t>5.341.000</w:t>
      </w:r>
    </w:p>
    <w:p>
      <w:pPr>
        <w:jc w:val="both"/>
      </w:pPr>
      <w:r>
        <w:t>6.022.000</w:t>
      </w:r>
    </w:p>
    <w:p>
      <w:pPr>
        <w:jc w:val="both"/>
      </w:pPr>
      <w:r>
        <w:t>Chưa bao gồm đinh, nẹp, vít, xương bảo quản, đốt sống nhân tạo, sản phẩm sinh học thay thế xương, miếng ghép cột sống, đĩa đệm nhân tạo, ốc, khóa.</w:t>
      </w:r>
    </w:p>
    <w:p>
      <w:pPr>
        <w:jc w:val="both"/>
      </w:pPr>
      <w:r>
        <w:t>577</w:t>
      </w:r>
    </w:p>
    <w:p>
      <w:pPr>
        <w:jc w:val="both"/>
      </w:pPr>
      <w:r>
        <w:t>567</w:t>
      </w:r>
    </w:p>
    <w:p>
      <w:pPr>
        <w:jc w:val="both"/>
      </w:pPr>
      <w:r>
        <w:t>03C2.1.94</w:t>
      </w:r>
    </w:p>
    <w:p>
      <w:pPr>
        <w:jc w:val="both"/>
      </w:pPr>
      <w:r>
        <w:t>Phẫu thuật nẹp vít cột sống thắt lưng</w:t>
      </w:r>
    </w:p>
    <w:p>
      <w:pPr>
        <w:jc w:val="both"/>
      </w:pPr>
      <w:r>
        <w:t>5.499.000</w:t>
      </w:r>
    </w:p>
    <w:p>
      <w:pPr>
        <w:jc w:val="both"/>
      </w:pPr>
      <w:r>
        <w:t>6.180.000</w:t>
      </w:r>
    </w:p>
    <w:p>
      <w:pPr>
        <w:jc w:val="both"/>
      </w:pPr>
      <w:r>
        <w:t>Chưa bao gồm đinh, nẹp, vít, xương bảo quản, đốt sống nhân tạo, sản phẩm sinh học thay thế xương, miếng ghép cột sống, đĩa đệm nhân tạo, ốc, khóa.</w:t>
      </w:r>
    </w:p>
    <w:p>
      <w:pPr>
        <w:jc w:val="both"/>
      </w:pPr>
      <w:r>
        <w:t>578</w:t>
      </w:r>
    </w:p>
    <w:p>
      <w:pPr>
        <w:jc w:val="both"/>
      </w:pPr>
      <w:r>
        <w:t>568</w:t>
      </w:r>
    </w:p>
    <w:p>
      <w:pPr>
        <w:jc w:val="both"/>
      </w:pPr>
      <w:r>
        <w:t>Phẫu thuật tạo hình thân đốt sống bằng phương pháp bơm xi măng</w:t>
      </w:r>
    </w:p>
    <w:p>
      <w:pPr>
        <w:jc w:val="both"/>
      </w:pPr>
      <w:r>
        <w:t>5.626.000</w:t>
      </w:r>
    </w:p>
    <w:p>
      <w:pPr>
        <w:jc w:val="both"/>
      </w:pPr>
      <w:r>
        <w:t>6.291.000</w:t>
      </w:r>
    </w:p>
    <w:p>
      <w:pPr>
        <w:jc w:val="both"/>
      </w:pPr>
      <w:r>
        <w:t>Chưa bao gồm kim chọc, xi măng sinh học hoặc hóa học, hệ thống bơm xi măng, bộ bơm xi măng có bóng hoặc không bóng.</w:t>
      </w:r>
    </w:p>
    <w:p>
      <w:pPr>
        <w:jc w:val="both"/>
      </w:pPr>
      <w:r>
        <w:t>579</w:t>
      </w:r>
    </w:p>
    <w:p>
      <w:pPr>
        <w:jc w:val="both"/>
      </w:pPr>
      <w:r>
        <w:t>569</w:t>
      </w:r>
    </w:p>
    <w:p>
      <w:pPr>
        <w:jc w:val="both"/>
      </w:pPr>
      <w:r>
        <w:t>03C2.1.92</w:t>
      </w:r>
    </w:p>
    <w:p>
      <w:pPr>
        <w:jc w:val="both"/>
      </w:pPr>
      <w:r>
        <w:t>Phẫu thuật thay đốt sống</w:t>
      </w:r>
    </w:p>
    <w:p>
      <w:pPr>
        <w:jc w:val="both"/>
      </w:pPr>
      <w:r>
        <w:t>5.843.000</w:t>
      </w:r>
    </w:p>
    <w:p>
      <w:pPr>
        <w:jc w:val="both"/>
      </w:pPr>
      <w:r>
        <w:t>6.525.000</w:t>
      </w:r>
    </w:p>
    <w:p>
      <w:pPr>
        <w:jc w:val="both"/>
      </w:pPr>
      <w:r>
        <w:t>Chưa bao gồm đinh, nẹp, vít, ốc, khóa, xương bảo quản, sản phẩm sinh học thay thế xương, đốt sống nhân tạo, đĩa đệm nhân tạo.</w:t>
      </w:r>
    </w:p>
    <w:p>
      <w:pPr>
        <w:jc w:val="both"/>
      </w:pPr>
      <w:r>
        <w:t>580</w:t>
      </w:r>
    </w:p>
    <w:p>
      <w:pPr>
        <w:jc w:val="both"/>
      </w:pPr>
      <w:r>
        <w:t>570</w:t>
      </w:r>
    </w:p>
    <w:p>
      <w:pPr>
        <w:jc w:val="both"/>
      </w:pPr>
      <w:r>
        <w:t>Phẫu thuật thoát vị đĩa đệm cột sống thắt lưng</w:t>
      </w:r>
    </w:p>
    <w:p>
      <w:pPr>
        <w:jc w:val="both"/>
      </w:pPr>
      <w:r>
        <w:t>5.197.000</w:t>
      </w:r>
    </w:p>
    <w:p>
      <w:pPr>
        <w:jc w:val="both"/>
      </w:pPr>
      <w:r>
        <w:t>5.832.000</w:t>
      </w:r>
    </w:p>
    <w:p>
      <w:pPr>
        <w:jc w:val="both"/>
      </w:pPr>
      <w:r>
        <w:t>Chưa bao gồm đĩa đệm nhân tạo.</w:t>
      </w:r>
    </w:p>
    <w:p>
      <w:pPr>
        <w:jc w:val="both"/>
      </w:pPr>
      <w:r>
        <w:t>581</w:t>
      </w:r>
    </w:p>
    <w:p>
      <w:pPr>
        <w:jc w:val="both"/>
      </w:pPr>
      <w:r>
        <w:t>571</w:t>
      </w:r>
    </w:p>
    <w:p>
      <w:pPr>
        <w:jc w:val="both"/>
      </w:pPr>
      <w:r>
        <w:t>Phẫu thuật cắt lọc nạo viêm phần mềm hoặc sửa mỏm cụt ngón tay, chân hoặc cắt cụt ngón tay, chân (tính 1 ngón)</w:t>
      </w:r>
    </w:p>
    <w:p>
      <w:pPr>
        <w:jc w:val="both"/>
      </w:pPr>
      <w:r>
        <w:t>3.011.000</w:t>
      </w:r>
    </w:p>
    <w:p>
      <w:pPr>
        <w:jc w:val="both"/>
      </w:pPr>
      <w:r>
        <w:t>3.358.000</w:t>
      </w:r>
    </w:p>
    <w:p>
      <w:pPr>
        <w:jc w:val="both"/>
      </w:pPr>
      <w:r>
        <w:t>582</w:t>
      </w:r>
    </w:p>
    <w:p>
      <w:pPr>
        <w:jc w:val="both"/>
      </w:pPr>
      <w:r>
        <w:t>572</w:t>
      </w:r>
    </w:p>
    <w:p>
      <w:pPr>
        <w:jc w:val="both"/>
      </w:pPr>
      <w:r>
        <w:t>Phẫu thuật nối dây thần kinh (tính 1 dây)</w:t>
      </w:r>
    </w:p>
    <w:p>
      <w:pPr>
        <w:jc w:val="both"/>
      </w:pPr>
      <w:r>
        <w:t>3.131.000</w:t>
      </w:r>
    </w:p>
    <w:p>
      <w:pPr>
        <w:jc w:val="both"/>
      </w:pPr>
      <w:r>
        <w:t>3.466.000</w:t>
      </w:r>
    </w:p>
    <w:p>
      <w:pPr>
        <w:jc w:val="both"/>
      </w:pPr>
      <w:r>
        <w:t>583</w:t>
      </w:r>
    </w:p>
    <w:p>
      <w:pPr>
        <w:jc w:val="both"/>
      </w:pPr>
      <w:r>
        <w:t>573</w:t>
      </w:r>
    </w:p>
    <w:p>
      <w:pPr>
        <w:jc w:val="both"/>
      </w:pPr>
      <w:r>
        <w:t>03C2.1.116</w:t>
      </w:r>
    </w:p>
    <w:p>
      <w:pPr>
        <w:jc w:val="both"/>
      </w:pPr>
      <w:r>
        <w:t>Phẫu thuật tạo hình bằng các vạt da có cuống mạch liền</w:t>
      </w:r>
    </w:p>
    <w:p>
      <w:pPr>
        <w:jc w:val="both"/>
      </w:pPr>
      <w:r>
        <w:t>3.469.000</w:t>
      </w:r>
    </w:p>
    <w:p>
      <w:pPr>
        <w:jc w:val="both"/>
      </w:pPr>
      <w:r>
        <w:t>3.867.000</w:t>
      </w:r>
    </w:p>
    <w:p>
      <w:pPr>
        <w:jc w:val="both"/>
      </w:pPr>
      <w:r>
        <w:t>584</w:t>
      </w:r>
    </w:p>
    <w:p>
      <w:pPr>
        <w:jc w:val="both"/>
      </w:pPr>
      <w:r>
        <w:t>574</w:t>
      </w:r>
    </w:p>
    <w:p>
      <w:pPr>
        <w:jc w:val="both"/>
      </w:pPr>
      <w:r>
        <w:t>Phẫu thuật vá da lớn diện tích ≥10 cm2</w:t>
      </w:r>
    </w:p>
    <w:p>
      <w:pPr>
        <w:jc w:val="both"/>
      </w:pPr>
      <w:r>
        <w:t>4.400.000</w:t>
      </w:r>
    </w:p>
    <w:p>
      <w:pPr>
        <w:jc w:val="both"/>
      </w:pPr>
      <w:r>
        <w:t>4.914.000</w:t>
      </w:r>
    </w:p>
    <w:p>
      <w:pPr>
        <w:jc w:val="both"/>
      </w:pPr>
      <w:r>
        <w:t>585</w:t>
      </w:r>
    </w:p>
    <w:p>
      <w:pPr>
        <w:jc w:val="both"/>
      </w:pPr>
      <w:r>
        <w:t>575</w:t>
      </w:r>
    </w:p>
    <w:p>
      <w:pPr>
        <w:jc w:val="both"/>
      </w:pPr>
      <w:r>
        <w:t>Phẫu thuật vá da nhỏ diện tích &lt;10 cm2</w:t>
      </w:r>
    </w:p>
    <w:p>
      <w:pPr>
        <w:jc w:val="both"/>
      </w:pPr>
      <w:r>
        <w:t>2.883.000</w:t>
      </w:r>
    </w:p>
    <w:p>
      <w:pPr>
        <w:jc w:val="both"/>
      </w:pPr>
      <w:r>
        <w:t>3.238.000</w:t>
      </w:r>
    </w:p>
    <w:p>
      <w:pPr>
        <w:jc w:val="both"/>
      </w:pPr>
      <w:r>
        <w:t>586</w:t>
      </w:r>
    </w:p>
    <w:p>
      <w:pPr>
        <w:jc w:val="both"/>
      </w:pPr>
      <w:r>
        <w:t>576</w:t>
      </w:r>
    </w:p>
    <w:p>
      <w:pPr>
        <w:jc w:val="both"/>
      </w:pPr>
      <w:r>
        <w:t>Phẫu thuật vết thương phần mềm hoặc rách da đầu</w:t>
      </w:r>
    </w:p>
    <w:p>
      <w:pPr>
        <w:jc w:val="both"/>
      </w:pPr>
      <w:r>
        <w:t>2.660.000</w:t>
      </w:r>
    </w:p>
    <w:p>
      <w:pPr>
        <w:jc w:val="both"/>
      </w:pPr>
      <w:r>
        <w:t>3.008.000</w:t>
      </w:r>
    </w:p>
    <w:p>
      <w:pPr>
        <w:jc w:val="both"/>
      </w:pPr>
      <w:r>
        <w:t>587</w:t>
      </w:r>
    </w:p>
    <w:p>
      <w:pPr>
        <w:jc w:val="both"/>
      </w:pPr>
      <w:r>
        <w:t>577</w:t>
      </w:r>
    </w:p>
    <w:p>
      <w:pPr>
        <w:jc w:val="both"/>
      </w:pPr>
      <w:r>
        <w:t>Phẫu thuật vết thương phần mềm phức tạp</w:t>
      </w:r>
    </w:p>
    <w:p>
      <w:pPr>
        <w:jc w:val="both"/>
      </w:pPr>
      <w:r>
        <w:t>4.830.000</w:t>
      </w:r>
    </w:p>
    <w:p>
      <w:pPr>
        <w:jc w:val="both"/>
      </w:pPr>
      <w:r>
        <w:t>5.373.000</w:t>
      </w:r>
    </w:p>
    <w:p>
      <w:pPr>
        <w:jc w:val="both"/>
      </w:pPr>
      <w:r>
        <w:t>588</w:t>
      </w:r>
    </w:p>
    <w:p>
      <w:pPr>
        <w:jc w:val="both"/>
      </w:pPr>
      <w:r>
        <w:t>578</w:t>
      </w:r>
    </w:p>
    <w:p>
      <w:pPr>
        <w:jc w:val="both"/>
      </w:pPr>
      <w:r>
        <w:t>03C2.1.107</w:t>
      </w:r>
    </w:p>
    <w:p>
      <w:pPr>
        <w:jc w:val="both"/>
      </w:pPr>
      <w:r>
        <w:t>Phẫu thuật vi phẫu chuyển vạt da có cuống mạch</w:t>
      </w:r>
    </w:p>
    <w:p>
      <w:pPr>
        <w:jc w:val="both"/>
      </w:pPr>
      <w:r>
        <w:t>5.214.000</w:t>
      </w:r>
    </w:p>
    <w:p>
      <w:pPr>
        <w:jc w:val="both"/>
      </w:pPr>
      <w:r>
        <w:t>5.777.000</w:t>
      </w:r>
    </w:p>
    <w:p>
      <w:pPr>
        <w:jc w:val="both"/>
      </w:pPr>
      <w:r>
        <w:t>589</w:t>
      </w:r>
    </w:p>
    <w:p>
      <w:pPr>
        <w:jc w:val="both"/>
      </w:pPr>
      <w:r>
        <w:t>579</w:t>
      </w:r>
    </w:p>
    <w:p>
      <w:pPr>
        <w:jc w:val="both"/>
      </w:pPr>
      <w:r>
        <w:t>Phẫu thuật vi phẫu nối mạch chi</w:t>
      </w:r>
    </w:p>
    <w:p>
      <w:pPr>
        <w:jc w:val="both"/>
      </w:pPr>
      <w:r>
        <w:t>6.964.000</w:t>
      </w:r>
    </w:p>
    <w:p>
      <w:pPr>
        <w:jc w:val="both"/>
      </w:pPr>
      <w:r>
        <w:t>7.679.000</w:t>
      </w:r>
    </w:p>
    <w:p>
      <w:pPr>
        <w:jc w:val="both"/>
      </w:pPr>
      <w:r>
        <w:t>Chưa bao gồm mạch nhân tạo.</w:t>
      </w:r>
    </w:p>
    <w:p>
      <w:pPr>
        <w:jc w:val="both"/>
      </w:pPr>
      <w:r>
        <w:t>590</w:t>
      </w:r>
    </w:p>
    <w:p>
      <w:pPr>
        <w:jc w:val="both"/>
      </w:pPr>
      <w:r>
        <w:t>580</w:t>
      </w:r>
    </w:p>
    <w:p>
      <w:pPr>
        <w:jc w:val="both"/>
      </w:pPr>
      <w:r>
        <w:t>03C2.1.112</w:t>
      </w:r>
    </w:p>
    <w:p>
      <w:pPr>
        <w:jc w:val="both"/>
      </w:pPr>
      <w:r>
        <w:t>Tạo hình khí-phế quản</w:t>
      </w:r>
    </w:p>
    <w:p>
      <w:pPr>
        <w:jc w:val="both"/>
      </w:pPr>
      <w:r>
        <w:t>12.317.000</w:t>
      </w:r>
    </w:p>
    <w:p>
      <w:pPr>
        <w:jc w:val="both"/>
      </w:pPr>
      <w:r>
        <w:t>14.054.000</w:t>
      </w:r>
    </w:p>
    <w:p>
      <w:pPr>
        <w:jc w:val="both"/>
      </w:pPr>
      <w:r>
        <w:t>Chưa bao gồm Stent, bộ tim phổi nhân tạo trong phẫu thuật tim (ở người bệnh hẹp khí - phế quản bẩm sinh).</w:t>
      </w:r>
    </w:p>
    <w:p>
      <w:pPr>
        <w:jc w:val="both"/>
      </w:pPr>
      <w:r>
        <w:t>Các phẫu thuật, thủ thuật còn lại khác chuyên khoa ngoại</w:t>
      </w:r>
    </w:p>
    <w:p>
      <w:pPr>
        <w:jc w:val="both"/>
      </w:pPr>
      <w:r>
        <w:t>591</w:t>
      </w:r>
    </w:p>
    <w:p>
      <w:pPr>
        <w:jc w:val="both"/>
      </w:pPr>
      <w:r>
        <w:t>581</w:t>
      </w:r>
    </w:p>
    <w:p>
      <w:pPr>
        <w:jc w:val="both"/>
      </w:pPr>
      <w:r>
        <w:t>Phẫu thuật loại đặc biệt</w:t>
      </w:r>
    </w:p>
    <w:p>
      <w:pPr>
        <w:jc w:val="both"/>
      </w:pPr>
      <w:r>
        <w:t>5.087.000</w:t>
      </w:r>
    </w:p>
    <w:p>
      <w:pPr>
        <w:jc w:val="both"/>
      </w:pPr>
      <w:r>
        <w:t>5.541.000</w:t>
      </w:r>
    </w:p>
    <w:p>
      <w:pPr>
        <w:jc w:val="both"/>
      </w:pPr>
      <w:r>
        <w:t>592</w:t>
      </w:r>
    </w:p>
    <w:p>
      <w:pPr>
        <w:jc w:val="both"/>
      </w:pPr>
      <w:r>
        <w:t>582</w:t>
      </w:r>
    </w:p>
    <w:p>
      <w:pPr>
        <w:jc w:val="both"/>
      </w:pPr>
      <w:r>
        <w:t>Phẫu thuật loại I</w:t>
      </w:r>
    </w:p>
    <w:p>
      <w:pPr>
        <w:jc w:val="both"/>
      </w:pPr>
      <w:r>
        <w:t>3.063.000</w:t>
      </w:r>
    </w:p>
    <w:p>
      <w:pPr>
        <w:jc w:val="both"/>
      </w:pPr>
      <w:r>
        <w:t>3.341.000</w:t>
      </w:r>
    </w:p>
    <w:p>
      <w:pPr>
        <w:jc w:val="both"/>
      </w:pPr>
      <w:r>
        <w:t>593</w:t>
      </w:r>
    </w:p>
    <w:p>
      <w:pPr>
        <w:jc w:val="both"/>
      </w:pPr>
      <w:r>
        <w:t>583</w:t>
      </w:r>
    </w:p>
    <w:p>
      <w:pPr>
        <w:jc w:val="both"/>
      </w:pPr>
      <w:r>
        <w:t>Phẫu thuật loại II</w:t>
      </w:r>
    </w:p>
    <w:p>
      <w:pPr>
        <w:jc w:val="both"/>
      </w:pPr>
      <w:r>
        <w:t>2.122.000</w:t>
      </w:r>
    </w:p>
    <w:p>
      <w:pPr>
        <w:jc w:val="both"/>
      </w:pPr>
      <w:r>
        <w:t>2.305.000</w:t>
      </w:r>
    </w:p>
    <w:p>
      <w:pPr>
        <w:jc w:val="both"/>
      </w:pPr>
      <w:r>
        <w:t>594</w:t>
      </w:r>
    </w:p>
    <w:p>
      <w:pPr>
        <w:jc w:val="both"/>
      </w:pPr>
      <w:r>
        <w:t>584</w:t>
      </w:r>
    </w:p>
    <w:p>
      <w:pPr>
        <w:jc w:val="both"/>
      </w:pPr>
      <w:r>
        <w:t>Phẫu thuật loại III</w:t>
      </w:r>
    </w:p>
    <w:p>
      <w:pPr>
        <w:jc w:val="both"/>
      </w:pPr>
      <w:r>
        <w:t>1.340.000</w:t>
      </w:r>
    </w:p>
    <w:p>
      <w:pPr>
        <w:jc w:val="both"/>
      </w:pPr>
      <w:r>
        <w:t>1.457.000</w:t>
      </w:r>
    </w:p>
    <w:p>
      <w:pPr>
        <w:jc w:val="both"/>
      </w:pPr>
      <w:r>
        <w:t>595</w:t>
      </w:r>
    </w:p>
    <w:p>
      <w:pPr>
        <w:jc w:val="both"/>
      </w:pPr>
      <w:r>
        <w:t>585</w:t>
      </w:r>
    </w:p>
    <w:p>
      <w:pPr>
        <w:jc w:val="both"/>
      </w:pPr>
      <w:r>
        <w:t>Thủ thuật loại đặc biệt</w:t>
      </w:r>
    </w:p>
    <w:p>
      <w:pPr>
        <w:jc w:val="both"/>
      </w:pPr>
      <w:r>
        <w:t>1.021.000</w:t>
      </w:r>
    </w:p>
    <w:p>
      <w:pPr>
        <w:jc w:val="both"/>
      </w:pPr>
      <w:r>
        <w:t>1 138.000</w:t>
      </w:r>
    </w:p>
    <w:p>
      <w:pPr>
        <w:jc w:val="both"/>
      </w:pPr>
      <w:r>
        <w:t>596</w:t>
      </w:r>
    </w:p>
    <w:p>
      <w:pPr>
        <w:jc w:val="both"/>
      </w:pPr>
      <w:r>
        <w:t>586</w:t>
      </w:r>
    </w:p>
    <w:p>
      <w:pPr>
        <w:jc w:val="both"/>
      </w:pPr>
      <w:r>
        <w:t>Thủ thuật loại I</w:t>
      </w:r>
    </w:p>
    <w:p>
      <w:pPr>
        <w:jc w:val="both"/>
      </w:pPr>
      <w:r>
        <w:t>574.000</w:t>
      </w:r>
    </w:p>
    <w:p>
      <w:pPr>
        <w:jc w:val="both"/>
      </w:pPr>
      <w:r>
        <w:t>635.000</w:t>
      </w:r>
    </w:p>
    <w:p>
      <w:pPr>
        <w:jc w:val="both"/>
      </w:pPr>
      <w:r>
        <w:t>597</w:t>
      </w:r>
    </w:p>
    <w:p>
      <w:pPr>
        <w:jc w:val="both"/>
      </w:pPr>
      <w:r>
        <w:t>587</w:t>
      </w:r>
    </w:p>
    <w:p>
      <w:pPr>
        <w:jc w:val="both"/>
      </w:pPr>
      <w:r>
        <w:t>Thủ thuật loại II</w:t>
      </w:r>
    </w:p>
    <w:p>
      <w:pPr>
        <w:jc w:val="both"/>
      </w:pPr>
      <w:r>
        <w:t>396.000</w:t>
      </w:r>
    </w:p>
    <w:p>
      <w:pPr>
        <w:jc w:val="both"/>
      </w:pPr>
      <w:r>
        <w:t>434.000</w:t>
      </w:r>
    </w:p>
    <w:p>
      <w:pPr>
        <w:jc w:val="both"/>
      </w:pPr>
      <w:r>
        <w:t>598</w:t>
      </w:r>
    </w:p>
    <w:p>
      <w:pPr>
        <w:jc w:val="both"/>
      </w:pPr>
      <w:r>
        <w:t>588</w:t>
      </w:r>
    </w:p>
    <w:p>
      <w:pPr>
        <w:jc w:val="both"/>
      </w:pPr>
      <w:r>
        <w:t>Thủ thuật loại III</w:t>
      </w:r>
    </w:p>
    <w:p>
      <w:pPr>
        <w:jc w:val="both"/>
      </w:pPr>
      <w:r>
        <w:t>192.000</w:t>
      </w:r>
    </w:p>
    <w:p>
      <w:pPr>
        <w:jc w:val="both"/>
      </w:pPr>
      <w:r>
        <w:t>211.000</w:t>
      </w:r>
    </w:p>
    <w:p>
      <w:pPr>
        <w:jc w:val="both"/>
      </w:pPr>
      <w:r>
        <w:t>VI</w:t>
      </w:r>
    </w:p>
    <w:p>
      <w:pPr>
        <w:jc w:val="both"/>
      </w:pPr>
      <w:r>
        <w:t>VI</w:t>
      </w:r>
    </w:p>
    <w:p>
      <w:pPr>
        <w:jc w:val="both"/>
      </w:pPr>
      <w:r>
        <w:t>PHỤ SẢN</w:t>
      </w:r>
    </w:p>
    <w:p>
      <w:pPr>
        <w:jc w:val="both"/>
      </w:pPr>
      <w:r>
        <w:t>599</w:t>
      </w:r>
    </w:p>
    <w:p>
      <w:pPr>
        <w:jc w:val="both"/>
      </w:pPr>
      <w:r>
        <w:t>589</w:t>
      </w:r>
    </w:p>
    <w:p>
      <w:pPr>
        <w:jc w:val="both"/>
      </w:pPr>
      <w:r>
        <w:t>Bóc nang tuyến Bartholin</w:t>
      </w:r>
    </w:p>
    <w:p>
      <w:pPr>
        <w:jc w:val="both"/>
      </w:pPr>
      <w:r>
        <w:t>1.309.000</w:t>
      </w:r>
    </w:p>
    <w:p>
      <w:pPr>
        <w:jc w:val="both"/>
      </w:pPr>
      <w:r>
        <w:t>1.477.000</w:t>
      </w:r>
    </w:p>
    <w:p>
      <w:pPr>
        <w:jc w:val="both"/>
      </w:pPr>
      <w:r>
        <w:t>600</w:t>
      </w:r>
    </w:p>
    <w:p>
      <w:pPr>
        <w:jc w:val="both"/>
      </w:pPr>
      <w:r>
        <w:t>590</w:t>
      </w:r>
    </w:p>
    <w:p>
      <w:pPr>
        <w:jc w:val="both"/>
      </w:pPr>
      <w:r>
        <w:t>Bóc nhân ung thư nguyên bào nuôi di căn âm đạo</w:t>
      </w:r>
    </w:p>
    <w:p>
      <w:pPr>
        <w:jc w:val="both"/>
      </w:pPr>
      <w:r>
        <w:t>2.844.000</w:t>
      </w:r>
    </w:p>
    <w:p>
      <w:pPr>
        <w:jc w:val="both"/>
      </w:pPr>
      <w:r>
        <w:t>3.166.000</w:t>
      </w:r>
    </w:p>
    <w:p>
      <w:pPr>
        <w:jc w:val="both"/>
      </w:pPr>
      <w:r>
        <w:t>601</w:t>
      </w:r>
    </w:p>
    <w:p>
      <w:pPr>
        <w:jc w:val="both"/>
      </w:pPr>
      <w:r>
        <w:t>591</w:t>
      </w:r>
    </w:p>
    <w:p>
      <w:pPr>
        <w:jc w:val="both"/>
      </w:pPr>
      <w:r>
        <w:t>Bóc nhân xơ vú</w:t>
      </w:r>
    </w:p>
    <w:p>
      <w:pPr>
        <w:jc w:val="both"/>
      </w:pPr>
      <w:r>
        <w:t>1.019.000</w:t>
      </w:r>
    </w:p>
    <w:p>
      <w:pPr>
        <w:jc w:val="both"/>
      </w:pPr>
      <w:r>
        <w:t>1.143.000</w:t>
      </w:r>
    </w:p>
    <w:p>
      <w:pPr>
        <w:jc w:val="both"/>
      </w:pPr>
      <w:r>
        <w:t>602</w:t>
      </w:r>
    </w:p>
    <w:p>
      <w:pPr>
        <w:jc w:val="both"/>
      </w:pPr>
      <w:r>
        <w:t>592</w:t>
      </w:r>
    </w:p>
    <w:p>
      <w:pPr>
        <w:jc w:val="both"/>
      </w:pPr>
      <w:r>
        <w:t>Cắt âm hộ + vét hạch bẹn hai bên</w:t>
      </w:r>
    </w:p>
    <w:p>
      <w:pPr>
        <w:jc w:val="both"/>
      </w:pPr>
      <w:r>
        <w:t>3.884.000</w:t>
      </w:r>
    </w:p>
    <w:p>
      <w:pPr>
        <w:jc w:val="both"/>
      </w:pPr>
      <w:r>
        <w:t>4.333.000</w:t>
      </w:r>
    </w:p>
    <w:p>
      <w:pPr>
        <w:jc w:val="both"/>
      </w:pPr>
      <w:r>
        <w:t>603</w:t>
      </w:r>
    </w:p>
    <w:p>
      <w:pPr>
        <w:jc w:val="both"/>
      </w:pPr>
      <w:r>
        <w:t>593</w:t>
      </w:r>
    </w:p>
    <w:p>
      <w:pPr>
        <w:jc w:val="both"/>
      </w:pPr>
      <w:r>
        <w:t>Cắt bỏ âm hộ đơn thuần</w:t>
      </w:r>
    </w:p>
    <w:p>
      <w:pPr>
        <w:jc w:val="both"/>
      </w:pPr>
      <w:r>
        <w:t>2.838.000</w:t>
      </w:r>
    </w:p>
    <w:p>
      <w:pPr>
        <w:jc w:val="both"/>
      </w:pPr>
      <w:r>
        <w:t>3.199.000</w:t>
      </w:r>
    </w:p>
    <w:p>
      <w:pPr>
        <w:jc w:val="both"/>
      </w:pPr>
      <w:r>
        <w:t>604</w:t>
      </w:r>
    </w:p>
    <w:p>
      <w:pPr>
        <w:jc w:val="both"/>
      </w:pPr>
      <w:r>
        <w:t>594</w:t>
      </w:r>
    </w:p>
    <w:p>
      <w:pPr>
        <w:jc w:val="both"/>
      </w:pPr>
      <w:r>
        <w:t>Cắt chỉ khâu vòng cổ tử cung</w:t>
      </w:r>
    </w:p>
    <w:p>
      <w:pPr>
        <w:jc w:val="both"/>
      </w:pPr>
      <w:r>
        <w:t>125.000</w:t>
      </w:r>
    </w:p>
    <w:p>
      <w:pPr>
        <w:jc w:val="both"/>
      </w:pPr>
      <w:r>
        <w:t>137.000</w:t>
      </w:r>
    </w:p>
    <w:p>
      <w:pPr>
        <w:jc w:val="both"/>
      </w:pPr>
      <w:r>
        <w:t>605</w:t>
      </w:r>
    </w:p>
    <w:p>
      <w:pPr>
        <w:jc w:val="both"/>
      </w:pPr>
      <w:r>
        <w:t>595</w:t>
      </w:r>
    </w:p>
    <w:p>
      <w:pPr>
        <w:jc w:val="both"/>
      </w:pPr>
      <w:r>
        <w:t>Cắt cổ tử cung trên bệnh nhân đã mổ cắt tử cung bán phần</w:t>
      </w:r>
    </w:p>
    <w:p>
      <w:pPr>
        <w:jc w:val="both"/>
      </w:pPr>
      <w:r>
        <w:t>4.267.000</w:t>
      </w:r>
    </w:p>
    <w:p>
      <w:pPr>
        <w:jc w:val="both"/>
      </w:pPr>
      <w:r>
        <w:t>4.774.000</w:t>
      </w:r>
    </w:p>
    <w:p>
      <w:pPr>
        <w:jc w:val="both"/>
      </w:pPr>
      <w:r>
        <w:t>606</w:t>
      </w:r>
    </w:p>
    <w:p>
      <w:pPr>
        <w:jc w:val="both"/>
      </w:pPr>
      <w:r>
        <w:t>596</w:t>
      </w:r>
    </w:p>
    <w:p>
      <w:pPr>
        <w:jc w:val="both"/>
      </w:pPr>
      <w:r>
        <w:t>Cắt cổ tử cung trên bệnh nhân đã mổ cắt tử cung bán phần đường âm đạo kết hợp nội soi</w:t>
      </w:r>
    </w:p>
    <w:p>
      <w:pPr>
        <w:jc w:val="both"/>
      </w:pPr>
      <w:r>
        <w:t>5.708.000</w:t>
      </w:r>
    </w:p>
    <w:p>
      <w:pPr>
        <w:jc w:val="both"/>
      </w:pPr>
      <w:r>
        <w:t>6.433.000</w:t>
      </w:r>
    </w:p>
    <w:p>
      <w:pPr>
        <w:jc w:val="both"/>
      </w:pPr>
      <w:r>
        <w:t>607</w:t>
      </w:r>
    </w:p>
    <w:p>
      <w:pPr>
        <w:jc w:val="both"/>
      </w:pPr>
      <w:r>
        <w:t>597</w:t>
      </w:r>
    </w:p>
    <w:p>
      <w:pPr>
        <w:jc w:val="both"/>
      </w:pPr>
      <w:r>
        <w:t>Cắt u thành âm đạo</w:t>
      </w:r>
    </w:p>
    <w:p>
      <w:pPr>
        <w:jc w:val="both"/>
      </w:pPr>
      <w:r>
        <w:t>2.128.000</w:t>
      </w:r>
    </w:p>
    <w:p>
      <w:pPr>
        <w:jc w:val="both"/>
      </w:pPr>
      <w:r>
        <w:t>2.379.000</w:t>
      </w:r>
    </w:p>
    <w:p>
      <w:pPr>
        <w:jc w:val="both"/>
      </w:pPr>
      <w:r>
        <w:t>608</w:t>
      </w:r>
    </w:p>
    <w:p>
      <w:pPr>
        <w:jc w:val="both"/>
      </w:pPr>
      <w:r>
        <w:t>598</w:t>
      </w:r>
    </w:p>
    <w:p>
      <w:pPr>
        <w:jc w:val="both"/>
      </w:pPr>
      <w:r>
        <w:t>Cắt u tiểu khung thuộc tử cung, buồng trứng to, dính, cắm sâu trong tiểu khung</w:t>
      </w:r>
    </w:p>
    <w:p>
      <w:pPr>
        <w:jc w:val="both"/>
      </w:pPr>
      <w:r>
        <w:t>6.368.000</w:t>
      </w:r>
    </w:p>
    <w:p>
      <w:pPr>
        <w:jc w:val="both"/>
      </w:pPr>
      <w:r>
        <w:t>7.106.000</w:t>
      </w:r>
    </w:p>
    <w:p>
      <w:pPr>
        <w:jc w:val="both"/>
      </w:pPr>
      <w:r>
        <w:t>609</w:t>
      </w:r>
    </w:p>
    <w:p>
      <w:pPr>
        <w:jc w:val="both"/>
      </w:pPr>
      <w:r>
        <w:t>599</w:t>
      </w:r>
    </w:p>
    <w:p>
      <w:pPr>
        <w:jc w:val="both"/>
      </w:pPr>
      <w:r>
        <w:t>Cắt vú theo phương pháp Patey, cắt khối u vú ác tính + vét hạch nách</w:t>
      </w:r>
    </w:p>
    <w:p>
      <w:pPr>
        <w:jc w:val="both"/>
      </w:pPr>
      <w:r>
        <w:t>5.060.000</w:t>
      </w:r>
    </w:p>
    <w:p>
      <w:pPr>
        <w:jc w:val="both"/>
      </w:pPr>
      <w:r>
        <w:t>5.600.000</w:t>
      </w:r>
    </w:p>
    <w:p>
      <w:pPr>
        <w:jc w:val="both"/>
      </w:pPr>
      <w:r>
        <w:t>610</w:t>
      </w:r>
    </w:p>
    <w:p>
      <w:pPr>
        <w:jc w:val="both"/>
      </w:pPr>
      <w:r>
        <w:t>600</w:t>
      </w:r>
    </w:p>
    <w:p>
      <w:pPr>
        <w:jc w:val="both"/>
      </w:pPr>
      <w:r>
        <w:t>Chích áp xe tầng sinh môn</w:t>
      </w:r>
    </w:p>
    <w:p>
      <w:pPr>
        <w:jc w:val="both"/>
      </w:pPr>
      <w:r>
        <w:t>831.000</w:t>
      </w:r>
    </w:p>
    <w:p>
      <w:pPr>
        <w:jc w:val="both"/>
      </w:pPr>
      <w:r>
        <w:t>936.000</w:t>
      </w:r>
    </w:p>
    <w:p>
      <w:pPr>
        <w:jc w:val="both"/>
      </w:pPr>
      <w:r>
        <w:t>611</w:t>
      </w:r>
    </w:p>
    <w:p>
      <w:pPr>
        <w:jc w:val="both"/>
      </w:pPr>
      <w:r>
        <w:t>601</w:t>
      </w:r>
    </w:p>
    <w:p>
      <w:pPr>
        <w:jc w:val="both"/>
      </w:pPr>
      <w:r>
        <w:t>Chích áp xe tuyến Bartholin</w:t>
      </w:r>
    </w:p>
    <w:p>
      <w:pPr>
        <w:jc w:val="both"/>
      </w:pPr>
      <w:r>
        <w:t>875.000</w:t>
      </w:r>
    </w:p>
    <w:p>
      <w:pPr>
        <w:jc w:val="both"/>
      </w:pPr>
      <w:r>
        <w:t>968.000</w:t>
      </w:r>
    </w:p>
    <w:p>
      <w:pPr>
        <w:jc w:val="both"/>
      </w:pPr>
      <w:r>
        <w:t>612</w:t>
      </w:r>
    </w:p>
    <w:p>
      <w:pPr>
        <w:jc w:val="both"/>
      </w:pPr>
      <w:r>
        <w:t>602</w:t>
      </w:r>
    </w:p>
    <w:p>
      <w:pPr>
        <w:jc w:val="both"/>
      </w:pPr>
      <w:r>
        <w:t>04C3.2.192</w:t>
      </w:r>
    </w:p>
    <w:p>
      <w:pPr>
        <w:jc w:val="both"/>
      </w:pPr>
      <w:r>
        <w:t>Chích apxe tuyến vú</w:t>
      </w:r>
    </w:p>
    <w:p>
      <w:pPr>
        <w:jc w:val="both"/>
      </w:pPr>
      <w:r>
        <w:t>230.000</w:t>
      </w:r>
    </w:p>
    <w:p>
      <w:pPr>
        <w:jc w:val="both"/>
      </w:pPr>
      <w:r>
        <w:t>255.000</w:t>
      </w:r>
    </w:p>
    <w:p>
      <w:pPr>
        <w:jc w:val="both"/>
      </w:pPr>
      <w:r>
        <w:t>613</w:t>
      </w:r>
    </w:p>
    <w:p>
      <w:pPr>
        <w:jc w:val="both"/>
      </w:pPr>
      <w:r>
        <w:t>603</w:t>
      </w:r>
    </w:p>
    <w:p>
      <w:pPr>
        <w:jc w:val="both"/>
      </w:pPr>
      <w:r>
        <w:t>Chích rạch màng trinh do ứ máu kinh</w:t>
      </w:r>
    </w:p>
    <w:p>
      <w:pPr>
        <w:jc w:val="both"/>
      </w:pPr>
      <w:r>
        <w:t>825.000</w:t>
      </w:r>
    </w:p>
    <w:p>
      <w:pPr>
        <w:jc w:val="both"/>
      </w:pPr>
      <w:r>
        <w:t>919.000</w:t>
      </w:r>
    </w:p>
    <w:p>
      <w:pPr>
        <w:jc w:val="both"/>
      </w:pPr>
      <w:r>
        <w:t>614</w:t>
      </w:r>
    </w:p>
    <w:p>
      <w:pPr>
        <w:jc w:val="both"/>
      </w:pPr>
      <w:r>
        <w:t>604</w:t>
      </w:r>
    </w:p>
    <w:p>
      <w:pPr>
        <w:jc w:val="both"/>
      </w:pPr>
      <w:r>
        <w:t>Chọc dẫn lưu dịch cổ chướng trong ung thư buồng trứng</w:t>
      </w:r>
    </w:p>
    <w:p>
      <w:pPr>
        <w:jc w:val="both"/>
      </w:pPr>
      <w:r>
        <w:t>949.000</w:t>
      </w:r>
    </w:p>
    <w:p>
      <w:pPr>
        <w:jc w:val="both"/>
      </w:pPr>
      <w:r>
        <w:t>1.032.000</w:t>
      </w:r>
    </w:p>
    <w:p>
      <w:pPr>
        <w:jc w:val="both"/>
      </w:pPr>
      <w:r>
        <w:t>615</w:t>
      </w:r>
    </w:p>
    <w:p>
      <w:pPr>
        <w:jc w:val="both"/>
      </w:pPr>
      <w:r>
        <w:t>605</w:t>
      </w:r>
    </w:p>
    <w:p>
      <w:pPr>
        <w:jc w:val="both"/>
      </w:pPr>
      <w:r>
        <w:t>Chọc dò màng bụng sơ sinh</w:t>
      </w:r>
    </w:p>
    <w:p>
      <w:pPr>
        <w:jc w:val="both"/>
      </w:pPr>
      <w:r>
        <w:t>419.000</w:t>
      </w:r>
    </w:p>
    <w:p>
      <w:pPr>
        <w:jc w:val="both"/>
      </w:pPr>
      <w:r>
        <w:t>470.000</w:t>
      </w:r>
    </w:p>
    <w:p>
      <w:pPr>
        <w:jc w:val="both"/>
      </w:pPr>
      <w:r>
        <w:t>616</w:t>
      </w:r>
    </w:p>
    <w:p>
      <w:pPr>
        <w:jc w:val="both"/>
      </w:pPr>
      <w:r>
        <w:t>606</w:t>
      </w:r>
    </w:p>
    <w:p>
      <w:pPr>
        <w:jc w:val="both"/>
      </w:pPr>
      <w:r>
        <w:t>Chọc dò túi cùng Douglas</w:t>
      </w:r>
    </w:p>
    <w:p>
      <w:pPr>
        <w:jc w:val="both"/>
      </w:pPr>
      <w:r>
        <w:t>291.000</w:t>
      </w:r>
    </w:p>
    <w:p>
      <w:pPr>
        <w:jc w:val="both"/>
      </w:pPr>
      <w:r>
        <w:t>325.000</w:t>
      </w:r>
    </w:p>
    <w:p>
      <w:pPr>
        <w:jc w:val="both"/>
      </w:pPr>
      <w:r>
        <w:t>617</w:t>
      </w:r>
    </w:p>
    <w:p>
      <w:pPr>
        <w:jc w:val="both"/>
      </w:pPr>
      <w:r>
        <w:t>607</w:t>
      </w:r>
    </w:p>
    <w:p>
      <w:pPr>
        <w:jc w:val="both"/>
      </w:pPr>
      <w:r>
        <w:t>Chọc nang buồng trứng đường âm đạo dưới siêu âm</w:t>
      </w:r>
    </w:p>
    <w:p>
      <w:pPr>
        <w:jc w:val="both"/>
      </w:pPr>
      <w:r>
        <w:t>2.227.000</w:t>
      </w:r>
    </w:p>
    <w:p>
      <w:pPr>
        <w:jc w:val="both"/>
      </w:pPr>
      <w:r>
        <w:t>2.534.000</w:t>
      </w:r>
    </w:p>
    <w:p>
      <w:pPr>
        <w:jc w:val="both"/>
      </w:pPr>
      <w:r>
        <w:t>618</w:t>
      </w:r>
    </w:p>
    <w:p>
      <w:pPr>
        <w:jc w:val="both"/>
      </w:pPr>
      <w:r>
        <w:t>608</w:t>
      </w:r>
    </w:p>
    <w:p>
      <w:pPr>
        <w:jc w:val="both"/>
      </w:pPr>
      <w:r>
        <w:t>Chọc ối</w:t>
      </w:r>
    </w:p>
    <w:p>
      <w:pPr>
        <w:jc w:val="both"/>
      </w:pPr>
      <w:r>
        <w:t>760.000</w:t>
      </w:r>
    </w:p>
    <w:p>
      <w:pPr>
        <w:jc w:val="both"/>
      </w:pPr>
      <w:r>
        <w:t>841.000</w:t>
      </w:r>
    </w:p>
    <w:p>
      <w:pPr>
        <w:jc w:val="both"/>
      </w:pPr>
      <w:r>
        <w:t>619</w:t>
      </w:r>
    </w:p>
    <w:p>
      <w:pPr>
        <w:jc w:val="both"/>
      </w:pPr>
      <w:r>
        <w:t>609</w:t>
      </w:r>
    </w:p>
    <w:p>
      <w:pPr>
        <w:jc w:val="both"/>
      </w:pPr>
      <w:r>
        <w:t>Dẫn lưu cùng đồ Douglas</w:t>
      </w:r>
    </w:p>
    <w:p>
      <w:pPr>
        <w:jc w:val="both"/>
      </w:pPr>
      <w:r>
        <w:t>869.000</w:t>
      </w:r>
    </w:p>
    <w:p>
      <w:pPr>
        <w:jc w:val="both"/>
      </w:pPr>
      <w:r>
        <w:t>971.000</w:t>
      </w:r>
    </w:p>
    <w:p>
      <w:pPr>
        <w:jc w:val="both"/>
      </w:pPr>
      <w:r>
        <w:t>620</w:t>
      </w:r>
    </w:p>
    <w:p>
      <w:pPr>
        <w:jc w:val="both"/>
      </w:pPr>
      <w:r>
        <w:t>610</w:t>
      </w:r>
    </w:p>
    <w:p>
      <w:pPr>
        <w:jc w:val="both"/>
      </w:pPr>
      <w:r>
        <w:t>Đặt mảnh ghép tổng hợp điều trị sa tạng vùng chậu</w:t>
      </w:r>
    </w:p>
    <w:p>
      <w:pPr>
        <w:jc w:val="both"/>
      </w:pPr>
      <w:r>
        <w:t>6.203.000</w:t>
      </w:r>
    </w:p>
    <w:p>
      <w:pPr>
        <w:jc w:val="both"/>
      </w:pPr>
      <w:r>
        <w:t>7.003.000</w:t>
      </w:r>
    </w:p>
    <w:p>
      <w:pPr>
        <w:jc w:val="both"/>
      </w:pPr>
      <w:r>
        <w:t>621</w:t>
      </w:r>
    </w:p>
    <w:p>
      <w:pPr>
        <w:jc w:val="both"/>
      </w:pPr>
      <w:r>
        <w:t>611</w:t>
      </w:r>
    </w:p>
    <w:p>
      <w:pPr>
        <w:jc w:val="both"/>
      </w:pPr>
      <w:r>
        <w:t>04C3.2.191</w:t>
      </w:r>
    </w:p>
    <w:p>
      <w:pPr>
        <w:jc w:val="both"/>
      </w:pPr>
      <w:r>
        <w:t>Điều trị tổn thương cổ tử cung bằng: đốt điện hoặc nhiệt hoặc laser</w:t>
      </w:r>
    </w:p>
    <w:p>
      <w:pPr>
        <w:jc w:val="both"/>
      </w:pPr>
      <w:r>
        <w:t>170.000</w:t>
      </w:r>
    </w:p>
    <w:p>
      <w:pPr>
        <w:jc w:val="both"/>
      </w:pPr>
      <w:r>
        <w:t>186.000</w:t>
      </w:r>
    </w:p>
    <w:p>
      <w:pPr>
        <w:jc w:val="both"/>
      </w:pPr>
      <w:r>
        <w:t>622</w:t>
      </w:r>
    </w:p>
    <w:p>
      <w:pPr>
        <w:jc w:val="both"/>
      </w:pPr>
      <w:r>
        <w:t>612</w:t>
      </w:r>
    </w:p>
    <w:p>
      <w:pPr>
        <w:jc w:val="both"/>
      </w:pPr>
      <w:r>
        <w:t>Điều trị viêm dính tiểu khung bằng hồng ngoại, sóng ngắn</w:t>
      </w:r>
    </w:p>
    <w:p>
      <w:pPr>
        <w:jc w:val="both"/>
      </w:pPr>
      <w:r>
        <w:t>329.000</w:t>
      </w:r>
    </w:p>
    <w:p>
      <w:pPr>
        <w:jc w:val="both"/>
      </w:pPr>
      <w:r>
        <w:t>348.000</w:t>
      </w:r>
    </w:p>
    <w:p>
      <w:pPr>
        <w:jc w:val="both"/>
      </w:pPr>
      <w:r>
        <w:t>623</w:t>
      </w:r>
    </w:p>
    <w:p>
      <w:pPr>
        <w:jc w:val="both"/>
      </w:pPr>
      <w:r>
        <w:t>613</w:t>
      </w:r>
    </w:p>
    <w:p>
      <w:pPr>
        <w:jc w:val="both"/>
      </w:pPr>
      <w:r>
        <w:t>04C3.2.186</w:t>
      </w:r>
    </w:p>
    <w:p>
      <w:pPr>
        <w:jc w:val="both"/>
      </w:pPr>
      <w:r>
        <w:t>Đỡ đẻ ngôi ngược</w:t>
      </w:r>
    </w:p>
    <w:p>
      <w:pPr>
        <w:jc w:val="both"/>
      </w:pPr>
      <w:r>
        <w:t>1.071.000</w:t>
      </w:r>
    </w:p>
    <w:p>
      <w:pPr>
        <w:jc w:val="both"/>
      </w:pPr>
      <w:r>
        <w:t>1.173.000</w:t>
      </w:r>
    </w:p>
    <w:p>
      <w:pPr>
        <w:jc w:val="both"/>
      </w:pPr>
      <w:r>
        <w:t>624</w:t>
      </w:r>
    </w:p>
    <w:p>
      <w:pPr>
        <w:jc w:val="both"/>
      </w:pPr>
      <w:r>
        <w:t>614</w:t>
      </w:r>
    </w:p>
    <w:p>
      <w:pPr>
        <w:jc w:val="both"/>
      </w:pPr>
      <w:r>
        <w:t>04C3.2.185</w:t>
      </w:r>
    </w:p>
    <w:p>
      <w:pPr>
        <w:jc w:val="both"/>
      </w:pPr>
      <w:r>
        <w:t>Đỡ đẻ thường ngôi chỏm</w:t>
      </w:r>
    </w:p>
    <w:p>
      <w:pPr>
        <w:jc w:val="both"/>
      </w:pPr>
      <w:r>
        <w:t>736.000</w:t>
      </w:r>
    </w:p>
    <w:p>
      <w:pPr>
        <w:jc w:val="both"/>
      </w:pPr>
      <w:r>
        <w:t>821.000</w:t>
      </w:r>
    </w:p>
    <w:p>
      <w:pPr>
        <w:jc w:val="both"/>
      </w:pPr>
      <w:r>
        <w:t>625</w:t>
      </w:r>
    </w:p>
    <w:p>
      <w:pPr>
        <w:jc w:val="both"/>
      </w:pPr>
      <w:r>
        <w:t>615</w:t>
      </w:r>
    </w:p>
    <w:p>
      <w:pPr>
        <w:jc w:val="both"/>
      </w:pPr>
      <w:r>
        <w:t>04C3.2.187</w:t>
      </w:r>
    </w:p>
    <w:p>
      <w:pPr>
        <w:jc w:val="both"/>
      </w:pPr>
      <w:r>
        <w:t>Đỡ đẻ từ sinh đôi trở lên</w:t>
      </w:r>
    </w:p>
    <w:p>
      <w:pPr>
        <w:jc w:val="both"/>
      </w:pPr>
      <w:r>
        <w:t>1.330.000</w:t>
      </w:r>
    </w:p>
    <w:p>
      <w:pPr>
        <w:jc w:val="both"/>
      </w:pPr>
      <w:r>
        <w:t>1.441.000</w:t>
      </w:r>
    </w:p>
    <w:p>
      <w:pPr>
        <w:jc w:val="both"/>
      </w:pPr>
      <w:r>
        <w:t>626</w:t>
      </w:r>
    </w:p>
    <w:p>
      <w:pPr>
        <w:jc w:val="both"/>
      </w:pPr>
      <w:r>
        <w:t>616</w:t>
      </w:r>
    </w:p>
    <w:p>
      <w:pPr>
        <w:jc w:val="both"/>
      </w:pPr>
      <w:r>
        <w:t>Đóng rò trực tràng - âm đạo hoặc rò tiết niệu - sinh dục</w:t>
      </w:r>
    </w:p>
    <w:p>
      <w:pPr>
        <w:jc w:val="both"/>
      </w:pPr>
      <w:r>
        <w:t>4.271.000</w:t>
      </w:r>
    </w:p>
    <w:p>
      <w:pPr>
        <w:jc w:val="both"/>
      </w:pPr>
      <w:r>
        <w:t>4.779.000</w:t>
      </w:r>
    </w:p>
    <w:p>
      <w:pPr>
        <w:jc w:val="both"/>
      </w:pPr>
      <w:r>
        <w:t>627</w:t>
      </w:r>
    </w:p>
    <w:p>
      <w:pPr>
        <w:jc w:val="both"/>
      </w:pPr>
      <w:r>
        <w:t>617</w:t>
      </w:r>
    </w:p>
    <w:p>
      <w:pPr>
        <w:jc w:val="both"/>
      </w:pPr>
      <w:r>
        <w:t>04C3.2.188</w:t>
      </w:r>
    </w:p>
    <w:p>
      <w:pPr>
        <w:jc w:val="both"/>
      </w:pPr>
      <w:r>
        <w:t>Forceps hoặc Giác hút sản khoa</w:t>
      </w:r>
    </w:p>
    <w:p>
      <w:pPr>
        <w:jc w:val="both"/>
      </w:pPr>
      <w:r>
        <w:t>1.021.000</w:t>
      </w:r>
    </w:p>
    <w:p>
      <w:pPr>
        <w:jc w:val="both"/>
      </w:pPr>
      <w:r>
        <w:t>1.115.000</w:t>
      </w:r>
    </w:p>
    <w:p>
      <w:pPr>
        <w:jc w:val="both"/>
      </w:pPr>
      <w:r>
        <w:t>628</w:t>
      </w:r>
    </w:p>
    <w:p>
      <w:pPr>
        <w:jc w:val="both"/>
      </w:pPr>
      <w:r>
        <w:t>618</w:t>
      </w:r>
    </w:p>
    <w:p>
      <w:pPr>
        <w:jc w:val="both"/>
      </w:pPr>
      <w:r>
        <w:t>Giảm đau trong đẻ bằng phương pháp gây tê ngoài màng cứng</w:t>
      </w:r>
    </w:p>
    <w:p>
      <w:pPr>
        <w:jc w:val="both"/>
      </w:pPr>
      <w:r>
        <w:t>661.000</w:t>
      </w:r>
    </w:p>
    <w:p>
      <w:pPr>
        <w:jc w:val="both"/>
      </w:pPr>
      <w:r>
        <w:t>750.000</w:t>
      </w:r>
    </w:p>
    <w:p>
      <w:pPr>
        <w:jc w:val="both"/>
      </w:pPr>
      <w:r>
        <w:t>629</w:t>
      </w:r>
    </w:p>
    <w:p>
      <w:pPr>
        <w:jc w:val="both"/>
      </w:pPr>
      <w:r>
        <w:t>619</w:t>
      </w:r>
    </w:p>
    <w:p>
      <w:pPr>
        <w:jc w:val="both"/>
      </w:pPr>
      <w:r>
        <w:t>04C3.2.183</w:t>
      </w:r>
    </w:p>
    <w:p>
      <w:pPr>
        <w:jc w:val="both"/>
      </w:pPr>
      <w:r>
        <w:t>Hút buồng tử cung do rong kinh rong huyết</w:t>
      </w:r>
    </w:p>
    <w:p>
      <w:pPr>
        <w:jc w:val="both"/>
      </w:pPr>
      <w:r>
        <w:t>215.000</w:t>
      </w:r>
    </w:p>
    <w:p>
      <w:pPr>
        <w:jc w:val="both"/>
      </w:pPr>
      <w:r>
        <w:t>238.000</w:t>
      </w:r>
    </w:p>
    <w:p>
      <w:pPr>
        <w:jc w:val="both"/>
      </w:pPr>
      <w:r>
        <w:t>630</w:t>
      </w:r>
    </w:p>
    <w:p>
      <w:pPr>
        <w:jc w:val="both"/>
      </w:pPr>
      <w:r>
        <w:t>620</w:t>
      </w:r>
    </w:p>
    <w:p>
      <w:pPr>
        <w:jc w:val="both"/>
      </w:pPr>
      <w:r>
        <w:t>Hút thai dưới siêu âm</w:t>
      </w:r>
    </w:p>
    <w:p>
      <w:pPr>
        <w:jc w:val="both"/>
      </w:pPr>
      <w:r>
        <w:t>480.000</w:t>
      </w:r>
    </w:p>
    <w:p>
      <w:pPr>
        <w:jc w:val="both"/>
      </w:pPr>
      <w:r>
        <w:t>531.000</w:t>
      </w:r>
    </w:p>
    <w:p>
      <w:pPr>
        <w:jc w:val="both"/>
      </w:pPr>
      <w:r>
        <w:t>631</w:t>
      </w:r>
    </w:p>
    <w:p>
      <w:pPr>
        <w:jc w:val="both"/>
      </w:pPr>
      <w:r>
        <w:t>621</w:t>
      </w:r>
    </w:p>
    <w:p>
      <w:pPr>
        <w:jc w:val="both"/>
      </w:pPr>
      <w:r>
        <w:t>Hủy thai: cắt thai nhi trong ngôi ngang</w:t>
      </w:r>
    </w:p>
    <w:p>
      <w:pPr>
        <w:jc w:val="both"/>
      </w:pPr>
      <w:r>
        <w:t>2.818.000</w:t>
      </w:r>
    </w:p>
    <w:p>
      <w:pPr>
        <w:jc w:val="both"/>
      </w:pPr>
      <w:r>
        <w:t>3.177.000</w:t>
      </w:r>
    </w:p>
    <w:p>
      <w:pPr>
        <w:jc w:val="both"/>
      </w:pPr>
      <w:r>
        <w:t>632</w:t>
      </w:r>
    </w:p>
    <w:p>
      <w:pPr>
        <w:jc w:val="both"/>
      </w:pPr>
      <w:r>
        <w:t>622</w:t>
      </w:r>
    </w:p>
    <w:p>
      <w:pPr>
        <w:jc w:val="both"/>
      </w:pPr>
      <w:r>
        <w:t>Hủy thai: chọc óc, kẹp sọ, kéo thai</w:t>
      </w:r>
    </w:p>
    <w:p>
      <w:pPr>
        <w:jc w:val="both"/>
      </w:pPr>
      <w:r>
        <w:t>2.448.000</w:t>
      </w:r>
    </w:p>
    <w:p>
      <w:pPr>
        <w:jc w:val="both"/>
      </w:pPr>
      <w:r>
        <w:t>2.783.000</w:t>
      </w:r>
    </w:p>
    <w:p>
      <w:pPr>
        <w:jc w:val="both"/>
      </w:pPr>
      <w:r>
        <w:t>633</w:t>
      </w:r>
    </w:p>
    <w:p>
      <w:pPr>
        <w:jc w:val="both"/>
      </w:pPr>
      <w:r>
        <w:t>623</w:t>
      </w:r>
    </w:p>
    <w:p>
      <w:pPr>
        <w:jc w:val="both"/>
      </w:pPr>
      <w:r>
        <w:t>Khâu phục hồi rách cổ tử cung, âm đạo</w:t>
      </w:r>
    </w:p>
    <w:p>
      <w:pPr>
        <w:jc w:val="both"/>
      </w:pPr>
      <w:r>
        <w:t>1.600.000</w:t>
      </w:r>
    </w:p>
    <w:p>
      <w:pPr>
        <w:jc w:val="both"/>
      </w:pPr>
      <w:r>
        <w:t>1.811.000</w:t>
      </w:r>
    </w:p>
    <w:p>
      <w:pPr>
        <w:jc w:val="both"/>
      </w:pPr>
      <w:r>
        <w:t>634</w:t>
      </w:r>
    </w:p>
    <w:p>
      <w:pPr>
        <w:jc w:val="both"/>
      </w:pPr>
      <w:r>
        <w:t>624</w:t>
      </w:r>
    </w:p>
    <w:p>
      <w:pPr>
        <w:jc w:val="both"/>
      </w:pPr>
      <w:r>
        <w:t>Khâu rách cùng đồ âm đạo</w:t>
      </w:r>
    </w:p>
    <w:p>
      <w:pPr>
        <w:jc w:val="both"/>
      </w:pPr>
      <w:r>
        <w:t>1.979.000</w:t>
      </w:r>
    </w:p>
    <w:p>
      <w:pPr>
        <w:jc w:val="both"/>
      </w:pPr>
      <w:r>
        <w:t>2.207.000</w:t>
      </w:r>
    </w:p>
    <w:p>
      <w:pPr>
        <w:jc w:val="both"/>
      </w:pPr>
      <w:r>
        <w:t>635</w:t>
      </w:r>
    </w:p>
    <w:p>
      <w:pPr>
        <w:jc w:val="both"/>
      </w:pPr>
      <w:r>
        <w:t>625</w:t>
      </w:r>
    </w:p>
    <w:p>
      <w:pPr>
        <w:jc w:val="both"/>
      </w:pPr>
      <w:r>
        <w:t>Khâu tử cung do nạo thủng</w:t>
      </w:r>
    </w:p>
    <w:p>
      <w:pPr>
        <w:jc w:val="both"/>
      </w:pPr>
      <w:r>
        <w:t>2.881.000</w:t>
      </w:r>
    </w:p>
    <w:p>
      <w:pPr>
        <w:jc w:val="both"/>
      </w:pPr>
      <w:r>
        <w:t>3.230.000</w:t>
      </w:r>
    </w:p>
    <w:p>
      <w:pPr>
        <w:jc w:val="both"/>
      </w:pPr>
      <w:r>
        <w:t>636</w:t>
      </w:r>
    </w:p>
    <w:p>
      <w:pPr>
        <w:jc w:val="both"/>
      </w:pPr>
      <w:r>
        <w:t>626</w:t>
      </w:r>
    </w:p>
    <w:p>
      <w:pPr>
        <w:jc w:val="both"/>
      </w:pPr>
      <w:r>
        <w:t>Khâu vòng cổ tử cung</w:t>
      </w:r>
    </w:p>
    <w:p>
      <w:pPr>
        <w:jc w:val="both"/>
      </w:pPr>
      <w:r>
        <w:t>561.000</w:t>
      </w:r>
    </w:p>
    <w:p>
      <w:pPr>
        <w:jc w:val="both"/>
      </w:pPr>
      <w:r>
        <w:t>635.000</w:t>
      </w:r>
    </w:p>
    <w:p>
      <w:pPr>
        <w:jc w:val="both"/>
      </w:pPr>
      <w:r>
        <w:t>637</w:t>
      </w:r>
    </w:p>
    <w:p>
      <w:pPr>
        <w:jc w:val="both"/>
      </w:pPr>
      <w:r>
        <w:t>627</w:t>
      </w:r>
    </w:p>
    <w:p>
      <w:pPr>
        <w:jc w:val="both"/>
      </w:pPr>
      <w:r>
        <w:t>Khoét chóp hoặc cắt cụt cổ tử cung</w:t>
      </w:r>
    </w:p>
    <w:p>
      <w:pPr>
        <w:jc w:val="both"/>
      </w:pPr>
      <w:r>
        <w:t>2.846.000</w:t>
      </w:r>
    </w:p>
    <w:p>
      <w:pPr>
        <w:jc w:val="both"/>
      </w:pPr>
      <w:r>
        <w:t>3.189.000</w:t>
      </w:r>
    </w:p>
    <w:p>
      <w:pPr>
        <w:jc w:val="both"/>
      </w:pPr>
      <w:r>
        <w:t>638</w:t>
      </w:r>
    </w:p>
    <w:p>
      <w:pPr>
        <w:jc w:val="both"/>
      </w:pPr>
      <w:r>
        <w:t>628</w:t>
      </w:r>
    </w:p>
    <w:p>
      <w:pPr>
        <w:jc w:val="both"/>
      </w:pPr>
      <w:r>
        <w:t>Làm lại vết mổ thành bụng (bục, tụ máu, nhiễm khuẩn...) sau phẫu thuật sản phụ khoa</w:t>
      </w:r>
    </w:p>
    <w:p>
      <w:pPr>
        <w:jc w:val="both"/>
      </w:pPr>
      <w:r>
        <w:t>2.693.000</w:t>
      </w:r>
    </w:p>
    <w:p>
      <w:pPr>
        <w:jc w:val="both"/>
      </w:pPr>
      <w:r>
        <w:t>3.029.000</w:t>
      </w:r>
    </w:p>
    <w:p>
      <w:pPr>
        <w:jc w:val="both"/>
      </w:pPr>
      <w:r>
        <w:t>639</w:t>
      </w:r>
    </w:p>
    <w:p>
      <w:pPr>
        <w:jc w:val="both"/>
      </w:pPr>
      <w:r>
        <w:t>629</w:t>
      </w:r>
    </w:p>
    <w:p>
      <w:pPr>
        <w:jc w:val="both"/>
      </w:pPr>
      <w:r>
        <w:t>Làm thuốc vết khâu tầng sinh môn nhiễm khuẩn</w:t>
      </w:r>
    </w:p>
    <w:p>
      <w:pPr>
        <w:jc w:val="both"/>
      </w:pPr>
      <w:r>
        <w:t>88.900</w:t>
      </w:r>
    </w:p>
    <w:p>
      <w:pPr>
        <w:jc w:val="both"/>
      </w:pPr>
      <w:r>
        <w:t>99.500</w:t>
      </w:r>
    </w:p>
    <w:p>
      <w:pPr>
        <w:jc w:val="both"/>
      </w:pPr>
      <w:r>
        <w:t>640</w:t>
      </w:r>
    </w:p>
    <w:p>
      <w:pPr>
        <w:jc w:val="both"/>
      </w:pPr>
      <w:r>
        <w:t>630</w:t>
      </w:r>
    </w:p>
    <w:p>
      <w:pPr>
        <w:jc w:val="both"/>
      </w:pPr>
      <w:r>
        <w:t>Lấy dị vật âm đạo</w:t>
      </w:r>
    </w:p>
    <w:p>
      <w:pPr>
        <w:jc w:val="both"/>
      </w:pPr>
      <w:r>
        <w:t>602.000</w:t>
      </w:r>
    </w:p>
    <w:p>
      <w:pPr>
        <w:jc w:val="both"/>
      </w:pPr>
      <w:r>
        <w:t>667.000</w:t>
      </w:r>
    </w:p>
    <w:p>
      <w:pPr>
        <w:jc w:val="both"/>
      </w:pPr>
      <w:r>
        <w:t>641</w:t>
      </w:r>
    </w:p>
    <w:p>
      <w:pPr>
        <w:jc w:val="both"/>
      </w:pPr>
      <w:r>
        <w:t>631</w:t>
      </w:r>
    </w:p>
    <w:p>
      <w:pPr>
        <w:jc w:val="both"/>
      </w:pPr>
      <w:r>
        <w:t>Lấy dụng cụ tử cung, triệt sản nữ qua đường rạch nhỏ</w:t>
      </w:r>
    </w:p>
    <w:p>
      <w:pPr>
        <w:jc w:val="both"/>
      </w:pPr>
      <w:r>
        <w:t>2.981.000</w:t>
      </w:r>
    </w:p>
    <w:p>
      <w:pPr>
        <w:jc w:val="both"/>
      </w:pPr>
      <w:r>
        <w:t>3.326.000</w:t>
      </w:r>
    </w:p>
    <w:p>
      <w:pPr>
        <w:jc w:val="both"/>
      </w:pPr>
      <w:r>
        <w:t>642</w:t>
      </w:r>
    </w:p>
    <w:p>
      <w:pPr>
        <w:jc w:val="both"/>
      </w:pPr>
      <w:r>
        <w:t>632</w:t>
      </w:r>
    </w:p>
    <w:p>
      <w:pPr>
        <w:jc w:val="both"/>
      </w:pPr>
      <w:r>
        <w:t>Lấy khối máu tụ âm đạo, tầng sinh môn</w:t>
      </w:r>
    </w:p>
    <w:p>
      <w:pPr>
        <w:jc w:val="both"/>
      </w:pPr>
      <w:r>
        <w:t>2.340.000</w:t>
      </w:r>
    </w:p>
    <w:p>
      <w:pPr>
        <w:jc w:val="both"/>
      </w:pPr>
      <w:r>
        <w:t>2.613.000</w:t>
      </w:r>
    </w:p>
    <w:p>
      <w:pPr>
        <w:jc w:val="both"/>
      </w:pPr>
      <w:r>
        <w:t>643</w:t>
      </w:r>
    </w:p>
    <w:p>
      <w:pPr>
        <w:jc w:val="both"/>
      </w:pPr>
      <w:r>
        <w:t>633</w:t>
      </w:r>
    </w:p>
    <w:p>
      <w:pPr>
        <w:jc w:val="both"/>
      </w:pPr>
      <w:r>
        <w:t>Mở bụng bóc nhân ung thư nguyên bào nuôi bảo tồn tử cung</w:t>
      </w:r>
    </w:p>
    <w:p>
      <w:pPr>
        <w:jc w:val="both"/>
      </w:pPr>
      <w:r>
        <w:t>3.519.000</w:t>
      </w:r>
    </w:p>
    <w:p>
      <w:pPr>
        <w:jc w:val="both"/>
      </w:pPr>
      <w:r>
        <w:t>3.952.000</w:t>
      </w:r>
    </w:p>
    <w:p>
      <w:pPr>
        <w:jc w:val="both"/>
      </w:pPr>
      <w:r>
        <w:t>644</w:t>
      </w:r>
    </w:p>
    <w:p>
      <w:pPr>
        <w:jc w:val="both"/>
      </w:pPr>
      <w:r>
        <w:t>634</w:t>
      </w:r>
    </w:p>
    <w:p>
      <w:pPr>
        <w:jc w:val="both"/>
      </w:pPr>
      <w:r>
        <w:t>Nạo hút thai trứng</w:t>
      </w:r>
    </w:p>
    <w:p>
      <w:pPr>
        <w:jc w:val="both"/>
      </w:pPr>
      <w:r>
        <w:t>824.000</w:t>
      </w:r>
    </w:p>
    <w:p>
      <w:pPr>
        <w:jc w:val="both"/>
      </w:pPr>
      <w:r>
        <w:t>903.000</w:t>
      </w:r>
    </w:p>
    <w:p>
      <w:pPr>
        <w:jc w:val="both"/>
      </w:pPr>
      <w:r>
        <w:t>645</w:t>
      </w:r>
    </w:p>
    <w:p>
      <w:pPr>
        <w:jc w:val="both"/>
      </w:pPr>
      <w:r>
        <w:t>635</w:t>
      </w:r>
    </w:p>
    <w:p>
      <w:pPr>
        <w:jc w:val="both"/>
      </w:pPr>
      <w:r>
        <w:t>04C3.2.184</w:t>
      </w:r>
    </w:p>
    <w:p>
      <w:pPr>
        <w:jc w:val="both"/>
      </w:pPr>
      <w:r>
        <w:t>Nạo sót thai, nạo sót rau sau sẩy, sau đẻ</w:t>
      </w:r>
    </w:p>
    <w:p>
      <w:pPr>
        <w:jc w:val="both"/>
      </w:pPr>
      <w:r>
        <w:t>355.000</w:t>
      </w:r>
    </w:p>
    <w:p>
      <w:pPr>
        <w:jc w:val="both"/>
      </w:pPr>
      <w:r>
        <w:t>399.000</w:t>
      </w:r>
    </w:p>
    <w:p>
      <w:pPr>
        <w:jc w:val="both"/>
      </w:pPr>
      <w:r>
        <w:t>646</w:t>
      </w:r>
    </w:p>
    <w:p>
      <w:pPr>
        <w:jc w:val="both"/>
      </w:pPr>
      <w:r>
        <w:t>636</w:t>
      </w:r>
    </w:p>
    <w:p>
      <w:pPr>
        <w:jc w:val="both"/>
      </w:pPr>
      <w:r>
        <w:t>Nội soi buồng tử cung can thiệp</w:t>
      </w:r>
    </w:p>
    <w:p>
      <w:pPr>
        <w:jc w:val="both"/>
      </w:pPr>
      <w:r>
        <w:t>4.494.000</w:t>
      </w:r>
    </w:p>
    <w:p>
      <w:pPr>
        <w:jc w:val="both"/>
      </w:pPr>
      <w:r>
        <w:t>5.086.000</w:t>
      </w:r>
    </w:p>
    <w:p>
      <w:pPr>
        <w:jc w:val="both"/>
      </w:pPr>
      <w:r>
        <w:t>647</w:t>
      </w:r>
    </w:p>
    <w:p>
      <w:pPr>
        <w:jc w:val="both"/>
      </w:pPr>
      <w:r>
        <w:t>637</w:t>
      </w:r>
    </w:p>
    <w:p>
      <w:pPr>
        <w:jc w:val="both"/>
      </w:pPr>
      <w:r>
        <w:t>Nội soi buồng tử cung chẩn đoán</w:t>
      </w:r>
    </w:p>
    <w:p>
      <w:pPr>
        <w:jc w:val="both"/>
      </w:pPr>
      <w:r>
        <w:t>2.904.000</w:t>
      </w:r>
    </w:p>
    <w:p>
      <w:pPr>
        <w:jc w:val="both"/>
      </w:pPr>
      <w:r>
        <w:t>3.277.000</w:t>
      </w:r>
    </w:p>
    <w:p>
      <w:pPr>
        <w:jc w:val="both"/>
      </w:pPr>
      <w:r>
        <w:t>648</w:t>
      </w:r>
    </w:p>
    <w:p>
      <w:pPr>
        <w:jc w:val="both"/>
      </w:pPr>
      <w:r>
        <w:t>638</w:t>
      </w:r>
    </w:p>
    <w:p>
      <w:pPr>
        <w:jc w:val="both"/>
      </w:pPr>
      <w:r>
        <w:t>Nội xoay thai</w:t>
      </w:r>
    </w:p>
    <w:p>
      <w:pPr>
        <w:jc w:val="both"/>
      </w:pPr>
      <w:r>
        <w:t>1.430.000</w:t>
      </w:r>
    </w:p>
    <w:p>
      <w:pPr>
        <w:jc w:val="both"/>
      </w:pPr>
      <w:r>
        <w:t>1.625.000</w:t>
      </w:r>
    </w:p>
    <w:p>
      <w:pPr>
        <w:jc w:val="both"/>
      </w:pPr>
      <w:r>
        <w:t>649</w:t>
      </w:r>
    </w:p>
    <w:p>
      <w:pPr>
        <w:jc w:val="both"/>
      </w:pPr>
      <w:r>
        <w:t>639</w:t>
      </w:r>
    </w:p>
    <w:p>
      <w:pPr>
        <w:jc w:val="both"/>
      </w:pPr>
      <w:r>
        <w:t>Nong buồng tử cung đặt dụng cụ chống dính</w:t>
      </w:r>
    </w:p>
    <w:p>
      <w:pPr>
        <w:jc w:val="both"/>
      </w:pPr>
      <w:r>
        <w:t>597.000</w:t>
      </w:r>
    </w:p>
    <w:p>
      <w:pPr>
        <w:jc w:val="both"/>
      </w:pPr>
      <w:r>
        <w:t>673.000</w:t>
      </w:r>
    </w:p>
    <w:p>
      <w:pPr>
        <w:jc w:val="both"/>
      </w:pPr>
      <w:r>
        <w:t>650</w:t>
      </w:r>
    </w:p>
    <w:p>
      <w:pPr>
        <w:jc w:val="both"/>
      </w:pPr>
      <w:r>
        <w:t>640</w:t>
      </w:r>
    </w:p>
    <w:p>
      <w:pPr>
        <w:jc w:val="both"/>
      </w:pPr>
      <w:r>
        <w:t>Nong cổ tử cung do bế sản dịch</w:t>
      </w:r>
    </w:p>
    <w:p>
      <w:pPr>
        <w:jc w:val="both"/>
      </w:pPr>
      <w:r>
        <w:t>292.000</w:t>
      </w:r>
    </w:p>
    <w:p>
      <w:pPr>
        <w:jc w:val="both"/>
      </w:pPr>
      <w:r>
        <w:t>326.000</w:t>
      </w:r>
    </w:p>
    <w:p>
      <w:pPr>
        <w:jc w:val="both"/>
      </w:pPr>
      <w:r>
        <w:t>651</w:t>
      </w:r>
    </w:p>
    <w:p>
      <w:pPr>
        <w:jc w:val="both"/>
      </w:pPr>
      <w:r>
        <w:t>641</w:t>
      </w:r>
    </w:p>
    <w:p>
      <w:pPr>
        <w:jc w:val="both"/>
      </w:pPr>
      <w:r>
        <w:t>03C2.2.11</w:t>
      </w:r>
    </w:p>
    <w:p>
      <w:pPr>
        <w:jc w:val="both"/>
      </w:pPr>
      <w:r>
        <w:t>Nong đặt dụng cụ tử cung chống dính buồng tử cung</w:t>
      </w:r>
    </w:p>
    <w:p>
      <w:pPr>
        <w:jc w:val="both"/>
      </w:pPr>
      <w:r>
        <w:t>186.000</w:t>
      </w:r>
    </w:p>
    <w:p>
      <w:pPr>
        <w:jc w:val="both"/>
      </w:pPr>
      <w:r>
        <w:t>203.000</w:t>
      </w:r>
    </w:p>
    <w:p>
      <w:pPr>
        <w:jc w:val="both"/>
      </w:pPr>
      <w:r>
        <w:t>652</w:t>
      </w:r>
    </w:p>
    <w:p>
      <w:pPr>
        <w:jc w:val="both"/>
      </w:pPr>
      <w:r>
        <w:t>642</w:t>
      </w:r>
    </w:p>
    <w:p>
      <w:pPr>
        <w:jc w:val="both"/>
      </w:pPr>
      <w:r>
        <w:t>Phá thai bằng phương pháp nong và gắp từ tuần thứ 13 đến hết tuần thứ 18</w:t>
      </w:r>
    </w:p>
    <w:p>
      <w:pPr>
        <w:jc w:val="both"/>
      </w:pPr>
      <w:r>
        <w:t>1.193.000</w:t>
      </w:r>
    </w:p>
    <w:p>
      <w:pPr>
        <w:jc w:val="both"/>
      </w:pPr>
      <w:r>
        <w:t>1.338.000</w:t>
      </w:r>
    </w:p>
    <w:p>
      <w:pPr>
        <w:jc w:val="both"/>
      </w:pPr>
      <w:r>
        <w:t>653</w:t>
      </w:r>
    </w:p>
    <w:p>
      <w:pPr>
        <w:jc w:val="both"/>
      </w:pPr>
      <w:r>
        <w:t>643</w:t>
      </w:r>
    </w:p>
    <w:p>
      <w:pPr>
        <w:jc w:val="both"/>
      </w:pPr>
      <w:r>
        <w:t>Phá thai bằng thuốc cho tuổi thai từ 7 tuần đến hết 13 tuần</w:t>
      </w:r>
    </w:p>
    <w:p>
      <w:pPr>
        <w:jc w:val="both"/>
      </w:pPr>
      <w:r>
        <w:t>320.000</w:t>
      </w:r>
    </w:p>
    <w:p>
      <w:pPr>
        <w:jc w:val="both"/>
      </w:pPr>
      <w:r>
        <w:t>353.000</w:t>
      </w:r>
    </w:p>
    <w:p>
      <w:pPr>
        <w:jc w:val="both"/>
      </w:pPr>
      <w:r>
        <w:t>654</w:t>
      </w:r>
    </w:p>
    <w:p>
      <w:pPr>
        <w:jc w:val="both"/>
      </w:pPr>
      <w:r>
        <w:t>644</w:t>
      </w:r>
    </w:p>
    <w:p>
      <w:pPr>
        <w:jc w:val="both"/>
      </w:pPr>
      <w:r>
        <w:t>Phá thai đến hết 7 tuần bằng phương pháp hút chân không</w:t>
      </w:r>
    </w:p>
    <w:p>
      <w:pPr>
        <w:jc w:val="both"/>
      </w:pPr>
      <w:r>
        <w:t>408.000</w:t>
      </w:r>
    </w:p>
    <w:p>
      <w:pPr>
        <w:jc w:val="both"/>
      </w:pPr>
      <w:r>
        <w:t>449.000</w:t>
      </w:r>
    </w:p>
    <w:p>
      <w:pPr>
        <w:jc w:val="both"/>
      </w:pPr>
      <w:r>
        <w:t>655</w:t>
      </w:r>
    </w:p>
    <w:p>
      <w:pPr>
        <w:jc w:val="both"/>
      </w:pPr>
      <w:r>
        <w:t>645</w:t>
      </w:r>
    </w:p>
    <w:p>
      <w:pPr>
        <w:jc w:val="both"/>
      </w:pPr>
      <w:r>
        <w:t>04C3.2.197</w:t>
      </w:r>
    </w:p>
    <w:p>
      <w:pPr>
        <w:jc w:val="both"/>
      </w:pPr>
      <w:r>
        <w:t>Phá thai đến hết 7 tuần bằng thuốc</w:t>
      </w:r>
    </w:p>
    <w:p>
      <w:pPr>
        <w:jc w:val="both"/>
      </w:pPr>
      <w:r>
        <w:t>189.000</w:t>
      </w:r>
    </w:p>
    <w:p>
      <w:pPr>
        <w:jc w:val="both"/>
      </w:pPr>
      <w:r>
        <w:t>212.000</w:t>
      </w:r>
    </w:p>
    <w:p>
      <w:pPr>
        <w:jc w:val="both"/>
      </w:pPr>
      <w:r>
        <w:t>656</w:t>
      </w:r>
    </w:p>
    <w:p>
      <w:pPr>
        <w:jc w:val="both"/>
      </w:pPr>
      <w:r>
        <w:t>646</w:t>
      </w:r>
    </w:p>
    <w:p>
      <w:pPr>
        <w:jc w:val="both"/>
      </w:pPr>
      <w:r>
        <w:t>Phá thai to từ 13 tuần đến 22 tuần bằng phương pháp đặt túi nước</w:t>
      </w:r>
    </w:p>
    <w:p>
      <w:pPr>
        <w:jc w:val="both"/>
      </w:pPr>
      <w:r>
        <w:t>1.074.000</w:t>
      </w:r>
    </w:p>
    <w:p>
      <w:pPr>
        <w:jc w:val="both"/>
      </w:pPr>
      <w:r>
        <w:t>1.206.000</w:t>
      </w:r>
    </w:p>
    <w:p>
      <w:pPr>
        <w:jc w:val="both"/>
      </w:pPr>
      <w:r>
        <w:t>657</w:t>
      </w:r>
    </w:p>
    <w:p>
      <w:pPr>
        <w:jc w:val="both"/>
      </w:pPr>
      <w:r>
        <w:t>647</w:t>
      </w:r>
    </w:p>
    <w:p>
      <w:pPr>
        <w:jc w:val="both"/>
      </w:pPr>
      <w:r>
        <w:t>04C3.2.198</w:t>
      </w:r>
    </w:p>
    <w:p>
      <w:pPr>
        <w:jc w:val="both"/>
      </w:pPr>
      <w:r>
        <w:t>Phá thai từ 13 tuần đến 22 tuần bằng thuốc</w:t>
      </w:r>
    </w:p>
    <w:p>
      <w:pPr>
        <w:jc w:val="both"/>
      </w:pPr>
      <w:r>
        <w:t>569.000</w:t>
      </w:r>
    </w:p>
    <w:p>
      <w:pPr>
        <w:jc w:val="both"/>
      </w:pPr>
      <w:r>
        <w:t>634.000</w:t>
      </w:r>
    </w:p>
    <w:p>
      <w:pPr>
        <w:jc w:val="both"/>
      </w:pPr>
      <w:r>
        <w:t>658</w:t>
      </w:r>
    </w:p>
    <w:p>
      <w:pPr>
        <w:jc w:val="both"/>
      </w:pPr>
      <w:r>
        <w:t>648</w:t>
      </w:r>
    </w:p>
    <w:p>
      <w:pPr>
        <w:jc w:val="both"/>
      </w:pPr>
      <w:r>
        <w:t>Phá thai từ tuần thứ 7 đến hết 12 tuần bằng phương pháp hút chân không</w:t>
      </w:r>
    </w:p>
    <w:p>
      <w:pPr>
        <w:jc w:val="both"/>
      </w:pPr>
      <w:r>
        <w:t>408.000</w:t>
      </w:r>
    </w:p>
    <w:p>
      <w:pPr>
        <w:jc w:val="both"/>
      </w:pPr>
      <w:r>
        <w:t>459.000</w:t>
      </w:r>
    </w:p>
    <w:p>
      <w:pPr>
        <w:jc w:val="both"/>
      </w:pPr>
      <w:r>
        <w:t>659</w:t>
      </w:r>
    </w:p>
    <w:p>
      <w:pPr>
        <w:jc w:val="both"/>
      </w:pPr>
      <w:r>
        <w:t>649</w:t>
      </w:r>
    </w:p>
    <w:p>
      <w:pPr>
        <w:jc w:val="both"/>
      </w:pPr>
      <w:r>
        <w:t>Phẫu thuật bảo tồn tử cung do vỡ tử cung</w:t>
      </w:r>
    </w:p>
    <w:p>
      <w:pPr>
        <w:jc w:val="both"/>
      </w:pPr>
      <w:r>
        <w:t>4.972.000</w:t>
      </w:r>
    </w:p>
    <w:p>
      <w:pPr>
        <w:jc w:val="both"/>
      </w:pPr>
      <w:r>
        <w:t>5.607.000</w:t>
      </w:r>
    </w:p>
    <w:p>
      <w:pPr>
        <w:jc w:val="both"/>
      </w:pPr>
      <w:r>
        <w:t>660</w:t>
      </w:r>
    </w:p>
    <w:p>
      <w:pPr>
        <w:jc w:val="both"/>
      </w:pPr>
      <w:r>
        <w:t>650</w:t>
      </w:r>
    </w:p>
    <w:p>
      <w:pPr>
        <w:jc w:val="both"/>
      </w:pPr>
      <w:r>
        <w:t>Phẫu thuật bóc khối lạc nội mạc tử cung ở tầng sinh môn, thành bụng</w:t>
      </w:r>
    </w:p>
    <w:p>
      <w:pPr>
        <w:jc w:val="both"/>
      </w:pPr>
      <w:r>
        <w:t>2.776.000</w:t>
      </w:r>
    </w:p>
    <w:p>
      <w:pPr>
        <w:jc w:val="both"/>
      </w:pPr>
      <w:r>
        <w:t>3.109.000</w:t>
      </w:r>
    </w:p>
    <w:p>
      <w:pPr>
        <w:jc w:val="both"/>
      </w:pPr>
      <w:r>
        <w:t>661</w:t>
      </w:r>
    </w:p>
    <w:p>
      <w:pPr>
        <w:jc w:val="both"/>
      </w:pPr>
      <w:r>
        <w:t>651</w:t>
      </w:r>
    </w:p>
    <w:p>
      <w:pPr>
        <w:jc w:val="both"/>
      </w:pPr>
      <w:r>
        <w:t>Phẫu thuật cắt âm vật phì đại</w:t>
      </w:r>
    </w:p>
    <w:p>
      <w:pPr>
        <w:jc w:val="both"/>
      </w:pPr>
      <w:r>
        <w:t>2.719.000</w:t>
      </w:r>
    </w:p>
    <w:p>
      <w:pPr>
        <w:jc w:val="both"/>
      </w:pPr>
      <w:r>
        <w:t>3.042.000</w:t>
      </w:r>
    </w:p>
    <w:p>
      <w:pPr>
        <w:jc w:val="both"/>
      </w:pPr>
      <w:r>
        <w:t>662</w:t>
      </w:r>
    </w:p>
    <w:p>
      <w:pPr>
        <w:jc w:val="both"/>
      </w:pPr>
      <w:r>
        <w:t>652</w:t>
      </w:r>
    </w:p>
    <w:p>
      <w:pPr>
        <w:jc w:val="both"/>
      </w:pPr>
      <w:r>
        <w:t>Phẫu thuật cắt lọc vết mổ, khâu lại tử cung sau mổ lấy thai</w:t>
      </w:r>
    </w:p>
    <w:p>
      <w:pPr>
        <w:jc w:val="both"/>
      </w:pPr>
      <w:r>
        <w:t>4.681.000</w:t>
      </w:r>
    </w:p>
    <w:p>
      <w:pPr>
        <w:jc w:val="both"/>
      </w:pPr>
      <w:r>
        <w:t>5.305.000</w:t>
      </w:r>
    </w:p>
    <w:p>
      <w:pPr>
        <w:jc w:val="both"/>
      </w:pPr>
      <w:r>
        <w:t>663</w:t>
      </w:r>
    </w:p>
    <w:p>
      <w:pPr>
        <w:jc w:val="both"/>
      </w:pPr>
      <w:r>
        <w:t>653</w:t>
      </w:r>
    </w:p>
    <w:p>
      <w:pPr>
        <w:jc w:val="both"/>
      </w:pPr>
      <w:r>
        <w:t>Phẫu thuật cắt một phần tuyến vú, cắt u vú lành tính</w:t>
      </w:r>
    </w:p>
    <w:p>
      <w:pPr>
        <w:jc w:val="both"/>
      </w:pPr>
      <w:r>
        <w:t>2.962.000</w:t>
      </w:r>
    </w:p>
    <w:p>
      <w:pPr>
        <w:jc w:val="both"/>
      </w:pPr>
      <w:r>
        <w:t>3.322.000</w:t>
      </w:r>
    </w:p>
    <w:p>
      <w:pPr>
        <w:jc w:val="both"/>
      </w:pPr>
      <w:r>
        <w:t>664</w:t>
      </w:r>
    </w:p>
    <w:p>
      <w:pPr>
        <w:jc w:val="both"/>
      </w:pPr>
      <w:r>
        <w:t>654</w:t>
      </w:r>
    </w:p>
    <w:p>
      <w:pPr>
        <w:jc w:val="both"/>
      </w:pPr>
      <w:r>
        <w:t>Phẫu thuật cắt polip buồng tử cung (đường bụng, đường âm đạo)</w:t>
      </w:r>
    </w:p>
    <w:p>
      <w:pPr>
        <w:jc w:val="both"/>
      </w:pPr>
      <w:r>
        <w:t>3.829.000</w:t>
      </w:r>
    </w:p>
    <w:p>
      <w:pPr>
        <w:jc w:val="both"/>
      </w:pPr>
      <w:r>
        <w:t>4.267.000</w:t>
      </w:r>
    </w:p>
    <w:p>
      <w:pPr>
        <w:jc w:val="both"/>
      </w:pPr>
      <w:r>
        <w:t>665</w:t>
      </w:r>
    </w:p>
    <w:p>
      <w:pPr>
        <w:jc w:val="both"/>
      </w:pPr>
      <w:r>
        <w:t>655</w:t>
      </w:r>
    </w:p>
    <w:p>
      <w:pPr>
        <w:jc w:val="both"/>
      </w:pPr>
      <w:r>
        <w:t>Phẫu thuật cắt polip cổ tử cung</w:t>
      </w:r>
    </w:p>
    <w:p>
      <w:pPr>
        <w:jc w:val="both"/>
      </w:pPr>
      <w:r>
        <w:t>1.997.000</w:t>
      </w:r>
    </w:p>
    <w:p>
      <w:pPr>
        <w:jc w:val="both"/>
      </w:pPr>
      <w:r>
        <w:t>2.245.000</w:t>
      </w:r>
    </w:p>
    <w:p>
      <w:pPr>
        <w:jc w:val="both"/>
      </w:pPr>
      <w:r>
        <w:t>666</w:t>
      </w:r>
    </w:p>
    <w:p>
      <w:pPr>
        <w:jc w:val="both"/>
      </w:pPr>
      <w:r>
        <w:t>656</w:t>
      </w:r>
    </w:p>
    <w:p>
      <w:pPr>
        <w:jc w:val="both"/>
      </w:pPr>
      <w:r>
        <w:t>Phẫu thuật cắt tinh hoàn lạc chỗ</w:t>
      </w:r>
    </w:p>
    <w:p>
      <w:pPr>
        <w:jc w:val="both"/>
      </w:pPr>
      <w:r>
        <w:t>2.828.000</w:t>
      </w:r>
    </w:p>
    <w:p>
      <w:pPr>
        <w:jc w:val="both"/>
      </w:pPr>
      <w:r>
        <w:t>3.169.000</w:t>
      </w:r>
    </w:p>
    <w:p>
      <w:pPr>
        <w:jc w:val="both"/>
      </w:pPr>
      <w:r>
        <w:t>667</w:t>
      </w:r>
    </w:p>
    <w:p>
      <w:pPr>
        <w:jc w:val="both"/>
      </w:pPr>
      <w:r>
        <w:t>657</w:t>
      </w:r>
    </w:p>
    <w:p>
      <w:pPr>
        <w:jc w:val="both"/>
      </w:pPr>
      <w:r>
        <w:t>Phẫu thuật cắt tử cung đường âm đạo</w:t>
      </w:r>
    </w:p>
    <w:p>
      <w:pPr>
        <w:jc w:val="both"/>
      </w:pPr>
      <w:r>
        <w:t>3.894.000</w:t>
      </w:r>
    </w:p>
    <w:p>
      <w:pPr>
        <w:jc w:val="both"/>
      </w:pPr>
      <w:r>
        <w:t>4.344.000</w:t>
      </w:r>
    </w:p>
    <w:p>
      <w:pPr>
        <w:jc w:val="both"/>
      </w:pPr>
      <w:r>
        <w:t>668</w:t>
      </w:r>
    </w:p>
    <w:p>
      <w:pPr>
        <w:jc w:val="both"/>
      </w:pPr>
      <w:r>
        <w:t>658</w:t>
      </w:r>
    </w:p>
    <w:p>
      <w:pPr>
        <w:jc w:val="both"/>
      </w:pPr>
      <w:r>
        <w:t>Phẫu thuật cắt tử cung đường âm đạo có sự hỗ trợ của nội soi</w:t>
      </w:r>
    </w:p>
    <w:p>
      <w:pPr>
        <w:jc w:val="both"/>
      </w:pPr>
      <w:r>
        <w:t>6.080.000</w:t>
      </w:r>
    </w:p>
    <w:p>
      <w:pPr>
        <w:jc w:val="both"/>
      </w:pPr>
      <w:r>
        <w:t>6.850.000</w:t>
      </w:r>
    </w:p>
    <w:p>
      <w:pPr>
        <w:jc w:val="both"/>
      </w:pPr>
      <w:r>
        <w:t>669</w:t>
      </w:r>
    </w:p>
    <w:p>
      <w:pPr>
        <w:jc w:val="both"/>
      </w:pPr>
      <w:r>
        <w:t>659</w:t>
      </w:r>
    </w:p>
    <w:p>
      <w:pPr>
        <w:jc w:val="both"/>
      </w:pPr>
      <w:r>
        <w:t>Phẫu thuật cắt tử cung tình trạng người bệnh nặng, viêm phúc mạc nặng, kèm vỡ tạng trong tiểu khung, vỡ tử cung phức tạp</w:t>
      </w:r>
    </w:p>
    <w:p>
      <w:pPr>
        <w:jc w:val="both"/>
      </w:pPr>
      <w:r>
        <w:t>9.908.000</w:t>
      </w:r>
    </w:p>
    <w:p>
      <w:pPr>
        <w:jc w:val="both"/>
      </w:pPr>
      <w:r>
        <w:t>11.105.000</w:t>
      </w:r>
    </w:p>
    <w:p>
      <w:pPr>
        <w:jc w:val="both"/>
      </w:pPr>
      <w:r>
        <w:t>670</w:t>
      </w:r>
    </w:p>
    <w:p>
      <w:pPr>
        <w:jc w:val="both"/>
      </w:pPr>
      <w:r>
        <w:t>660</w:t>
      </w:r>
    </w:p>
    <w:p>
      <w:pPr>
        <w:jc w:val="both"/>
      </w:pPr>
      <w:r>
        <w:t>Phẫu thuật cắt tử cung và thắt động mạch hạ vị do chảy máu thứ phát sau phẫu thuật sản khoa</w:t>
      </w:r>
    </w:p>
    <w:p>
      <w:pPr>
        <w:jc w:val="both"/>
      </w:pPr>
      <w:r>
        <w:t>7.655.000</w:t>
      </w:r>
    </w:p>
    <w:p>
      <w:pPr>
        <w:jc w:val="both"/>
      </w:pPr>
      <w:r>
        <w:t>8.587.000</w:t>
      </w:r>
    </w:p>
    <w:p>
      <w:pPr>
        <w:jc w:val="both"/>
      </w:pPr>
      <w:r>
        <w:t>671</w:t>
      </w:r>
    </w:p>
    <w:p>
      <w:pPr>
        <w:jc w:val="both"/>
      </w:pPr>
      <w:r>
        <w:t>661</w:t>
      </w:r>
    </w:p>
    <w:p>
      <w:pPr>
        <w:jc w:val="both"/>
      </w:pPr>
      <w:r>
        <w:t>Phẫu thuật cắt ung thư- buồng trứng + tử cung hoàn toàn + 2 phần phụ + mạc nối lớn</w:t>
      </w:r>
    </w:p>
    <w:p>
      <w:pPr>
        <w:jc w:val="both"/>
      </w:pPr>
      <w:r>
        <w:t>6.387.000</w:t>
      </w:r>
    </w:p>
    <w:p>
      <w:pPr>
        <w:jc w:val="both"/>
      </w:pPr>
      <w:r>
        <w:t>7.128.000</w:t>
      </w:r>
    </w:p>
    <w:p>
      <w:pPr>
        <w:jc w:val="both"/>
      </w:pPr>
      <w:r>
        <w:t>672</w:t>
      </w:r>
    </w:p>
    <w:p>
      <w:pPr>
        <w:jc w:val="both"/>
      </w:pPr>
      <w:r>
        <w:t>662</w:t>
      </w:r>
    </w:p>
    <w:p>
      <w:pPr>
        <w:jc w:val="both"/>
      </w:pPr>
      <w:r>
        <w:t>Phẫu thuật cắt vách ngăn âm đạo, mở thông âm đạo</w:t>
      </w:r>
    </w:p>
    <w:p>
      <w:pPr>
        <w:jc w:val="both"/>
      </w:pPr>
      <w:r>
        <w:t>2.759.000</w:t>
      </w:r>
    </w:p>
    <w:p>
      <w:pPr>
        <w:jc w:val="both"/>
      </w:pPr>
      <w:r>
        <w:t>3.089.000</w:t>
      </w:r>
    </w:p>
    <w:p>
      <w:pPr>
        <w:jc w:val="both"/>
      </w:pPr>
      <w:r>
        <w:t>673</w:t>
      </w:r>
    </w:p>
    <w:p>
      <w:pPr>
        <w:jc w:val="both"/>
      </w:pPr>
      <w:r>
        <w:t>663</w:t>
      </w:r>
    </w:p>
    <w:p>
      <w:pPr>
        <w:jc w:val="both"/>
      </w:pPr>
      <w:r>
        <w:t>Phẫu thuật chấn thương tầng sinh môn</w:t>
      </w:r>
    </w:p>
    <w:p>
      <w:pPr>
        <w:jc w:val="both"/>
      </w:pPr>
      <w:r>
        <w:t>3.868.000</w:t>
      </w:r>
    </w:p>
    <w:p>
      <w:pPr>
        <w:jc w:val="both"/>
      </w:pPr>
      <w:r>
        <w:t>4.315.000</w:t>
      </w:r>
    </w:p>
    <w:p>
      <w:pPr>
        <w:jc w:val="both"/>
      </w:pPr>
      <w:r>
        <w:t>674</w:t>
      </w:r>
    </w:p>
    <w:p>
      <w:pPr>
        <w:jc w:val="both"/>
      </w:pPr>
      <w:r>
        <w:t>664</w:t>
      </w:r>
    </w:p>
    <w:p>
      <w:pPr>
        <w:jc w:val="both"/>
      </w:pPr>
      <w:r>
        <w:t>Phẫu thuật chửa ngoài tử cung thể huyết tụ thành nang</w:t>
      </w:r>
    </w:p>
    <w:p>
      <w:pPr>
        <w:jc w:val="both"/>
      </w:pPr>
      <w:r>
        <w:t>3.923.000</w:t>
      </w:r>
    </w:p>
    <w:p>
      <w:pPr>
        <w:jc w:val="both"/>
      </w:pPr>
      <w:r>
        <w:t>4.379.000</w:t>
      </w:r>
    </w:p>
    <w:p>
      <w:pPr>
        <w:jc w:val="both"/>
      </w:pPr>
      <w:r>
        <w:t>675</w:t>
      </w:r>
    </w:p>
    <w:p>
      <w:pPr>
        <w:jc w:val="both"/>
      </w:pPr>
      <w:r>
        <w:t>665</w:t>
      </w:r>
    </w:p>
    <w:p>
      <w:pPr>
        <w:jc w:val="both"/>
      </w:pPr>
      <w:r>
        <w:t>Phẫu thuật chửa ngoài tử cung vỡ có choáng</w:t>
      </w:r>
    </w:p>
    <w:p>
      <w:pPr>
        <w:jc w:val="both"/>
      </w:pPr>
      <w:r>
        <w:t>3.883.000</w:t>
      </w:r>
    </w:p>
    <w:p>
      <w:pPr>
        <w:jc w:val="both"/>
      </w:pPr>
      <w:r>
        <w:t>4.332.000</w:t>
      </w:r>
    </w:p>
    <w:p>
      <w:pPr>
        <w:jc w:val="both"/>
      </w:pPr>
      <w:r>
        <w:t>676</w:t>
      </w:r>
    </w:p>
    <w:p>
      <w:pPr>
        <w:jc w:val="both"/>
      </w:pPr>
      <w:r>
        <w:t>666</w:t>
      </w:r>
    </w:p>
    <w:p>
      <w:pPr>
        <w:jc w:val="both"/>
      </w:pPr>
      <w:r>
        <w:t>Phẫu thuật Crossen</w:t>
      </w:r>
    </w:p>
    <w:p>
      <w:pPr>
        <w:jc w:val="both"/>
      </w:pPr>
      <w:r>
        <w:t>4.170.000</w:t>
      </w:r>
    </w:p>
    <w:p>
      <w:pPr>
        <w:jc w:val="both"/>
      </w:pPr>
      <w:r>
        <w:t>4.662.000</w:t>
      </w:r>
    </w:p>
    <w:p>
      <w:pPr>
        <w:jc w:val="both"/>
      </w:pPr>
      <w:r>
        <w:t>677</w:t>
      </w:r>
    </w:p>
    <w:p>
      <w:pPr>
        <w:jc w:val="both"/>
      </w:pPr>
      <w:r>
        <w:t>667</w:t>
      </w:r>
    </w:p>
    <w:p>
      <w:pPr>
        <w:jc w:val="both"/>
      </w:pPr>
      <w:r>
        <w:t>Phẫu thuật điều trị són tiểu (TOT, TVT)</w:t>
      </w:r>
    </w:p>
    <w:p>
      <w:pPr>
        <w:jc w:val="both"/>
      </w:pPr>
      <w:r>
        <w:t>5.543.000</w:t>
      </w:r>
    </w:p>
    <w:p>
      <w:pPr>
        <w:jc w:val="both"/>
      </w:pPr>
      <w:r>
        <w:t>6.243.000</w:t>
      </w:r>
    </w:p>
    <w:p>
      <w:pPr>
        <w:jc w:val="both"/>
      </w:pPr>
      <w:r>
        <w:t>Chưa bao gồm tấm màng nâng hoặc lưới các loại, các cỡ.</w:t>
      </w:r>
    </w:p>
    <w:p>
      <w:pPr>
        <w:jc w:val="both"/>
      </w:pPr>
      <w:r>
        <w:t>678</w:t>
      </w:r>
    </w:p>
    <w:p>
      <w:pPr>
        <w:jc w:val="both"/>
      </w:pPr>
      <w:r>
        <w:t>668</w:t>
      </w:r>
    </w:p>
    <w:p>
      <w:pPr>
        <w:jc w:val="both"/>
      </w:pPr>
      <w:r>
        <w:t>Phẫu thuật khối viêm dính tiểu khung</w:t>
      </w:r>
    </w:p>
    <w:p>
      <w:pPr>
        <w:jc w:val="both"/>
      </w:pPr>
      <w:r>
        <w:t>3.421.000</w:t>
      </w:r>
    </w:p>
    <w:p>
      <w:pPr>
        <w:jc w:val="both"/>
      </w:pPr>
      <w:r>
        <w:t>3.851.000</w:t>
      </w:r>
    </w:p>
    <w:p>
      <w:pPr>
        <w:jc w:val="both"/>
      </w:pPr>
      <w:r>
        <w:t>679</w:t>
      </w:r>
    </w:p>
    <w:p>
      <w:pPr>
        <w:jc w:val="both"/>
      </w:pPr>
      <w:r>
        <w:t>669</w:t>
      </w:r>
    </w:p>
    <w:p>
      <w:pPr>
        <w:jc w:val="both"/>
      </w:pPr>
      <w:r>
        <w:t>Phẫu thuật làm lại tầng sinh môn và cơ vòng do rách phức tạp</w:t>
      </w:r>
    </w:p>
    <w:p>
      <w:pPr>
        <w:jc w:val="both"/>
      </w:pPr>
      <w:r>
        <w:t>2.943.000</w:t>
      </w:r>
    </w:p>
    <w:p>
      <w:pPr>
        <w:jc w:val="both"/>
      </w:pPr>
      <w:r>
        <w:t>3.301.000</w:t>
      </w:r>
    </w:p>
    <w:p>
      <w:pPr>
        <w:jc w:val="both"/>
      </w:pPr>
      <w:r>
        <w:t>680</w:t>
      </w:r>
    </w:p>
    <w:p>
      <w:pPr>
        <w:jc w:val="both"/>
      </w:pPr>
      <w:r>
        <w:t>670</w:t>
      </w:r>
    </w:p>
    <w:p>
      <w:pPr>
        <w:jc w:val="both"/>
      </w:pPr>
      <w:r>
        <w:t>Phẫu thuật lấy thai có kèm các kỹ thuật cầm máu (thắt động mạch tử cung, mũi khâu B- lynch...)</w:t>
      </w:r>
    </w:p>
    <w:p>
      <w:pPr>
        <w:jc w:val="both"/>
      </w:pPr>
      <w:r>
        <w:t>4.336.000</w:t>
      </w:r>
    </w:p>
    <w:p>
      <w:pPr>
        <w:jc w:val="both"/>
      </w:pPr>
      <w:r>
        <w:t>4.875.000</w:t>
      </w:r>
    </w:p>
    <w:p>
      <w:pPr>
        <w:jc w:val="both"/>
      </w:pPr>
      <w:r>
        <w:t>681</w:t>
      </w:r>
    </w:p>
    <w:p>
      <w:pPr>
        <w:jc w:val="both"/>
      </w:pPr>
      <w:r>
        <w:t>671</w:t>
      </w:r>
    </w:p>
    <w:p>
      <w:pPr>
        <w:jc w:val="both"/>
      </w:pPr>
      <w:r>
        <w:t>04C3.2.194</w:t>
      </w:r>
    </w:p>
    <w:p>
      <w:pPr>
        <w:jc w:val="both"/>
      </w:pPr>
      <w:r>
        <w:t>Phẫu thuật lấy thai lần đầu</w:t>
      </w:r>
    </w:p>
    <w:p>
      <w:pPr>
        <w:jc w:val="both"/>
      </w:pPr>
      <w:r>
        <w:t>2.431.000</w:t>
      </w:r>
    </w:p>
    <w:p>
      <w:pPr>
        <w:jc w:val="both"/>
      </w:pPr>
      <w:r>
        <w:t>2.712.000</w:t>
      </w:r>
    </w:p>
    <w:p>
      <w:pPr>
        <w:jc w:val="both"/>
      </w:pPr>
      <w:r>
        <w:t>682</w:t>
      </w:r>
    </w:p>
    <w:p>
      <w:pPr>
        <w:jc w:val="both"/>
      </w:pPr>
      <w:r>
        <w:t>672</w:t>
      </w:r>
    </w:p>
    <w:p>
      <w:pPr>
        <w:jc w:val="both"/>
      </w:pPr>
      <w:r>
        <w:t>04C3.2.195</w:t>
      </w:r>
    </w:p>
    <w:p>
      <w:pPr>
        <w:jc w:val="both"/>
      </w:pPr>
      <w:r>
        <w:t>Phẫu thuật lấy thai lần thứ 2 trở lên</w:t>
      </w:r>
    </w:p>
    <w:p>
      <w:pPr>
        <w:jc w:val="both"/>
      </w:pPr>
      <w:r>
        <w:t>3.102.000</w:t>
      </w:r>
    </w:p>
    <w:p>
      <w:pPr>
        <w:jc w:val="both"/>
      </w:pPr>
      <w:r>
        <w:t>3.433.000</w:t>
      </w:r>
    </w:p>
    <w:p>
      <w:pPr>
        <w:jc w:val="both"/>
      </w:pPr>
      <w:r>
        <w:t>683</w:t>
      </w:r>
    </w:p>
    <w:p>
      <w:pPr>
        <w:jc w:val="both"/>
      </w:pPr>
      <w:r>
        <w:t>673</w:t>
      </w:r>
    </w:p>
    <w:p>
      <w:pPr>
        <w:jc w:val="both"/>
      </w:pPr>
      <w:r>
        <w:t>Phẫu thuật lấy thai trên người bệnh có bệnh truyền nhiễm (viêm gan nặng, HIV-AIDS, H5N1)</w:t>
      </w:r>
    </w:p>
    <w:p>
      <w:pPr>
        <w:jc w:val="both"/>
      </w:pPr>
      <w:r>
        <w:t>6.143.000</w:t>
      </w:r>
    </w:p>
    <w:p>
      <w:pPr>
        <w:jc w:val="both"/>
      </w:pPr>
      <w:r>
        <w:t>6.884.000</w:t>
      </w:r>
    </w:p>
    <w:p>
      <w:pPr>
        <w:jc w:val="both"/>
      </w:pPr>
      <w:r>
        <w:t>684</w:t>
      </w:r>
    </w:p>
    <w:p>
      <w:pPr>
        <w:jc w:val="both"/>
      </w:pPr>
      <w:r>
        <w:t>674</w:t>
      </w:r>
    </w:p>
    <w:p>
      <w:pPr>
        <w:jc w:val="both"/>
      </w:pPr>
      <w:r>
        <w:t>Phẫu thuật lấy thai trên người bệnh có sẹo mổ bụng cũ phức tạp</w:t>
      </w:r>
    </w:p>
    <w:p>
      <w:pPr>
        <w:jc w:val="both"/>
      </w:pPr>
      <w:r>
        <w:t>4.161.000</w:t>
      </w:r>
    </w:p>
    <w:p>
      <w:pPr>
        <w:jc w:val="both"/>
      </w:pPr>
      <w:r>
        <w:t>4.673.000</w:t>
      </w:r>
    </w:p>
    <w:p>
      <w:pPr>
        <w:jc w:val="both"/>
      </w:pPr>
      <w:r>
        <w:t>685</w:t>
      </w:r>
    </w:p>
    <w:p>
      <w:pPr>
        <w:jc w:val="both"/>
      </w:pPr>
      <w:r>
        <w:t>675</w:t>
      </w:r>
    </w:p>
    <w:p>
      <w:pPr>
        <w:jc w:val="both"/>
      </w:pPr>
      <w:r>
        <w:t>Phẫu thuật lấy thai trên người bệnh mắc bệnh toàn thân hoặc bệnh lý sản khoa</w:t>
      </w:r>
    </w:p>
    <w:p>
      <w:pPr>
        <w:jc w:val="both"/>
      </w:pPr>
      <w:r>
        <w:t>4.465.000</w:t>
      </w:r>
    </w:p>
    <w:p>
      <w:pPr>
        <w:jc w:val="both"/>
      </w:pPr>
      <w:r>
        <w:t>5.002.000</w:t>
      </w:r>
    </w:p>
    <w:p>
      <w:pPr>
        <w:jc w:val="both"/>
      </w:pPr>
      <w:r>
        <w:t>686</w:t>
      </w:r>
    </w:p>
    <w:p>
      <w:pPr>
        <w:jc w:val="both"/>
      </w:pPr>
      <w:r>
        <w:t>676</w:t>
      </w:r>
    </w:p>
    <w:p>
      <w:pPr>
        <w:jc w:val="both"/>
      </w:pPr>
      <w:r>
        <w:t>Phẫu thuật lấy thai và cắt tử cung trong rau cài răng lược</w:t>
      </w:r>
    </w:p>
    <w:p>
      <w:pPr>
        <w:jc w:val="both"/>
      </w:pPr>
      <w:r>
        <w:t>8.176.000</w:t>
      </w:r>
    </w:p>
    <w:p>
      <w:pPr>
        <w:jc w:val="both"/>
      </w:pPr>
      <w:r>
        <w:t>9.187.000</w:t>
      </w:r>
    </w:p>
    <w:p>
      <w:pPr>
        <w:jc w:val="both"/>
      </w:pPr>
      <w:r>
        <w:t>687</w:t>
      </w:r>
    </w:p>
    <w:p>
      <w:pPr>
        <w:jc w:val="both"/>
      </w:pPr>
      <w:r>
        <w:t>677</w:t>
      </w:r>
    </w:p>
    <w:p>
      <w:pPr>
        <w:jc w:val="both"/>
      </w:pPr>
      <w:r>
        <w:t>Phẫu thuật Lefort hoặc Labhart</w:t>
      </w:r>
    </w:p>
    <w:p>
      <w:pPr>
        <w:jc w:val="both"/>
      </w:pPr>
      <w:r>
        <w:t>2.882.000</w:t>
      </w:r>
    </w:p>
    <w:p>
      <w:pPr>
        <w:jc w:val="both"/>
      </w:pPr>
      <w:r>
        <w:t>3.231.000</w:t>
      </w:r>
    </w:p>
    <w:p>
      <w:pPr>
        <w:jc w:val="both"/>
      </w:pPr>
      <w:r>
        <w:t>688</w:t>
      </w:r>
    </w:p>
    <w:p>
      <w:pPr>
        <w:jc w:val="both"/>
      </w:pPr>
      <w:r>
        <w:t>678</w:t>
      </w:r>
    </w:p>
    <w:p>
      <w:pPr>
        <w:jc w:val="both"/>
      </w:pPr>
      <w:r>
        <w:t>Phẫu thuật Manchester</w:t>
      </w:r>
    </w:p>
    <w:p>
      <w:pPr>
        <w:jc w:val="both"/>
      </w:pPr>
      <w:r>
        <w:t>3.839.000</w:t>
      </w:r>
    </w:p>
    <w:p>
      <w:pPr>
        <w:jc w:val="both"/>
      </w:pPr>
      <w:r>
        <w:t>4.281.000</w:t>
      </w:r>
    </w:p>
    <w:p>
      <w:pPr>
        <w:jc w:val="both"/>
      </w:pPr>
      <w:r>
        <w:t>689</w:t>
      </w:r>
    </w:p>
    <w:p>
      <w:pPr>
        <w:jc w:val="both"/>
      </w:pPr>
      <w:r>
        <w:t>679</w:t>
      </w:r>
    </w:p>
    <w:p>
      <w:pPr>
        <w:jc w:val="both"/>
      </w:pPr>
      <w:r>
        <w:t>Phẫu thuật mở bụng bóc u xơ tử cung</w:t>
      </w:r>
    </w:p>
    <w:p>
      <w:pPr>
        <w:jc w:val="both"/>
      </w:pPr>
      <w:r>
        <w:t>3.455.000</w:t>
      </w:r>
    </w:p>
    <w:p>
      <w:pPr>
        <w:jc w:val="both"/>
      </w:pPr>
      <w:r>
        <w:t>3.890.000</w:t>
      </w:r>
    </w:p>
    <w:p>
      <w:pPr>
        <w:jc w:val="both"/>
      </w:pPr>
      <w:r>
        <w:t>690</w:t>
      </w:r>
    </w:p>
    <w:p>
      <w:pPr>
        <w:jc w:val="both"/>
      </w:pPr>
      <w:r>
        <w:t>680</w:t>
      </w:r>
    </w:p>
    <w:p>
      <w:pPr>
        <w:jc w:val="both"/>
      </w:pPr>
      <w:r>
        <w:t>Phẫu thuật mở bụng cắt góc tử cung</w:t>
      </w:r>
    </w:p>
    <w:p>
      <w:pPr>
        <w:jc w:val="both"/>
      </w:pPr>
      <w:r>
        <w:t>3.665.000</w:t>
      </w:r>
    </w:p>
    <w:p>
      <w:pPr>
        <w:jc w:val="both"/>
      </w:pPr>
      <w:r>
        <w:t>4.081.000</w:t>
      </w:r>
    </w:p>
    <w:p>
      <w:pPr>
        <w:jc w:val="both"/>
      </w:pPr>
      <w:r>
        <w:t>691</w:t>
      </w:r>
    </w:p>
    <w:p>
      <w:pPr>
        <w:jc w:val="both"/>
      </w:pPr>
      <w:r>
        <w:t>681</w:t>
      </w:r>
    </w:p>
    <w:p>
      <w:pPr>
        <w:jc w:val="both"/>
      </w:pPr>
      <w:r>
        <w:t>Phẫu thuật mở bụng cắt tử cung</w:t>
      </w:r>
    </w:p>
    <w:p>
      <w:pPr>
        <w:jc w:val="both"/>
      </w:pPr>
      <w:r>
        <w:t>4.034.000</w:t>
      </w:r>
    </w:p>
    <w:p>
      <w:pPr>
        <w:jc w:val="both"/>
      </w:pPr>
      <w:r>
        <w:t>4.506.000</w:t>
      </w:r>
    </w:p>
    <w:p>
      <w:pPr>
        <w:jc w:val="both"/>
      </w:pPr>
      <w:r>
        <w:t>692</w:t>
      </w:r>
    </w:p>
    <w:p>
      <w:pPr>
        <w:jc w:val="both"/>
      </w:pPr>
      <w:r>
        <w:t>682</w:t>
      </w:r>
    </w:p>
    <w:p>
      <w:pPr>
        <w:jc w:val="both"/>
      </w:pPr>
      <w:r>
        <w:t>Phẫu thuật mở bụng cắt tử cung hoàn toàn và vét hạch chậu</w:t>
      </w:r>
    </w:p>
    <w:p>
      <w:pPr>
        <w:jc w:val="both"/>
      </w:pPr>
      <w:r>
        <w:t>6.402.000</w:t>
      </w:r>
    </w:p>
    <w:p>
      <w:pPr>
        <w:jc w:val="both"/>
      </w:pPr>
      <w:r>
        <w:t>7.145.000</w:t>
      </w:r>
    </w:p>
    <w:p>
      <w:pPr>
        <w:jc w:val="both"/>
      </w:pPr>
      <w:r>
        <w:t>693</w:t>
      </w:r>
    </w:p>
    <w:p>
      <w:pPr>
        <w:jc w:val="both"/>
      </w:pPr>
      <w:r>
        <w:t>683</w:t>
      </w:r>
    </w:p>
    <w:p>
      <w:pPr>
        <w:jc w:val="both"/>
      </w:pPr>
      <w:r>
        <w:t>Phẫu thuật mở bụng cắt u buồng trứng hoặc cắt phần phụ</w:t>
      </w:r>
    </w:p>
    <w:p>
      <w:pPr>
        <w:jc w:val="both"/>
      </w:pPr>
      <w:r>
        <w:t>3.044.000</w:t>
      </w:r>
    </w:p>
    <w:p>
      <w:pPr>
        <w:jc w:val="both"/>
      </w:pPr>
      <w:r>
        <w:t>3.417.000</w:t>
      </w:r>
    </w:p>
    <w:p>
      <w:pPr>
        <w:jc w:val="both"/>
      </w:pPr>
      <w:r>
        <w:t>694</w:t>
      </w:r>
    </w:p>
    <w:p>
      <w:pPr>
        <w:jc w:val="both"/>
      </w:pPr>
      <w:r>
        <w:t>684</w:t>
      </w:r>
    </w:p>
    <w:p>
      <w:pPr>
        <w:jc w:val="both"/>
      </w:pPr>
      <w:r>
        <w:t>Phẫu thuật mở bụng tạo hình vòi trứng, nối lại vòi trứng</w:t>
      </w:r>
    </w:p>
    <w:p>
      <w:pPr>
        <w:jc w:val="both"/>
      </w:pPr>
      <w:r>
        <w:t>4.908.000</w:t>
      </w:r>
    </w:p>
    <w:p>
      <w:pPr>
        <w:jc w:val="both"/>
      </w:pPr>
      <w:r>
        <w:t>5.512.000</w:t>
      </w:r>
    </w:p>
    <w:p>
      <w:pPr>
        <w:jc w:val="both"/>
      </w:pPr>
      <w:r>
        <w:t>695</w:t>
      </w:r>
    </w:p>
    <w:p>
      <w:pPr>
        <w:jc w:val="both"/>
      </w:pPr>
      <w:r>
        <w:t>685</w:t>
      </w:r>
    </w:p>
    <w:p>
      <w:pPr>
        <w:jc w:val="both"/>
      </w:pPr>
      <w:r>
        <w:t>Phẫu thuật mở bụng thăm dò, xử trí bệnh lý phụ khoa</w:t>
      </w:r>
    </w:p>
    <w:p>
      <w:pPr>
        <w:jc w:val="both"/>
      </w:pPr>
      <w:r>
        <w:t>2.881.000</w:t>
      </w:r>
    </w:p>
    <w:p>
      <w:pPr>
        <w:jc w:val="both"/>
      </w:pPr>
      <w:r>
        <w:t>3.230.000</w:t>
      </w:r>
    </w:p>
    <w:p>
      <w:pPr>
        <w:jc w:val="both"/>
      </w:pPr>
      <w:r>
        <w:t>696</w:t>
      </w:r>
    </w:p>
    <w:p>
      <w:pPr>
        <w:jc w:val="both"/>
      </w:pPr>
      <w:r>
        <w:t>686</w:t>
      </w:r>
    </w:p>
    <w:p>
      <w:pPr>
        <w:jc w:val="both"/>
      </w:pPr>
      <w:r>
        <w:t>Phẫu thuật mở bụng xử trí viêm phúc mạc tiểu khung, viêm phần phụ, ứ mủ vòi trứng</w:t>
      </w:r>
    </w:p>
    <w:p>
      <w:pPr>
        <w:jc w:val="both"/>
      </w:pPr>
      <w:r>
        <w:t>4.447.000</w:t>
      </w:r>
    </w:p>
    <w:p>
      <w:pPr>
        <w:jc w:val="both"/>
      </w:pPr>
      <w:r>
        <w:t>4.981.000</w:t>
      </w:r>
    </w:p>
    <w:p>
      <w:pPr>
        <w:jc w:val="both"/>
      </w:pPr>
      <w:r>
        <w:t>697</w:t>
      </w:r>
    </w:p>
    <w:p>
      <w:pPr>
        <w:jc w:val="both"/>
      </w:pPr>
      <w:r>
        <w:t>687</w:t>
      </w:r>
    </w:p>
    <w:p>
      <w:pPr>
        <w:jc w:val="both"/>
      </w:pPr>
      <w:r>
        <w:t>Phẫu thuật nội soi bóc u xơ tử cung</w:t>
      </w:r>
    </w:p>
    <w:p>
      <w:pPr>
        <w:jc w:val="both"/>
      </w:pPr>
      <w:r>
        <w:t>6.274.000</w:t>
      </w:r>
    </w:p>
    <w:p>
      <w:pPr>
        <w:jc w:val="both"/>
      </w:pPr>
      <w:r>
        <w:t>7.085.000</w:t>
      </w:r>
    </w:p>
    <w:p>
      <w:pPr>
        <w:jc w:val="both"/>
      </w:pPr>
      <w:r>
        <w:t>698</w:t>
      </w:r>
    </w:p>
    <w:p>
      <w:pPr>
        <w:jc w:val="both"/>
      </w:pPr>
      <w:r>
        <w:t>688</w:t>
      </w:r>
    </w:p>
    <w:p>
      <w:pPr>
        <w:jc w:val="both"/>
      </w:pPr>
      <w:r>
        <w:t>Phẫu thuật nội soi buồng tử cung cắt nhân xơ; polip; tách dính; cắt vách ngăn; lấy dị vật</w:t>
      </w:r>
    </w:p>
    <w:p>
      <w:pPr>
        <w:jc w:val="both"/>
      </w:pPr>
      <w:r>
        <w:t>5.716.000</w:t>
      </w:r>
    </w:p>
    <w:p>
      <w:pPr>
        <w:jc w:val="both"/>
      </w:pPr>
      <w:r>
        <w:t>6.442.000</w:t>
      </w:r>
    </w:p>
    <w:p>
      <w:pPr>
        <w:jc w:val="both"/>
      </w:pPr>
      <w:r>
        <w:t>699</w:t>
      </w:r>
    </w:p>
    <w:p>
      <w:pPr>
        <w:jc w:val="both"/>
      </w:pPr>
      <w:r>
        <w:t>689</w:t>
      </w:r>
    </w:p>
    <w:p>
      <w:pPr>
        <w:jc w:val="both"/>
      </w:pPr>
      <w:r>
        <w:t>Phẫu thuật nội soi cắt phần phụ</w:t>
      </w:r>
    </w:p>
    <w:p>
      <w:pPr>
        <w:jc w:val="both"/>
      </w:pPr>
      <w:r>
        <w:t>5.229.000</w:t>
      </w:r>
    </w:p>
    <w:p>
      <w:pPr>
        <w:jc w:val="both"/>
      </w:pPr>
      <w:r>
        <w:t>5.881.000</w:t>
      </w:r>
    </w:p>
    <w:p>
      <w:pPr>
        <w:jc w:val="both"/>
      </w:pPr>
      <w:r>
        <w:t>700</w:t>
      </w:r>
    </w:p>
    <w:p>
      <w:pPr>
        <w:jc w:val="both"/>
      </w:pPr>
      <w:r>
        <w:t>690</w:t>
      </w:r>
    </w:p>
    <w:p>
      <w:pPr>
        <w:jc w:val="both"/>
      </w:pPr>
      <w:r>
        <w:t>Phẫu thuật nội soi cắt tử cung</w:t>
      </w:r>
    </w:p>
    <w:p>
      <w:pPr>
        <w:jc w:val="both"/>
      </w:pPr>
      <w:r>
        <w:t>6.072.000</w:t>
      </w:r>
    </w:p>
    <w:p>
      <w:pPr>
        <w:jc w:val="both"/>
      </w:pPr>
      <w:r>
        <w:t>6.852.000</w:t>
      </w:r>
    </w:p>
    <w:p>
      <w:pPr>
        <w:jc w:val="both"/>
      </w:pPr>
      <w:r>
        <w:t>701</w:t>
      </w:r>
    </w:p>
    <w:p>
      <w:pPr>
        <w:jc w:val="both"/>
      </w:pPr>
      <w:r>
        <w:t>691</w:t>
      </w:r>
    </w:p>
    <w:p>
      <w:pPr>
        <w:jc w:val="both"/>
      </w:pPr>
      <w:r>
        <w:t>Phẫu thuật nội soi cắt tử cung hoàn toàn và vét hạch chậu</w:t>
      </w:r>
    </w:p>
    <w:p>
      <w:pPr>
        <w:jc w:val="both"/>
      </w:pPr>
      <w:r>
        <w:t>8.181.000</w:t>
      </w:r>
    </w:p>
    <w:p>
      <w:pPr>
        <w:jc w:val="both"/>
      </w:pPr>
      <w:r>
        <w:t>9.192.000</w:t>
      </w:r>
    </w:p>
    <w:p>
      <w:pPr>
        <w:jc w:val="both"/>
      </w:pPr>
      <w:r>
        <w:t>702</w:t>
      </w:r>
    </w:p>
    <w:p>
      <w:pPr>
        <w:jc w:val="both"/>
      </w:pPr>
      <w:r>
        <w:t>692</w:t>
      </w:r>
    </w:p>
    <w:p>
      <w:pPr>
        <w:jc w:val="both"/>
      </w:pPr>
      <w:r>
        <w:t>Phẫu thuật nội soi cắt ung thư buồng trứng kèm cắt tử cung hoàn toàn + 2 phần phụ + mạc nối lớn</w:t>
      </w:r>
    </w:p>
    <w:p>
      <w:pPr>
        <w:jc w:val="both"/>
      </w:pPr>
      <w:r>
        <w:t>8.320.000</w:t>
      </w:r>
    </w:p>
    <w:p>
      <w:pPr>
        <w:jc w:val="both"/>
      </w:pPr>
      <w:r>
        <w:t>9.353.000</w:t>
      </w:r>
    </w:p>
    <w:p>
      <w:pPr>
        <w:jc w:val="both"/>
      </w:pPr>
      <w:r>
        <w:t>703</w:t>
      </w:r>
    </w:p>
    <w:p>
      <w:pPr>
        <w:jc w:val="both"/>
      </w:pPr>
      <w:r>
        <w:t>693</w:t>
      </w:r>
    </w:p>
    <w:p>
      <w:pPr>
        <w:jc w:val="both"/>
      </w:pPr>
      <w:r>
        <w:t>Phẫu thuật nội soi điều trị vô sinh (soi buồng tử cung + nội soi ổ bụng)</w:t>
      </w:r>
    </w:p>
    <w:p>
      <w:pPr>
        <w:jc w:val="both"/>
      </w:pPr>
      <w:r>
        <w:t>6.181.000</w:t>
      </w:r>
    </w:p>
    <w:p>
      <w:pPr>
        <w:jc w:val="both"/>
      </w:pPr>
      <w:r>
        <w:t>6.977.000</w:t>
      </w:r>
    </w:p>
    <w:p>
      <w:pPr>
        <w:jc w:val="both"/>
      </w:pPr>
      <w:r>
        <w:t>704</w:t>
      </w:r>
    </w:p>
    <w:p>
      <w:pPr>
        <w:jc w:val="both"/>
      </w:pPr>
      <w:r>
        <w:t>694</w:t>
      </w:r>
    </w:p>
    <w:p>
      <w:pPr>
        <w:jc w:val="both"/>
      </w:pPr>
      <w:r>
        <w:t>Phẫu thuật nội soi khâu lỗ thủng tử cung</w:t>
      </w:r>
    </w:p>
    <w:p>
      <w:pPr>
        <w:jc w:val="both"/>
      </w:pPr>
      <w:r>
        <w:t>5.247.000</w:t>
      </w:r>
    </w:p>
    <w:p>
      <w:pPr>
        <w:jc w:val="both"/>
      </w:pPr>
      <w:r>
        <w:t>5.902.000</w:t>
      </w:r>
    </w:p>
    <w:p>
      <w:pPr>
        <w:jc w:val="both"/>
      </w:pPr>
      <w:r>
        <w:t>705</w:t>
      </w:r>
    </w:p>
    <w:p>
      <w:pPr>
        <w:jc w:val="both"/>
      </w:pPr>
      <w:r>
        <w:t>695</w:t>
      </w:r>
    </w:p>
    <w:p>
      <w:pPr>
        <w:jc w:val="both"/>
      </w:pPr>
      <w:r>
        <w:t>Phẫu thuật nội soi lấy dụng cụ tử cung trong ổ bụng</w:t>
      </w:r>
    </w:p>
    <w:p>
      <w:pPr>
        <w:jc w:val="both"/>
      </w:pPr>
      <w:r>
        <w:t>5.690.000</w:t>
      </w:r>
    </w:p>
    <w:p>
      <w:pPr>
        <w:jc w:val="both"/>
      </w:pPr>
      <w:r>
        <w:t>6.409.000</w:t>
      </w:r>
    </w:p>
    <w:p>
      <w:pPr>
        <w:jc w:val="both"/>
      </w:pPr>
      <w:r>
        <w:t>706</w:t>
      </w:r>
    </w:p>
    <w:p>
      <w:pPr>
        <w:jc w:val="both"/>
      </w:pPr>
      <w:r>
        <w:t>696</w:t>
      </w:r>
    </w:p>
    <w:p>
      <w:pPr>
        <w:jc w:val="both"/>
      </w:pPr>
      <w:r>
        <w:t>Phẫu thuật nội soi ổ bụng chẩn đoán + tiêm MTX tại chỗ điều trị thai ngoài tử cung</w:t>
      </w:r>
    </w:p>
    <w:p>
      <w:pPr>
        <w:jc w:val="both"/>
      </w:pPr>
      <w:r>
        <w:t>5.163.000</w:t>
      </w:r>
    </w:p>
    <w:p>
      <w:pPr>
        <w:jc w:val="both"/>
      </w:pPr>
      <w:r>
        <w:t>5.805.000</w:t>
      </w:r>
    </w:p>
    <w:p>
      <w:pPr>
        <w:jc w:val="both"/>
      </w:pPr>
      <w:r>
        <w:t>707</w:t>
      </w:r>
    </w:p>
    <w:p>
      <w:pPr>
        <w:jc w:val="both"/>
      </w:pPr>
      <w:r>
        <w:t>697</w:t>
      </w:r>
    </w:p>
    <w:p>
      <w:pPr>
        <w:jc w:val="both"/>
      </w:pPr>
      <w:r>
        <w:t>Phẫu thuật nội soi ổ bụng chẩn đoán các bệnh lý phụ khoa</w:t>
      </w:r>
    </w:p>
    <w:p>
      <w:pPr>
        <w:jc w:val="both"/>
      </w:pPr>
      <w:r>
        <w:t>5.121.000</w:t>
      </w:r>
    </w:p>
    <w:p>
      <w:pPr>
        <w:jc w:val="both"/>
      </w:pPr>
      <w:r>
        <w:t>5.757.000</w:t>
      </w:r>
    </w:p>
    <w:p>
      <w:pPr>
        <w:jc w:val="both"/>
      </w:pPr>
      <w:r>
        <w:t>708</w:t>
      </w:r>
    </w:p>
    <w:p>
      <w:pPr>
        <w:jc w:val="both"/>
      </w:pPr>
      <w:r>
        <w:t>698</w:t>
      </w:r>
    </w:p>
    <w:p>
      <w:pPr>
        <w:jc w:val="both"/>
      </w:pPr>
      <w:r>
        <w:t>Phẫu thuật nội soi sa sinh dục nữ</w:t>
      </w:r>
    </w:p>
    <w:p>
      <w:pPr>
        <w:jc w:val="both"/>
      </w:pPr>
      <w:r>
        <w:t>9.311.000</w:t>
      </w:r>
    </w:p>
    <w:p>
      <w:pPr>
        <w:jc w:val="both"/>
      </w:pPr>
      <w:r>
        <w:t>10.581.000</w:t>
      </w:r>
    </w:p>
    <w:p>
      <w:pPr>
        <w:jc w:val="both"/>
      </w:pPr>
      <w:r>
        <w:t>709</w:t>
      </w:r>
    </w:p>
    <w:p>
      <w:pPr>
        <w:jc w:val="both"/>
      </w:pPr>
      <w:r>
        <w:t>699</w:t>
      </w:r>
    </w:p>
    <w:p>
      <w:pPr>
        <w:jc w:val="both"/>
      </w:pPr>
      <w:r>
        <w:t>Phẫu thuật nội soi treo buồng trứng</w:t>
      </w:r>
    </w:p>
    <w:p>
      <w:pPr>
        <w:jc w:val="both"/>
      </w:pPr>
      <w:r>
        <w:t>5.708.000</w:t>
      </w:r>
    </w:p>
    <w:p>
      <w:pPr>
        <w:jc w:val="both"/>
      </w:pPr>
      <w:r>
        <w:t>6.430.000</w:t>
      </w:r>
    </w:p>
    <w:p>
      <w:pPr>
        <w:jc w:val="both"/>
      </w:pPr>
      <w:r>
        <w:t>710</w:t>
      </w:r>
    </w:p>
    <w:p>
      <w:pPr>
        <w:jc w:val="both"/>
      </w:pPr>
      <w:r>
        <w:t>700</w:t>
      </w:r>
    </w:p>
    <w:p>
      <w:pPr>
        <w:jc w:val="both"/>
      </w:pPr>
      <w:r>
        <w:t>Phẫu thuật nội soi triệt sản nữ</w:t>
      </w:r>
    </w:p>
    <w:p>
      <w:pPr>
        <w:jc w:val="both"/>
      </w:pPr>
      <w:r>
        <w:t>4.906.000</w:t>
      </w:r>
    </w:p>
    <w:p>
      <w:pPr>
        <w:jc w:val="both"/>
      </w:pPr>
      <w:r>
        <w:t>5.506.000</w:t>
      </w:r>
    </w:p>
    <w:p>
      <w:pPr>
        <w:jc w:val="both"/>
      </w:pPr>
      <w:r>
        <w:t>711</w:t>
      </w:r>
    </w:p>
    <w:p>
      <w:pPr>
        <w:jc w:val="both"/>
      </w:pPr>
      <w:r>
        <w:t>701</w:t>
      </w:r>
    </w:p>
    <w:p>
      <w:pPr>
        <w:jc w:val="both"/>
      </w:pPr>
      <w:r>
        <w:t>Phẫu thuật nội soi vét hạch tiểu khung</w:t>
      </w:r>
    </w:p>
    <w:p>
      <w:pPr>
        <w:jc w:val="both"/>
      </w:pPr>
      <w:r>
        <w:t>6.690.000</w:t>
      </w:r>
    </w:p>
    <w:p>
      <w:pPr>
        <w:jc w:val="both"/>
      </w:pPr>
      <w:r>
        <w:t>7.564.000</w:t>
      </w:r>
    </w:p>
    <w:p>
      <w:pPr>
        <w:jc w:val="both"/>
      </w:pPr>
      <w:r>
        <w:t>712</w:t>
      </w:r>
    </w:p>
    <w:p>
      <w:pPr>
        <w:jc w:val="both"/>
      </w:pPr>
      <w:r>
        <w:t>702</w:t>
      </w:r>
    </w:p>
    <w:p>
      <w:pPr>
        <w:jc w:val="both"/>
      </w:pPr>
      <w:r>
        <w:t>Phẫu thuật nội soi xử trí viêm phúc mạc tiểu khung, viêm phần phụ, ứ mủ vòi trứng</w:t>
      </w:r>
    </w:p>
    <w:p>
      <w:pPr>
        <w:jc w:val="both"/>
      </w:pPr>
      <w:r>
        <w:t>6.832.000</w:t>
      </w:r>
    </w:p>
    <w:p>
      <w:pPr>
        <w:jc w:val="both"/>
      </w:pPr>
      <w:r>
        <w:t>7.640.000</w:t>
      </w:r>
    </w:p>
    <w:p>
      <w:pPr>
        <w:jc w:val="both"/>
      </w:pPr>
      <w:r>
        <w:t>713</w:t>
      </w:r>
    </w:p>
    <w:p>
      <w:pPr>
        <w:jc w:val="both"/>
      </w:pPr>
      <w:r>
        <w:t>703</w:t>
      </w:r>
    </w:p>
    <w:p>
      <w:pPr>
        <w:jc w:val="both"/>
      </w:pPr>
      <w:r>
        <w:t>Phẫu thuật Second Look trong ung thư buồng trứng</w:t>
      </w:r>
    </w:p>
    <w:p>
      <w:pPr>
        <w:jc w:val="both"/>
      </w:pPr>
      <w:r>
        <w:t>4.217.000</w:t>
      </w:r>
    </w:p>
    <w:p>
      <w:pPr>
        <w:jc w:val="both"/>
      </w:pPr>
      <w:r>
        <w:t>4.738.000</w:t>
      </w:r>
    </w:p>
    <w:p>
      <w:pPr>
        <w:jc w:val="both"/>
      </w:pPr>
      <w:r>
        <w:t>714</w:t>
      </w:r>
    </w:p>
    <w:p>
      <w:pPr>
        <w:jc w:val="both"/>
      </w:pPr>
      <w:r>
        <w:t>704</w:t>
      </w:r>
    </w:p>
    <w:p>
      <w:pPr>
        <w:jc w:val="both"/>
      </w:pPr>
      <w:r>
        <w:t>Phẫu thuật tạo hình âm đạo (nội soi kết hợp đường dưới)</w:t>
      </w:r>
    </w:p>
    <w:p>
      <w:pPr>
        <w:jc w:val="both"/>
      </w:pPr>
      <w:r>
        <w:t>6.218.000</w:t>
      </w:r>
    </w:p>
    <w:p>
      <w:pPr>
        <w:jc w:val="both"/>
      </w:pPr>
      <w:r>
        <w:t>6.946.000</w:t>
      </w:r>
    </w:p>
    <w:p>
      <w:pPr>
        <w:jc w:val="both"/>
      </w:pPr>
      <w:r>
        <w:t>715</w:t>
      </w:r>
    </w:p>
    <w:p>
      <w:pPr>
        <w:jc w:val="both"/>
      </w:pPr>
      <w:r>
        <w:t>705</w:t>
      </w:r>
    </w:p>
    <w:p>
      <w:pPr>
        <w:jc w:val="both"/>
      </w:pPr>
      <w:r>
        <w:t>Phẫu thuật tạo hình âm đạo do dị dạng (đường dưới)</w:t>
      </w:r>
    </w:p>
    <w:p>
      <w:pPr>
        <w:jc w:val="both"/>
      </w:pPr>
      <w:r>
        <w:t>3.836.000</w:t>
      </w:r>
    </w:p>
    <w:p>
      <w:pPr>
        <w:jc w:val="both"/>
      </w:pPr>
      <w:r>
        <w:t>4.217.000</w:t>
      </w:r>
    </w:p>
    <w:p>
      <w:pPr>
        <w:jc w:val="both"/>
      </w:pPr>
      <w:r>
        <w:t>716</w:t>
      </w:r>
    </w:p>
    <w:p>
      <w:pPr>
        <w:jc w:val="both"/>
      </w:pPr>
      <w:r>
        <w:t>706</w:t>
      </w:r>
    </w:p>
    <w:p>
      <w:pPr>
        <w:jc w:val="both"/>
      </w:pPr>
      <w:r>
        <w:t>Phẫu thuật tạo hình tử cung (Strassman, Jones)</w:t>
      </w:r>
    </w:p>
    <w:p>
      <w:pPr>
        <w:jc w:val="both"/>
      </w:pPr>
      <w:r>
        <w:t>4.902.000</w:t>
      </w:r>
    </w:p>
    <w:p>
      <w:pPr>
        <w:jc w:val="both"/>
      </w:pPr>
      <w:r>
        <w:t>5.431.000</w:t>
      </w:r>
    </w:p>
    <w:p>
      <w:pPr>
        <w:jc w:val="both"/>
      </w:pPr>
      <w:r>
        <w:t>717</w:t>
      </w:r>
    </w:p>
    <w:p>
      <w:pPr>
        <w:jc w:val="both"/>
      </w:pPr>
      <w:r>
        <w:t>707</w:t>
      </w:r>
    </w:p>
    <w:p>
      <w:pPr>
        <w:jc w:val="both"/>
      </w:pPr>
      <w:r>
        <w:t>Phẫu thuật thắt động mạch hạ vị trong cấp cứu sản phụ khoa</w:t>
      </w:r>
    </w:p>
    <w:p>
      <w:pPr>
        <w:jc w:val="both"/>
      </w:pPr>
      <w:r>
        <w:t>4.967.000</w:t>
      </w:r>
    </w:p>
    <w:p>
      <w:pPr>
        <w:jc w:val="both"/>
      </w:pPr>
      <w:r>
        <w:t>5.631.000</w:t>
      </w:r>
    </w:p>
    <w:p>
      <w:pPr>
        <w:jc w:val="both"/>
      </w:pPr>
      <w:r>
        <w:t>718</w:t>
      </w:r>
    </w:p>
    <w:p>
      <w:pPr>
        <w:jc w:val="both"/>
      </w:pPr>
      <w:r>
        <w:t>708</w:t>
      </w:r>
    </w:p>
    <w:p>
      <w:pPr>
        <w:jc w:val="both"/>
      </w:pPr>
      <w:r>
        <w:t>Phẫu thuật thắt động mạch tử cung trong cấp cứu sản phụ khoa</w:t>
      </w:r>
    </w:p>
    <w:p>
      <w:pPr>
        <w:jc w:val="both"/>
      </w:pPr>
      <w:r>
        <w:t>3.435.000</w:t>
      </w:r>
    </w:p>
    <w:p>
      <w:pPr>
        <w:jc w:val="both"/>
      </w:pPr>
      <w:r>
        <w:t>3.873.000</w:t>
      </w:r>
    </w:p>
    <w:p>
      <w:pPr>
        <w:jc w:val="both"/>
      </w:pPr>
      <w:r>
        <w:t>719</w:t>
      </w:r>
    </w:p>
    <w:p>
      <w:pPr>
        <w:jc w:val="both"/>
      </w:pPr>
      <w:r>
        <w:t>709</w:t>
      </w:r>
    </w:p>
    <w:p>
      <w:pPr>
        <w:jc w:val="both"/>
      </w:pPr>
      <w:r>
        <w:t>Phẫu thuật treo bàng quang và trực tràng sau mổ sa sinh dục</w:t>
      </w:r>
    </w:p>
    <w:p>
      <w:pPr>
        <w:jc w:val="both"/>
      </w:pPr>
      <w:r>
        <w:t>4.279.000</w:t>
      </w:r>
    </w:p>
    <w:p>
      <w:pPr>
        <w:jc w:val="both"/>
      </w:pPr>
      <w:r>
        <w:t>4.788.000</w:t>
      </w:r>
    </w:p>
    <w:p>
      <w:pPr>
        <w:jc w:val="both"/>
      </w:pPr>
      <w:r>
        <w:t>720</w:t>
      </w:r>
    </w:p>
    <w:p>
      <w:pPr>
        <w:jc w:val="both"/>
      </w:pPr>
      <w:r>
        <w:t>710</w:t>
      </w:r>
    </w:p>
    <w:p>
      <w:pPr>
        <w:jc w:val="both"/>
      </w:pPr>
      <w:r>
        <w:t>Phẫu thuật treo tử cung</w:t>
      </w:r>
    </w:p>
    <w:p>
      <w:pPr>
        <w:jc w:val="both"/>
      </w:pPr>
      <w:r>
        <w:t>2.958.000</w:t>
      </w:r>
    </w:p>
    <w:p>
      <w:pPr>
        <w:jc w:val="both"/>
      </w:pPr>
      <w:r>
        <w:t>3.318.000</w:t>
      </w:r>
    </w:p>
    <w:p>
      <w:pPr>
        <w:jc w:val="both"/>
      </w:pPr>
      <w:r>
        <w:t>721</w:t>
      </w:r>
    </w:p>
    <w:p>
      <w:pPr>
        <w:jc w:val="both"/>
      </w:pPr>
      <w:r>
        <w:t>711</w:t>
      </w:r>
    </w:p>
    <w:p>
      <w:pPr>
        <w:jc w:val="both"/>
      </w:pPr>
      <w:r>
        <w:t>Phẫu thuật Wertheim (cắt tử cung tận gốc + vét hạch)</w:t>
      </w:r>
    </w:p>
    <w:p>
      <w:pPr>
        <w:jc w:val="both"/>
      </w:pPr>
      <w:r>
        <w:t>6.448.000</w:t>
      </w:r>
    </w:p>
    <w:p>
      <w:pPr>
        <w:jc w:val="both"/>
      </w:pPr>
      <w:r>
        <w:t>7.198.000</w:t>
      </w:r>
    </w:p>
    <w:p>
      <w:pPr>
        <w:jc w:val="both"/>
      </w:pPr>
      <w:r>
        <w:t>722</w:t>
      </w:r>
    </w:p>
    <w:p>
      <w:pPr>
        <w:jc w:val="both"/>
      </w:pPr>
      <w:r>
        <w:t>712</w:t>
      </w:r>
    </w:p>
    <w:p>
      <w:pPr>
        <w:jc w:val="both"/>
      </w:pPr>
      <w:r>
        <w:t>Sinh thiết cổ tử cung, âm hộ, âm đạo</w:t>
      </w:r>
    </w:p>
    <w:p>
      <w:pPr>
        <w:jc w:val="both"/>
      </w:pPr>
      <w:r>
        <w:t>393.000</w:t>
      </w:r>
    </w:p>
    <w:p>
      <w:pPr>
        <w:jc w:val="both"/>
      </w:pPr>
      <w:r>
        <w:t>443.000</w:t>
      </w:r>
    </w:p>
    <w:p>
      <w:pPr>
        <w:jc w:val="both"/>
      </w:pPr>
      <w:r>
        <w:t>723</w:t>
      </w:r>
    </w:p>
    <w:p>
      <w:pPr>
        <w:jc w:val="both"/>
      </w:pPr>
      <w:r>
        <w:t>713</w:t>
      </w:r>
    </w:p>
    <w:p>
      <w:pPr>
        <w:jc w:val="both"/>
      </w:pPr>
      <w:r>
        <w:t>Sinh thiết gai rau</w:t>
      </w:r>
    </w:p>
    <w:p>
      <w:pPr>
        <w:jc w:val="both"/>
      </w:pPr>
      <w:r>
        <w:t>1.161.000</w:t>
      </w:r>
    </w:p>
    <w:p>
      <w:pPr>
        <w:jc w:val="both"/>
      </w:pPr>
      <w:r>
        <w:t>1.326.000</w:t>
      </w:r>
    </w:p>
    <w:p>
      <w:pPr>
        <w:jc w:val="both"/>
      </w:pPr>
      <w:r>
        <w:t>724</w:t>
      </w:r>
    </w:p>
    <w:p>
      <w:pPr>
        <w:jc w:val="both"/>
      </w:pPr>
      <w:r>
        <w:t>714</w:t>
      </w:r>
    </w:p>
    <w:p>
      <w:pPr>
        <w:jc w:val="both"/>
      </w:pPr>
      <w:r>
        <w:t>Sinh thiết hạch gác (cửa) trong ung thư vú</w:t>
      </w:r>
    </w:p>
    <w:p>
      <w:pPr>
        <w:jc w:val="both"/>
      </w:pPr>
      <w:r>
        <w:t>2.265.000</w:t>
      </w:r>
    </w:p>
    <w:p>
      <w:pPr>
        <w:jc w:val="both"/>
      </w:pPr>
      <w:r>
        <w:t>2.557.000</w:t>
      </w:r>
    </w:p>
    <w:p>
      <w:pPr>
        <w:jc w:val="both"/>
      </w:pPr>
      <w:r>
        <w:t>725</w:t>
      </w:r>
    </w:p>
    <w:p>
      <w:pPr>
        <w:jc w:val="both"/>
      </w:pPr>
      <w:r>
        <w:t>715</w:t>
      </w:r>
    </w:p>
    <w:p>
      <w:pPr>
        <w:jc w:val="both"/>
      </w:pPr>
      <w:r>
        <w:t>04C3.2.189</w:t>
      </w:r>
    </w:p>
    <w:p>
      <w:pPr>
        <w:jc w:val="both"/>
      </w:pPr>
      <w:r>
        <w:t>Soi cổ tử cung</w:t>
      </w:r>
    </w:p>
    <w:p>
      <w:pPr>
        <w:jc w:val="both"/>
      </w:pPr>
      <w:r>
        <w:t>63.900</w:t>
      </w:r>
    </w:p>
    <w:p>
      <w:pPr>
        <w:jc w:val="both"/>
      </w:pPr>
      <w:r>
        <w:t>71.400</w:t>
      </w:r>
    </w:p>
    <w:p>
      <w:pPr>
        <w:jc w:val="both"/>
      </w:pPr>
      <w:r>
        <w:t>726</w:t>
      </w:r>
    </w:p>
    <w:p>
      <w:pPr>
        <w:jc w:val="both"/>
      </w:pPr>
      <w:r>
        <w:t>716</w:t>
      </w:r>
    </w:p>
    <w:p>
      <w:pPr>
        <w:jc w:val="both"/>
      </w:pPr>
      <w:r>
        <w:t>04C3.2.190</w:t>
      </w:r>
    </w:p>
    <w:p>
      <w:pPr>
        <w:jc w:val="both"/>
      </w:pPr>
      <w:r>
        <w:t>Soi ối</w:t>
      </w:r>
    </w:p>
    <w:p>
      <w:pPr>
        <w:jc w:val="both"/>
      </w:pPr>
      <w:r>
        <w:t>50.900</w:t>
      </w:r>
    </w:p>
    <w:p>
      <w:pPr>
        <w:jc w:val="both"/>
      </w:pPr>
      <w:r>
        <w:t>56.500</w:t>
      </w:r>
    </w:p>
    <w:p>
      <w:pPr>
        <w:jc w:val="both"/>
      </w:pPr>
      <w:r>
        <w:t>727</w:t>
      </w:r>
    </w:p>
    <w:p>
      <w:pPr>
        <w:jc w:val="both"/>
      </w:pPr>
      <w:r>
        <w:t>717</w:t>
      </w:r>
    </w:p>
    <w:p>
      <w:pPr>
        <w:jc w:val="both"/>
      </w:pPr>
      <w:r>
        <w:t>Thủ thuật LEEP (cắt cổ tử cung bằng vòng nhiệt điện)</w:t>
      </w:r>
    </w:p>
    <w:p>
      <w:pPr>
        <w:jc w:val="both"/>
      </w:pPr>
      <w:r>
        <w:t>1.171.000</w:t>
      </w:r>
    </w:p>
    <w:p>
      <w:pPr>
        <w:jc w:val="both"/>
      </w:pPr>
      <w:r>
        <w:t>1.309.000</w:t>
      </w:r>
    </w:p>
    <w:p>
      <w:pPr>
        <w:jc w:val="both"/>
      </w:pPr>
      <w:r>
        <w:t>728</w:t>
      </w:r>
    </w:p>
    <w:p>
      <w:pPr>
        <w:jc w:val="both"/>
      </w:pPr>
      <w:r>
        <w:t>718</w:t>
      </w:r>
    </w:p>
    <w:p>
      <w:pPr>
        <w:jc w:val="both"/>
      </w:pPr>
      <w:r>
        <w:t>Tiêm hoá chất tại chỗ điều trị chửa ở cổ tử cung</w:t>
      </w:r>
    </w:p>
    <w:p>
      <w:pPr>
        <w:jc w:val="both"/>
      </w:pPr>
      <w:r>
        <w:t>265.000</w:t>
      </w:r>
    </w:p>
    <w:p>
      <w:pPr>
        <w:jc w:val="both"/>
      </w:pPr>
      <w:r>
        <w:t>292.000</w:t>
      </w:r>
    </w:p>
    <w:p>
      <w:pPr>
        <w:jc w:val="both"/>
      </w:pPr>
      <w:r>
        <w:t>729</w:t>
      </w:r>
    </w:p>
    <w:p>
      <w:pPr>
        <w:jc w:val="both"/>
      </w:pPr>
      <w:r>
        <w:t>719</w:t>
      </w:r>
    </w:p>
    <w:p>
      <w:pPr>
        <w:jc w:val="both"/>
      </w:pPr>
      <w:r>
        <w:t>Tiêm nhân Chorio</w:t>
      </w:r>
    </w:p>
    <w:p>
      <w:pPr>
        <w:jc w:val="both"/>
      </w:pPr>
      <w:r>
        <w:t>249.000</w:t>
      </w:r>
    </w:p>
    <w:p>
      <w:pPr>
        <w:jc w:val="both"/>
      </w:pPr>
      <w:r>
        <w:t>277.000</w:t>
      </w:r>
    </w:p>
    <w:p>
      <w:pPr>
        <w:jc w:val="both"/>
      </w:pPr>
      <w:r>
        <w:t>730</w:t>
      </w:r>
    </w:p>
    <w:p>
      <w:pPr>
        <w:jc w:val="both"/>
      </w:pPr>
      <w:r>
        <w:t>720</w:t>
      </w:r>
    </w:p>
    <w:p>
      <w:pPr>
        <w:jc w:val="both"/>
      </w:pPr>
      <w:r>
        <w:t>Vi phẫu thuật tạo hình vòi trúng, nối lại vòi trứng</w:t>
      </w:r>
    </w:p>
    <w:p>
      <w:pPr>
        <w:jc w:val="both"/>
      </w:pPr>
      <w:r>
        <w:t>7.253.000</w:t>
      </w:r>
    </w:p>
    <w:p>
      <w:pPr>
        <w:jc w:val="both"/>
      </w:pPr>
      <w:r>
        <w:t>8.001.000</w:t>
      </w:r>
    </w:p>
    <w:p>
      <w:pPr>
        <w:jc w:val="both"/>
      </w:pPr>
      <w:r>
        <w:t>731</w:t>
      </w:r>
    </w:p>
    <w:p>
      <w:pPr>
        <w:jc w:val="both"/>
      </w:pPr>
      <w:r>
        <w:t>721</w:t>
      </w:r>
    </w:p>
    <w:p>
      <w:pPr>
        <w:jc w:val="both"/>
      </w:pPr>
      <w:r>
        <w:t>04C3.2.193</w:t>
      </w:r>
    </w:p>
    <w:p>
      <w:pPr>
        <w:jc w:val="both"/>
      </w:pPr>
      <w:r>
        <w:t>Xoắn hoặc cắt bỏ polype âm hộ, âm đạo, cổ tử cung</w:t>
      </w:r>
    </w:p>
    <w:p>
      <w:pPr>
        <w:jc w:val="both"/>
      </w:pPr>
      <w:r>
        <w:t>406.000</w:t>
      </w:r>
    </w:p>
    <w:p>
      <w:pPr>
        <w:jc w:val="both"/>
      </w:pPr>
      <w:r>
        <w:t>452.000</w:t>
      </w:r>
    </w:p>
    <w:p>
      <w:pPr>
        <w:jc w:val="both"/>
      </w:pPr>
      <w:r>
        <w:t>Các phẫu thuật, thủ thuật còn lại khác</w:t>
      </w:r>
    </w:p>
    <w:p>
      <w:pPr>
        <w:jc w:val="both"/>
      </w:pPr>
      <w:r>
        <w:t>732</w:t>
      </w:r>
    </w:p>
    <w:p>
      <w:pPr>
        <w:jc w:val="both"/>
      </w:pPr>
      <w:r>
        <w:t>722</w:t>
      </w:r>
    </w:p>
    <w:p>
      <w:pPr>
        <w:jc w:val="both"/>
      </w:pPr>
      <w:r>
        <w:t>Phẫu thuật loại đặc biệt</w:t>
      </w:r>
    </w:p>
    <w:p>
      <w:pPr>
        <w:jc w:val="both"/>
      </w:pPr>
      <w:r>
        <w:t>4.068.000</w:t>
      </w:r>
    </w:p>
    <w:p>
      <w:pPr>
        <w:jc w:val="both"/>
      </w:pPr>
      <w:r>
        <w:t>4.458.000</w:t>
      </w:r>
    </w:p>
    <w:p>
      <w:pPr>
        <w:jc w:val="both"/>
      </w:pPr>
      <w:r>
        <w:t>733</w:t>
      </w:r>
    </w:p>
    <w:p>
      <w:pPr>
        <w:jc w:val="both"/>
      </w:pPr>
      <w:r>
        <w:t>723</w:t>
      </w:r>
    </w:p>
    <w:p>
      <w:pPr>
        <w:jc w:val="both"/>
      </w:pPr>
      <w:r>
        <w:t>Phẫu thuật loại I</w:t>
      </w:r>
    </w:p>
    <w:p>
      <w:pPr>
        <w:jc w:val="both"/>
      </w:pPr>
      <w:r>
        <w:t>2.502.000</w:t>
      </w:r>
    </w:p>
    <w:p>
      <w:pPr>
        <w:jc w:val="both"/>
      </w:pPr>
      <w:r>
        <w:t>2.743.000</w:t>
      </w:r>
    </w:p>
    <w:p>
      <w:pPr>
        <w:jc w:val="both"/>
      </w:pPr>
      <w:r>
        <w:t>734</w:t>
      </w:r>
    </w:p>
    <w:p>
      <w:pPr>
        <w:jc w:val="both"/>
      </w:pPr>
      <w:r>
        <w:t>724</w:t>
      </w:r>
    </w:p>
    <w:p>
      <w:pPr>
        <w:jc w:val="both"/>
      </w:pPr>
      <w:r>
        <w:t>Phẫu thuật loại II</w:t>
      </w:r>
    </w:p>
    <w:p>
      <w:pPr>
        <w:jc w:val="both"/>
      </w:pPr>
      <w:r>
        <w:t>1.581.000</w:t>
      </w:r>
    </w:p>
    <w:p>
      <w:pPr>
        <w:jc w:val="both"/>
      </w:pPr>
      <w:r>
        <w:t>1.733.000</w:t>
      </w:r>
    </w:p>
    <w:p>
      <w:pPr>
        <w:jc w:val="both"/>
      </w:pPr>
      <w:r>
        <w:t>735</w:t>
      </w:r>
    </w:p>
    <w:p>
      <w:pPr>
        <w:jc w:val="both"/>
      </w:pPr>
      <w:r>
        <w:t>725</w:t>
      </w:r>
    </w:p>
    <w:p>
      <w:pPr>
        <w:jc w:val="both"/>
      </w:pPr>
      <w:r>
        <w:t>Phẫu thuật loại III</w:t>
      </w:r>
    </w:p>
    <w:p>
      <w:pPr>
        <w:jc w:val="both"/>
      </w:pPr>
      <w:r>
        <w:t>1.194.000</w:t>
      </w:r>
    </w:p>
    <w:p>
      <w:pPr>
        <w:jc w:val="both"/>
      </w:pPr>
      <w:r>
        <w:t>1.304.000</w:t>
      </w:r>
    </w:p>
    <w:p>
      <w:pPr>
        <w:jc w:val="both"/>
      </w:pPr>
      <w:r>
        <w:t>736</w:t>
      </w:r>
    </w:p>
    <w:p>
      <w:pPr>
        <w:jc w:val="both"/>
      </w:pPr>
      <w:r>
        <w:t>726</w:t>
      </w:r>
    </w:p>
    <w:p>
      <w:pPr>
        <w:jc w:val="both"/>
      </w:pPr>
      <w:r>
        <w:t>Thủ thuật loại đặc biệt</w:t>
      </w:r>
    </w:p>
    <w:p>
      <w:pPr>
        <w:jc w:val="both"/>
      </w:pPr>
      <w:r>
        <w:t>915.000</w:t>
      </w:r>
    </w:p>
    <w:p>
      <w:pPr>
        <w:jc w:val="both"/>
      </w:pPr>
      <w:r>
        <w:t>1.018.000</w:t>
      </w:r>
    </w:p>
    <w:p>
      <w:pPr>
        <w:jc w:val="both"/>
      </w:pPr>
      <w:r>
        <w:t>737</w:t>
      </w:r>
    </w:p>
    <w:p>
      <w:pPr>
        <w:jc w:val="both"/>
      </w:pPr>
      <w:r>
        <w:t>727</w:t>
      </w:r>
    </w:p>
    <w:p>
      <w:pPr>
        <w:jc w:val="both"/>
      </w:pPr>
      <w:r>
        <w:t>Thủ thuật loại I</w:t>
      </w:r>
    </w:p>
    <w:p>
      <w:pPr>
        <w:jc w:val="both"/>
      </w:pPr>
      <w:r>
        <w:t>628.000</w:t>
      </w:r>
    </w:p>
    <w:p>
      <w:pPr>
        <w:jc w:val="both"/>
      </w:pPr>
      <w:r>
        <w:t>688.000</w:t>
      </w:r>
    </w:p>
    <w:p>
      <w:pPr>
        <w:jc w:val="both"/>
      </w:pPr>
      <w:r>
        <w:t>738</w:t>
      </w:r>
    </w:p>
    <w:p>
      <w:pPr>
        <w:jc w:val="both"/>
      </w:pPr>
      <w:r>
        <w:t>728</w:t>
      </w:r>
    </w:p>
    <w:p>
      <w:pPr>
        <w:jc w:val="both"/>
      </w:pPr>
      <w:r>
        <w:t>Thủ thuật loại II</w:t>
      </w:r>
    </w:p>
    <w:p>
      <w:pPr>
        <w:jc w:val="both"/>
      </w:pPr>
      <w:r>
        <w:t>439.000</w:t>
      </w:r>
    </w:p>
    <w:p>
      <w:pPr>
        <w:jc w:val="both"/>
      </w:pPr>
      <w:r>
        <w:t>475.000</w:t>
      </w:r>
    </w:p>
    <w:p>
      <w:pPr>
        <w:jc w:val="both"/>
      </w:pPr>
      <w:r>
        <w:t>739</w:t>
      </w:r>
    </w:p>
    <w:p>
      <w:pPr>
        <w:jc w:val="both"/>
      </w:pPr>
      <w:r>
        <w:t>729</w:t>
      </w:r>
    </w:p>
    <w:p>
      <w:pPr>
        <w:jc w:val="both"/>
      </w:pPr>
      <w:r>
        <w:t>Thủ thuật loại III</w:t>
      </w:r>
    </w:p>
    <w:p>
      <w:pPr>
        <w:jc w:val="both"/>
      </w:pPr>
      <w:r>
        <w:t>202.000</w:t>
      </w:r>
    </w:p>
    <w:p>
      <w:pPr>
        <w:jc w:val="both"/>
      </w:pPr>
      <w:r>
        <w:t>221.000</w:t>
      </w:r>
    </w:p>
    <w:p>
      <w:pPr>
        <w:jc w:val="both"/>
      </w:pPr>
      <w:r>
        <w:t>VII</w:t>
      </w:r>
    </w:p>
    <w:p>
      <w:pPr>
        <w:jc w:val="both"/>
      </w:pPr>
      <w:r>
        <w:t>VII</w:t>
      </w:r>
    </w:p>
    <w:p>
      <w:pPr>
        <w:jc w:val="both"/>
      </w:pPr>
      <w:r>
        <w:t>MẮT</w:t>
      </w:r>
    </w:p>
    <w:p>
      <w:pPr>
        <w:jc w:val="both"/>
      </w:pPr>
      <w:r>
        <w:t>740</w:t>
      </w:r>
    </w:p>
    <w:p>
      <w:pPr>
        <w:jc w:val="both"/>
      </w:pPr>
      <w:r>
        <w:t>730</w:t>
      </w:r>
    </w:p>
    <w:p>
      <w:pPr>
        <w:jc w:val="both"/>
      </w:pPr>
      <w:r>
        <w:t>Bơm rửa lệ đạo</w:t>
      </w:r>
    </w:p>
    <w:p>
      <w:pPr>
        <w:jc w:val="both"/>
      </w:pPr>
      <w:r>
        <w:t>38.300</w:t>
      </w:r>
    </w:p>
    <w:p>
      <w:pPr>
        <w:jc w:val="both"/>
      </w:pPr>
      <w:r>
        <w:t>42.700</w:t>
      </w:r>
    </w:p>
    <w:p>
      <w:pPr>
        <w:jc w:val="both"/>
      </w:pPr>
      <w:r>
        <w:t>741</w:t>
      </w:r>
    </w:p>
    <w:p>
      <w:pPr>
        <w:jc w:val="both"/>
      </w:pPr>
      <w:r>
        <w:t>731</w:t>
      </w:r>
    </w:p>
    <w:p>
      <w:pPr>
        <w:jc w:val="both"/>
      </w:pPr>
      <w:r>
        <w:t>03C2.3.76</w:t>
      </w:r>
    </w:p>
    <w:p>
      <w:pPr>
        <w:jc w:val="both"/>
      </w:pPr>
      <w:r>
        <w:t>Cắt bè áp MMC hoặc áp 5FU</w:t>
      </w:r>
    </w:p>
    <w:p>
      <w:pPr>
        <w:jc w:val="both"/>
      </w:pPr>
      <w:r>
        <w:t>1.260.000</w:t>
      </w:r>
    </w:p>
    <w:p>
      <w:pPr>
        <w:jc w:val="both"/>
      </w:pPr>
      <w:r>
        <w:t>1.409.000</w:t>
      </w:r>
    </w:p>
    <w:p>
      <w:pPr>
        <w:jc w:val="both"/>
      </w:pPr>
      <w:r>
        <w:t>Chưa bao gồm thuốc MMC; 5FU.</w:t>
      </w:r>
    </w:p>
    <w:p>
      <w:pPr>
        <w:jc w:val="both"/>
      </w:pPr>
      <w:r>
        <w:t>742</w:t>
      </w:r>
    </w:p>
    <w:p>
      <w:pPr>
        <w:jc w:val="both"/>
      </w:pPr>
      <w:r>
        <w:t>732</w:t>
      </w:r>
    </w:p>
    <w:p>
      <w:pPr>
        <w:jc w:val="both"/>
      </w:pPr>
      <w:r>
        <w:t>03C2.3.59</w:t>
      </w:r>
    </w:p>
    <w:p>
      <w:pPr>
        <w:jc w:val="both"/>
      </w:pPr>
      <w:r>
        <w:t>Cắt bỏ túi lệ</w:t>
      </w:r>
    </w:p>
    <w:p>
      <w:pPr>
        <w:jc w:val="both"/>
      </w:pPr>
      <w:r>
        <w:t>872.000</w:t>
      </w:r>
    </w:p>
    <w:p>
      <w:pPr>
        <w:jc w:val="both"/>
      </w:pPr>
      <w:r>
        <w:t>976.000</w:t>
      </w:r>
    </w:p>
    <w:p>
      <w:pPr>
        <w:jc w:val="both"/>
      </w:pPr>
      <w:r>
        <w:t>743</w:t>
      </w:r>
    </w:p>
    <w:p>
      <w:pPr>
        <w:jc w:val="both"/>
      </w:pPr>
      <w:r>
        <w:t>733</w:t>
      </w:r>
    </w:p>
    <w:p>
      <w:pPr>
        <w:jc w:val="both"/>
      </w:pPr>
      <w:r>
        <w:t>03C2.3.48</w:t>
      </w:r>
    </w:p>
    <w:p>
      <w:pPr>
        <w:jc w:val="both"/>
      </w:pPr>
      <w:r>
        <w:t>Cắt dịch kính đơn thuần hoặc lấy dị vật nội nhãn</w:t>
      </w:r>
    </w:p>
    <w:p>
      <w:pPr>
        <w:jc w:val="both"/>
      </w:pPr>
      <w:r>
        <w:t>1.266.000</w:t>
      </w:r>
    </w:p>
    <w:p>
      <w:pPr>
        <w:jc w:val="both"/>
      </w:pPr>
      <w:r>
        <w:t>1.430.000</w:t>
      </w:r>
    </w:p>
    <w:p>
      <w:pPr>
        <w:jc w:val="both"/>
      </w:pPr>
      <w:r>
        <w:t>Chưa bao gồm đầu cắt dịch kính, đầu laser, dây dẫn sáng.</w:t>
      </w:r>
    </w:p>
    <w:p>
      <w:pPr>
        <w:jc w:val="both"/>
      </w:pPr>
      <w:r>
        <w:t>744</w:t>
      </w:r>
    </w:p>
    <w:p>
      <w:pPr>
        <w:jc w:val="both"/>
      </w:pPr>
      <w:r>
        <w:t>734</w:t>
      </w:r>
    </w:p>
    <w:p>
      <w:pPr>
        <w:jc w:val="both"/>
      </w:pPr>
      <w:r>
        <w:t>03C2.3.61</w:t>
      </w:r>
    </w:p>
    <w:p>
      <w:pPr>
        <w:jc w:val="both"/>
      </w:pPr>
      <w:r>
        <w:t>Cắt mộng áp Mytomycin</w:t>
      </w:r>
    </w:p>
    <w:p>
      <w:pPr>
        <w:jc w:val="both"/>
      </w:pPr>
      <w:r>
        <w:t>1.030.000</w:t>
      </w:r>
    </w:p>
    <w:p>
      <w:pPr>
        <w:jc w:val="both"/>
      </w:pPr>
      <w:r>
        <w:t>1.148.000</w:t>
      </w:r>
    </w:p>
    <w:p>
      <w:pPr>
        <w:jc w:val="both"/>
      </w:pPr>
      <w:r>
        <w:t>Chưa bao gồm thuốc MMC.</w:t>
      </w:r>
    </w:p>
    <w:p>
      <w:pPr>
        <w:jc w:val="both"/>
      </w:pPr>
      <w:r>
        <w:t>745</w:t>
      </w:r>
    </w:p>
    <w:p>
      <w:pPr>
        <w:jc w:val="both"/>
      </w:pPr>
      <w:r>
        <w:t>735</w:t>
      </w:r>
    </w:p>
    <w:p>
      <w:pPr>
        <w:jc w:val="both"/>
      </w:pPr>
      <w:r>
        <w:t>03C2.3.73</w:t>
      </w:r>
    </w:p>
    <w:p>
      <w:pPr>
        <w:jc w:val="both"/>
      </w:pPr>
      <w:r>
        <w:t>Cắt mống mắt chu biên bằng Laser</w:t>
      </w:r>
    </w:p>
    <w:p>
      <w:pPr>
        <w:jc w:val="both"/>
      </w:pPr>
      <w:r>
        <w:t>323.000</w:t>
      </w:r>
    </w:p>
    <w:p>
      <w:pPr>
        <w:jc w:val="both"/>
      </w:pPr>
      <w:r>
        <w:t>362.000</w:t>
      </w:r>
    </w:p>
    <w:p>
      <w:pPr>
        <w:jc w:val="both"/>
      </w:pPr>
      <w:r>
        <w:t>746</w:t>
      </w:r>
    </w:p>
    <w:p>
      <w:pPr>
        <w:jc w:val="both"/>
      </w:pPr>
      <w:r>
        <w:t>736</w:t>
      </w:r>
    </w:p>
    <w:p>
      <w:pPr>
        <w:jc w:val="both"/>
      </w:pPr>
      <w:r>
        <w:t>03C2.3.87</w:t>
      </w:r>
    </w:p>
    <w:p>
      <w:pPr>
        <w:jc w:val="both"/>
      </w:pPr>
      <w:r>
        <w:t>Cắt u bì kết giác mạc có hoặc không ghép kết mạc</w:t>
      </w:r>
    </w:p>
    <w:p>
      <w:pPr>
        <w:jc w:val="both"/>
      </w:pPr>
      <w:r>
        <w:t>1.190.000</w:t>
      </w:r>
    </w:p>
    <w:p>
      <w:pPr>
        <w:jc w:val="both"/>
      </w:pPr>
      <w:r>
        <w:t>1.338.000</w:t>
      </w:r>
    </w:p>
    <w:p>
      <w:pPr>
        <w:jc w:val="both"/>
      </w:pPr>
      <w:r>
        <w:t>747</w:t>
      </w:r>
    </w:p>
    <w:p>
      <w:pPr>
        <w:jc w:val="both"/>
      </w:pPr>
      <w:r>
        <w:t>737</w:t>
      </w:r>
    </w:p>
    <w:p>
      <w:pPr>
        <w:jc w:val="both"/>
      </w:pPr>
      <w:r>
        <w:t>03C2.3.66</w:t>
      </w:r>
    </w:p>
    <w:p>
      <w:pPr>
        <w:jc w:val="both"/>
      </w:pPr>
      <w:r>
        <w:t>Cắt u kết mạc không vá</w:t>
      </w:r>
    </w:p>
    <w:p>
      <w:pPr>
        <w:jc w:val="both"/>
      </w:pPr>
      <w:r>
        <w:t>760.000</w:t>
      </w:r>
    </w:p>
    <w:p>
      <w:pPr>
        <w:jc w:val="both"/>
      </w:pPr>
      <w:r>
        <w:t>870.000</w:t>
      </w:r>
    </w:p>
    <w:p>
      <w:pPr>
        <w:jc w:val="both"/>
      </w:pPr>
      <w:r>
        <w:t>748</w:t>
      </w:r>
    </w:p>
    <w:p>
      <w:pPr>
        <w:jc w:val="both"/>
      </w:pPr>
      <w:r>
        <w:t>738</w:t>
      </w:r>
    </w:p>
    <w:p>
      <w:pPr>
        <w:jc w:val="both"/>
      </w:pPr>
      <w:r>
        <w:t>04C3.3.208</w:t>
      </w:r>
    </w:p>
    <w:p>
      <w:pPr>
        <w:jc w:val="both"/>
      </w:pPr>
      <w:r>
        <w:t>Chích chắp hoặc lẹo</w:t>
      </w:r>
    </w:p>
    <w:p>
      <w:pPr>
        <w:jc w:val="both"/>
      </w:pPr>
      <w:r>
        <w:t>81.000</w:t>
      </w:r>
    </w:p>
    <w:p>
      <w:pPr>
        <w:jc w:val="both"/>
      </w:pPr>
      <w:r>
        <w:t>91.000</w:t>
      </w:r>
    </w:p>
    <w:p>
      <w:pPr>
        <w:jc w:val="both"/>
      </w:pPr>
      <w:r>
        <w:t>749</w:t>
      </w:r>
    </w:p>
    <w:p>
      <w:pPr>
        <w:jc w:val="both"/>
      </w:pPr>
      <w:r>
        <w:t>739</w:t>
      </w:r>
    </w:p>
    <w:p>
      <w:pPr>
        <w:jc w:val="both"/>
      </w:pPr>
      <w:r>
        <w:t>03C2.3.57</w:t>
      </w:r>
    </w:p>
    <w:p>
      <w:pPr>
        <w:jc w:val="both"/>
      </w:pPr>
      <w:r>
        <w:t>Chích mủ hốc mắt</w:t>
      </w:r>
    </w:p>
    <w:p>
      <w:pPr>
        <w:jc w:val="both"/>
      </w:pPr>
      <w:r>
        <w:t>473.000</w:t>
      </w:r>
    </w:p>
    <w:p>
      <w:pPr>
        <w:jc w:val="both"/>
      </w:pPr>
      <w:r>
        <w:t>526.000</w:t>
      </w:r>
    </w:p>
    <w:p>
      <w:pPr>
        <w:jc w:val="both"/>
      </w:pPr>
      <w:r>
        <w:t>750</w:t>
      </w:r>
    </w:p>
    <w:p>
      <w:pPr>
        <w:jc w:val="both"/>
      </w:pPr>
      <w:r>
        <w:t>740</w:t>
      </w:r>
    </w:p>
    <w:p>
      <w:pPr>
        <w:jc w:val="both"/>
      </w:pPr>
      <w:r>
        <w:t>03C2.3.75</w:t>
      </w:r>
    </w:p>
    <w:p>
      <w:pPr>
        <w:jc w:val="both"/>
      </w:pPr>
      <w:r>
        <w:t>Chọc tháo dịch dưới hắc mạc, bơm hơi tiền phòng</w:t>
      </w:r>
    </w:p>
    <w:p>
      <w:pPr>
        <w:jc w:val="both"/>
      </w:pPr>
      <w:r>
        <w:t>1.160.000</w:t>
      </w:r>
    </w:p>
    <w:p>
      <w:pPr>
        <w:jc w:val="both"/>
      </w:pPr>
      <w:r>
        <w:t>1.294.000</w:t>
      </w:r>
    </w:p>
    <w:p>
      <w:pPr>
        <w:jc w:val="both"/>
      </w:pPr>
      <w:r>
        <w:t>751</w:t>
      </w:r>
    </w:p>
    <w:p>
      <w:pPr>
        <w:jc w:val="both"/>
      </w:pPr>
      <w:r>
        <w:t>741</w:t>
      </w:r>
    </w:p>
    <w:p>
      <w:pPr>
        <w:jc w:val="both"/>
      </w:pPr>
      <w:r>
        <w:t>03C2.3.9</w:t>
      </w:r>
    </w:p>
    <w:p>
      <w:pPr>
        <w:jc w:val="both"/>
      </w:pPr>
      <w:r>
        <w:t>Chữa bỏng mắt do hàn điện</w:t>
      </w:r>
    </w:p>
    <w:p>
      <w:pPr>
        <w:jc w:val="both"/>
      </w:pPr>
      <w:r>
        <w:t>30.900</w:t>
      </w:r>
    </w:p>
    <w:p>
      <w:pPr>
        <w:jc w:val="both"/>
      </w:pPr>
      <w:r>
        <w:t>33.900</w:t>
      </w:r>
    </w:p>
    <w:p>
      <w:pPr>
        <w:jc w:val="both"/>
      </w:pPr>
      <w:r>
        <w:t>752</w:t>
      </w:r>
    </w:p>
    <w:p>
      <w:pPr>
        <w:jc w:val="both"/>
      </w:pPr>
      <w:r>
        <w:t>742</w:t>
      </w:r>
    </w:p>
    <w:p>
      <w:pPr>
        <w:jc w:val="both"/>
      </w:pPr>
      <w:r>
        <w:t>Chụp mạch ICG</w:t>
      </w:r>
    </w:p>
    <w:p>
      <w:pPr>
        <w:jc w:val="both"/>
      </w:pPr>
      <w:r>
        <w:t>280.000</w:t>
      </w:r>
    </w:p>
    <w:p>
      <w:pPr>
        <w:jc w:val="both"/>
      </w:pPr>
      <w:r>
        <w:t>301.000</w:t>
      </w:r>
    </w:p>
    <w:p>
      <w:pPr>
        <w:jc w:val="both"/>
      </w:pPr>
      <w:r>
        <w:t>Chưa bao gồm thuốc</w:t>
      </w:r>
    </w:p>
    <w:p>
      <w:pPr>
        <w:jc w:val="both"/>
      </w:pPr>
      <w:r>
        <w:t>753</w:t>
      </w:r>
    </w:p>
    <w:p>
      <w:pPr>
        <w:jc w:val="both"/>
      </w:pPr>
      <w:r>
        <w:t>743</w:t>
      </w:r>
    </w:p>
    <w:p>
      <w:pPr>
        <w:jc w:val="both"/>
      </w:pPr>
      <w:r>
        <w:t>03C2.3.8</w:t>
      </w:r>
    </w:p>
    <w:p>
      <w:pPr>
        <w:jc w:val="both"/>
      </w:pPr>
      <w:r>
        <w:t>Đánh bờ mi</w:t>
      </w:r>
    </w:p>
    <w:p>
      <w:pPr>
        <w:jc w:val="both"/>
      </w:pPr>
      <w:r>
        <w:t>40.300</w:t>
      </w:r>
    </w:p>
    <w:p>
      <w:pPr>
        <w:jc w:val="both"/>
      </w:pPr>
      <w:r>
        <w:t>44.100</w:t>
      </w:r>
    </w:p>
    <w:p>
      <w:pPr>
        <w:jc w:val="both"/>
      </w:pPr>
      <w:r>
        <w:t>754</w:t>
      </w:r>
    </w:p>
    <w:p>
      <w:pPr>
        <w:jc w:val="both"/>
      </w:pPr>
      <w:r>
        <w:t>744</w:t>
      </w:r>
    </w:p>
    <w:p>
      <w:pPr>
        <w:jc w:val="both"/>
      </w:pPr>
      <w:r>
        <w:t>Điện chẩm</w:t>
      </w:r>
    </w:p>
    <w:p>
      <w:pPr>
        <w:jc w:val="both"/>
      </w:pPr>
      <w:r>
        <w:t>406.000</w:t>
      </w:r>
    </w:p>
    <w:p>
      <w:pPr>
        <w:jc w:val="both"/>
      </w:pPr>
      <w:r>
        <w:t>458.000</w:t>
      </w:r>
    </w:p>
    <w:p>
      <w:pPr>
        <w:jc w:val="both"/>
      </w:pPr>
      <w:r>
        <w:t>755</w:t>
      </w:r>
    </w:p>
    <w:p>
      <w:pPr>
        <w:jc w:val="both"/>
      </w:pPr>
      <w:r>
        <w:t>745</w:t>
      </w:r>
    </w:p>
    <w:p>
      <w:pPr>
        <w:jc w:val="both"/>
      </w:pPr>
      <w:r>
        <w:t>03C2.3.11</w:t>
      </w:r>
    </w:p>
    <w:p>
      <w:pPr>
        <w:jc w:val="both"/>
      </w:pPr>
      <w:r>
        <w:t>Điện di điều trị (1 lần)</w:t>
      </w:r>
    </w:p>
    <w:p>
      <w:pPr>
        <w:jc w:val="both"/>
      </w:pPr>
      <w:r>
        <w:t>23.000</w:t>
      </w:r>
    </w:p>
    <w:p>
      <w:pPr>
        <w:jc w:val="both"/>
      </w:pPr>
      <w:r>
        <w:t>24,200</w:t>
      </w:r>
    </w:p>
    <w:p>
      <w:pPr>
        <w:jc w:val="both"/>
      </w:pPr>
      <w:r>
        <w:t>756</w:t>
      </w:r>
    </w:p>
    <w:p>
      <w:pPr>
        <w:jc w:val="both"/>
      </w:pPr>
      <w:r>
        <w:t>746</w:t>
      </w:r>
    </w:p>
    <w:p>
      <w:pPr>
        <w:jc w:val="both"/>
      </w:pPr>
      <w:r>
        <w:t>03C2.3.79</w:t>
      </w:r>
    </w:p>
    <w:p>
      <w:pPr>
        <w:jc w:val="both"/>
      </w:pPr>
      <w:r>
        <w:t>Điện đông thể mi</w:t>
      </w:r>
    </w:p>
    <w:p>
      <w:pPr>
        <w:jc w:val="both"/>
      </w:pPr>
      <w:r>
        <w:t>506.000</w:t>
      </w:r>
    </w:p>
    <w:p>
      <w:pPr>
        <w:jc w:val="both"/>
      </w:pPr>
      <w:r>
        <w:t>554.000</w:t>
      </w:r>
    </w:p>
    <w:p>
      <w:pPr>
        <w:jc w:val="both"/>
      </w:pPr>
      <w:r>
        <w:t>757</w:t>
      </w:r>
    </w:p>
    <w:p>
      <w:pPr>
        <w:jc w:val="both"/>
      </w:pPr>
      <w:r>
        <w:t>747</w:t>
      </w:r>
    </w:p>
    <w:p>
      <w:pPr>
        <w:jc w:val="both"/>
      </w:pPr>
      <w:r>
        <w:t>03C2.3.5</w:t>
      </w:r>
    </w:p>
    <w:p>
      <w:pPr>
        <w:jc w:val="both"/>
      </w:pPr>
      <w:r>
        <w:t>Điện võng mạc</w:t>
      </w:r>
    </w:p>
    <w:p>
      <w:pPr>
        <w:jc w:val="both"/>
      </w:pPr>
      <w:r>
        <w:t>100.000</w:t>
      </w:r>
    </w:p>
    <w:p>
      <w:pPr>
        <w:jc w:val="both"/>
      </w:pPr>
      <w:r>
        <w:t>110.000</w:t>
      </w:r>
    </w:p>
    <w:p>
      <w:pPr>
        <w:jc w:val="both"/>
      </w:pPr>
      <w:r>
        <w:t>758</w:t>
      </w:r>
    </w:p>
    <w:p>
      <w:pPr>
        <w:jc w:val="both"/>
      </w:pPr>
      <w:r>
        <w:t>748</w:t>
      </w:r>
    </w:p>
    <w:p>
      <w:pPr>
        <w:jc w:val="both"/>
      </w:pPr>
      <w:r>
        <w:t>Điều trị Laser hồng ngoại; Tập nhược thị</w:t>
      </w:r>
    </w:p>
    <w:p>
      <w:pPr>
        <w:jc w:val="both"/>
      </w:pPr>
      <w:r>
        <w:t>36.100</w:t>
      </w:r>
    </w:p>
    <w:p>
      <w:pPr>
        <w:jc w:val="both"/>
      </w:pPr>
      <w:r>
        <w:t>37.700</w:t>
      </w:r>
    </w:p>
    <w:p>
      <w:pPr>
        <w:jc w:val="both"/>
      </w:pPr>
      <w:r>
        <w:t>759</w:t>
      </w:r>
    </w:p>
    <w:p>
      <w:pPr>
        <w:jc w:val="both"/>
      </w:pPr>
      <w:r>
        <w:t>749</w:t>
      </w:r>
    </w:p>
    <w:p>
      <w:pPr>
        <w:jc w:val="both"/>
      </w:pPr>
      <w:r>
        <w:t>Điều trị một số bệnh võng mạc bằng laser (bệnh võng mạc tiểu đường, cao huyết áp, trẻ đẻ non...); Laser điều trị u nguyên bào võng mạc</w:t>
      </w:r>
    </w:p>
    <w:p>
      <w:pPr>
        <w:jc w:val="both"/>
      </w:pPr>
      <w:r>
        <w:t>417.000</w:t>
      </w:r>
    </w:p>
    <w:p>
      <w:pPr>
        <w:jc w:val="both"/>
      </w:pPr>
      <w:r>
        <w:t>470.000</w:t>
      </w:r>
    </w:p>
    <w:p>
      <w:pPr>
        <w:jc w:val="both"/>
      </w:pPr>
      <w:r>
        <w:t>760</w:t>
      </w:r>
    </w:p>
    <w:p>
      <w:pPr>
        <w:jc w:val="both"/>
      </w:pPr>
      <w:r>
        <w:t>750</w:t>
      </w:r>
    </w:p>
    <w:p>
      <w:pPr>
        <w:jc w:val="both"/>
      </w:pPr>
      <w:r>
        <w:t>Đo độ dày giác mạc; Đếm tế bào nội mô giác mạc; Chụp bản đồ giác mạc</w:t>
      </w:r>
    </w:p>
    <w:p>
      <w:pPr>
        <w:jc w:val="both"/>
      </w:pPr>
      <w:r>
        <w:t>138.000</w:t>
      </w:r>
    </w:p>
    <w:p>
      <w:pPr>
        <w:jc w:val="both"/>
      </w:pPr>
      <w:r>
        <w:t>155.000</w:t>
      </w:r>
    </w:p>
    <w:p>
      <w:pPr>
        <w:jc w:val="both"/>
      </w:pPr>
      <w:r>
        <w:t>761</w:t>
      </w:r>
    </w:p>
    <w:p>
      <w:pPr>
        <w:jc w:val="both"/>
      </w:pPr>
      <w:r>
        <w:t>751</w:t>
      </w:r>
    </w:p>
    <w:p>
      <w:pPr>
        <w:jc w:val="both"/>
      </w:pPr>
      <w:r>
        <w:t>Đo độ lác; Xác định sơ đồ song thị; Đo biên độ điều tiết; Đo thị giác 2 mắt; Đo thị giác tương phản</w:t>
      </w:r>
    </w:p>
    <w:p>
      <w:pPr>
        <w:jc w:val="both"/>
      </w:pPr>
      <w:r>
        <w:t>68.600</w:t>
      </w:r>
    </w:p>
    <w:p>
      <w:pPr>
        <w:jc w:val="both"/>
      </w:pPr>
      <w:r>
        <w:t>74.800</w:t>
      </w:r>
    </w:p>
    <w:p>
      <w:pPr>
        <w:jc w:val="both"/>
      </w:pPr>
      <w:r>
        <w:t>762</w:t>
      </w:r>
    </w:p>
    <w:p>
      <w:pPr>
        <w:jc w:val="both"/>
      </w:pPr>
      <w:r>
        <w:t>752</w:t>
      </w:r>
    </w:p>
    <w:p>
      <w:pPr>
        <w:jc w:val="both"/>
      </w:pPr>
      <w:r>
        <w:t>Đo đường kính giác mạc; đo độ lồi</w:t>
      </w:r>
    </w:p>
    <w:p>
      <w:pPr>
        <w:jc w:val="both"/>
      </w:pPr>
      <w:r>
        <w:t>59.600</w:t>
      </w:r>
    </w:p>
    <w:p>
      <w:pPr>
        <w:jc w:val="both"/>
      </w:pPr>
      <w:r>
        <w:t>64.400</w:t>
      </w:r>
    </w:p>
    <w:p>
      <w:pPr>
        <w:jc w:val="both"/>
      </w:pPr>
      <w:r>
        <w:t>763</w:t>
      </w:r>
    </w:p>
    <w:p>
      <w:pPr>
        <w:jc w:val="both"/>
      </w:pPr>
      <w:r>
        <w:t>753</w:t>
      </w:r>
    </w:p>
    <w:p>
      <w:pPr>
        <w:jc w:val="both"/>
      </w:pPr>
      <w:r>
        <w:t>04C3.3.200</w:t>
      </w:r>
    </w:p>
    <w:p>
      <w:pPr>
        <w:jc w:val="both"/>
      </w:pPr>
      <w:r>
        <w:t>Đo Javal</w:t>
      </w:r>
    </w:p>
    <w:p>
      <w:pPr>
        <w:jc w:val="both"/>
      </w:pPr>
      <w:r>
        <w:t>38.300</w:t>
      </w:r>
    </w:p>
    <w:p>
      <w:pPr>
        <w:jc w:val="both"/>
      </w:pPr>
      <w:r>
        <w:t>42.300</w:t>
      </w:r>
    </w:p>
    <w:p>
      <w:pPr>
        <w:jc w:val="both"/>
      </w:pPr>
      <w:r>
        <w:t>764</w:t>
      </w:r>
    </w:p>
    <w:p>
      <w:pPr>
        <w:jc w:val="both"/>
      </w:pPr>
      <w:r>
        <w:t>754</w:t>
      </w:r>
    </w:p>
    <w:p>
      <w:pPr>
        <w:jc w:val="both"/>
      </w:pPr>
      <w:r>
        <w:t>03C2.3.1</w:t>
      </w:r>
    </w:p>
    <w:p>
      <w:pPr>
        <w:jc w:val="both"/>
      </w:pPr>
      <w:r>
        <w:t>Đo khúc xạ máy</w:t>
      </w:r>
    </w:p>
    <w:p>
      <w:pPr>
        <w:jc w:val="both"/>
      </w:pPr>
      <w:r>
        <w:t>10.900</w:t>
      </w:r>
    </w:p>
    <w:p>
      <w:pPr>
        <w:jc w:val="both"/>
      </w:pPr>
      <w:r>
        <w:t>11.700</w:t>
      </w:r>
    </w:p>
    <w:p>
      <w:pPr>
        <w:jc w:val="both"/>
      </w:pPr>
      <w:r>
        <w:t>765</w:t>
      </w:r>
    </w:p>
    <w:p>
      <w:pPr>
        <w:jc w:val="both"/>
      </w:pPr>
      <w:r>
        <w:t>755</w:t>
      </w:r>
    </w:p>
    <w:p>
      <w:pPr>
        <w:jc w:val="both"/>
      </w:pPr>
      <w:r>
        <w:t>04C3.3.199</w:t>
      </w:r>
    </w:p>
    <w:p>
      <w:pPr>
        <w:jc w:val="both"/>
      </w:pPr>
      <w:r>
        <w:t>Đo nhãn áp</w:t>
      </w:r>
    </w:p>
    <w:p>
      <w:pPr>
        <w:jc w:val="both"/>
      </w:pPr>
      <w:r>
        <w:t>28.000</w:t>
      </w:r>
    </w:p>
    <w:p>
      <w:pPr>
        <w:jc w:val="both"/>
      </w:pPr>
      <w:r>
        <w:t>30.400</w:t>
      </w:r>
    </w:p>
    <w:p>
      <w:pPr>
        <w:jc w:val="both"/>
      </w:pPr>
      <w:r>
        <w:t>766</w:t>
      </w:r>
    </w:p>
    <w:p>
      <w:pPr>
        <w:jc w:val="both"/>
      </w:pPr>
      <w:r>
        <w:t>756</w:t>
      </w:r>
    </w:p>
    <w:p>
      <w:pPr>
        <w:jc w:val="both"/>
      </w:pPr>
      <w:r>
        <w:t>03C2.3.7</w:t>
      </w:r>
    </w:p>
    <w:p>
      <w:pPr>
        <w:jc w:val="both"/>
      </w:pPr>
      <w:r>
        <w:t>Đo thị lực khách quan</w:t>
      </w:r>
    </w:p>
    <w:p>
      <w:pPr>
        <w:jc w:val="both"/>
      </w:pPr>
      <w:r>
        <w:t>79.900</w:t>
      </w:r>
    </w:p>
    <w:p>
      <w:pPr>
        <w:jc w:val="both"/>
      </w:pPr>
      <w:r>
        <w:t>85.900</w:t>
      </w:r>
    </w:p>
    <w:p>
      <w:pPr>
        <w:jc w:val="both"/>
      </w:pPr>
      <w:r>
        <w:t>767</w:t>
      </w:r>
    </w:p>
    <w:p>
      <w:pPr>
        <w:jc w:val="both"/>
      </w:pPr>
      <w:r>
        <w:t>757</w:t>
      </w:r>
    </w:p>
    <w:p>
      <w:pPr>
        <w:jc w:val="both"/>
      </w:pPr>
      <w:r>
        <w:t>04C3.3.201</w:t>
      </w:r>
    </w:p>
    <w:p>
      <w:pPr>
        <w:jc w:val="both"/>
      </w:pPr>
      <w:r>
        <w:t>Đo thị trường, ám điểm</w:t>
      </w:r>
    </w:p>
    <w:p>
      <w:pPr>
        <w:jc w:val="both"/>
      </w:pPr>
      <w:r>
        <w:t>29.600</w:t>
      </w:r>
    </w:p>
    <w:p>
      <w:pPr>
        <w:jc w:val="both"/>
      </w:pPr>
      <w:r>
        <w:t>33.400</w:t>
      </w:r>
    </w:p>
    <w:p>
      <w:pPr>
        <w:jc w:val="both"/>
      </w:pPr>
      <w:r>
        <w:t>768</w:t>
      </w:r>
    </w:p>
    <w:p>
      <w:pPr>
        <w:jc w:val="both"/>
      </w:pPr>
      <w:r>
        <w:t>758</w:t>
      </w:r>
    </w:p>
    <w:p>
      <w:pPr>
        <w:jc w:val="both"/>
      </w:pPr>
      <w:r>
        <w:t>03C2.3.6</w:t>
      </w:r>
    </w:p>
    <w:p>
      <w:pPr>
        <w:jc w:val="both"/>
      </w:pPr>
      <w:r>
        <w:t>Đo tính công suất thủy tinh thể nhân tạo</w:t>
      </w:r>
    </w:p>
    <w:p>
      <w:pPr>
        <w:jc w:val="both"/>
      </w:pPr>
      <w:r>
        <w:t>62.900</w:t>
      </w:r>
    </w:p>
    <w:p>
      <w:pPr>
        <w:jc w:val="both"/>
      </w:pPr>
      <w:r>
        <w:t>69.100</w:t>
      </w:r>
    </w:p>
    <w:p>
      <w:pPr>
        <w:jc w:val="both"/>
      </w:pPr>
      <w:r>
        <w:t>769</w:t>
      </w:r>
    </w:p>
    <w:p>
      <w:pPr>
        <w:jc w:val="both"/>
      </w:pPr>
      <w:r>
        <w:t>759</w:t>
      </w:r>
    </w:p>
    <w:p>
      <w:pPr>
        <w:jc w:val="both"/>
      </w:pPr>
      <w:r>
        <w:t>03C2.3.16</w:t>
      </w:r>
    </w:p>
    <w:p>
      <w:pPr>
        <w:jc w:val="both"/>
      </w:pPr>
      <w:r>
        <w:t>Đốt lông xiêu</w:t>
      </w:r>
    </w:p>
    <w:p>
      <w:pPr>
        <w:jc w:val="both"/>
      </w:pPr>
      <w:r>
        <w:t>50.000</w:t>
      </w:r>
    </w:p>
    <w:p>
      <w:pPr>
        <w:jc w:val="both"/>
      </w:pPr>
      <w:r>
        <w:t>55.800</w:t>
      </w:r>
    </w:p>
    <w:p>
      <w:pPr>
        <w:jc w:val="both"/>
      </w:pPr>
      <w:r>
        <w:t>770</w:t>
      </w:r>
    </w:p>
    <w:p>
      <w:pPr>
        <w:jc w:val="both"/>
      </w:pPr>
      <w:r>
        <w:t>760</w:t>
      </w:r>
    </w:p>
    <w:p>
      <w:pPr>
        <w:jc w:val="both"/>
      </w:pPr>
      <w:r>
        <w:t>03C2.3.95</w:t>
      </w:r>
    </w:p>
    <w:p>
      <w:pPr>
        <w:jc w:val="both"/>
      </w:pPr>
      <w:r>
        <w:t>Ghép giác mạc (01 mắt)</w:t>
      </w:r>
    </w:p>
    <w:p>
      <w:pPr>
        <w:jc w:val="both"/>
      </w:pPr>
      <w:r>
        <w:t>3.416.000</w:t>
      </w:r>
    </w:p>
    <w:p>
      <w:pPr>
        <w:jc w:val="both"/>
      </w:pPr>
      <w:r>
        <w:t>3.852.000</w:t>
      </w:r>
    </w:p>
    <w:p>
      <w:pPr>
        <w:jc w:val="both"/>
      </w:pPr>
      <w:r>
        <w:t>Chưa bao gồm giác mạc, thủy tinh thể nhân tạo.</w:t>
      </w:r>
    </w:p>
    <w:p>
      <w:pPr>
        <w:jc w:val="both"/>
      </w:pPr>
      <w:r>
        <w:t>771</w:t>
      </w:r>
    </w:p>
    <w:p>
      <w:pPr>
        <w:jc w:val="both"/>
      </w:pPr>
      <w:r>
        <w:t>761</w:t>
      </w:r>
    </w:p>
    <w:p>
      <w:pPr>
        <w:jc w:val="both"/>
      </w:pPr>
      <w:r>
        <w:t>03C2.3.69</w:t>
      </w:r>
    </w:p>
    <w:p>
      <w:pPr>
        <w:jc w:val="both"/>
      </w:pPr>
      <w:r>
        <w:t>Ghép màng ối điều trị dính mi cầu hoặc loét giác mạc lâu liền hoặc thủng giác mạc</w:t>
      </w:r>
    </w:p>
    <w:p>
      <w:pPr>
        <w:jc w:val="both"/>
      </w:pPr>
      <w:r>
        <w:t>1.315.000</w:t>
      </w:r>
    </w:p>
    <w:p>
      <w:pPr>
        <w:jc w:val="both"/>
      </w:pPr>
      <w:r>
        <w:t>1.456.000</w:t>
      </w:r>
    </w:p>
    <w:p>
      <w:pPr>
        <w:jc w:val="both"/>
      </w:pPr>
      <w:r>
        <w:t>Chưa bao gồm chi phí màng ối.</w:t>
      </w:r>
    </w:p>
    <w:p>
      <w:pPr>
        <w:jc w:val="both"/>
      </w:pPr>
      <w:r>
        <w:t>772</w:t>
      </w:r>
    </w:p>
    <w:p>
      <w:pPr>
        <w:jc w:val="both"/>
      </w:pPr>
      <w:r>
        <w:t>762</w:t>
      </w:r>
    </w:p>
    <w:p>
      <w:pPr>
        <w:jc w:val="both"/>
      </w:pPr>
      <w:r>
        <w:t>03C2.3.67</w:t>
      </w:r>
    </w:p>
    <w:p>
      <w:pPr>
        <w:jc w:val="both"/>
      </w:pPr>
      <w:r>
        <w:t>Ghép màng ối điều trị loét giác mạc</w:t>
      </w:r>
    </w:p>
    <w:p>
      <w:pPr>
        <w:jc w:val="both"/>
      </w:pPr>
      <w:r>
        <w:t>1.072.000</w:t>
      </w:r>
    </w:p>
    <w:p>
      <w:pPr>
        <w:jc w:val="both"/>
      </w:pPr>
      <w:r>
        <w:t>1.206.000</w:t>
      </w:r>
    </w:p>
    <w:p>
      <w:pPr>
        <w:jc w:val="both"/>
      </w:pPr>
      <w:r>
        <w:t>Chưa bao gồm chi phí màng ối.</w:t>
      </w:r>
    </w:p>
    <w:p>
      <w:pPr>
        <w:jc w:val="both"/>
      </w:pPr>
      <w:r>
        <w:t>773</w:t>
      </w:r>
    </w:p>
    <w:p>
      <w:pPr>
        <w:jc w:val="both"/>
      </w:pPr>
      <w:r>
        <w:t>763</w:t>
      </w:r>
    </w:p>
    <w:p>
      <w:pPr>
        <w:jc w:val="both"/>
      </w:pPr>
      <w:r>
        <w:t>03C2.3.62</w:t>
      </w:r>
    </w:p>
    <w:p>
      <w:pPr>
        <w:jc w:val="both"/>
      </w:pPr>
      <w:r>
        <w:t>Gọt giác mạc</w:t>
      </w:r>
    </w:p>
    <w:p>
      <w:pPr>
        <w:jc w:val="both"/>
      </w:pPr>
      <w:r>
        <w:t>802.000</w:t>
      </w:r>
    </w:p>
    <w:p>
      <w:pPr>
        <w:jc w:val="both"/>
      </w:pPr>
      <w:r>
        <w:t>895.000</w:t>
      </w:r>
    </w:p>
    <w:p>
      <w:pPr>
        <w:jc w:val="both"/>
      </w:pPr>
      <w:r>
        <w:t>774</w:t>
      </w:r>
    </w:p>
    <w:p>
      <w:pPr>
        <w:jc w:val="both"/>
      </w:pPr>
      <w:r>
        <w:t>764</w:t>
      </w:r>
    </w:p>
    <w:p>
      <w:pPr>
        <w:jc w:val="both"/>
      </w:pPr>
      <w:r>
        <w:t>03C2.3.64</w:t>
      </w:r>
    </w:p>
    <w:p>
      <w:pPr>
        <w:jc w:val="both"/>
      </w:pPr>
      <w:r>
        <w:t>Khâu cò mi</w:t>
      </w:r>
    </w:p>
    <w:p>
      <w:pPr>
        <w:jc w:val="both"/>
      </w:pPr>
      <w:r>
        <w:t>419.000</w:t>
      </w:r>
    </w:p>
    <w:p>
      <w:pPr>
        <w:jc w:val="both"/>
      </w:pPr>
      <w:r>
        <w:t>466.000</w:t>
      </w:r>
    </w:p>
    <w:p>
      <w:pPr>
        <w:jc w:val="both"/>
      </w:pPr>
      <w:r>
        <w:t>775</w:t>
      </w:r>
    </w:p>
    <w:p>
      <w:pPr>
        <w:jc w:val="both"/>
      </w:pPr>
      <w:r>
        <w:t>765</w:t>
      </w:r>
    </w:p>
    <w:p>
      <w:pPr>
        <w:jc w:val="both"/>
      </w:pPr>
      <w:r>
        <w:t>03C2.3.50</w:t>
      </w:r>
    </w:p>
    <w:p>
      <w:pPr>
        <w:jc w:val="both"/>
      </w:pPr>
      <w:r>
        <w:t>Khâu củng mạc đơn thuần</w:t>
      </w:r>
    </w:p>
    <w:p>
      <w:pPr>
        <w:jc w:val="both"/>
      </w:pPr>
      <w:r>
        <w:t>827.000</w:t>
      </w:r>
    </w:p>
    <w:p>
      <w:pPr>
        <w:jc w:val="both"/>
      </w:pPr>
      <w:r>
        <w:t>940.000</w:t>
      </w:r>
    </w:p>
    <w:p>
      <w:pPr>
        <w:jc w:val="both"/>
      </w:pPr>
      <w:r>
        <w:t>776</w:t>
      </w:r>
    </w:p>
    <w:p>
      <w:pPr>
        <w:jc w:val="both"/>
      </w:pPr>
      <w:r>
        <w:t>766</w:t>
      </w:r>
    </w:p>
    <w:p>
      <w:pPr>
        <w:jc w:val="both"/>
      </w:pPr>
      <w:r>
        <w:t>03C2.3.51</w:t>
      </w:r>
    </w:p>
    <w:p>
      <w:pPr>
        <w:jc w:val="both"/>
      </w:pPr>
      <w:r>
        <w:t>Khâu củng giác mạc phức tạp</w:t>
      </w:r>
    </w:p>
    <w:p>
      <w:pPr>
        <w:jc w:val="both"/>
      </w:pPr>
      <w:r>
        <w:t>1.266.000</w:t>
      </w:r>
    </w:p>
    <w:p>
      <w:pPr>
        <w:jc w:val="both"/>
      </w:pPr>
      <w:r>
        <w:t>1.430.000</w:t>
      </w:r>
    </w:p>
    <w:p>
      <w:pPr>
        <w:jc w:val="both"/>
      </w:pPr>
      <w:r>
        <w:t>777</w:t>
      </w:r>
    </w:p>
    <w:p>
      <w:pPr>
        <w:jc w:val="both"/>
      </w:pPr>
      <w:r>
        <w:t>767</w:t>
      </w:r>
    </w:p>
    <w:p>
      <w:pPr>
        <w:jc w:val="both"/>
      </w:pPr>
      <w:r>
        <w:t>03C2.3.53</w:t>
      </w:r>
    </w:p>
    <w:p>
      <w:pPr>
        <w:jc w:val="both"/>
      </w:pPr>
      <w:r>
        <w:t>Khâu củng mạc phức tạp</w:t>
      </w:r>
    </w:p>
    <w:p>
      <w:pPr>
        <w:jc w:val="both"/>
      </w:pPr>
      <w:r>
        <w:t>1.160.000</w:t>
      </w:r>
    </w:p>
    <w:p>
      <w:pPr>
        <w:jc w:val="both"/>
      </w:pPr>
      <w:r>
        <w:t>1.294.000</w:t>
      </w:r>
    </w:p>
    <w:p>
      <w:pPr>
        <w:jc w:val="both"/>
      </w:pPr>
      <w:r>
        <w:t>778</w:t>
      </w:r>
    </w:p>
    <w:p>
      <w:pPr>
        <w:jc w:val="both"/>
      </w:pPr>
      <w:r>
        <w:t>768</w:t>
      </w:r>
    </w:p>
    <w:p>
      <w:pPr>
        <w:jc w:val="both"/>
      </w:pPr>
      <w:r>
        <w:t>04C3.3.220</w:t>
      </w:r>
    </w:p>
    <w:p>
      <w:pPr>
        <w:jc w:val="both"/>
      </w:pPr>
      <w:r>
        <w:t>Khâu da mi, kết mạc mi bị rách - gây mê</w:t>
      </w:r>
    </w:p>
    <w:p>
      <w:pPr>
        <w:jc w:val="both"/>
      </w:pPr>
      <w:r>
        <w:t>1.497.000</w:t>
      </w:r>
    </w:p>
    <w:p>
      <w:pPr>
        <w:jc w:val="both"/>
      </w:pPr>
      <w:r>
        <w:t>1.674.000</w:t>
      </w:r>
    </w:p>
    <w:p>
      <w:pPr>
        <w:jc w:val="both"/>
      </w:pPr>
      <w:r>
        <w:t>779</w:t>
      </w:r>
    </w:p>
    <w:p>
      <w:pPr>
        <w:jc w:val="both"/>
      </w:pPr>
      <w:r>
        <w:t>769</w:t>
      </w:r>
    </w:p>
    <w:p>
      <w:pPr>
        <w:jc w:val="both"/>
      </w:pPr>
      <w:r>
        <w:t>04C3.3.219</w:t>
      </w:r>
    </w:p>
    <w:p>
      <w:pPr>
        <w:jc w:val="both"/>
      </w:pPr>
      <w:r>
        <w:t>Khâu da mi, kết mạc mi bị rách - gây tê</w:t>
      </w:r>
    </w:p>
    <w:p>
      <w:pPr>
        <w:jc w:val="both"/>
      </w:pPr>
      <w:r>
        <w:t>841.000</w:t>
      </w:r>
    </w:p>
    <w:p>
      <w:pPr>
        <w:jc w:val="both"/>
      </w:pPr>
      <w:r>
        <w:t>940.000</w:t>
      </w:r>
    </w:p>
    <w:p>
      <w:pPr>
        <w:jc w:val="both"/>
      </w:pPr>
      <w:r>
        <w:t>780</w:t>
      </w:r>
    </w:p>
    <w:p>
      <w:pPr>
        <w:jc w:val="both"/>
      </w:pPr>
      <w:r>
        <w:t>770</w:t>
      </w:r>
    </w:p>
    <w:p>
      <w:pPr>
        <w:jc w:val="both"/>
      </w:pPr>
      <w:r>
        <w:t>03C2.3.49</w:t>
      </w:r>
    </w:p>
    <w:p>
      <w:pPr>
        <w:jc w:val="both"/>
      </w:pPr>
      <w:r>
        <w:t>Khâu giác mạc đơn thuần</w:t>
      </w:r>
    </w:p>
    <w:p>
      <w:pPr>
        <w:jc w:val="both"/>
      </w:pPr>
      <w:r>
        <w:t>777.000</w:t>
      </w:r>
    </w:p>
    <w:p>
      <w:pPr>
        <w:jc w:val="both"/>
      </w:pPr>
      <w:r>
        <w:t>883.000</w:t>
      </w:r>
    </w:p>
    <w:p>
      <w:pPr>
        <w:jc w:val="both"/>
      </w:pPr>
      <w:r>
        <w:t>781</w:t>
      </w:r>
    </w:p>
    <w:p>
      <w:pPr>
        <w:jc w:val="both"/>
      </w:pPr>
      <w:r>
        <w:t>771</w:t>
      </w:r>
    </w:p>
    <w:p>
      <w:pPr>
        <w:jc w:val="both"/>
      </w:pPr>
      <w:r>
        <w:t>03C2.3.52</w:t>
      </w:r>
    </w:p>
    <w:p>
      <w:pPr>
        <w:jc w:val="both"/>
      </w:pPr>
      <w:r>
        <w:t>Khâu giác mạc phức tạp</w:t>
      </w:r>
    </w:p>
    <w:p>
      <w:pPr>
        <w:jc w:val="both"/>
      </w:pPr>
      <w:r>
        <w:t>1.160.000</w:t>
      </w:r>
    </w:p>
    <w:p>
      <w:pPr>
        <w:jc w:val="both"/>
      </w:pPr>
      <w:r>
        <w:t>1.294.000</w:t>
      </w:r>
    </w:p>
    <w:p>
      <w:pPr>
        <w:jc w:val="both"/>
      </w:pPr>
      <w:r>
        <w:t>782</w:t>
      </w:r>
    </w:p>
    <w:p>
      <w:pPr>
        <w:jc w:val="both"/>
      </w:pPr>
      <w:r>
        <w:t>772</w:t>
      </w:r>
    </w:p>
    <w:p>
      <w:pPr>
        <w:jc w:val="both"/>
      </w:pPr>
      <w:r>
        <w:t>03C2.3.55</w:t>
      </w:r>
    </w:p>
    <w:p>
      <w:pPr>
        <w:jc w:val="both"/>
      </w:pPr>
      <w:r>
        <w:t>Khâu phục hồi bờ mi</w:t>
      </w:r>
    </w:p>
    <w:p>
      <w:pPr>
        <w:jc w:val="both"/>
      </w:pPr>
      <w:r>
        <w:t>737.000</w:t>
      </w:r>
    </w:p>
    <w:p>
      <w:pPr>
        <w:jc w:val="both"/>
      </w:pPr>
      <w:r>
        <w:t>810.000</w:t>
      </w:r>
    </w:p>
    <w:p>
      <w:pPr>
        <w:jc w:val="both"/>
      </w:pPr>
      <w:r>
        <w:t>783</w:t>
      </w:r>
    </w:p>
    <w:p>
      <w:pPr>
        <w:jc w:val="both"/>
      </w:pPr>
      <w:r>
        <w:t>N 773</w:t>
      </w:r>
    </w:p>
    <w:p>
      <w:pPr>
        <w:jc w:val="both"/>
      </w:pPr>
      <w:r>
        <w:t>03C2.3.56</w:t>
      </w:r>
    </w:p>
    <w:p>
      <w:pPr>
        <w:jc w:val="both"/>
      </w:pPr>
      <w:r>
        <w:t>Khâu vết thương phần mềm, tổn thương vùng mắt</w:t>
      </w:r>
    </w:p>
    <w:p>
      <w:pPr>
        <w:jc w:val="both"/>
      </w:pPr>
      <w:r>
        <w:t>968.000</w:t>
      </w:r>
    </w:p>
    <w:p>
      <w:pPr>
        <w:jc w:val="both"/>
      </w:pPr>
      <w:r>
        <w:t>1.077.000</w:t>
      </w:r>
    </w:p>
    <w:p>
      <w:pPr>
        <w:jc w:val="both"/>
      </w:pPr>
      <w:r>
        <w:t>784 5</w:t>
      </w:r>
    </w:p>
    <w:p>
      <w:pPr>
        <w:jc w:val="both"/>
      </w:pPr>
      <w:r>
        <w:t>774</w:t>
      </w:r>
    </w:p>
    <w:p>
      <w:pPr>
        <w:jc w:val="both"/>
      </w:pPr>
      <w:r>
        <w:t>03C2.3.13</w:t>
      </w:r>
    </w:p>
    <w:p>
      <w:pPr>
        <w:jc w:val="both"/>
      </w:pPr>
      <w:r>
        <w:t>Khoét bỏ nhãn cầu</w:t>
      </w:r>
    </w:p>
    <w:p>
      <w:pPr>
        <w:jc w:val="both"/>
      </w:pPr>
      <w:r>
        <w:t>772.000</w:t>
      </w:r>
    </w:p>
    <w:p>
      <w:pPr>
        <w:jc w:val="both"/>
      </w:pPr>
      <w:r>
        <w:t>861.000</w:t>
      </w:r>
    </w:p>
    <w:p>
      <w:pPr>
        <w:jc w:val="both"/>
      </w:pPr>
      <w:r>
        <w:t>785</w:t>
      </w:r>
    </w:p>
    <w:p>
      <w:pPr>
        <w:jc w:val="both"/>
      </w:pPr>
      <w:r>
        <w:t>775</w:t>
      </w:r>
    </w:p>
    <w:p>
      <w:pPr>
        <w:jc w:val="both"/>
      </w:pPr>
      <w:r>
        <w:t>Lạnh đông đơn thuần phòng bong võng mạc</w:t>
      </w:r>
    </w:p>
    <w:p>
      <w:pPr>
        <w:jc w:val="both"/>
      </w:pPr>
      <w:r>
        <w:t>1.755.000</w:t>
      </w:r>
    </w:p>
    <w:p>
      <w:pPr>
        <w:jc w:val="both"/>
      </w:pPr>
      <w:r>
        <w:t>1.993.000</w:t>
      </w:r>
    </w:p>
    <w:p>
      <w:pPr>
        <w:jc w:val="both"/>
      </w:pPr>
      <w:r>
        <w:t>786</w:t>
      </w:r>
    </w:p>
    <w:p>
      <w:pPr>
        <w:jc w:val="both"/>
      </w:pPr>
      <w:r>
        <w:t>776</w:t>
      </w:r>
    </w:p>
    <w:p>
      <w:pPr>
        <w:jc w:val="both"/>
      </w:pPr>
      <w:r>
        <w:t>Laser điều trị u máu mi, kết mạc, hốc mắt, bệnh võng mạc trẻ đẻ non, u nguyên bào võng mạc</w:t>
      </w:r>
    </w:p>
    <w:p>
      <w:pPr>
        <w:jc w:val="both"/>
      </w:pPr>
      <w:r>
        <w:t>1.475.000</w:t>
      </w:r>
    </w:p>
    <w:p>
      <w:pPr>
        <w:jc w:val="both"/>
      </w:pPr>
      <w:r>
        <w:t>1.670.000</w:t>
      </w:r>
    </w:p>
    <w:p>
      <w:pPr>
        <w:jc w:val="both"/>
      </w:pPr>
      <w:r>
        <w:t>787</w:t>
      </w:r>
    </w:p>
    <w:p>
      <w:pPr>
        <w:jc w:val="both"/>
      </w:pPr>
      <w:r>
        <w:t>777</w:t>
      </w:r>
    </w:p>
    <w:p>
      <w:pPr>
        <w:jc w:val="both"/>
      </w:pPr>
      <w:r>
        <w:t>04C3.3.221</w:t>
      </w:r>
    </w:p>
    <w:p>
      <w:pPr>
        <w:jc w:val="both"/>
      </w:pPr>
      <w:r>
        <w:t>Lấy dị vật giác mạc nông, một mắt (gây mê)</w:t>
      </w:r>
    </w:p>
    <w:p>
      <w:pPr>
        <w:jc w:val="both"/>
      </w:pPr>
      <w:r>
        <w:t>688.000</w:t>
      </w:r>
    </w:p>
    <w:p>
      <w:pPr>
        <w:jc w:val="both"/>
      </w:pPr>
      <w:r>
        <w:t>772.000</w:t>
      </w:r>
    </w:p>
    <w:p>
      <w:pPr>
        <w:jc w:val="both"/>
      </w:pPr>
      <w:r>
        <w:t>788</w:t>
      </w:r>
    </w:p>
    <w:p>
      <w:pPr>
        <w:jc w:val="both"/>
      </w:pPr>
      <w:r>
        <w:t>778</w:t>
      </w:r>
    </w:p>
    <w:p>
      <w:pPr>
        <w:jc w:val="both"/>
      </w:pPr>
      <w:r>
        <w:t>04C3.3.210</w:t>
      </w:r>
    </w:p>
    <w:p>
      <w:pPr>
        <w:jc w:val="both"/>
      </w:pPr>
      <w:r>
        <w:t>Lấy dị vật giác mạc nông, một mắt (gây tê)</w:t>
      </w:r>
    </w:p>
    <w:p>
      <w:pPr>
        <w:jc w:val="both"/>
      </w:pPr>
      <w:r>
        <w:t>88.400</w:t>
      </w:r>
    </w:p>
    <w:p>
      <w:pPr>
        <w:jc w:val="both"/>
      </w:pPr>
      <w:r>
        <w:t>96.300</w:t>
      </w:r>
    </w:p>
    <w:p>
      <w:pPr>
        <w:jc w:val="both"/>
      </w:pPr>
      <w:r>
        <w:t>789</w:t>
      </w:r>
    </w:p>
    <w:p>
      <w:pPr>
        <w:jc w:val="both"/>
      </w:pPr>
      <w:r>
        <w:t>779</w:t>
      </w:r>
    </w:p>
    <w:p>
      <w:pPr>
        <w:jc w:val="both"/>
      </w:pPr>
      <w:r>
        <w:t>04C3.3.222</w:t>
      </w:r>
    </w:p>
    <w:p>
      <w:pPr>
        <w:jc w:val="both"/>
      </w:pPr>
      <w:r>
        <w:t>Lấy dị vật giác mạc sâu, một mắt (gây mê)</w:t>
      </w:r>
    </w:p>
    <w:p>
      <w:pPr>
        <w:jc w:val="both"/>
      </w:pPr>
      <w:r>
        <w:t>893.000</w:t>
      </w:r>
    </w:p>
    <w:p>
      <w:pPr>
        <w:jc w:val="both"/>
      </w:pPr>
      <w:r>
        <w:t>1.001.000</w:t>
      </w:r>
    </w:p>
    <w:p>
      <w:pPr>
        <w:jc w:val="both"/>
      </w:pPr>
      <w:r>
        <w:t>790</w:t>
      </w:r>
    </w:p>
    <w:p>
      <w:pPr>
        <w:jc w:val="both"/>
      </w:pPr>
      <w:r>
        <w:t>780</w:t>
      </w:r>
    </w:p>
    <w:p>
      <w:pPr>
        <w:jc w:val="both"/>
      </w:pPr>
      <w:r>
        <w:t>04C3.3.211</w:t>
      </w:r>
    </w:p>
    <w:p>
      <w:pPr>
        <w:jc w:val="both"/>
      </w:pPr>
      <w:r>
        <w:t>Lấy dị vật giác mạc sâu, một mắt (gây tê)</w:t>
      </w:r>
    </w:p>
    <w:p>
      <w:pPr>
        <w:jc w:val="both"/>
      </w:pPr>
      <w:r>
        <w:t>338.000</w:t>
      </w:r>
    </w:p>
    <w:p>
      <w:pPr>
        <w:jc w:val="both"/>
      </w:pPr>
      <w:r>
        <w:t>379.000</w:t>
      </w:r>
    </w:p>
    <w:p>
      <w:pPr>
        <w:jc w:val="both"/>
      </w:pPr>
      <w:r>
        <w:t>791</w:t>
      </w:r>
    </w:p>
    <w:p>
      <w:pPr>
        <w:jc w:val="both"/>
      </w:pPr>
      <w:r>
        <w:t>781</w:t>
      </w:r>
    </w:p>
    <w:p>
      <w:pPr>
        <w:jc w:val="both"/>
      </w:pPr>
      <w:r>
        <w:t>03C2.3.47</w:t>
      </w:r>
    </w:p>
    <w:p>
      <w:pPr>
        <w:jc w:val="both"/>
      </w:pPr>
      <w:r>
        <w:t>Lấy dị vật hốc mắt</w:t>
      </w:r>
    </w:p>
    <w:p>
      <w:pPr>
        <w:jc w:val="both"/>
      </w:pPr>
      <w:r>
        <w:t>937.000</w:t>
      </w:r>
    </w:p>
    <w:p>
      <w:pPr>
        <w:jc w:val="both"/>
      </w:pPr>
      <w:r>
        <w:t>1.040.000</w:t>
      </w:r>
    </w:p>
    <w:p>
      <w:pPr>
        <w:jc w:val="both"/>
      </w:pPr>
      <w:r>
        <w:t>792</w:t>
      </w:r>
    </w:p>
    <w:p>
      <w:pPr>
        <w:jc w:val="both"/>
      </w:pPr>
      <w:r>
        <w:t>782</w:t>
      </w:r>
    </w:p>
    <w:p>
      <w:pPr>
        <w:jc w:val="both"/>
      </w:pPr>
      <w:r>
        <w:t>04C3.3.209</w:t>
      </w:r>
    </w:p>
    <w:p>
      <w:pPr>
        <w:jc w:val="both"/>
      </w:pPr>
      <w:r>
        <w:t>Lấy dị vật kết mạc nông một mắt</w:t>
      </w:r>
    </w:p>
    <w:p>
      <w:pPr>
        <w:jc w:val="both"/>
      </w:pPr>
      <w:r>
        <w:t>67.000</w:t>
      </w:r>
    </w:p>
    <w:p>
      <w:pPr>
        <w:jc w:val="both"/>
      </w:pPr>
      <w:r>
        <w:t>74.800</w:t>
      </w:r>
    </w:p>
    <w:p>
      <w:pPr>
        <w:jc w:val="both"/>
      </w:pPr>
      <w:r>
        <w:t>793</w:t>
      </w:r>
    </w:p>
    <w:p>
      <w:pPr>
        <w:jc w:val="both"/>
      </w:pPr>
      <w:r>
        <w:t>783</w:t>
      </w:r>
    </w:p>
    <w:p>
      <w:pPr>
        <w:jc w:val="both"/>
      </w:pPr>
      <w:r>
        <w:t>03C2.3.46</w:t>
      </w:r>
    </w:p>
    <w:p>
      <w:pPr>
        <w:jc w:val="both"/>
      </w:pPr>
      <w:r>
        <w:t>Lấy dị vật tiền phòng</w:t>
      </w:r>
    </w:p>
    <w:p>
      <w:pPr>
        <w:jc w:val="both"/>
      </w:pPr>
      <w:r>
        <w:t>1.160.000</w:t>
      </w:r>
    </w:p>
    <w:p>
      <w:pPr>
        <w:jc w:val="both"/>
      </w:pPr>
      <w:r>
        <w:t>1.294.000</w:t>
      </w:r>
    </w:p>
    <w:p>
      <w:pPr>
        <w:jc w:val="both"/>
      </w:pPr>
      <w:r>
        <w:t>794</w:t>
      </w:r>
    </w:p>
    <w:p>
      <w:pPr>
        <w:jc w:val="both"/>
      </w:pPr>
      <w:r>
        <w:t>784</w:t>
      </w:r>
    </w:p>
    <w:p>
      <w:pPr>
        <w:jc w:val="both"/>
      </w:pPr>
      <w:r>
        <w:t>03C2.3.84</w:t>
      </w:r>
    </w:p>
    <w:p>
      <w:pPr>
        <w:jc w:val="both"/>
      </w:pPr>
      <w:r>
        <w:t>Lấy huyết thanh đóng ống</w:t>
      </w:r>
    </w:p>
    <w:p>
      <w:pPr>
        <w:jc w:val="both"/>
      </w:pPr>
      <w:r>
        <w:t>60.000</w:t>
      </w:r>
    </w:p>
    <w:p>
      <w:pPr>
        <w:jc w:val="both"/>
      </w:pPr>
      <w:r>
        <w:t>64.500</w:t>
      </w:r>
    </w:p>
    <w:p>
      <w:pPr>
        <w:jc w:val="both"/>
      </w:pPr>
      <w:r>
        <w:t>795</w:t>
      </w:r>
    </w:p>
    <w:p>
      <w:pPr>
        <w:jc w:val="both"/>
      </w:pPr>
      <w:r>
        <w:t>785</w:t>
      </w:r>
    </w:p>
    <w:p>
      <w:pPr>
        <w:jc w:val="both"/>
      </w:pPr>
      <w:r>
        <w:t>03C2.3.15</w:t>
      </w:r>
    </w:p>
    <w:p>
      <w:pPr>
        <w:jc w:val="both"/>
      </w:pPr>
      <w:r>
        <w:t>Lấy sạn vôi kết mạc</w:t>
      </w:r>
    </w:p>
    <w:p>
      <w:pPr>
        <w:jc w:val="both"/>
      </w:pPr>
      <w:r>
        <w:t>37.300</w:t>
      </w:r>
    </w:p>
    <w:p>
      <w:pPr>
        <w:jc w:val="both"/>
      </w:pPr>
      <w:r>
        <w:t>41.100</w:t>
      </w:r>
    </w:p>
    <w:p>
      <w:pPr>
        <w:jc w:val="both"/>
      </w:pPr>
      <w:r>
        <w:t>796</w:t>
      </w:r>
    </w:p>
    <w:p>
      <w:pPr>
        <w:jc w:val="both"/>
      </w:pPr>
      <w:r>
        <w:t>786</w:t>
      </w:r>
    </w:p>
    <w:p>
      <w:pPr>
        <w:jc w:val="both"/>
      </w:pPr>
      <w:r>
        <w:t>03C2.3.86</w:t>
      </w:r>
    </w:p>
    <w:p>
      <w:pPr>
        <w:jc w:val="both"/>
      </w:pPr>
      <w:r>
        <w:t>Liệu pháp điều trị viêm kết mạc mùa xuân (áp tia β)</w:t>
      </w:r>
    </w:p>
    <w:p>
      <w:pPr>
        <w:jc w:val="both"/>
      </w:pPr>
      <w:r>
        <w:t>60.800</w:t>
      </w:r>
    </w:p>
    <w:p>
      <w:pPr>
        <w:jc w:val="both"/>
      </w:pPr>
      <w:r>
        <w:t>67.000</w:t>
      </w:r>
    </w:p>
    <w:p>
      <w:pPr>
        <w:jc w:val="both"/>
      </w:pPr>
      <w:r>
        <w:t>797</w:t>
      </w:r>
    </w:p>
    <w:p>
      <w:pPr>
        <w:jc w:val="both"/>
      </w:pPr>
      <w:r>
        <w:t>787</w:t>
      </w:r>
    </w:p>
    <w:p>
      <w:pPr>
        <w:jc w:val="both"/>
      </w:pPr>
      <w:r>
        <w:t>03C2.3.74</w:t>
      </w:r>
    </w:p>
    <w:p>
      <w:pPr>
        <w:jc w:val="both"/>
      </w:pPr>
      <w:r>
        <w:t>Mở bao sau bằng Laser</w:t>
      </w:r>
    </w:p>
    <w:p>
      <w:pPr>
        <w:jc w:val="both"/>
      </w:pPr>
      <w:r>
        <w:t>268.000</w:t>
      </w:r>
    </w:p>
    <w:p>
      <w:pPr>
        <w:jc w:val="both"/>
      </w:pPr>
      <w:r>
        <w:t>299.000</w:t>
      </w:r>
    </w:p>
    <w:p>
      <w:pPr>
        <w:jc w:val="both"/>
      </w:pPr>
      <w:r>
        <w:t>798</w:t>
      </w:r>
    </w:p>
    <w:p>
      <w:pPr>
        <w:jc w:val="both"/>
      </w:pPr>
      <w:r>
        <w:t>788</w:t>
      </w:r>
    </w:p>
    <w:p>
      <w:pPr>
        <w:jc w:val="both"/>
      </w:pPr>
      <w:r>
        <w:t>04C3.3.224</w:t>
      </w:r>
    </w:p>
    <w:p>
      <w:pPr>
        <w:jc w:val="both"/>
      </w:pPr>
      <w:r>
        <w:t>Mổ quặm 1 mi - gây mê</w:t>
      </w:r>
    </w:p>
    <w:p>
      <w:pPr>
        <w:jc w:val="both"/>
      </w:pPr>
      <w:r>
        <w:t>1.277.000</w:t>
      </w:r>
    </w:p>
    <w:p>
      <w:pPr>
        <w:jc w:val="both"/>
      </w:pPr>
      <w:r>
        <w:t>1.433.000</w:t>
      </w:r>
    </w:p>
    <w:p>
      <w:pPr>
        <w:jc w:val="both"/>
      </w:pPr>
      <w:r>
        <w:t>799</w:t>
      </w:r>
    </w:p>
    <w:p>
      <w:pPr>
        <w:jc w:val="both"/>
      </w:pPr>
      <w:r>
        <w:t>789</w:t>
      </w:r>
    </w:p>
    <w:p>
      <w:pPr>
        <w:jc w:val="both"/>
      </w:pPr>
      <w:r>
        <w:t>04C3.3.213</w:t>
      </w:r>
    </w:p>
    <w:p>
      <w:pPr>
        <w:jc w:val="both"/>
      </w:pPr>
      <w:r>
        <w:t>Mổ quặm 1 mi - gây tê</w:t>
      </w:r>
    </w:p>
    <w:p>
      <w:pPr>
        <w:jc w:val="both"/>
      </w:pPr>
      <w:r>
        <w:t>660.000</w:t>
      </w:r>
    </w:p>
    <w:p>
      <w:pPr>
        <w:jc w:val="both"/>
      </w:pPr>
      <w:r>
        <w:t>740.000</w:t>
      </w:r>
    </w:p>
    <w:p>
      <w:pPr>
        <w:jc w:val="both"/>
      </w:pPr>
      <w:r>
        <w:t>800</w:t>
      </w:r>
    </w:p>
    <w:p>
      <w:pPr>
        <w:jc w:val="both"/>
      </w:pPr>
      <w:r>
        <w:t>790</w:t>
      </w:r>
    </w:p>
    <w:p>
      <w:pPr>
        <w:jc w:val="both"/>
      </w:pPr>
      <w:r>
        <w:t>04C3.3.225</w:t>
      </w:r>
    </w:p>
    <w:p>
      <w:pPr>
        <w:jc w:val="both"/>
      </w:pPr>
      <w:r>
        <w:t>Mổ quặm 2 mi - gây mê</w:t>
      </w:r>
    </w:p>
    <w:p>
      <w:pPr>
        <w:jc w:val="both"/>
      </w:pPr>
      <w:r>
        <w:t>1.474.000</w:t>
      </w:r>
    </w:p>
    <w:p>
      <w:pPr>
        <w:jc w:val="both"/>
      </w:pPr>
      <w:r>
        <w:t>1.647.000</w:t>
      </w:r>
    </w:p>
    <w:p>
      <w:pPr>
        <w:jc w:val="both"/>
      </w:pPr>
      <w:r>
        <w:t>801</w:t>
      </w:r>
    </w:p>
    <w:p>
      <w:pPr>
        <w:jc w:val="both"/>
      </w:pPr>
      <w:r>
        <w:t>791</w:t>
      </w:r>
    </w:p>
    <w:p>
      <w:pPr>
        <w:jc w:val="both"/>
      </w:pPr>
      <w:r>
        <w:t>04G3.3.214</w:t>
      </w:r>
    </w:p>
    <w:p>
      <w:pPr>
        <w:jc w:val="both"/>
      </w:pPr>
      <w:r>
        <w:t>Mổ quặm 2 mi - gây tê</w:t>
      </w:r>
    </w:p>
    <w:p>
      <w:pPr>
        <w:jc w:val="both"/>
      </w:pPr>
      <w:r>
        <w:t>877.000</w:t>
      </w:r>
    </w:p>
    <w:p>
      <w:pPr>
        <w:jc w:val="both"/>
      </w:pPr>
      <w:r>
        <w:t>981.000</w:t>
      </w:r>
    </w:p>
    <w:p>
      <w:pPr>
        <w:jc w:val="both"/>
      </w:pPr>
      <w:r>
        <w:t>802</w:t>
      </w:r>
    </w:p>
    <w:p>
      <w:pPr>
        <w:jc w:val="both"/>
      </w:pPr>
      <w:r>
        <w:t>792</w:t>
      </w:r>
    </w:p>
    <w:p>
      <w:pPr>
        <w:jc w:val="both"/>
      </w:pPr>
      <w:r>
        <w:t>04C3.3.215</w:t>
      </w:r>
    </w:p>
    <w:p>
      <w:pPr>
        <w:jc w:val="both"/>
      </w:pPr>
      <w:r>
        <w:t>Mổ quặm 3 mi - gây tê</w:t>
      </w:r>
    </w:p>
    <w:p>
      <w:pPr>
        <w:jc w:val="both"/>
      </w:pPr>
      <w:r>
        <w:t>1.112.000</w:t>
      </w:r>
    </w:p>
    <w:p>
      <w:pPr>
        <w:jc w:val="both"/>
      </w:pPr>
      <w:r>
        <w:t>1.241.000</w:t>
      </w:r>
    </w:p>
    <w:p>
      <w:pPr>
        <w:jc w:val="both"/>
      </w:pPr>
      <w:r>
        <w:t>803</w:t>
      </w:r>
    </w:p>
    <w:p>
      <w:pPr>
        <w:jc w:val="both"/>
      </w:pPr>
      <w:r>
        <w:t>793</w:t>
      </w:r>
    </w:p>
    <w:p>
      <w:pPr>
        <w:jc w:val="both"/>
      </w:pPr>
      <w:r>
        <w:t>04C3.3.226</w:t>
      </w:r>
    </w:p>
    <w:p>
      <w:pPr>
        <w:jc w:val="both"/>
      </w:pPr>
      <w:r>
        <w:t>Mổ quặm 3 mi - gây mê</w:t>
      </w:r>
    </w:p>
    <w:p>
      <w:pPr>
        <w:jc w:val="both"/>
      </w:pPr>
      <w:r>
        <w:t>1.710.000</w:t>
      </w:r>
    </w:p>
    <w:p>
      <w:pPr>
        <w:jc w:val="both"/>
      </w:pPr>
      <w:r>
        <w:t>1.907.000</w:t>
      </w:r>
    </w:p>
    <w:p>
      <w:pPr>
        <w:jc w:val="both"/>
      </w:pPr>
      <w:r>
        <w:t>804</w:t>
      </w:r>
    </w:p>
    <w:p>
      <w:pPr>
        <w:jc w:val="both"/>
      </w:pPr>
      <w:r>
        <w:t>794</w:t>
      </w:r>
    </w:p>
    <w:p>
      <w:pPr>
        <w:jc w:val="both"/>
      </w:pPr>
      <w:r>
        <w:t>04C3.3.227</w:t>
      </w:r>
    </w:p>
    <w:p>
      <w:pPr>
        <w:jc w:val="both"/>
      </w:pPr>
      <w:r>
        <w:t>Mổ quặm 4 mi - gây mê</w:t>
      </w:r>
    </w:p>
    <w:p>
      <w:pPr>
        <w:jc w:val="both"/>
      </w:pPr>
      <w:r>
        <w:t>1.921.000</w:t>
      </w:r>
    </w:p>
    <w:p>
      <w:pPr>
        <w:jc w:val="both"/>
      </w:pPr>
      <w:r>
        <w:t>2.138.000</w:t>
      </w:r>
    </w:p>
    <w:p>
      <w:pPr>
        <w:jc w:val="both"/>
      </w:pPr>
      <w:r>
        <w:t>805</w:t>
      </w:r>
    </w:p>
    <w:p>
      <w:pPr>
        <w:jc w:val="both"/>
      </w:pPr>
      <w:r>
        <w:t>795</w:t>
      </w:r>
    </w:p>
    <w:p>
      <w:pPr>
        <w:jc w:val="both"/>
      </w:pPr>
      <w:r>
        <w:t>04C3.3.216</w:t>
      </w:r>
    </w:p>
    <w:p>
      <w:pPr>
        <w:jc w:val="both"/>
      </w:pPr>
      <w:r>
        <w:t>Mổ quặm 4 mi - gây tê</w:t>
      </w:r>
    </w:p>
    <w:p>
      <w:pPr>
        <w:jc w:val="both"/>
      </w:pPr>
      <w:r>
        <w:t>1.291.000</w:t>
      </w:r>
    </w:p>
    <w:p>
      <w:pPr>
        <w:jc w:val="both"/>
      </w:pPr>
      <w:r>
        <w:t>1.438.000</w:t>
      </w:r>
    </w:p>
    <w:p>
      <w:pPr>
        <w:jc w:val="both"/>
      </w:pPr>
      <w:r>
        <w:t>806</w:t>
      </w:r>
    </w:p>
    <w:p>
      <w:pPr>
        <w:jc w:val="both"/>
      </w:pPr>
      <w:r>
        <w:t>796</w:t>
      </w:r>
    </w:p>
    <w:p>
      <w:pPr>
        <w:jc w:val="both"/>
      </w:pPr>
      <w:r>
        <w:t>03C2.3.54</w:t>
      </w:r>
    </w:p>
    <w:p>
      <w:pPr>
        <w:jc w:val="both"/>
      </w:pPr>
      <w:r>
        <w:t>Mở tiền phòng rửa máu hoặc mủ</w:t>
      </w:r>
    </w:p>
    <w:p>
      <w:pPr>
        <w:jc w:val="both"/>
      </w:pPr>
      <w:r>
        <w:t>772.000</w:t>
      </w:r>
    </w:p>
    <w:p>
      <w:pPr>
        <w:jc w:val="both"/>
      </w:pPr>
      <w:r>
        <w:t>861.000</w:t>
      </w:r>
    </w:p>
    <w:p>
      <w:pPr>
        <w:jc w:val="both"/>
      </w:pPr>
      <w:r>
        <w:t>807</w:t>
      </w:r>
    </w:p>
    <w:p>
      <w:pPr>
        <w:jc w:val="both"/>
      </w:pPr>
      <w:r>
        <w:t>797</w:t>
      </w:r>
    </w:p>
    <w:p>
      <w:pPr>
        <w:jc w:val="both"/>
      </w:pPr>
      <w:r>
        <w:t>03C2.3.68</w:t>
      </w:r>
    </w:p>
    <w:p>
      <w:pPr>
        <w:jc w:val="both"/>
      </w:pPr>
      <w:r>
        <w:t>Mộng tái phát phức tạp có ghép màng ối kết mạc</w:t>
      </w:r>
    </w:p>
    <w:p>
      <w:pPr>
        <w:jc w:val="both"/>
      </w:pPr>
      <w:r>
        <w:t>972.000</w:t>
      </w:r>
    </w:p>
    <w:p>
      <w:pPr>
        <w:jc w:val="both"/>
      </w:pPr>
      <w:r>
        <w:t>1.091.000</w:t>
      </w:r>
    </w:p>
    <w:p>
      <w:pPr>
        <w:jc w:val="both"/>
      </w:pPr>
      <w:r>
        <w:t>808</w:t>
      </w:r>
    </w:p>
    <w:p>
      <w:pPr>
        <w:jc w:val="both"/>
      </w:pPr>
      <w:r>
        <w:t>798</w:t>
      </w:r>
    </w:p>
    <w:p>
      <w:pPr>
        <w:jc w:val="both"/>
      </w:pPr>
      <w:r>
        <w:t>03C2.3.12</w:t>
      </w:r>
    </w:p>
    <w:p>
      <w:pPr>
        <w:jc w:val="both"/>
      </w:pPr>
      <w:r>
        <w:t>Múc nội nhãn (có độn hoặc không độn)</w:t>
      </w:r>
    </w:p>
    <w:p>
      <w:pPr>
        <w:jc w:val="both"/>
      </w:pPr>
      <w:r>
        <w:t>561.000</w:t>
      </w:r>
    </w:p>
    <w:p>
      <w:pPr>
        <w:jc w:val="both"/>
      </w:pPr>
      <w:r>
        <w:t>627.000</w:t>
      </w:r>
    </w:p>
    <w:p>
      <w:pPr>
        <w:jc w:val="both"/>
      </w:pPr>
      <w:r>
        <w:t>Chưa bao gồm vật liệu độn.</w:t>
      </w:r>
    </w:p>
    <w:p>
      <w:pPr>
        <w:jc w:val="both"/>
      </w:pPr>
      <w:r>
        <w:t>809</w:t>
      </w:r>
    </w:p>
    <w:p>
      <w:pPr>
        <w:jc w:val="both"/>
      </w:pPr>
      <w:r>
        <w:t>799</w:t>
      </w:r>
    </w:p>
    <w:p>
      <w:pPr>
        <w:jc w:val="both"/>
      </w:pPr>
      <w:r>
        <w:t>03C2.3.14</w:t>
      </w:r>
    </w:p>
    <w:p>
      <w:pPr>
        <w:jc w:val="both"/>
      </w:pPr>
      <w:r>
        <w:t>Nặn tuyến bờ mi</w:t>
      </w:r>
    </w:p>
    <w:p>
      <w:pPr>
        <w:jc w:val="both"/>
      </w:pPr>
      <w:r>
        <w:t>37.300</w:t>
      </w:r>
    </w:p>
    <w:p>
      <w:pPr>
        <w:jc w:val="both"/>
      </w:pPr>
      <w:r>
        <w:t>41.100</w:t>
      </w:r>
    </w:p>
    <w:p>
      <w:pPr>
        <w:jc w:val="both"/>
      </w:pPr>
      <w:r>
        <w:t>810</w:t>
      </w:r>
    </w:p>
    <w:p>
      <w:pPr>
        <w:jc w:val="both"/>
      </w:pPr>
      <w:r>
        <w:t>800</w:t>
      </w:r>
    </w:p>
    <w:p>
      <w:pPr>
        <w:jc w:val="both"/>
      </w:pPr>
      <w:r>
        <w:t>Nâng sàn hốc mắt</w:t>
      </w:r>
    </w:p>
    <w:p>
      <w:pPr>
        <w:jc w:val="both"/>
      </w:pPr>
      <w:r>
        <w:t>2.818.000</w:t>
      </w:r>
    </w:p>
    <w:p>
      <w:pPr>
        <w:jc w:val="both"/>
      </w:pPr>
      <w:r>
        <w:t>3.190.000</w:t>
      </w:r>
    </w:p>
    <w:p>
      <w:pPr>
        <w:jc w:val="both"/>
      </w:pPr>
      <w:r>
        <w:t>Chưa bao gồm tấm lót sàn</w:t>
      </w:r>
    </w:p>
    <w:p>
      <w:pPr>
        <w:jc w:val="both"/>
      </w:pPr>
      <w:r>
        <w:t>811</w:t>
      </w:r>
    </w:p>
    <w:p>
      <w:pPr>
        <w:jc w:val="both"/>
      </w:pPr>
      <w:r>
        <w:t>801</w:t>
      </w:r>
    </w:p>
    <w:p>
      <w:pPr>
        <w:jc w:val="both"/>
      </w:pPr>
      <w:r>
        <w:t>03C2.3.2</w:t>
      </w:r>
    </w:p>
    <w:p>
      <w:pPr>
        <w:jc w:val="both"/>
      </w:pPr>
      <w:r>
        <w:t>Nghiệm pháp phát hiện Glôcôm</w:t>
      </w:r>
    </w:p>
    <w:p>
      <w:pPr>
        <w:jc w:val="both"/>
      </w:pPr>
      <w:r>
        <w:t>115.000</w:t>
      </w:r>
    </w:p>
    <w:p>
      <w:pPr>
        <w:jc w:val="both"/>
      </w:pPr>
      <w:r>
        <w:t>125.000</w:t>
      </w:r>
    </w:p>
    <w:p>
      <w:pPr>
        <w:jc w:val="both"/>
      </w:pPr>
      <w:r>
        <w:t>812</w:t>
      </w:r>
    </w:p>
    <w:p>
      <w:pPr>
        <w:jc w:val="both"/>
      </w:pPr>
      <w:r>
        <w:t>802</w:t>
      </w:r>
    </w:p>
    <w:p>
      <w:pPr>
        <w:jc w:val="both"/>
      </w:pPr>
      <w:r>
        <w:t>03C2.3.63</w:t>
      </w:r>
    </w:p>
    <w:p>
      <w:pPr>
        <w:jc w:val="both"/>
      </w:pPr>
      <w:r>
        <w:t>Nối thông lệ mũi 1 mắt</w:t>
      </w:r>
    </w:p>
    <w:p>
      <w:pPr>
        <w:jc w:val="both"/>
      </w:pPr>
      <w:r>
        <w:t>1.072.000</w:t>
      </w:r>
    </w:p>
    <w:p>
      <w:pPr>
        <w:jc w:val="both"/>
      </w:pPr>
      <w:r>
        <w:t>1.206.000</w:t>
      </w:r>
    </w:p>
    <w:p>
      <w:pPr>
        <w:jc w:val="both"/>
      </w:pPr>
      <w:r>
        <w:t>Chưa bao gồm ống Silicon.</w:t>
      </w:r>
    </w:p>
    <w:p>
      <w:pPr>
        <w:jc w:val="both"/>
      </w:pPr>
      <w:r>
        <w:t>813</w:t>
      </w:r>
    </w:p>
    <w:p>
      <w:pPr>
        <w:jc w:val="both"/>
      </w:pPr>
      <w:r>
        <w:t>803</w:t>
      </w:r>
    </w:p>
    <w:p>
      <w:pPr>
        <w:jc w:val="both"/>
      </w:pPr>
      <w:r>
        <w:t>Phẫu thuật bong võng mạc kinh điển</w:t>
      </w:r>
    </w:p>
    <w:p>
      <w:pPr>
        <w:jc w:val="both"/>
      </w:pPr>
      <w:r>
        <w:t>2.302.000</w:t>
      </w:r>
    </w:p>
    <w:p>
      <w:pPr>
        <w:jc w:val="both"/>
      </w:pPr>
      <w:r>
        <w:t>2.596.000</w:t>
      </w:r>
    </w:p>
    <w:p>
      <w:pPr>
        <w:jc w:val="both"/>
      </w:pPr>
      <w:r>
        <w:t>Chưa bao gồm đai Silicon.</w:t>
      </w:r>
    </w:p>
    <w:p>
      <w:pPr>
        <w:jc w:val="both"/>
      </w:pPr>
      <w:r>
        <w:t>814</w:t>
      </w:r>
    </w:p>
    <w:p>
      <w:pPr>
        <w:jc w:val="both"/>
      </w:pPr>
      <w:r>
        <w:t>804</w:t>
      </w:r>
    </w:p>
    <w:p>
      <w:pPr>
        <w:jc w:val="both"/>
      </w:pPr>
      <w:r>
        <w:t>03C2.3.32</w:t>
      </w:r>
    </w:p>
    <w:p>
      <w:pPr>
        <w:jc w:val="both"/>
      </w:pPr>
      <w:r>
        <w:t>Phẫu thuật cắt bao sau</w:t>
      </w:r>
    </w:p>
    <w:p>
      <w:pPr>
        <w:jc w:val="both"/>
      </w:pPr>
      <w:r>
        <w:t>622.000</w:t>
      </w:r>
    </w:p>
    <w:p>
      <w:pPr>
        <w:jc w:val="both"/>
      </w:pPr>
      <w:r>
        <w:t>688.000</w:t>
      </w:r>
    </w:p>
    <w:p>
      <w:pPr>
        <w:jc w:val="both"/>
      </w:pPr>
      <w:r>
        <w:t>Chưa bao gồm đầu cắt bao sau.</w:t>
      </w:r>
    </w:p>
    <w:p>
      <w:pPr>
        <w:jc w:val="both"/>
      </w:pPr>
      <w:r>
        <w:t>815</w:t>
      </w:r>
    </w:p>
    <w:p>
      <w:pPr>
        <w:jc w:val="both"/>
      </w:pPr>
      <w:r>
        <w:t>805</w:t>
      </w:r>
    </w:p>
    <w:p>
      <w:pPr>
        <w:jc w:val="both"/>
      </w:pPr>
      <w:r>
        <w:t>03C2.3.30</w:t>
      </w:r>
    </w:p>
    <w:p>
      <w:pPr>
        <w:jc w:val="both"/>
      </w:pPr>
      <w:r>
        <w:t>Phẫu thuật cắt bè</w:t>
      </w:r>
    </w:p>
    <w:p>
      <w:pPr>
        <w:jc w:val="both"/>
      </w:pPr>
      <w:r>
        <w:t>1.140.000</w:t>
      </w:r>
    </w:p>
    <w:p>
      <w:pPr>
        <w:jc w:val="both"/>
      </w:pPr>
      <w:r>
        <w:t>1.281.000</w:t>
      </w:r>
    </w:p>
    <w:p>
      <w:pPr>
        <w:jc w:val="both"/>
      </w:pPr>
      <w:r>
        <w:t>816</w:t>
      </w:r>
    </w:p>
    <w:p>
      <w:pPr>
        <w:jc w:val="both"/>
      </w:pPr>
      <w:r>
        <w:t>806</w:t>
      </w:r>
    </w:p>
    <w:p>
      <w:pPr>
        <w:jc w:val="both"/>
      </w:pPr>
      <w:r>
        <w:t>03C2.3.96</w:t>
      </w:r>
    </w:p>
    <w:p>
      <w:pPr>
        <w:jc w:val="both"/>
      </w:pPr>
      <w:r>
        <w:t>Phẫu thuật cắt dịch kính và điều trị bong võng mạc (01 mắt)</w:t>
      </w:r>
    </w:p>
    <w:p>
      <w:pPr>
        <w:jc w:val="both"/>
      </w:pPr>
      <w:r>
        <w:t>3.039.000</w:t>
      </w:r>
    </w:p>
    <w:p>
      <w:pPr>
        <w:jc w:val="both"/>
      </w:pPr>
      <w:r>
        <w:t>3.414.000</w:t>
      </w:r>
    </w:p>
    <w:p>
      <w:pPr>
        <w:jc w:val="both"/>
      </w:pPr>
      <w:r>
        <w:t>Chưa bao gồm dầu silicon, đai silicon, đầu cắt dịch kính, Laser nội nhãn.</w:t>
      </w:r>
    </w:p>
    <w:p>
      <w:pPr>
        <w:jc w:val="both"/>
      </w:pPr>
      <w:r>
        <w:t>817</w:t>
      </w:r>
    </w:p>
    <w:p>
      <w:pPr>
        <w:jc w:val="both"/>
      </w:pPr>
      <w:r>
        <w:t>807</w:t>
      </w:r>
    </w:p>
    <w:p>
      <w:pPr>
        <w:jc w:val="both"/>
      </w:pPr>
      <w:r>
        <w:t>03C2.3.36</w:t>
      </w:r>
    </w:p>
    <w:p>
      <w:pPr>
        <w:jc w:val="both"/>
      </w:pPr>
      <w:r>
        <w:t>Phẫu thuật cắt màng đồng tử</w:t>
      </w:r>
    </w:p>
    <w:p>
      <w:pPr>
        <w:jc w:val="both"/>
      </w:pPr>
      <w:r>
        <w:t>970.000</w:t>
      </w:r>
    </w:p>
    <w:p>
      <w:pPr>
        <w:jc w:val="both"/>
      </w:pPr>
      <w:r>
        <w:t>1.085.000</w:t>
      </w:r>
    </w:p>
    <w:p>
      <w:pPr>
        <w:jc w:val="both"/>
      </w:pPr>
      <w:r>
        <w:t>Chưa bao gồm đầu cắt.</w:t>
      </w:r>
    </w:p>
    <w:p>
      <w:pPr>
        <w:jc w:val="both"/>
      </w:pPr>
      <w:r>
        <w:t>818</w:t>
      </w:r>
    </w:p>
    <w:p>
      <w:pPr>
        <w:jc w:val="both"/>
      </w:pPr>
      <w:r>
        <w:t>808</w:t>
      </w:r>
    </w:p>
    <w:p>
      <w:pPr>
        <w:jc w:val="both"/>
      </w:pPr>
      <w:r>
        <w:t>04C3.3.223</w:t>
      </w:r>
    </w:p>
    <w:p>
      <w:pPr>
        <w:jc w:val="both"/>
      </w:pPr>
      <w:r>
        <w:t>Phẫu thuật cắt mộng ghép màng ối, kết mạc - gây mê</w:t>
      </w:r>
    </w:p>
    <w:p>
      <w:pPr>
        <w:jc w:val="both"/>
      </w:pPr>
      <w:r>
        <w:t>1.534.000</w:t>
      </w:r>
    </w:p>
    <w:p>
      <w:pPr>
        <w:jc w:val="both"/>
      </w:pPr>
      <w:r>
        <w:t>1.716.000</w:t>
      </w:r>
    </w:p>
    <w:p>
      <w:pPr>
        <w:jc w:val="both"/>
      </w:pPr>
      <w:r>
        <w:t>Chưa bao gồm chi phí màng ối.</w:t>
      </w:r>
    </w:p>
    <w:p>
      <w:pPr>
        <w:jc w:val="both"/>
      </w:pPr>
      <w:r>
        <w:t>819</w:t>
      </w:r>
    </w:p>
    <w:p>
      <w:pPr>
        <w:jc w:val="both"/>
      </w:pPr>
      <w:r>
        <w:t>809</w:t>
      </w:r>
    </w:p>
    <w:p>
      <w:pPr>
        <w:jc w:val="both"/>
      </w:pPr>
      <w:r>
        <w:t>04C3.3.212</w:t>
      </w:r>
    </w:p>
    <w:p>
      <w:pPr>
        <w:jc w:val="both"/>
      </w:pPr>
      <w:r>
        <w:t>Phẫu thuật cắt mộng ghép màng ối, kết mạc - gây tê</w:t>
      </w:r>
    </w:p>
    <w:p>
      <w:pPr>
        <w:jc w:val="both"/>
      </w:pPr>
      <w:r>
        <w:t>1.007.000</w:t>
      </w:r>
    </w:p>
    <w:p>
      <w:pPr>
        <w:jc w:val="both"/>
      </w:pPr>
      <w:r>
        <w:t>1.120.000</w:t>
      </w:r>
    </w:p>
    <w:p>
      <w:pPr>
        <w:jc w:val="both"/>
      </w:pPr>
      <w:r>
        <w:t>Chưa bao gồm chi phí màng ối.</w:t>
      </w:r>
    </w:p>
    <w:p>
      <w:pPr>
        <w:jc w:val="both"/>
      </w:pPr>
      <w:r>
        <w:t>820</w:t>
      </w:r>
    </w:p>
    <w:p>
      <w:pPr>
        <w:jc w:val="both"/>
      </w:pPr>
      <w:r>
        <w:t>810</w:t>
      </w:r>
    </w:p>
    <w:p>
      <w:pPr>
        <w:jc w:val="both"/>
      </w:pPr>
      <w:r>
        <w:t>03C2.3.97</w:t>
      </w:r>
    </w:p>
    <w:p>
      <w:pPr>
        <w:jc w:val="both"/>
      </w:pPr>
      <w:r>
        <w:t>Phẫu thuật cắt mống mắt chu biên</w:t>
      </w:r>
    </w:p>
    <w:p>
      <w:pPr>
        <w:jc w:val="both"/>
      </w:pPr>
      <w:r>
        <w:t>538.000</w:t>
      </w:r>
    </w:p>
    <w:p>
      <w:pPr>
        <w:jc w:val="both"/>
      </w:pPr>
      <w:r>
        <w:t>603.000</w:t>
      </w:r>
    </w:p>
    <w:p>
      <w:pPr>
        <w:jc w:val="both"/>
      </w:pPr>
      <w:r>
        <w:t>821</w:t>
      </w:r>
    </w:p>
    <w:p>
      <w:pPr>
        <w:jc w:val="both"/>
      </w:pPr>
      <w:r>
        <w:t>811</w:t>
      </w:r>
    </w:p>
    <w:p>
      <w:pPr>
        <w:jc w:val="both"/>
      </w:pPr>
      <w:r>
        <w:t>03C2.3.35</w:t>
      </w:r>
    </w:p>
    <w:p>
      <w:pPr>
        <w:jc w:val="both"/>
      </w:pPr>
      <w:r>
        <w:t>Phẫu thuật cắt thủy tinh thể</w:t>
      </w:r>
    </w:p>
    <w:p>
      <w:pPr>
        <w:jc w:val="both"/>
      </w:pPr>
      <w:r>
        <w:t>1.260.000</w:t>
      </w:r>
    </w:p>
    <w:p>
      <w:pPr>
        <w:jc w:val="both"/>
      </w:pPr>
      <w:r>
        <w:t>1.409.000</w:t>
      </w:r>
    </w:p>
    <w:p>
      <w:pPr>
        <w:jc w:val="both"/>
      </w:pPr>
      <w:r>
        <w:t>Chưa bao gồm đầu cắt</w:t>
      </w:r>
    </w:p>
    <w:p>
      <w:pPr>
        <w:jc w:val="both"/>
      </w:pPr>
      <w:r>
        <w:t>822</w:t>
      </w:r>
    </w:p>
    <w:p>
      <w:pPr>
        <w:jc w:val="both"/>
      </w:pPr>
      <w:r>
        <w:t>812</w:t>
      </w:r>
    </w:p>
    <w:p>
      <w:pPr>
        <w:jc w:val="both"/>
      </w:pPr>
      <w:r>
        <w:t>03C2.3.31</w:t>
      </w:r>
    </w:p>
    <w:p>
      <w:pPr>
        <w:jc w:val="both"/>
      </w:pPr>
      <w:r>
        <w:t>Phẫu thuật đặt IOL (1 mắt)</w:t>
      </w:r>
    </w:p>
    <w:p>
      <w:pPr>
        <w:jc w:val="both"/>
      </w:pPr>
      <w:r>
        <w:t>1.988.000</w:t>
      </w:r>
    </w:p>
    <w:p>
      <w:pPr>
        <w:jc w:val="both"/>
      </w:pPr>
      <w:r>
        <w:t>2.273.000</w:t>
      </w:r>
    </w:p>
    <w:p>
      <w:pPr>
        <w:jc w:val="both"/>
      </w:pPr>
      <w:r>
        <w:t>Chưa bao gồm thể thủy tinh nhân tạo.</w:t>
      </w:r>
    </w:p>
    <w:p>
      <w:pPr>
        <w:jc w:val="both"/>
      </w:pPr>
      <w:r>
        <w:t>823</w:t>
      </w:r>
    </w:p>
    <w:p>
      <w:pPr>
        <w:jc w:val="both"/>
      </w:pPr>
      <w:r>
        <w:t>813</w:t>
      </w:r>
    </w:p>
    <w:p>
      <w:pPr>
        <w:jc w:val="both"/>
      </w:pPr>
      <w:r>
        <w:t>03C2.3.37</w:t>
      </w:r>
    </w:p>
    <w:p>
      <w:pPr>
        <w:jc w:val="both"/>
      </w:pPr>
      <w:r>
        <w:t>Phẫu thuật đặt ống Silicon tiền phòng</w:t>
      </w:r>
    </w:p>
    <w:p>
      <w:pPr>
        <w:jc w:val="both"/>
      </w:pPr>
      <w:r>
        <w:t>1.560.000</w:t>
      </w:r>
    </w:p>
    <w:p>
      <w:pPr>
        <w:jc w:val="both"/>
      </w:pPr>
      <w:r>
        <w:t>1.754.000</w:t>
      </w:r>
    </w:p>
    <w:p>
      <w:pPr>
        <w:jc w:val="both"/>
      </w:pPr>
      <w:r>
        <w:t>Chưa bao gồm ống silicon.</w:t>
      </w:r>
    </w:p>
    <w:p>
      <w:pPr>
        <w:jc w:val="both"/>
      </w:pPr>
      <w:r>
        <w:t>824</w:t>
      </w:r>
    </w:p>
    <w:p>
      <w:pPr>
        <w:jc w:val="both"/>
      </w:pPr>
      <w:r>
        <w:t>814</w:t>
      </w:r>
    </w:p>
    <w:p>
      <w:pPr>
        <w:jc w:val="both"/>
      </w:pPr>
      <w:r>
        <w:t>03C2.3.20</w:t>
      </w:r>
    </w:p>
    <w:p>
      <w:pPr>
        <w:jc w:val="both"/>
      </w:pPr>
      <w:r>
        <w:t>Phẫu thuật điều trị bệnh võng mạc trẻ đẻ non (2 mắt)</w:t>
      </w:r>
    </w:p>
    <w:p>
      <w:pPr>
        <w:jc w:val="both"/>
      </w:pPr>
      <w:r>
        <w:t>1.916.000</w:t>
      </w:r>
    </w:p>
    <w:p>
      <w:pPr>
        <w:jc w:val="both"/>
      </w:pPr>
      <w:r>
        <w:t>2.125.000</w:t>
      </w:r>
    </w:p>
    <w:p>
      <w:pPr>
        <w:jc w:val="both"/>
      </w:pPr>
      <w:r>
        <w:t>Chưa bao gồm đầu cắt dịch kính, laser nội nhãn, dây dẫn sáng.</w:t>
      </w:r>
    </w:p>
    <w:p>
      <w:pPr>
        <w:jc w:val="both"/>
      </w:pPr>
      <w:r>
        <w:t>825</w:t>
      </w:r>
    </w:p>
    <w:p>
      <w:pPr>
        <w:jc w:val="both"/>
      </w:pPr>
      <w:r>
        <w:t>815</w:t>
      </w:r>
    </w:p>
    <w:p>
      <w:pPr>
        <w:jc w:val="both"/>
      </w:pPr>
      <w:r>
        <w:t>03C2.3.94</w:t>
      </w:r>
    </w:p>
    <w:p>
      <w:pPr>
        <w:jc w:val="both"/>
      </w:pPr>
      <w:r>
        <w:t>Phẫu thuật đục thủy tinh thể bằng phương pháp Phaco (01 mắt)</w:t>
      </w:r>
    </w:p>
    <w:p>
      <w:pPr>
        <w:jc w:val="both"/>
      </w:pPr>
      <w:r>
        <w:t>2.690.000</w:t>
      </w:r>
    </w:p>
    <w:p>
      <w:pPr>
        <w:jc w:val="both"/>
      </w:pPr>
      <w:r>
        <w:t>3.065.000</w:t>
      </w:r>
    </w:p>
    <w:p>
      <w:pPr>
        <w:jc w:val="both"/>
      </w:pPr>
      <w:r>
        <w:t>Chưa bao gồm thủy tinh thể nhân tạo; đã bao gồm casset dùng nhiều lần, dịch nhầy.</w:t>
      </w:r>
    </w:p>
    <w:p>
      <w:pPr>
        <w:jc w:val="both"/>
      </w:pPr>
      <w:r>
        <w:t>826</w:t>
      </w:r>
    </w:p>
    <w:p>
      <w:pPr>
        <w:jc w:val="both"/>
      </w:pPr>
      <w:r>
        <w:t>816</w:t>
      </w:r>
    </w:p>
    <w:p>
      <w:pPr>
        <w:jc w:val="both"/>
      </w:pPr>
      <w:r>
        <w:t>03C2.3.19</w:t>
      </w:r>
    </w:p>
    <w:p>
      <w:pPr>
        <w:jc w:val="both"/>
      </w:pPr>
      <w:r>
        <w:t>Phẫu thuật Epicanthus (1 mắt)</w:t>
      </w:r>
    </w:p>
    <w:p>
      <w:pPr>
        <w:jc w:val="both"/>
      </w:pPr>
      <w:r>
        <w:t>872.000</w:t>
      </w:r>
    </w:p>
    <w:p>
      <w:pPr>
        <w:jc w:val="both"/>
      </w:pPr>
      <w:r>
        <w:t>976.000</w:t>
      </w:r>
    </w:p>
    <w:p>
      <w:pPr>
        <w:jc w:val="both"/>
      </w:pPr>
      <w:r>
        <w:t>827</w:t>
      </w:r>
    </w:p>
    <w:p>
      <w:pPr>
        <w:jc w:val="both"/>
      </w:pPr>
      <w:r>
        <w:t>817</w:t>
      </w:r>
    </w:p>
    <w:p>
      <w:pPr>
        <w:jc w:val="both"/>
      </w:pPr>
      <w:r>
        <w:t>03C2.3.89</w:t>
      </w:r>
    </w:p>
    <w:p>
      <w:pPr>
        <w:jc w:val="both"/>
      </w:pPr>
      <w:r>
        <w:t>Phẫu thuật hẹp khe mi</w:t>
      </w:r>
    </w:p>
    <w:p>
      <w:pPr>
        <w:jc w:val="both"/>
      </w:pPr>
      <w:r>
        <w:t>687.000</w:t>
      </w:r>
    </w:p>
    <w:p>
      <w:pPr>
        <w:jc w:val="both"/>
      </w:pPr>
      <w:r>
        <w:t>752.000</w:t>
      </w:r>
    </w:p>
    <w:p>
      <w:pPr>
        <w:jc w:val="both"/>
      </w:pPr>
      <w:r>
        <w:t>828</w:t>
      </w:r>
    </w:p>
    <w:p>
      <w:pPr>
        <w:jc w:val="both"/>
      </w:pPr>
      <w:r>
        <w:t>818</w:t>
      </w:r>
    </w:p>
    <w:p>
      <w:pPr>
        <w:jc w:val="both"/>
      </w:pPr>
      <w:r>
        <w:t>03C2.3.28</w:t>
      </w:r>
    </w:p>
    <w:p>
      <w:pPr>
        <w:jc w:val="both"/>
      </w:pPr>
      <w:r>
        <w:t>Phẫu thuật lác (1 mắt)</w:t>
      </w:r>
    </w:p>
    <w:p>
      <w:pPr>
        <w:jc w:val="both"/>
      </w:pPr>
      <w:r>
        <w:t>772.000</w:t>
      </w:r>
    </w:p>
    <w:p>
      <w:pPr>
        <w:jc w:val="both"/>
      </w:pPr>
      <w:r>
        <w:t>861.000</w:t>
      </w:r>
    </w:p>
    <w:p>
      <w:pPr>
        <w:jc w:val="both"/>
      </w:pPr>
      <w:r>
        <w:t>829</w:t>
      </w:r>
    </w:p>
    <w:p>
      <w:pPr>
        <w:jc w:val="both"/>
      </w:pPr>
      <w:r>
        <w:t>819</w:t>
      </w:r>
    </w:p>
    <w:p>
      <w:pPr>
        <w:jc w:val="both"/>
      </w:pPr>
      <w:r>
        <w:t>03C2.3.27</w:t>
      </w:r>
    </w:p>
    <w:p>
      <w:pPr>
        <w:jc w:val="both"/>
      </w:pPr>
      <w:r>
        <w:t>Phẫu thuật lác (2 mắt)</w:t>
      </w:r>
    </w:p>
    <w:p>
      <w:pPr>
        <w:jc w:val="both"/>
      </w:pPr>
      <w:r>
        <w:t>1.188.000</w:t>
      </w:r>
    </w:p>
    <w:p>
      <w:pPr>
        <w:jc w:val="both"/>
      </w:pPr>
      <w:r>
        <w:t>1.352.000</w:t>
      </w:r>
    </w:p>
    <w:p>
      <w:pPr>
        <w:jc w:val="both"/>
      </w:pPr>
      <w:r>
        <w:t>830</w:t>
      </w:r>
    </w:p>
    <w:p>
      <w:pPr>
        <w:jc w:val="both"/>
      </w:pPr>
      <w:r>
        <w:t>820</w:t>
      </w:r>
    </w:p>
    <w:p>
      <w:pPr>
        <w:jc w:val="both"/>
      </w:pPr>
      <w:r>
        <w:t>03C2.3.23</w:t>
      </w:r>
    </w:p>
    <w:p>
      <w:pPr>
        <w:jc w:val="both"/>
      </w:pPr>
      <w:r>
        <w:t>Phẫu thuật lác có Faden (1 mắt)</w:t>
      </w:r>
    </w:p>
    <w:p>
      <w:pPr>
        <w:jc w:val="both"/>
      </w:pPr>
      <w:r>
        <w:t>837.000</w:t>
      </w:r>
    </w:p>
    <w:p>
      <w:pPr>
        <w:jc w:val="both"/>
      </w:pPr>
      <w:r>
        <w:t>925.000</w:t>
      </w:r>
    </w:p>
    <w:p>
      <w:pPr>
        <w:jc w:val="both"/>
      </w:pPr>
      <w:r>
        <w:t>831</w:t>
      </w:r>
    </w:p>
    <w:p>
      <w:pPr>
        <w:jc w:val="both"/>
      </w:pPr>
      <w:r>
        <w:t>821</w:t>
      </w:r>
    </w:p>
    <w:p>
      <w:pPr>
        <w:jc w:val="both"/>
      </w:pPr>
      <w:r>
        <w:t>03C2.3.77</w:t>
      </w:r>
    </w:p>
    <w:p>
      <w:pPr>
        <w:jc w:val="both"/>
      </w:pPr>
      <w:r>
        <w:t>Phẫu thuật lấy thủy tinh thể ngoài bao, đặt IOL+ cắt bè (1 mắt)</w:t>
      </w:r>
    </w:p>
    <w:p>
      <w:pPr>
        <w:jc w:val="both"/>
      </w:pPr>
      <w:r>
        <w:t>1.860.000</w:t>
      </w:r>
    </w:p>
    <w:p>
      <w:pPr>
        <w:jc w:val="both"/>
      </w:pPr>
      <w:r>
        <w:t>2.099.000</w:t>
      </w:r>
    </w:p>
    <w:p>
      <w:pPr>
        <w:jc w:val="both"/>
      </w:pPr>
      <w:r>
        <w:t>Chưa bao gồm thủy tinh thể nhân tạo.</w:t>
      </w:r>
    </w:p>
    <w:p>
      <w:pPr>
        <w:jc w:val="both"/>
      </w:pPr>
      <w:r>
        <w:t>832</w:t>
      </w:r>
    </w:p>
    <w:p>
      <w:pPr>
        <w:jc w:val="both"/>
      </w:pPr>
      <w:r>
        <w:t>822</w:t>
      </w:r>
    </w:p>
    <w:p>
      <w:pPr>
        <w:jc w:val="both"/>
      </w:pPr>
      <w:r>
        <w:t>04C3.3.218</w:t>
      </w:r>
    </w:p>
    <w:p>
      <w:pPr>
        <w:jc w:val="both"/>
      </w:pPr>
      <w:r>
        <w:t>Phẫu thuật mộng đơn một mắt - gây mê</w:t>
      </w:r>
    </w:p>
    <w:p>
      <w:pPr>
        <w:jc w:val="both"/>
      </w:pPr>
      <w:r>
        <w:t>1.496.000</w:t>
      </w:r>
    </w:p>
    <w:p>
      <w:pPr>
        <w:jc w:val="both"/>
      </w:pPr>
      <w:r>
        <w:t>1.672.000</w:t>
      </w:r>
    </w:p>
    <w:p>
      <w:pPr>
        <w:jc w:val="both"/>
      </w:pPr>
      <w:r>
        <w:t>833</w:t>
      </w:r>
    </w:p>
    <w:p>
      <w:pPr>
        <w:jc w:val="both"/>
      </w:pPr>
      <w:r>
        <w:t>823</w:t>
      </w:r>
    </w:p>
    <w:p>
      <w:pPr>
        <w:jc w:val="both"/>
      </w:pPr>
      <w:r>
        <w:t>04C3.3.217</w:t>
      </w:r>
    </w:p>
    <w:p>
      <w:pPr>
        <w:jc w:val="both"/>
      </w:pPr>
      <w:r>
        <w:t>Phẫu thuật mộng đơn thuần một mắt - gây tê</w:t>
      </w:r>
    </w:p>
    <w:p>
      <w:pPr>
        <w:jc w:val="both"/>
      </w:pPr>
      <w:r>
        <w:t>902.000</w:t>
      </w:r>
    </w:p>
    <w:p>
      <w:pPr>
        <w:jc w:val="both"/>
      </w:pPr>
      <w:r>
        <w:t>1.010.000</w:t>
      </w:r>
    </w:p>
    <w:p>
      <w:pPr>
        <w:jc w:val="both"/>
      </w:pPr>
      <w:r>
        <w:t>834</w:t>
      </w:r>
    </w:p>
    <w:p>
      <w:pPr>
        <w:jc w:val="both"/>
      </w:pPr>
      <w:r>
        <w:t>824</w:t>
      </w:r>
    </w:p>
    <w:p>
      <w:pPr>
        <w:jc w:val="both"/>
      </w:pPr>
      <w:r>
        <w:t>03C2.3.70</w:t>
      </w:r>
    </w:p>
    <w:p>
      <w:pPr>
        <w:jc w:val="both"/>
      </w:pPr>
      <w:r>
        <w:t>Phẫu thuật mộng ghép kết mạc tự thân</w:t>
      </w:r>
    </w:p>
    <w:p>
      <w:pPr>
        <w:jc w:val="both"/>
      </w:pPr>
      <w:r>
        <w:t>872.000</w:t>
      </w:r>
    </w:p>
    <w:p>
      <w:pPr>
        <w:jc w:val="both"/>
      </w:pPr>
      <w:r>
        <w:t>976.000</w:t>
      </w:r>
    </w:p>
    <w:p>
      <w:pPr>
        <w:jc w:val="both"/>
      </w:pPr>
      <w:r>
        <w:t>835</w:t>
      </w:r>
    </w:p>
    <w:p>
      <w:pPr>
        <w:jc w:val="both"/>
      </w:pPr>
      <w:r>
        <w:t>825</w:t>
      </w:r>
    </w:p>
    <w:p>
      <w:pPr>
        <w:jc w:val="both"/>
      </w:pPr>
      <w:r>
        <w:t>03C2.3.43</w:t>
      </w:r>
    </w:p>
    <w:p>
      <w:pPr>
        <w:jc w:val="both"/>
      </w:pPr>
      <w:r>
        <w:t>Phẫu thuật phủ kết mạc lắp mắt giả</w:t>
      </w:r>
    </w:p>
    <w:p>
      <w:pPr>
        <w:jc w:val="both"/>
      </w:pPr>
      <w:r>
        <w:t>787.000</w:t>
      </w:r>
    </w:p>
    <w:p>
      <w:pPr>
        <w:jc w:val="both"/>
      </w:pPr>
      <w:r>
        <w:t>867.000</w:t>
      </w:r>
    </w:p>
    <w:p>
      <w:pPr>
        <w:jc w:val="both"/>
      </w:pPr>
      <w:r>
        <w:t>836</w:t>
      </w:r>
    </w:p>
    <w:p>
      <w:pPr>
        <w:jc w:val="both"/>
      </w:pPr>
      <w:r>
        <w:t>826</w:t>
      </w:r>
    </w:p>
    <w:p>
      <w:pPr>
        <w:jc w:val="both"/>
      </w:pPr>
      <w:r>
        <w:t>03C2.3.26</w:t>
      </w:r>
    </w:p>
    <w:p>
      <w:pPr>
        <w:jc w:val="both"/>
      </w:pPr>
      <w:r>
        <w:t>Phẫu thuật sụp mi (1 mắt)</w:t>
      </w:r>
    </w:p>
    <w:p>
      <w:pPr>
        <w:jc w:val="both"/>
      </w:pPr>
      <w:r>
        <w:t>1.340.000</w:t>
      </w:r>
    </w:p>
    <w:p>
      <w:pPr>
        <w:jc w:val="both"/>
      </w:pPr>
      <w:r>
        <w:t>1.511.000</w:t>
      </w:r>
    </w:p>
    <w:p>
      <w:pPr>
        <w:jc w:val="both"/>
      </w:pPr>
      <w:r>
        <w:t>837</w:t>
      </w:r>
    </w:p>
    <w:p>
      <w:pPr>
        <w:jc w:val="both"/>
      </w:pPr>
      <w:r>
        <w:t>827</w:t>
      </w:r>
    </w:p>
    <w:p>
      <w:pPr>
        <w:jc w:val="both"/>
      </w:pPr>
      <w:r>
        <w:t>03C2.3.45</w:t>
      </w:r>
    </w:p>
    <w:p>
      <w:pPr>
        <w:jc w:val="both"/>
      </w:pPr>
      <w:r>
        <w:t>Phẫu thuật tái tạo lệ quản kết hợp khâu mi</w:t>
      </w:r>
    </w:p>
    <w:p>
      <w:pPr>
        <w:jc w:val="both"/>
      </w:pPr>
      <w:r>
        <w:t>1.560.000</w:t>
      </w:r>
    </w:p>
    <w:p>
      <w:pPr>
        <w:jc w:val="both"/>
      </w:pPr>
      <w:r>
        <w:t>1.754.000</w:t>
      </w:r>
    </w:p>
    <w:p>
      <w:pPr>
        <w:jc w:val="both"/>
      </w:pPr>
      <w:r>
        <w:t>Chưa bao gồm ống silicon.</w:t>
      </w:r>
    </w:p>
    <w:p>
      <w:pPr>
        <w:jc w:val="both"/>
      </w:pPr>
      <w:r>
        <w:t>838</w:t>
      </w:r>
    </w:p>
    <w:p>
      <w:pPr>
        <w:jc w:val="both"/>
      </w:pPr>
      <w:r>
        <w:t>828</w:t>
      </w:r>
    </w:p>
    <w:p>
      <w:pPr>
        <w:jc w:val="both"/>
      </w:pPr>
      <w:r>
        <w:t>03C2.3.42</w:t>
      </w:r>
    </w:p>
    <w:p>
      <w:pPr>
        <w:jc w:val="both"/>
      </w:pPr>
      <w:r>
        <w:t>Phẫu thuật tạo cùng đồ lắp mắt giả</w:t>
      </w:r>
    </w:p>
    <w:p>
      <w:pPr>
        <w:jc w:val="both"/>
      </w:pPr>
      <w:r>
        <w:t>1.160.000</w:t>
      </w:r>
    </w:p>
    <w:p>
      <w:pPr>
        <w:jc w:val="both"/>
      </w:pPr>
      <w:r>
        <w:t>1.294.000</w:t>
      </w:r>
    </w:p>
    <w:p>
      <w:pPr>
        <w:jc w:val="both"/>
      </w:pPr>
      <w:r>
        <w:t>839</w:t>
      </w:r>
    </w:p>
    <w:p>
      <w:pPr>
        <w:jc w:val="both"/>
      </w:pPr>
      <w:r>
        <w:t>829</w:t>
      </w:r>
    </w:p>
    <w:p>
      <w:pPr>
        <w:jc w:val="both"/>
      </w:pPr>
      <w:r>
        <w:t>03C2.3.24</w:t>
      </w:r>
    </w:p>
    <w:p>
      <w:pPr>
        <w:jc w:val="both"/>
      </w:pPr>
      <w:r>
        <w:t>Phẫu thuật tạo mí (1 mắt)</w:t>
      </w:r>
    </w:p>
    <w:p>
      <w:pPr>
        <w:jc w:val="both"/>
      </w:pPr>
      <w:r>
        <w:t>872.000</w:t>
      </w:r>
    </w:p>
    <w:p>
      <w:pPr>
        <w:jc w:val="both"/>
      </w:pPr>
      <w:r>
        <w:t>976.000</w:t>
      </w:r>
    </w:p>
    <w:p>
      <w:pPr>
        <w:jc w:val="both"/>
      </w:pPr>
      <w:r>
        <w:t>840</w:t>
      </w:r>
    </w:p>
    <w:p>
      <w:pPr>
        <w:jc w:val="both"/>
      </w:pPr>
      <w:r>
        <w:t>830</w:t>
      </w:r>
    </w:p>
    <w:p>
      <w:pPr>
        <w:jc w:val="both"/>
      </w:pPr>
      <w:r>
        <w:t>03C2.3.25</w:t>
      </w:r>
    </w:p>
    <w:p>
      <w:pPr>
        <w:jc w:val="both"/>
      </w:pPr>
      <w:r>
        <w:t>Phẫu thuật tạo mí (2 mắt)</w:t>
      </w:r>
    </w:p>
    <w:p>
      <w:pPr>
        <w:jc w:val="both"/>
      </w:pPr>
      <w:r>
        <w:t>1.137.000</w:t>
      </w:r>
    </w:p>
    <w:p>
      <w:pPr>
        <w:jc w:val="both"/>
      </w:pPr>
      <w:r>
        <w:t>1.270.000</w:t>
      </w:r>
    </w:p>
    <w:p>
      <w:pPr>
        <w:jc w:val="both"/>
      </w:pPr>
      <w:r>
        <w:t>841</w:t>
      </w:r>
    </w:p>
    <w:p>
      <w:pPr>
        <w:jc w:val="both"/>
      </w:pPr>
      <w:r>
        <w:t>831</w:t>
      </w:r>
    </w:p>
    <w:p>
      <w:pPr>
        <w:jc w:val="both"/>
      </w:pPr>
      <w:r>
        <w:t>Phẫu thuật tháo đai độn Silicon</w:t>
      </w:r>
    </w:p>
    <w:p>
      <w:pPr>
        <w:jc w:val="both"/>
      </w:pPr>
      <w:r>
        <w:t>1.693.000</w:t>
      </w:r>
    </w:p>
    <w:p>
      <w:pPr>
        <w:jc w:val="both"/>
      </w:pPr>
      <w:r>
        <w:t>1.922.000</w:t>
      </w:r>
    </w:p>
    <w:p>
      <w:pPr>
        <w:jc w:val="both"/>
      </w:pPr>
      <w:r>
        <w:t>842</w:t>
      </w:r>
    </w:p>
    <w:p>
      <w:pPr>
        <w:jc w:val="both"/>
      </w:pPr>
      <w:r>
        <w:t>832</w:t>
      </w:r>
    </w:p>
    <w:p>
      <w:pPr>
        <w:jc w:val="both"/>
      </w:pPr>
      <w:r>
        <w:t>Phẫu thuật thể thủy tinh bằng phaco và femtosecond có hoặc không có đặt IOL</w:t>
      </w:r>
    </w:p>
    <w:p>
      <w:pPr>
        <w:jc w:val="both"/>
      </w:pPr>
      <w:r>
        <w:t>4.928.000</w:t>
      </w:r>
    </w:p>
    <w:p>
      <w:pPr>
        <w:jc w:val="both"/>
      </w:pPr>
      <w:r>
        <w:t>5.619.000</w:t>
      </w:r>
    </w:p>
    <w:p>
      <w:pPr>
        <w:jc w:val="both"/>
      </w:pPr>
      <w:r>
        <w:t>Chưa bao gồm thủy tinh thể nhân tạo, thiết bị cố định mắt (Pateient interface).</w:t>
      </w:r>
    </w:p>
    <w:p>
      <w:pPr>
        <w:jc w:val="both"/>
      </w:pPr>
      <w:r>
        <w:t>843</w:t>
      </w:r>
    </w:p>
    <w:p>
      <w:pPr>
        <w:jc w:val="both"/>
      </w:pPr>
      <w:r>
        <w:t>833</w:t>
      </w:r>
    </w:p>
    <w:p>
      <w:pPr>
        <w:jc w:val="both"/>
      </w:pPr>
      <w:r>
        <w:t>03C2.3.33</w:t>
      </w:r>
    </w:p>
    <w:p>
      <w:pPr>
        <w:jc w:val="both"/>
      </w:pPr>
      <w:r>
        <w:t>Phẫu thuật thủy tinh thể ngoài bao (1 mắt)</w:t>
      </w:r>
    </w:p>
    <w:p>
      <w:pPr>
        <w:jc w:val="both"/>
      </w:pPr>
      <w:r>
        <w:t>1.666.000</w:t>
      </w:r>
    </w:p>
    <w:p>
      <w:pPr>
        <w:jc w:val="both"/>
      </w:pPr>
      <w:r>
        <w:t>1.890.000</w:t>
      </w:r>
    </w:p>
    <w:p>
      <w:pPr>
        <w:jc w:val="both"/>
      </w:pPr>
      <w:r>
        <w:t>Chưa bao gồm thủy tinh thể nhân tạo.</w:t>
      </w:r>
    </w:p>
    <w:p>
      <w:pPr>
        <w:jc w:val="both"/>
      </w:pPr>
      <w:r>
        <w:t>844</w:t>
      </w:r>
    </w:p>
    <w:p>
      <w:pPr>
        <w:jc w:val="both"/>
      </w:pPr>
      <w:r>
        <w:t>834</w:t>
      </w:r>
    </w:p>
    <w:p>
      <w:pPr>
        <w:jc w:val="both"/>
      </w:pPr>
      <w:r>
        <w:t>03C2.3.39</w:t>
      </w:r>
    </w:p>
    <w:p>
      <w:pPr>
        <w:jc w:val="both"/>
      </w:pPr>
      <w:r>
        <w:t>Phẫu thuật u có vá da tạo hình</w:t>
      </w:r>
    </w:p>
    <w:p>
      <w:pPr>
        <w:jc w:val="both"/>
      </w:pPr>
      <w:r>
        <w:t>1.266.000</w:t>
      </w:r>
    </w:p>
    <w:p>
      <w:pPr>
        <w:jc w:val="both"/>
      </w:pPr>
      <w:r>
        <w:t>1.430.000</w:t>
      </w:r>
    </w:p>
    <w:p>
      <w:pPr>
        <w:jc w:val="both"/>
      </w:pPr>
      <w:r>
        <w:t>845</w:t>
      </w:r>
    </w:p>
    <w:p>
      <w:pPr>
        <w:jc w:val="both"/>
      </w:pPr>
      <w:r>
        <w:t>835</w:t>
      </w:r>
    </w:p>
    <w:p>
      <w:pPr>
        <w:jc w:val="both"/>
      </w:pPr>
      <w:r>
        <w:t>03C2.3.41</w:t>
      </w:r>
    </w:p>
    <w:p>
      <w:pPr>
        <w:jc w:val="both"/>
      </w:pPr>
      <w:r>
        <w:t>Phẫu thuật u kết mạc nông</w:t>
      </w:r>
    </w:p>
    <w:p>
      <w:pPr>
        <w:jc w:val="both"/>
      </w:pPr>
      <w:r>
        <w:t>737.000</w:t>
      </w:r>
    </w:p>
    <w:p>
      <w:pPr>
        <w:jc w:val="both"/>
      </w:pPr>
      <w:r>
        <w:t>810.000</w:t>
      </w:r>
    </w:p>
    <w:p>
      <w:pPr>
        <w:jc w:val="both"/>
      </w:pPr>
      <w:r>
        <w:t>846</w:t>
      </w:r>
    </w:p>
    <w:p>
      <w:pPr>
        <w:jc w:val="both"/>
      </w:pPr>
      <w:r>
        <w:t>836</w:t>
      </w:r>
    </w:p>
    <w:p>
      <w:pPr>
        <w:jc w:val="both"/>
      </w:pPr>
      <w:r>
        <w:t>03C2.3.38</w:t>
      </w:r>
    </w:p>
    <w:p>
      <w:pPr>
        <w:jc w:val="both"/>
      </w:pPr>
      <w:r>
        <w:t>Phẫu thuật u mi không vá da</w:t>
      </w:r>
    </w:p>
    <w:p>
      <w:pPr>
        <w:jc w:val="both"/>
      </w:pPr>
      <w:r>
        <w:t>756.000</w:t>
      </w:r>
    </w:p>
    <w:p>
      <w:pPr>
        <w:jc w:val="both"/>
      </w:pPr>
      <w:r>
        <w:t>842.000</w:t>
      </w:r>
    </w:p>
    <w:p>
      <w:pPr>
        <w:jc w:val="both"/>
      </w:pPr>
      <w:r>
        <w:t>847</w:t>
      </w:r>
    </w:p>
    <w:p>
      <w:pPr>
        <w:jc w:val="both"/>
      </w:pPr>
      <w:r>
        <w:t>837</w:t>
      </w:r>
    </w:p>
    <w:p>
      <w:pPr>
        <w:jc w:val="both"/>
      </w:pPr>
      <w:r>
        <w:t>03C2.3.40</w:t>
      </w:r>
    </w:p>
    <w:p>
      <w:pPr>
        <w:jc w:val="both"/>
      </w:pPr>
      <w:r>
        <w:t>Phẫu thuật u tổ chức hốc mắt</w:t>
      </w:r>
    </w:p>
    <w:p>
      <w:pPr>
        <w:jc w:val="both"/>
      </w:pPr>
      <w:r>
        <w:t>1.266.000</w:t>
      </w:r>
    </w:p>
    <w:p>
      <w:pPr>
        <w:jc w:val="both"/>
      </w:pPr>
      <w:r>
        <w:t>1.430.000</w:t>
      </w:r>
    </w:p>
    <w:p>
      <w:pPr>
        <w:jc w:val="both"/>
      </w:pPr>
      <w:r>
        <w:t>848</w:t>
      </w:r>
    </w:p>
    <w:p>
      <w:pPr>
        <w:jc w:val="both"/>
      </w:pPr>
      <w:r>
        <w:t>838</w:t>
      </w:r>
    </w:p>
    <w:p>
      <w:pPr>
        <w:jc w:val="both"/>
      </w:pPr>
      <w:r>
        <w:t>03C2.3.44</w:t>
      </w:r>
    </w:p>
    <w:p>
      <w:pPr>
        <w:jc w:val="both"/>
      </w:pPr>
      <w:r>
        <w:t>Phẫu thuật vá da điều trị lật mi</w:t>
      </w:r>
    </w:p>
    <w:p>
      <w:pPr>
        <w:jc w:val="both"/>
      </w:pPr>
      <w:r>
        <w:t>1.110.000</w:t>
      </w:r>
    </w:p>
    <w:p>
      <w:pPr>
        <w:jc w:val="both"/>
      </w:pPr>
      <w:r>
        <w:t>1.236.000</w:t>
      </w:r>
    </w:p>
    <w:p>
      <w:pPr>
        <w:jc w:val="both"/>
      </w:pPr>
      <w:r>
        <w:t>849</w:t>
      </w:r>
    </w:p>
    <w:p>
      <w:pPr>
        <w:jc w:val="both"/>
      </w:pPr>
      <w:r>
        <w:t>839</w:t>
      </w:r>
    </w:p>
    <w:p>
      <w:pPr>
        <w:jc w:val="both"/>
      </w:pPr>
      <w:r>
        <w:t>03C2.3.65</w:t>
      </w:r>
    </w:p>
    <w:p>
      <w:pPr>
        <w:jc w:val="both"/>
      </w:pPr>
      <w:r>
        <w:t>Phủ kết mạc</w:t>
      </w:r>
    </w:p>
    <w:p>
      <w:pPr>
        <w:jc w:val="both"/>
      </w:pPr>
      <w:r>
        <w:t>660.000</w:t>
      </w:r>
    </w:p>
    <w:p>
      <w:pPr>
        <w:jc w:val="both"/>
      </w:pPr>
      <w:r>
        <w:t>740.000</w:t>
      </w:r>
    </w:p>
    <w:p>
      <w:pPr>
        <w:jc w:val="both"/>
      </w:pPr>
      <w:r>
        <w:t>850</w:t>
      </w:r>
    </w:p>
    <w:p>
      <w:pPr>
        <w:jc w:val="both"/>
      </w:pPr>
      <w:r>
        <w:t>840</w:t>
      </w:r>
    </w:p>
    <w:p>
      <w:pPr>
        <w:jc w:val="both"/>
      </w:pPr>
      <w:r>
        <w:t>03C2.3.71</w:t>
      </w:r>
    </w:p>
    <w:p>
      <w:pPr>
        <w:jc w:val="both"/>
      </w:pPr>
      <w:r>
        <w:t>Quang đông thể mi điều trị Glôcôm</w:t>
      </w:r>
    </w:p>
    <w:p>
      <w:pPr>
        <w:jc w:val="both"/>
      </w:pPr>
      <w:r>
        <w:t>306.000</w:t>
      </w:r>
    </w:p>
    <w:p>
      <w:pPr>
        <w:jc w:val="both"/>
      </w:pPr>
      <w:r>
        <w:t>339.000</w:t>
      </w:r>
    </w:p>
    <w:p>
      <w:pPr>
        <w:jc w:val="both"/>
      </w:pPr>
      <w:r>
        <w:t>851</w:t>
      </w:r>
    </w:p>
    <w:p>
      <w:pPr>
        <w:jc w:val="both"/>
      </w:pPr>
      <w:r>
        <w:t>841</w:t>
      </w:r>
    </w:p>
    <w:p>
      <w:pPr>
        <w:jc w:val="both"/>
      </w:pPr>
      <w:r>
        <w:t>03C2.3.34</w:t>
      </w:r>
    </w:p>
    <w:p>
      <w:pPr>
        <w:jc w:val="both"/>
      </w:pPr>
      <w:r>
        <w:t>Rạch góc tiền phòng</w:t>
      </w:r>
    </w:p>
    <w:p>
      <w:pPr>
        <w:jc w:val="both"/>
      </w:pPr>
      <w:r>
        <w:t>1.160.000</w:t>
      </w:r>
    </w:p>
    <w:p>
      <w:pPr>
        <w:jc w:val="both"/>
      </w:pPr>
      <w:r>
        <w:t>1.294.000</w:t>
      </w:r>
    </w:p>
    <w:p>
      <w:pPr>
        <w:jc w:val="both"/>
      </w:pPr>
      <w:r>
        <w:t>852</w:t>
      </w:r>
    </w:p>
    <w:p>
      <w:pPr>
        <w:jc w:val="both"/>
      </w:pPr>
      <w:r>
        <w:t>842</w:t>
      </w:r>
    </w:p>
    <w:p>
      <w:pPr>
        <w:jc w:val="both"/>
      </w:pPr>
      <w:r>
        <w:t>03C2.3.10</w:t>
      </w:r>
    </w:p>
    <w:p>
      <w:pPr>
        <w:jc w:val="both"/>
      </w:pPr>
      <w:r>
        <w:t>Rửa cùng đồ</w:t>
      </w:r>
    </w:p>
    <w:p>
      <w:pPr>
        <w:jc w:val="both"/>
      </w:pPr>
      <w:r>
        <w:t>44.000</w:t>
      </w:r>
    </w:p>
    <w:p>
      <w:pPr>
        <w:jc w:val="both"/>
      </w:pPr>
      <w:r>
        <w:t>48.600</w:t>
      </w:r>
    </w:p>
    <w:p>
      <w:pPr>
        <w:jc w:val="both"/>
      </w:pPr>
      <w:r>
        <w:t>Áp dụng cho 1 mắt hoặc 2 mắt</w:t>
      </w:r>
    </w:p>
    <w:p>
      <w:pPr>
        <w:jc w:val="both"/>
      </w:pPr>
      <w:r>
        <w:t>853</w:t>
      </w:r>
    </w:p>
    <w:p>
      <w:pPr>
        <w:jc w:val="both"/>
      </w:pPr>
      <w:r>
        <w:t>843</w:t>
      </w:r>
    </w:p>
    <w:p>
      <w:pPr>
        <w:jc w:val="both"/>
      </w:pPr>
      <w:r>
        <w:t>03C2.3.4</w:t>
      </w:r>
    </w:p>
    <w:p>
      <w:pPr>
        <w:jc w:val="both"/>
      </w:pPr>
      <w:r>
        <w:t>Sắc giác</w:t>
      </w:r>
    </w:p>
    <w:p>
      <w:pPr>
        <w:jc w:val="both"/>
      </w:pPr>
      <w:r>
        <w:t>71 300</w:t>
      </w:r>
    </w:p>
    <w:p>
      <w:pPr>
        <w:jc w:val="both"/>
      </w:pPr>
      <w:r>
        <w:t>77.300</w:t>
      </w:r>
    </w:p>
    <w:p>
      <w:pPr>
        <w:jc w:val="both"/>
      </w:pPr>
      <w:r>
        <w:t>854</w:t>
      </w:r>
    </w:p>
    <w:p>
      <w:pPr>
        <w:jc w:val="both"/>
      </w:pPr>
      <w:r>
        <w:t>844</w:t>
      </w:r>
    </w:p>
    <w:p>
      <w:pPr>
        <w:jc w:val="both"/>
      </w:pPr>
      <w:r>
        <w:t>Siêu âm bán phần trước (UBM)</w:t>
      </w:r>
    </w:p>
    <w:p>
      <w:pPr>
        <w:jc w:val="both"/>
      </w:pPr>
      <w:r>
        <w:t>220.000</w:t>
      </w:r>
    </w:p>
    <w:p>
      <w:pPr>
        <w:jc w:val="both"/>
      </w:pPr>
      <w:r>
        <w:t>243.000</w:t>
      </w:r>
    </w:p>
    <w:p>
      <w:pPr>
        <w:jc w:val="both"/>
      </w:pPr>
      <w:r>
        <w:t>855</w:t>
      </w:r>
    </w:p>
    <w:p>
      <w:pPr>
        <w:jc w:val="both"/>
      </w:pPr>
      <w:r>
        <w:t>845</w:t>
      </w:r>
    </w:p>
    <w:p>
      <w:pPr>
        <w:jc w:val="both"/>
      </w:pPr>
      <w:r>
        <w:t>03C2.3.81</w:t>
      </w:r>
    </w:p>
    <w:p>
      <w:pPr>
        <w:jc w:val="both"/>
      </w:pPr>
      <w:r>
        <w:t>Siêu âm mắt chẩn đoán</w:t>
      </w:r>
    </w:p>
    <w:p>
      <w:pPr>
        <w:jc w:val="both"/>
      </w:pPr>
      <w:r>
        <w:t>63.200</w:t>
      </w:r>
    </w:p>
    <w:p>
      <w:pPr>
        <w:jc w:val="both"/>
      </w:pPr>
      <w:r>
        <w:t>69.500</w:t>
      </w:r>
    </w:p>
    <w:p>
      <w:pPr>
        <w:jc w:val="both"/>
      </w:pPr>
      <w:r>
        <w:t>856</w:t>
      </w:r>
    </w:p>
    <w:p>
      <w:pPr>
        <w:jc w:val="both"/>
      </w:pPr>
      <w:r>
        <w:t>846</w:t>
      </w:r>
    </w:p>
    <w:p>
      <w:pPr>
        <w:jc w:val="both"/>
      </w:pPr>
      <w:r>
        <w:t>03C2.3.80</w:t>
      </w:r>
    </w:p>
    <w:p>
      <w:pPr>
        <w:jc w:val="both"/>
      </w:pPr>
      <w:r>
        <w:t>Siêu âm điều trị (1 ngày)</w:t>
      </w:r>
    </w:p>
    <w:p>
      <w:pPr>
        <w:jc w:val="both"/>
      </w:pPr>
      <w:r>
        <w:t>76.800</w:t>
      </w:r>
    </w:p>
    <w:p>
      <w:pPr>
        <w:jc w:val="both"/>
      </w:pPr>
      <w:r>
        <w:t>81.400</w:t>
      </w:r>
    </w:p>
    <w:p>
      <w:pPr>
        <w:jc w:val="both"/>
      </w:pPr>
      <w:r>
        <w:t>857</w:t>
      </w:r>
    </w:p>
    <w:p>
      <w:pPr>
        <w:jc w:val="both"/>
      </w:pPr>
      <w:r>
        <w:t>847</w:t>
      </w:r>
    </w:p>
    <w:p>
      <w:pPr>
        <w:jc w:val="both"/>
      </w:pPr>
      <w:r>
        <w:t>03C2.3.83</w:t>
      </w:r>
    </w:p>
    <w:p>
      <w:pPr>
        <w:jc w:val="both"/>
      </w:pPr>
      <w:r>
        <w:t>Sinh thiết u, tế bào học, dịch tổ chức</w:t>
      </w:r>
    </w:p>
    <w:p>
      <w:pPr>
        <w:jc w:val="both"/>
      </w:pPr>
      <w:r>
        <w:t>150.000</w:t>
      </w:r>
    </w:p>
    <w:p>
      <w:pPr>
        <w:jc w:val="both"/>
      </w:pPr>
      <w:r>
        <w:t>173.000</w:t>
      </w:r>
    </w:p>
    <w:p>
      <w:pPr>
        <w:jc w:val="both"/>
      </w:pPr>
      <w:r>
        <w:t>858</w:t>
      </w:r>
    </w:p>
    <w:p>
      <w:pPr>
        <w:jc w:val="both"/>
      </w:pPr>
      <w:r>
        <w:t>848</w:t>
      </w:r>
    </w:p>
    <w:p>
      <w:pPr>
        <w:jc w:val="both"/>
      </w:pPr>
      <w:r>
        <w:t>03C2.3.29</w:t>
      </w:r>
    </w:p>
    <w:p>
      <w:pPr>
        <w:jc w:val="both"/>
      </w:pPr>
      <w:r>
        <w:t>Soi bóng đồng tử</w:t>
      </w:r>
    </w:p>
    <w:p>
      <w:pPr>
        <w:jc w:val="both"/>
      </w:pPr>
      <w:r>
        <w:t>31.200</w:t>
      </w:r>
    </w:p>
    <w:p>
      <w:pPr>
        <w:jc w:val="both"/>
      </w:pPr>
      <w:r>
        <w:t>34.800</w:t>
      </w:r>
    </w:p>
    <w:p>
      <w:pPr>
        <w:jc w:val="both"/>
      </w:pPr>
      <w:r>
        <w:t>859</w:t>
      </w:r>
    </w:p>
    <w:p>
      <w:pPr>
        <w:jc w:val="both"/>
      </w:pPr>
      <w:r>
        <w:t>849</w:t>
      </w:r>
    </w:p>
    <w:p>
      <w:pPr>
        <w:jc w:val="both"/>
      </w:pPr>
      <w:r>
        <w:t>04C3.3.203</w:t>
      </w:r>
    </w:p>
    <w:p>
      <w:pPr>
        <w:jc w:val="both"/>
      </w:pPr>
      <w:r>
        <w:t>Soi đáy mắt hoặc Soi góc tiền phòng</w:t>
      </w:r>
    </w:p>
    <w:p>
      <w:pPr>
        <w:jc w:val="both"/>
      </w:pPr>
      <w:r>
        <w:t>55.300</w:t>
      </w:r>
    </w:p>
    <w:p>
      <w:pPr>
        <w:jc w:val="both"/>
      </w:pPr>
      <w:r>
        <w:t>61.200</w:t>
      </w:r>
    </w:p>
    <w:p>
      <w:pPr>
        <w:jc w:val="both"/>
      </w:pPr>
      <w:r>
        <w:t>860</w:t>
      </w:r>
    </w:p>
    <w:p>
      <w:pPr>
        <w:jc w:val="both"/>
      </w:pPr>
      <w:r>
        <w:t>850</w:t>
      </w:r>
    </w:p>
    <w:p>
      <w:pPr>
        <w:jc w:val="both"/>
      </w:pPr>
      <w:r>
        <w:t>03C2.3.88</w:t>
      </w:r>
    </w:p>
    <w:p>
      <w:pPr>
        <w:jc w:val="both"/>
      </w:pPr>
      <w:r>
        <w:t>Tách dính mi cầu ghép kết mạc</w:t>
      </w:r>
    </w:p>
    <w:p>
      <w:pPr>
        <w:jc w:val="both"/>
      </w:pPr>
      <w:r>
        <w:t>2.346.000</w:t>
      </w:r>
    </w:p>
    <w:p>
      <w:pPr>
        <w:jc w:val="both"/>
      </w:pPr>
      <w:r>
        <w:t>2.593.000</w:t>
      </w:r>
    </w:p>
    <w:p>
      <w:pPr>
        <w:jc w:val="both"/>
      </w:pPr>
      <w:r>
        <w:t>Chưa bao gồm chi phí màng.</w:t>
      </w:r>
    </w:p>
    <w:p>
      <w:pPr>
        <w:jc w:val="both"/>
      </w:pPr>
      <w:r>
        <w:t>861</w:t>
      </w:r>
    </w:p>
    <w:p>
      <w:pPr>
        <w:jc w:val="both"/>
      </w:pPr>
      <w:r>
        <w:t>851</w:t>
      </w:r>
    </w:p>
    <w:p>
      <w:pPr>
        <w:jc w:val="both"/>
      </w:pPr>
      <w:r>
        <w:t>03C2.3.72</w:t>
      </w:r>
    </w:p>
    <w:p>
      <w:pPr>
        <w:jc w:val="both"/>
      </w:pPr>
      <w:r>
        <w:t>Tạo hình vùng bè bằng Laser</w:t>
      </w:r>
    </w:p>
    <w:p>
      <w:pPr>
        <w:jc w:val="both"/>
      </w:pPr>
      <w:r>
        <w:t>229.000</w:t>
      </w:r>
    </w:p>
    <w:p>
      <w:pPr>
        <w:jc w:val="both"/>
      </w:pPr>
      <w:r>
        <w:t>255.000</w:t>
      </w:r>
    </w:p>
    <w:p>
      <w:pPr>
        <w:jc w:val="both"/>
      </w:pPr>
      <w:r>
        <w:t>862</w:t>
      </w:r>
    </w:p>
    <w:p>
      <w:pPr>
        <w:jc w:val="both"/>
      </w:pPr>
      <w:r>
        <w:t>852</w:t>
      </w:r>
    </w:p>
    <w:p>
      <w:pPr>
        <w:jc w:val="both"/>
      </w:pPr>
      <w:r>
        <w:t>Test thử cảm giác giác mạc</w:t>
      </w:r>
    </w:p>
    <w:p>
      <w:pPr>
        <w:jc w:val="both"/>
      </w:pPr>
      <w:r>
        <w:t>42.100</w:t>
      </w:r>
    </w:p>
    <w:p>
      <w:pPr>
        <w:jc w:val="both"/>
      </w:pPr>
      <w:r>
        <w:t>46.200</w:t>
      </w:r>
    </w:p>
    <w:p>
      <w:pPr>
        <w:jc w:val="both"/>
      </w:pPr>
      <w:r>
        <w:t>863</w:t>
      </w:r>
    </w:p>
    <w:p>
      <w:pPr>
        <w:jc w:val="both"/>
      </w:pPr>
      <w:r>
        <w:t>853</w:t>
      </w:r>
    </w:p>
    <w:p>
      <w:pPr>
        <w:jc w:val="both"/>
      </w:pPr>
      <w:r>
        <w:t>03C2.3.78</w:t>
      </w:r>
    </w:p>
    <w:p>
      <w:pPr>
        <w:jc w:val="both"/>
      </w:pPr>
      <w:r>
        <w:t>Tháo dầu Silicon phẫu thuật</w:t>
      </w:r>
    </w:p>
    <w:p>
      <w:pPr>
        <w:jc w:val="both"/>
      </w:pPr>
      <w:r>
        <w:t>837.000</w:t>
      </w:r>
    </w:p>
    <w:p>
      <w:pPr>
        <w:jc w:val="both"/>
      </w:pPr>
      <w:r>
        <w:t>925.000</w:t>
      </w:r>
    </w:p>
    <w:p>
      <w:pPr>
        <w:jc w:val="both"/>
      </w:pPr>
      <w:r>
        <w:t>864</w:t>
      </w:r>
    </w:p>
    <w:p>
      <w:pPr>
        <w:jc w:val="both"/>
      </w:pPr>
      <w:r>
        <w:t>854</w:t>
      </w:r>
    </w:p>
    <w:p>
      <w:pPr>
        <w:jc w:val="both"/>
      </w:pPr>
      <w:r>
        <w:t>04C3.3.207</w:t>
      </w:r>
    </w:p>
    <w:p>
      <w:pPr>
        <w:jc w:val="both"/>
      </w:pPr>
      <w:r>
        <w:t>Thông lệ đạo hai mắt</w:t>
      </w:r>
    </w:p>
    <w:p>
      <w:pPr>
        <w:jc w:val="both"/>
      </w:pPr>
      <w:r>
        <w:t>98.600</w:t>
      </w:r>
    </w:p>
    <w:p>
      <w:pPr>
        <w:jc w:val="both"/>
      </w:pPr>
      <w:r>
        <w:t>109.000</w:t>
      </w:r>
    </w:p>
    <w:p>
      <w:pPr>
        <w:jc w:val="both"/>
      </w:pPr>
      <w:r>
        <w:t>865</w:t>
      </w:r>
    </w:p>
    <w:p>
      <w:pPr>
        <w:jc w:val="both"/>
      </w:pPr>
      <w:r>
        <w:t>855</w:t>
      </w:r>
    </w:p>
    <w:p>
      <w:pPr>
        <w:jc w:val="both"/>
      </w:pPr>
      <w:r>
        <w:t>04C3.3.206</w:t>
      </w:r>
    </w:p>
    <w:p>
      <w:pPr>
        <w:jc w:val="both"/>
      </w:pPr>
      <w:r>
        <w:t>Thông lệ đạo một mắt</w:t>
      </w:r>
    </w:p>
    <w:p>
      <w:pPr>
        <w:jc w:val="both"/>
      </w:pPr>
      <w:r>
        <w:t>61.500</w:t>
      </w:r>
    </w:p>
    <w:p>
      <w:pPr>
        <w:jc w:val="both"/>
      </w:pPr>
      <w:r>
        <w:t>69.000</w:t>
      </w:r>
    </w:p>
    <w:p>
      <w:pPr>
        <w:jc w:val="both"/>
      </w:pPr>
      <w:r>
        <w:t>866</w:t>
      </w:r>
    </w:p>
    <w:p>
      <w:pPr>
        <w:jc w:val="both"/>
      </w:pPr>
      <w:r>
        <w:t>856</w:t>
      </w:r>
    </w:p>
    <w:p>
      <w:pPr>
        <w:jc w:val="both"/>
      </w:pPr>
      <w:r>
        <w:t>04C3.3.205</w:t>
      </w:r>
    </w:p>
    <w:p>
      <w:pPr>
        <w:jc w:val="both"/>
      </w:pPr>
      <w:r>
        <w:t>Tiêm dưới kết mạc một mắt</w:t>
      </w:r>
    </w:p>
    <w:p>
      <w:pPr>
        <w:jc w:val="both"/>
      </w:pPr>
      <w:r>
        <w:t>50.300</w:t>
      </w:r>
    </w:p>
    <w:p>
      <w:pPr>
        <w:jc w:val="both"/>
      </w:pPr>
      <w:r>
        <w:t>55.500</w:t>
      </w:r>
    </w:p>
    <w:p>
      <w:pPr>
        <w:jc w:val="both"/>
      </w:pPr>
      <w:r>
        <w:t>Chưa bao gồm thuốc.</w:t>
      </w:r>
    </w:p>
    <w:p>
      <w:pPr>
        <w:jc w:val="both"/>
      </w:pPr>
      <w:r>
        <w:t>867</w:t>
      </w:r>
    </w:p>
    <w:p>
      <w:pPr>
        <w:jc w:val="both"/>
      </w:pPr>
      <w:r>
        <w:t>857</w:t>
      </w:r>
    </w:p>
    <w:p>
      <w:pPr>
        <w:jc w:val="both"/>
      </w:pPr>
      <w:r>
        <w:t>04C3.3.204</w:t>
      </w:r>
    </w:p>
    <w:p>
      <w:pPr>
        <w:jc w:val="both"/>
      </w:pPr>
      <w:r>
        <w:t>Tiêm hậu nhãn cầu một mắt</w:t>
      </w:r>
    </w:p>
    <w:p>
      <w:pPr>
        <w:jc w:val="both"/>
      </w:pPr>
      <w:r>
        <w:t>50.300</w:t>
      </w:r>
    </w:p>
    <w:p>
      <w:pPr>
        <w:jc w:val="both"/>
      </w:pPr>
      <w:r>
        <w:t>55.500</w:t>
      </w:r>
    </w:p>
    <w:p>
      <w:pPr>
        <w:jc w:val="both"/>
      </w:pPr>
      <w:r>
        <w:t>Chưa bao gồm thuốc.</w:t>
      </w:r>
    </w:p>
    <w:p>
      <w:pPr>
        <w:jc w:val="both"/>
      </w:pPr>
      <w:r>
        <w:t>868</w:t>
      </w:r>
    </w:p>
    <w:p>
      <w:pPr>
        <w:jc w:val="both"/>
      </w:pPr>
      <w:r>
        <w:t>858</w:t>
      </w:r>
    </w:p>
    <w:p>
      <w:pPr>
        <w:jc w:val="both"/>
      </w:pPr>
      <w:r>
        <w:t>Vá sàn hốc mắt</w:t>
      </w:r>
    </w:p>
    <w:p>
      <w:pPr>
        <w:jc w:val="both"/>
      </w:pPr>
      <w:r>
        <w:t>3.214.000</w:t>
      </w:r>
    </w:p>
    <w:p>
      <w:pPr>
        <w:jc w:val="both"/>
      </w:pPr>
      <w:r>
        <w:t>3.646.000</w:t>
      </w:r>
    </w:p>
    <w:p>
      <w:pPr>
        <w:jc w:val="both"/>
      </w:pPr>
      <w:r>
        <w:t>Chưa bao gồm tấm lót sàn hoặc vá xương.</w:t>
      </w:r>
    </w:p>
    <w:p>
      <w:pPr>
        <w:jc w:val="both"/>
      </w:pPr>
      <w:r>
        <w:t>Các phẫu thuật, thủ thuật còn lại khác</w:t>
      </w:r>
    </w:p>
    <w:p>
      <w:pPr>
        <w:jc w:val="both"/>
      </w:pPr>
      <w:r>
        <w:t>869</w:t>
      </w:r>
    </w:p>
    <w:p>
      <w:pPr>
        <w:jc w:val="both"/>
      </w:pPr>
      <w:r>
        <w:t>859</w:t>
      </w:r>
    </w:p>
    <w:p>
      <w:pPr>
        <w:jc w:val="both"/>
      </w:pPr>
      <w:r>
        <w:t>Phẫu thuật loại đặc biệt</w:t>
      </w:r>
    </w:p>
    <w:p>
      <w:pPr>
        <w:jc w:val="both"/>
      </w:pPr>
      <w:r>
        <w:t>2.138.000</w:t>
      </w:r>
    </w:p>
    <w:p>
      <w:pPr>
        <w:jc w:val="both"/>
      </w:pPr>
      <w:r>
        <w:t>2.437.000</w:t>
      </w:r>
    </w:p>
    <w:p>
      <w:pPr>
        <w:jc w:val="both"/>
      </w:pPr>
      <w:r>
        <w:t>870</w:t>
      </w:r>
    </w:p>
    <w:p>
      <w:pPr>
        <w:jc w:val="both"/>
      </w:pPr>
      <w:r>
        <w:t>860</w:t>
      </w:r>
    </w:p>
    <w:p>
      <w:pPr>
        <w:jc w:val="both"/>
      </w:pPr>
      <w:r>
        <w:t>Phẫu thuật loại I</w:t>
      </w:r>
    </w:p>
    <w:p>
      <w:pPr>
        <w:jc w:val="both"/>
      </w:pPr>
      <w:r>
        <w:t>1.230.000</w:t>
      </w:r>
    </w:p>
    <w:p>
      <w:pPr>
        <w:jc w:val="both"/>
      </w:pPr>
      <w:r>
        <w:t>1.401.000</w:t>
      </w:r>
    </w:p>
    <w:p>
      <w:pPr>
        <w:jc w:val="both"/>
      </w:pPr>
      <w:r>
        <w:t>871</w:t>
      </w:r>
    </w:p>
    <w:p>
      <w:pPr>
        <w:jc w:val="both"/>
      </w:pPr>
      <w:r>
        <w:t>861</w:t>
      </w:r>
    </w:p>
    <w:p>
      <w:pPr>
        <w:jc w:val="both"/>
      </w:pPr>
      <w:r>
        <w:t>Phẫu thuật loại II</w:t>
      </w:r>
    </w:p>
    <w:p>
      <w:pPr>
        <w:jc w:val="both"/>
      </w:pPr>
      <w:r>
        <w:t>870.000</w:t>
      </w:r>
    </w:p>
    <w:p>
      <w:pPr>
        <w:jc w:val="both"/>
      </w:pPr>
      <w:r>
        <w:t>991.000</w:t>
      </w:r>
    </w:p>
    <w:p>
      <w:pPr>
        <w:jc w:val="both"/>
      </w:pPr>
      <w:r>
        <w:t>872</w:t>
      </w:r>
    </w:p>
    <w:p>
      <w:pPr>
        <w:jc w:val="both"/>
      </w:pPr>
      <w:r>
        <w:t>862</w:t>
      </w:r>
    </w:p>
    <w:p>
      <w:pPr>
        <w:jc w:val="both"/>
      </w:pPr>
      <w:r>
        <w:t>Phẫu thuật loại III</w:t>
      </w:r>
    </w:p>
    <w:p>
      <w:pPr>
        <w:jc w:val="both"/>
      </w:pPr>
      <w:r>
        <w:t>606.000</w:t>
      </w:r>
    </w:p>
    <w:p>
      <w:pPr>
        <w:jc w:val="both"/>
      </w:pPr>
      <w:r>
        <w:t>691.000</w:t>
      </w:r>
    </w:p>
    <w:p>
      <w:pPr>
        <w:jc w:val="both"/>
      </w:pPr>
      <w:r>
        <w:t>873</w:t>
      </w:r>
    </w:p>
    <w:p>
      <w:pPr>
        <w:jc w:val="both"/>
      </w:pPr>
      <w:r>
        <w:t>863</w:t>
      </w:r>
    </w:p>
    <w:p>
      <w:pPr>
        <w:jc w:val="both"/>
      </w:pPr>
      <w:r>
        <w:t>Thủ thuật loại đặc biệt</w:t>
      </w:r>
    </w:p>
    <w:p>
      <w:pPr>
        <w:jc w:val="both"/>
      </w:pPr>
      <w:r>
        <w:t>527.000</w:t>
      </w:r>
    </w:p>
    <w:p>
      <w:pPr>
        <w:jc w:val="both"/>
      </w:pPr>
      <w:r>
        <w:t>603.000</w:t>
      </w:r>
    </w:p>
    <w:p>
      <w:pPr>
        <w:jc w:val="both"/>
      </w:pPr>
      <w:r>
        <w:t>874</w:t>
      </w:r>
    </w:p>
    <w:p>
      <w:pPr>
        <w:jc w:val="both"/>
      </w:pPr>
      <w:r>
        <w:t>864</w:t>
      </w:r>
    </w:p>
    <w:p>
      <w:pPr>
        <w:jc w:val="both"/>
      </w:pPr>
      <w:r>
        <w:t>Thủ thuật loại I</w:t>
      </w:r>
    </w:p>
    <w:p>
      <w:pPr>
        <w:jc w:val="both"/>
      </w:pPr>
      <w:r>
        <w:t>340.000</w:t>
      </w:r>
    </w:p>
    <w:p>
      <w:pPr>
        <w:jc w:val="both"/>
      </w:pPr>
      <w:r>
        <w:t>390.000</w:t>
      </w:r>
    </w:p>
    <w:p>
      <w:pPr>
        <w:jc w:val="both"/>
      </w:pPr>
      <w:r>
        <w:t>875</w:t>
      </w:r>
    </w:p>
    <w:p>
      <w:pPr>
        <w:jc w:val="both"/>
      </w:pPr>
      <w:r>
        <w:t>865</w:t>
      </w:r>
    </w:p>
    <w:p>
      <w:pPr>
        <w:jc w:val="both"/>
      </w:pPr>
      <w:r>
        <w:t>Thủ thuật loại II</w:t>
      </w:r>
    </w:p>
    <w:p>
      <w:pPr>
        <w:jc w:val="both"/>
      </w:pPr>
      <w:r>
        <w:t>194.000</w:t>
      </w:r>
    </w:p>
    <w:p>
      <w:pPr>
        <w:jc w:val="both"/>
      </w:pPr>
      <w:r>
        <w:t>222.000</w:t>
      </w:r>
    </w:p>
    <w:p>
      <w:pPr>
        <w:jc w:val="both"/>
      </w:pPr>
      <w:r>
        <w:t>876</w:t>
      </w:r>
    </w:p>
    <w:p>
      <w:pPr>
        <w:jc w:val="both"/>
      </w:pPr>
      <w:r>
        <w:t>866</w:t>
      </w:r>
    </w:p>
    <w:p>
      <w:pPr>
        <w:jc w:val="both"/>
      </w:pPr>
      <w:r>
        <w:t>Thủ thuật loại III</w:t>
      </w:r>
    </w:p>
    <w:p>
      <w:pPr>
        <w:jc w:val="both"/>
      </w:pPr>
      <w:r>
        <w:t>122.000</w:t>
      </w:r>
    </w:p>
    <w:p>
      <w:pPr>
        <w:jc w:val="both"/>
      </w:pPr>
      <w:r>
        <w:t>140.000</w:t>
      </w:r>
    </w:p>
    <w:p>
      <w:pPr>
        <w:jc w:val="both"/>
      </w:pPr>
      <w:r>
        <w:t>VIII</w:t>
      </w:r>
    </w:p>
    <w:p>
      <w:pPr>
        <w:jc w:val="both"/>
      </w:pPr>
      <w:r>
        <w:t>VIII</w:t>
      </w:r>
    </w:p>
    <w:p>
      <w:pPr>
        <w:jc w:val="both"/>
      </w:pPr>
      <w:r>
        <w:t>TAI MŨI HỌNG</w:t>
      </w:r>
    </w:p>
    <w:p>
      <w:pPr>
        <w:jc w:val="both"/>
      </w:pPr>
      <w:r>
        <w:t>877</w:t>
      </w:r>
    </w:p>
    <w:p>
      <w:pPr>
        <w:jc w:val="both"/>
      </w:pPr>
      <w:r>
        <w:t>867</w:t>
      </w:r>
    </w:p>
    <w:p>
      <w:pPr>
        <w:jc w:val="both"/>
      </w:pPr>
      <w:r>
        <w:t>03C2.4.18</w:t>
      </w:r>
    </w:p>
    <w:p>
      <w:pPr>
        <w:jc w:val="both"/>
      </w:pPr>
      <w:r>
        <w:t>Bẻ cuốn mũi</w:t>
      </w:r>
    </w:p>
    <w:p>
      <w:pPr>
        <w:jc w:val="both"/>
      </w:pPr>
      <w:r>
        <w:t>144.000</w:t>
      </w:r>
    </w:p>
    <w:p>
      <w:pPr>
        <w:jc w:val="both"/>
      </w:pPr>
      <w:r>
        <w:t>156.000</w:t>
      </w:r>
    </w:p>
    <w:p>
      <w:pPr>
        <w:jc w:val="both"/>
      </w:pPr>
      <w:r>
        <w:t>878</w:t>
      </w:r>
    </w:p>
    <w:p>
      <w:pPr>
        <w:jc w:val="both"/>
      </w:pPr>
      <w:r>
        <w:t>868</w:t>
      </w:r>
    </w:p>
    <w:p>
      <w:pPr>
        <w:jc w:val="both"/>
      </w:pPr>
      <w:r>
        <w:t>03C2.4.31</w:t>
      </w:r>
    </w:p>
    <w:p>
      <w:pPr>
        <w:jc w:val="both"/>
      </w:pPr>
      <w:r>
        <w:t>Cầm máu mũi bằng Merocell (1 bên)</w:t>
      </w:r>
    </w:p>
    <w:p>
      <w:pPr>
        <w:jc w:val="both"/>
      </w:pPr>
      <w:r>
        <w:t>209.000</w:t>
      </w:r>
    </w:p>
    <w:p>
      <w:pPr>
        <w:jc w:val="both"/>
      </w:pPr>
      <w:r>
        <w:t>237.000</w:t>
      </w:r>
    </w:p>
    <w:p>
      <w:pPr>
        <w:jc w:val="both"/>
      </w:pPr>
      <w:r>
        <w:t>879</w:t>
      </w:r>
    </w:p>
    <w:p>
      <w:pPr>
        <w:jc w:val="both"/>
      </w:pPr>
      <w:r>
        <w:t>869</w:t>
      </w:r>
    </w:p>
    <w:p>
      <w:pPr>
        <w:jc w:val="both"/>
      </w:pPr>
      <w:r>
        <w:t>03C2.4.32</w:t>
      </w:r>
    </w:p>
    <w:p>
      <w:pPr>
        <w:jc w:val="both"/>
      </w:pPr>
      <w:r>
        <w:t>Cầm máu mũi bằng Merocell (2 bên)</w:t>
      </w:r>
    </w:p>
    <w:p>
      <w:pPr>
        <w:jc w:val="both"/>
      </w:pPr>
      <w:r>
        <w:t>279.000</w:t>
      </w:r>
    </w:p>
    <w:p>
      <w:pPr>
        <w:jc w:val="both"/>
      </w:pPr>
      <w:r>
        <w:t>318.000</w:t>
      </w:r>
    </w:p>
    <w:p>
      <w:pPr>
        <w:jc w:val="both"/>
      </w:pPr>
      <w:r>
        <w:t>880</w:t>
      </w:r>
    </w:p>
    <w:p>
      <w:pPr>
        <w:jc w:val="both"/>
      </w:pPr>
      <w:r>
        <w:t>870</w:t>
      </w:r>
    </w:p>
    <w:p>
      <w:pPr>
        <w:jc w:val="both"/>
      </w:pPr>
      <w:r>
        <w:t>04C3.4.250</w:t>
      </w:r>
    </w:p>
    <w:p>
      <w:pPr>
        <w:jc w:val="both"/>
      </w:pPr>
      <w:r>
        <w:t>Cắt Amiđan (gây mê)</w:t>
      </w:r>
    </w:p>
    <w:p>
      <w:pPr>
        <w:jc w:val="both"/>
      </w:pPr>
      <w:r>
        <w:t>1.133.000</w:t>
      </w:r>
    </w:p>
    <w:p>
      <w:pPr>
        <w:jc w:val="both"/>
      </w:pPr>
      <w:r>
        <w:t>1.262.000</w:t>
      </w:r>
    </w:p>
    <w:p>
      <w:pPr>
        <w:jc w:val="both"/>
      </w:pPr>
      <w:r>
        <w:t>881</w:t>
      </w:r>
    </w:p>
    <w:p>
      <w:pPr>
        <w:jc w:val="both"/>
      </w:pPr>
      <w:r>
        <w:t>871</w:t>
      </w:r>
    </w:p>
    <w:p>
      <w:pPr>
        <w:jc w:val="both"/>
      </w:pPr>
      <w:r>
        <w:t>04C3.4.251</w:t>
      </w:r>
    </w:p>
    <w:p>
      <w:pPr>
        <w:jc w:val="both"/>
      </w:pPr>
      <w:r>
        <w:t>Cắt Amiđan dùng Coblator (gây mê)</w:t>
      </w:r>
    </w:p>
    <w:p>
      <w:pPr>
        <w:jc w:val="both"/>
      </w:pPr>
      <w:r>
        <w:t>2.403.000</w:t>
      </w:r>
    </w:p>
    <w:p>
      <w:pPr>
        <w:jc w:val="both"/>
      </w:pPr>
      <w:r>
        <w:t>2.725.000</w:t>
      </w:r>
    </w:p>
    <w:p>
      <w:pPr>
        <w:jc w:val="both"/>
      </w:pPr>
      <w:r>
        <w:t>Bao gồm cả Coblator.</w:t>
      </w:r>
    </w:p>
    <w:p>
      <w:pPr>
        <w:jc w:val="both"/>
      </w:pPr>
      <w:r>
        <w:t>882</w:t>
      </w:r>
    </w:p>
    <w:p>
      <w:pPr>
        <w:jc w:val="both"/>
      </w:pPr>
      <w:r>
        <w:t>872</w:t>
      </w:r>
    </w:p>
    <w:p>
      <w:pPr>
        <w:jc w:val="both"/>
      </w:pPr>
      <w:r>
        <w:t>03C2.4.19</w:t>
      </w:r>
    </w:p>
    <w:p>
      <w:pPr>
        <w:jc w:val="both"/>
      </w:pPr>
      <w:r>
        <w:t>Gắt bỏ đường rò luân nhĩ gây tê</w:t>
      </w:r>
    </w:p>
    <w:p>
      <w:pPr>
        <w:jc w:val="both"/>
      </w:pPr>
      <w:r>
        <w:t>520.000</w:t>
      </w:r>
    </w:p>
    <w:p>
      <w:pPr>
        <w:jc w:val="both"/>
      </w:pPr>
      <w:r>
        <w:t>569.000</w:t>
      </w:r>
    </w:p>
    <w:p>
      <w:pPr>
        <w:jc w:val="both"/>
      </w:pPr>
      <w:r>
        <w:t>883</w:t>
      </w:r>
    </w:p>
    <w:p>
      <w:pPr>
        <w:jc w:val="both"/>
      </w:pPr>
      <w:r>
        <w:t>873</w:t>
      </w:r>
    </w:p>
    <w:p>
      <w:pPr>
        <w:jc w:val="both"/>
      </w:pPr>
      <w:r>
        <w:t>03C2.4.64</w:t>
      </w:r>
    </w:p>
    <w:p>
      <w:pPr>
        <w:jc w:val="both"/>
      </w:pPr>
      <w:r>
        <w:t>Cắt dây thần kinh Vidien qua nội soi</w:t>
      </w:r>
    </w:p>
    <w:p>
      <w:pPr>
        <w:jc w:val="both"/>
      </w:pPr>
      <w:r>
        <w:t>8.032.000</w:t>
      </w:r>
    </w:p>
    <w:p>
      <w:pPr>
        <w:jc w:val="both"/>
      </w:pPr>
      <w:r>
        <w:t>9.015.000</w:t>
      </w:r>
    </w:p>
    <w:p>
      <w:pPr>
        <w:jc w:val="both"/>
      </w:pPr>
      <w:r>
        <w:t>884</w:t>
      </w:r>
    </w:p>
    <w:p>
      <w:pPr>
        <w:jc w:val="both"/>
      </w:pPr>
      <w:r>
        <w:t>874</w:t>
      </w:r>
    </w:p>
    <w:p>
      <w:pPr>
        <w:jc w:val="both"/>
      </w:pPr>
      <w:r>
        <w:t>Cắt polyp ống tai gây mê</w:t>
      </w:r>
    </w:p>
    <w:p>
      <w:pPr>
        <w:jc w:val="both"/>
      </w:pPr>
      <w:r>
        <w:t>2.038.000</w:t>
      </w:r>
    </w:p>
    <w:p>
      <w:pPr>
        <w:jc w:val="both"/>
      </w:pPr>
      <w:r>
        <w:t>2.304.000</w:t>
      </w:r>
    </w:p>
    <w:p>
      <w:pPr>
        <w:jc w:val="both"/>
      </w:pPr>
      <w:r>
        <w:t>885</w:t>
      </w:r>
    </w:p>
    <w:p>
      <w:pPr>
        <w:jc w:val="both"/>
      </w:pPr>
      <w:r>
        <w:t>875</w:t>
      </w:r>
    </w:p>
    <w:p>
      <w:pPr>
        <w:jc w:val="both"/>
      </w:pPr>
      <w:r>
        <w:t>Cắt polyp ống tai gây tê</w:t>
      </w:r>
    </w:p>
    <w:p>
      <w:pPr>
        <w:jc w:val="both"/>
      </w:pPr>
      <w:r>
        <w:t>613.000</w:t>
      </w:r>
    </w:p>
    <w:p>
      <w:pPr>
        <w:jc w:val="both"/>
      </w:pPr>
      <w:r>
        <w:t>696.000</w:t>
      </w:r>
    </w:p>
    <w:p>
      <w:pPr>
        <w:jc w:val="both"/>
      </w:pPr>
      <w:r>
        <w:t>886</w:t>
      </w:r>
    </w:p>
    <w:p>
      <w:pPr>
        <w:jc w:val="both"/>
      </w:pPr>
      <w:r>
        <w:t>876</w:t>
      </w:r>
    </w:p>
    <w:p>
      <w:pPr>
        <w:jc w:val="both"/>
      </w:pPr>
      <w:r>
        <w:t>03C2.4.57</w:t>
      </w:r>
    </w:p>
    <w:p>
      <w:pPr>
        <w:jc w:val="both"/>
      </w:pPr>
      <w:r>
        <w:t>Cắt thanh quản có tái tạo phát âm</w:t>
      </w:r>
    </w:p>
    <w:p>
      <w:pPr>
        <w:jc w:val="both"/>
      </w:pPr>
      <w:r>
        <w:t>7.035.000</w:t>
      </w:r>
    </w:p>
    <w:p>
      <w:pPr>
        <w:jc w:val="both"/>
      </w:pPr>
      <w:r>
        <w:t>7.909.000</w:t>
      </w:r>
    </w:p>
    <w:p>
      <w:pPr>
        <w:jc w:val="both"/>
      </w:pPr>
      <w:r>
        <w:t>Chưa bao gồm stent hoặc van phát âm, thanh quản điện.</w:t>
      </w:r>
    </w:p>
    <w:p>
      <w:pPr>
        <w:jc w:val="both"/>
      </w:pPr>
      <w:r>
        <w:t>887</w:t>
      </w:r>
    </w:p>
    <w:p>
      <w:pPr>
        <w:jc w:val="both"/>
      </w:pPr>
      <w:r>
        <w:t>877</w:t>
      </w:r>
    </w:p>
    <w:p>
      <w:pPr>
        <w:jc w:val="both"/>
      </w:pPr>
      <w:r>
        <w:t>03C2.4.65</w:t>
      </w:r>
    </w:p>
    <w:p>
      <w:pPr>
        <w:jc w:val="both"/>
      </w:pPr>
      <w:r>
        <w:t>Cắt u cuộn cảnh</w:t>
      </w:r>
    </w:p>
    <w:p>
      <w:pPr>
        <w:jc w:val="both"/>
      </w:pPr>
      <w:r>
        <w:t>7.755.000</w:t>
      </w:r>
    </w:p>
    <w:p>
      <w:pPr>
        <w:jc w:val="both"/>
      </w:pPr>
      <w:r>
        <w:t>8.738.000</w:t>
      </w:r>
    </w:p>
    <w:p>
      <w:pPr>
        <w:jc w:val="both"/>
      </w:pPr>
      <w:r>
        <w:t>888</w:t>
      </w:r>
    </w:p>
    <w:p>
      <w:pPr>
        <w:jc w:val="both"/>
      </w:pPr>
      <w:r>
        <w:t>878</w:t>
      </w:r>
    </w:p>
    <w:p>
      <w:pPr>
        <w:jc w:val="both"/>
      </w:pPr>
      <w:r>
        <w:t>04C3.4.228</w:t>
      </w:r>
    </w:p>
    <w:p>
      <w:pPr>
        <w:jc w:val="both"/>
      </w:pPr>
      <w:r>
        <w:t>Chích rạch apxe Amiđan (gây tê)</w:t>
      </w:r>
    </w:p>
    <w:p>
      <w:pPr>
        <w:jc w:val="both"/>
      </w:pPr>
      <w:r>
        <w:t>274.000</w:t>
      </w:r>
    </w:p>
    <w:p>
      <w:pPr>
        <w:jc w:val="both"/>
      </w:pPr>
      <w:r>
        <w:t>306.000</w:t>
      </w:r>
    </w:p>
    <w:p>
      <w:pPr>
        <w:jc w:val="both"/>
      </w:pPr>
      <w:r>
        <w:t>889</w:t>
      </w:r>
    </w:p>
    <w:p>
      <w:pPr>
        <w:jc w:val="both"/>
      </w:pPr>
      <w:r>
        <w:t>879</w:t>
      </w:r>
    </w:p>
    <w:p>
      <w:pPr>
        <w:jc w:val="both"/>
      </w:pPr>
      <w:r>
        <w:t>04C3.4.229</w:t>
      </w:r>
    </w:p>
    <w:p>
      <w:pPr>
        <w:jc w:val="both"/>
      </w:pPr>
      <w:r>
        <w:t>Chích rạch apxe thành sau họng (gây tê)</w:t>
      </w:r>
    </w:p>
    <w:p>
      <w:pPr>
        <w:jc w:val="both"/>
      </w:pPr>
      <w:r>
        <w:t>274.000</w:t>
      </w:r>
    </w:p>
    <w:p>
      <w:pPr>
        <w:jc w:val="both"/>
      </w:pPr>
      <w:r>
        <w:t>306.000</w:t>
      </w:r>
    </w:p>
    <w:p>
      <w:pPr>
        <w:jc w:val="both"/>
      </w:pPr>
      <w:r>
        <w:t>890</w:t>
      </w:r>
    </w:p>
    <w:p>
      <w:pPr>
        <w:jc w:val="both"/>
      </w:pPr>
      <w:r>
        <w:t>880</w:t>
      </w:r>
    </w:p>
    <w:p>
      <w:pPr>
        <w:jc w:val="both"/>
      </w:pPr>
      <w:r>
        <w:t>03C2.4.11</w:t>
      </w:r>
    </w:p>
    <w:p>
      <w:pPr>
        <w:jc w:val="both"/>
      </w:pPr>
      <w:r>
        <w:t>Chích rạch vành tai</w:t>
      </w:r>
    </w:p>
    <w:p>
      <w:pPr>
        <w:jc w:val="both"/>
      </w:pPr>
      <w:r>
        <w:t>66.800</w:t>
      </w:r>
    </w:p>
    <w:p>
      <w:pPr>
        <w:jc w:val="both"/>
      </w:pPr>
      <w:r>
        <w:t>73.200</w:t>
      </w:r>
    </w:p>
    <w:p>
      <w:pPr>
        <w:jc w:val="both"/>
      </w:pPr>
      <w:r>
        <w:t>891</w:t>
      </w:r>
    </w:p>
    <w:p>
      <w:pPr>
        <w:jc w:val="both"/>
      </w:pPr>
      <w:r>
        <w:t>881</w:t>
      </w:r>
    </w:p>
    <w:p>
      <w:pPr>
        <w:jc w:val="both"/>
      </w:pPr>
      <w:r>
        <w:t>Chỉnh hình tai giữa có tái tạo chuỗi xương con</w:t>
      </w:r>
    </w:p>
    <w:p>
      <w:pPr>
        <w:jc w:val="both"/>
      </w:pPr>
      <w:r>
        <w:t>6.180.000</w:t>
      </w:r>
    </w:p>
    <w:p>
      <w:pPr>
        <w:jc w:val="both"/>
      </w:pPr>
      <w:r>
        <w:t>6.884.000</w:t>
      </w:r>
    </w:p>
    <w:p>
      <w:pPr>
        <w:jc w:val="both"/>
      </w:pPr>
      <w:r>
        <w:t>892</w:t>
      </w:r>
    </w:p>
    <w:p>
      <w:pPr>
        <w:jc w:val="both"/>
      </w:pPr>
      <w:r>
        <w:t>882</w:t>
      </w:r>
    </w:p>
    <w:p>
      <w:pPr>
        <w:jc w:val="both"/>
      </w:pPr>
      <w:r>
        <w:t>03C2.4.10</w:t>
      </w:r>
    </w:p>
    <w:p>
      <w:pPr>
        <w:jc w:val="both"/>
      </w:pPr>
      <w:r>
        <w:t>Chọc hút dịch vành tai</w:t>
      </w:r>
    </w:p>
    <w:p>
      <w:pPr>
        <w:jc w:val="both"/>
      </w:pPr>
      <w:r>
        <w:t>56.800</w:t>
      </w:r>
    </w:p>
    <w:p>
      <w:pPr>
        <w:jc w:val="both"/>
      </w:pPr>
      <w:r>
        <w:t>61.700</w:t>
      </w:r>
    </w:p>
    <w:p>
      <w:pPr>
        <w:jc w:val="both"/>
      </w:pPr>
      <w:r>
        <w:t>893</w:t>
      </w:r>
    </w:p>
    <w:p>
      <w:pPr>
        <w:jc w:val="both"/>
      </w:pPr>
      <w:r>
        <w:t>883</w:t>
      </w:r>
    </w:p>
    <w:p>
      <w:pPr>
        <w:jc w:val="both"/>
      </w:pPr>
      <w:r>
        <w:t>03C2.4.56</w:t>
      </w:r>
    </w:p>
    <w:p>
      <w:pPr>
        <w:jc w:val="both"/>
      </w:pPr>
      <w:r>
        <w:t>Đặt stent điều trị sẹo hẹp thanh khí quản</w:t>
      </w:r>
    </w:p>
    <w:p>
      <w:pPr>
        <w:jc w:val="both"/>
      </w:pPr>
      <w:r>
        <w:t>7.364.000</w:t>
      </w:r>
    </w:p>
    <w:p>
      <w:pPr>
        <w:jc w:val="both"/>
      </w:pPr>
      <w:r>
        <w:t>8.288.000</w:t>
      </w:r>
    </w:p>
    <w:p>
      <w:pPr>
        <w:jc w:val="both"/>
      </w:pPr>
      <w:r>
        <w:t>Chưa bao gồm stent.</w:t>
      </w:r>
    </w:p>
    <w:p>
      <w:pPr>
        <w:jc w:val="both"/>
      </w:pPr>
      <w:r>
        <w:t>894</w:t>
      </w:r>
    </w:p>
    <w:p>
      <w:pPr>
        <w:jc w:val="both"/>
      </w:pPr>
      <w:r>
        <w:t>884</w:t>
      </w:r>
    </w:p>
    <w:p>
      <w:pPr>
        <w:jc w:val="both"/>
      </w:pPr>
      <w:r>
        <w:t>03C2.4.47</w:t>
      </w:r>
    </w:p>
    <w:p>
      <w:pPr>
        <w:jc w:val="both"/>
      </w:pPr>
      <w:r>
        <w:t>Đo ABR (1 lần)</w:t>
      </w:r>
    </w:p>
    <w:p>
      <w:pPr>
        <w:jc w:val="both"/>
      </w:pPr>
      <w:r>
        <w:t>181.000</w:t>
      </w:r>
    </w:p>
    <w:p>
      <w:pPr>
        <w:jc w:val="both"/>
      </w:pPr>
      <w:r>
        <w:t>206.000</w:t>
      </w:r>
    </w:p>
    <w:p>
      <w:pPr>
        <w:jc w:val="both"/>
      </w:pPr>
      <w:r>
        <w:t>895</w:t>
      </w:r>
    </w:p>
    <w:p>
      <w:pPr>
        <w:jc w:val="both"/>
      </w:pPr>
      <w:r>
        <w:t>885</w:t>
      </w:r>
    </w:p>
    <w:p>
      <w:pPr>
        <w:jc w:val="both"/>
      </w:pPr>
      <w:r>
        <w:t>03C2.4.44</w:t>
      </w:r>
    </w:p>
    <w:p>
      <w:pPr>
        <w:jc w:val="both"/>
      </w:pPr>
      <w:r>
        <w:t>Đo nhĩ lượng</w:t>
      </w:r>
    </w:p>
    <w:p>
      <w:pPr>
        <w:jc w:val="both"/>
      </w:pPr>
      <w:r>
        <w:t>30.000</w:t>
      </w:r>
    </w:p>
    <w:p>
      <w:pPr>
        <w:jc w:val="both"/>
      </w:pPr>
      <w:r>
        <w:t>32.200</w:t>
      </w:r>
    </w:p>
    <w:p>
      <w:pPr>
        <w:jc w:val="both"/>
      </w:pPr>
      <w:r>
        <w:t>896</w:t>
      </w:r>
    </w:p>
    <w:p>
      <w:pPr>
        <w:jc w:val="both"/>
      </w:pPr>
      <w:r>
        <w:t>886</w:t>
      </w:r>
    </w:p>
    <w:p>
      <w:pPr>
        <w:jc w:val="both"/>
      </w:pPr>
      <w:r>
        <w:t>03C2.4.46</w:t>
      </w:r>
    </w:p>
    <w:p>
      <w:pPr>
        <w:jc w:val="both"/>
      </w:pPr>
      <w:r>
        <w:t>Đo OAE (1 lần)</w:t>
      </w:r>
    </w:p>
    <w:p>
      <w:pPr>
        <w:jc w:val="both"/>
      </w:pPr>
      <w:r>
        <w:t>60.000</w:t>
      </w:r>
    </w:p>
    <w:p>
      <w:pPr>
        <w:jc w:val="both"/>
      </w:pPr>
      <w:r>
        <w:t>64.500</w:t>
      </w:r>
    </w:p>
    <w:p>
      <w:pPr>
        <w:jc w:val="both"/>
      </w:pPr>
      <w:r>
        <w:t>897</w:t>
      </w:r>
    </w:p>
    <w:p>
      <w:pPr>
        <w:jc w:val="both"/>
      </w:pPr>
      <w:r>
        <w:t>887</w:t>
      </w:r>
    </w:p>
    <w:p>
      <w:pPr>
        <w:jc w:val="both"/>
      </w:pPr>
      <w:r>
        <w:t>03C2.4.43</w:t>
      </w:r>
    </w:p>
    <w:p>
      <w:pPr>
        <w:jc w:val="both"/>
      </w:pPr>
      <w:r>
        <w:t>Đo phản xạ cơ bàn đạp</w:t>
      </w:r>
    </w:p>
    <w:p>
      <w:pPr>
        <w:jc w:val="both"/>
      </w:pPr>
      <w:r>
        <w:t>30.000</w:t>
      </w:r>
    </w:p>
    <w:p>
      <w:pPr>
        <w:jc w:val="both"/>
      </w:pPr>
      <w:r>
        <w:t>32.200</w:t>
      </w:r>
    </w:p>
    <w:p>
      <w:pPr>
        <w:jc w:val="both"/>
      </w:pPr>
      <w:r>
        <w:t>898</w:t>
      </w:r>
    </w:p>
    <w:p>
      <w:pPr>
        <w:jc w:val="both"/>
      </w:pPr>
      <w:r>
        <w:t>888</w:t>
      </w:r>
    </w:p>
    <w:p>
      <w:pPr>
        <w:jc w:val="both"/>
      </w:pPr>
      <w:r>
        <w:t>03C2.4.39</w:t>
      </w:r>
    </w:p>
    <w:p>
      <w:pPr>
        <w:jc w:val="both"/>
      </w:pPr>
      <w:r>
        <w:t>Đo sức cản của mũi</w:t>
      </w:r>
    </w:p>
    <w:p>
      <w:pPr>
        <w:jc w:val="both"/>
      </w:pPr>
      <w:r>
        <w:t>97.000</w:t>
      </w:r>
    </w:p>
    <w:p>
      <w:pPr>
        <w:jc w:val="both"/>
      </w:pPr>
      <w:r>
        <w:t>109.000</w:t>
      </w:r>
    </w:p>
    <w:p>
      <w:pPr>
        <w:jc w:val="both"/>
      </w:pPr>
      <w:r>
        <w:t>899</w:t>
      </w:r>
    </w:p>
    <w:p>
      <w:pPr>
        <w:jc w:val="both"/>
      </w:pPr>
      <w:r>
        <w:t>889</w:t>
      </w:r>
    </w:p>
    <w:p>
      <w:pPr>
        <w:jc w:val="both"/>
      </w:pPr>
      <w:r>
        <w:t>03C2.4.42</w:t>
      </w:r>
    </w:p>
    <w:p>
      <w:pPr>
        <w:jc w:val="both"/>
      </w:pPr>
      <w:r>
        <w:t>Đo sức nghe lời</w:t>
      </w:r>
    </w:p>
    <w:p>
      <w:pPr>
        <w:jc w:val="both"/>
      </w:pPr>
      <w:r>
        <w:t>57.000</w:t>
      </w:r>
    </w:p>
    <w:p>
      <w:pPr>
        <w:jc w:val="both"/>
      </w:pPr>
      <w:r>
        <w:t>63.300</w:t>
      </w:r>
    </w:p>
    <w:p>
      <w:pPr>
        <w:jc w:val="both"/>
      </w:pPr>
      <w:r>
        <w:t>900</w:t>
      </w:r>
    </w:p>
    <w:p>
      <w:pPr>
        <w:jc w:val="both"/>
      </w:pPr>
      <w:r>
        <w:t>890</w:t>
      </w:r>
    </w:p>
    <w:p>
      <w:pPr>
        <w:jc w:val="both"/>
      </w:pPr>
      <w:r>
        <w:t>03C2.4.40</w:t>
      </w:r>
    </w:p>
    <w:p>
      <w:pPr>
        <w:jc w:val="both"/>
      </w:pPr>
      <w:r>
        <w:t>Đo thính lực đơn âm</w:t>
      </w:r>
    </w:p>
    <w:p>
      <w:pPr>
        <w:jc w:val="both"/>
      </w:pPr>
      <w:r>
        <w:t>45.000</w:t>
      </w:r>
    </w:p>
    <w:p>
      <w:pPr>
        <w:jc w:val="both"/>
      </w:pPr>
      <w:r>
        <w:t>49.500</w:t>
      </w:r>
    </w:p>
    <w:p>
      <w:pPr>
        <w:jc w:val="both"/>
      </w:pPr>
      <w:r>
        <w:t>901</w:t>
      </w:r>
    </w:p>
    <w:p>
      <w:pPr>
        <w:jc w:val="both"/>
      </w:pPr>
      <w:r>
        <w:t>891</w:t>
      </w:r>
    </w:p>
    <w:p>
      <w:pPr>
        <w:jc w:val="both"/>
      </w:pPr>
      <w:r>
        <w:t>03C2.4.41</w:t>
      </w:r>
    </w:p>
    <w:p>
      <w:pPr>
        <w:jc w:val="both"/>
      </w:pPr>
      <w:r>
        <w:t>Đo trên ngưỡng</w:t>
      </w:r>
    </w:p>
    <w:p>
      <w:pPr>
        <w:jc w:val="both"/>
      </w:pPr>
      <w:r>
        <w:t>65.000</w:t>
      </w:r>
    </w:p>
    <w:p>
      <w:pPr>
        <w:jc w:val="both"/>
      </w:pPr>
      <w:r>
        <w:t>70.300</w:t>
      </w:r>
    </w:p>
    <w:p>
      <w:pPr>
        <w:jc w:val="both"/>
      </w:pPr>
      <w:r>
        <w:t>902</w:t>
      </w:r>
    </w:p>
    <w:p>
      <w:pPr>
        <w:jc w:val="both"/>
      </w:pPr>
      <w:r>
        <w:t>892</w:t>
      </w:r>
    </w:p>
    <w:p>
      <w:pPr>
        <w:jc w:val="both"/>
      </w:pPr>
      <w:r>
        <w:t>03C2.4.30</w:t>
      </w:r>
    </w:p>
    <w:p>
      <w:pPr>
        <w:jc w:val="both"/>
      </w:pPr>
      <w:r>
        <w:t>Đốt Amidan áp lạnh</w:t>
      </w:r>
    </w:p>
    <w:p>
      <w:pPr>
        <w:jc w:val="both"/>
      </w:pPr>
      <w:r>
        <w:t>204.000</w:t>
      </w:r>
    </w:p>
    <w:p>
      <w:pPr>
        <w:jc w:val="both"/>
      </w:pPr>
      <w:r>
        <w:t>225.000</w:t>
      </w:r>
    </w:p>
    <w:p>
      <w:pPr>
        <w:jc w:val="both"/>
      </w:pPr>
      <w:r>
        <w:t>903</w:t>
      </w:r>
    </w:p>
    <w:p>
      <w:pPr>
        <w:jc w:val="both"/>
      </w:pPr>
      <w:r>
        <w:t>893</w:t>
      </w:r>
    </w:p>
    <w:p>
      <w:pPr>
        <w:jc w:val="both"/>
      </w:pPr>
      <w:r>
        <w:t>03C2.4.4</w:t>
      </w:r>
    </w:p>
    <w:p>
      <w:pPr>
        <w:jc w:val="both"/>
      </w:pPr>
      <w:r>
        <w:t>Đốt họng bằng khí CO2 (Bằng áp lạnh)</w:t>
      </w:r>
    </w:p>
    <w:p>
      <w:pPr>
        <w:jc w:val="both"/>
      </w:pPr>
      <w:r>
        <w:t>134.000</w:t>
      </w:r>
    </w:p>
    <w:p>
      <w:pPr>
        <w:jc w:val="both"/>
      </w:pPr>
      <w:r>
        <w:t>151.000</w:t>
      </w:r>
    </w:p>
    <w:p>
      <w:pPr>
        <w:jc w:val="both"/>
      </w:pPr>
      <w:r>
        <w:t>904</w:t>
      </w:r>
    </w:p>
    <w:p>
      <w:pPr>
        <w:jc w:val="both"/>
      </w:pPr>
      <w:r>
        <w:t>894</w:t>
      </w:r>
    </w:p>
    <w:p>
      <w:pPr>
        <w:jc w:val="both"/>
      </w:pPr>
      <w:r>
        <w:t>03C2.4.3</w:t>
      </w:r>
    </w:p>
    <w:p>
      <w:pPr>
        <w:jc w:val="both"/>
      </w:pPr>
      <w:r>
        <w:t>Đốt họng bằng khí Nitơ lỏng</w:t>
      </w:r>
    </w:p>
    <w:p>
      <w:pPr>
        <w:jc w:val="both"/>
      </w:pPr>
      <w:r>
        <w:t>151.000</w:t>
      </w:r>
    </w:p>
    <w:p>
      <w:pPr>
        <w:jc w:val="both"/>
      </w:pPr>
      <w:r>
        <w:t>172.000</w:t>
      </w:r>
    </w:p>
    <w:p>
      <w:pPr>
        <w:jc w:val="both"/>
      </w:pPr>
      <w:r>
        <w:t>905</w:t>
      </w:r>
    </w:p>
    <w:p>
      <w:pPr>
        <w:jc w:val="both"/>
      </w:pPr>
      <w:r>
        <w:t>895</w:t>
      </w:r>
    </w:p>
    <w:p>
      <w:pPr>
        <w:jc w:val="both"/>
      </w:pPr>
      <w:r>
        <w:t>03C2.4.22</w:t>
      </w:r>
    </w:p>
    <w:p>
      <w:pPr>
        <w:jc w:val="both"/>
      </w:pPr>
      <w:r>
        <w:t>Đốt họng hạt</w:t>
      </w:r>
    </w:p>
    <w:p>
      <w:pPr>
        <w:jc w:val="both"/>
      </w:pPr>
      <w:r>
        <w:t>82.900</w:t>
      </w:r>
    </w:p>
    <w:p>
      <w:pPr>
        <w:jc w:val="both"/>
      </w:pPr>
      <w:r>
        <w:t>92 100</w:t>
      </w:r>
    </w:p>
    <w:p>
      <w:pPr>
        <w:jc w:val="both"/>
      </w:pPr>
      <w:r>
        <w:t>906</w:t>
      </w:r>
    </w:p>
    <w:p>
      <w:pPr>
        <w:jc w:val="both"/>
      </w:pPr>
      <w:r>
        <w:t>896</w:t>
      </w:r>
    </w:p>
    <w:p>
      <w:pPr>
        <w:jc w:val="both"/>
      </w:pPr>
      <w:r>
        <w:t>03C2.4.54</w:t>
      </w:r>
    </w:p>
    <w:p>
      <w:pPr>
        <w:jc w:val="both"/>
      </w:pPr>
      <w:r>
        <w:t>Ghép thanh khí quản đặt stent</w:t>
      </w:r>
    </w:p>
    <w:p>
      <w:pPr>
        <w:jc w:val="both"/>
      </w:pPr>
      <w:r>
        <w:t>6.073.000</w:t>
      </w:r>
    </w:p>
    <w:p>
      <w:pPr>
        <w:jc w:val="both"/>
      </w:pPr>
      <w:r>
        <w:t>6.886.000</w:t>
      </w:r>
    </w:p>
    <w:p>
      <w:pPr>
        <w:jc w:val="both"/>
      </w:pPr>
      <w:r>
        <w:t>Chưa bao gồm stent.</w:t>
      </w:r>
    </w:p>
    <w:p>
      <w:pPr>
        <w:jc w:val="both"/>
      </w:pPr>
      <w:r>
        <w:t>907</w:t>
      </w:r>
    </w:p>
    <w:p>
      <w:pPr>
        <w:jc w:val="both"/>
      </w:pPr>
      <w:r>
        <w:t>897</w:t>
      </w:r>
    </w:p>
    <w:p>
      <w:pPr>
        <w:jc w:val="both"/>
      </w:pPr>
      <w:r>
        <w:t>03C2.4.13</w:t>
      </w:r>
    </w:p>
    <w:p>
      <w:pPr>
        <w:jc w:val="both"/>
      </w:pPr>
      <w:r>
        <w:t>Hút xoang dưới áp lực</w:t>
      </w:r>
    </w:p>
    <w:p>
      <w:pPr>
        <w:jc w:val="both"/>
      </w:pPr>
      <w:r>
        <w:t>61.800</w:t>
      </w:r>
    </w:p>
    <w:p>
      <w:pPr>
        <w:jc w:val="both"/>
      </w:pPr>
      <w:r>
        <w:t>67.400</w:t>
      </w:r>
    </w:p>
    <w:p>
      <w:pPr>
        <w:jc w:val="both"/>
      </w:pPr>
      <w:r>
        <w:t>908</w:t>
      </w:r>
    </w:p>
    <w:p>
      <w:pPr>
        <w:jc w:val="both"/>
      </w:pPr>
      <w:r>
        <w:t>898</w:t>
      </w:r>
    </w:p>
    <w:p>
      <w:pPr>
        <w:jc w:val="both"/>
      </w:pPr>
      <w:r>
        <w:t>03C2.4.15</w:t>
      </w:r>
    </w:p>
    <w:p>
      <w:pPr>
        <w:jc w:val="both"/>
      </w:pPr>
      <w:r>
        <w:t>Khí dung</w:t>
      </w:r>
    </w:p>
    <w:p>
      <w:pPr>
        <w:jc w:val="both"/>
      </w:pPr>
      <w:r>
        <w:t>23.000</w:t>
      </w:r>
    </w:p>
    <w:p>
      <w:pPr>
        <w:jc w:val="both"/>
      </w:pPr>
      <w:r>
        <w:t>24.200</w:t>
      </w:r>
    </w:p>
    <w:p>
      <w:pPr>
        <w:jc w:val="both"/>
      </w:pPr>
      <w:r>
        <w:t>Chưa bao gồm thuốc khí dung.</w:t>
      </w:r>
    </w:p>
    <w:p>
      <w:pPr>
        <w:jc w:val="both"/>
      </w:pPr>
      <w:r>
        <w:t>909</w:t>
      </w:r>
    </w:p>
    <w:p>
      <w:pPr>
        <w:jc w:val="both"/>
      </w:pPr>
      <w:r>
        <w:t>899</w:t>
      </w:r>
    </w:p>
    <w:p>
      <w:pPr>
        <w:jc w:val="both"/>
      </w:pPr>
      <w:r>
        <w:t>03C2.4.1</w:t>
      </w:r>
    </w:p>
    <w:p>
      <w:pPr>
        <w:jc w:val="both"/>
      </w:pPr>
      <w:r>
        <w:t>Làm thuốc thanh quản hoặc tai</w:t>
      </w:r>
    </w:p>
    <w:p>
      <w:pPr>
        <w:jc w:val="both"/>
      </w:pPr>
      <w:r>
        <w:t>21.100</w:t>
      </w:r>
    </w:p>
    <w:p>
      <w:pPr>
        <w:jc w:val="both"/>
      </w:pPr>
      <w:r>
        <w:t>23.800</w:t>
      </w:r>
    </w:p>
    <w:p>
      <w:pPr>
        <w:jc w:val="both"/>
      </w:pPr>
      <w:r>
        <w:t>Chưa bao gồm thuốc.</w:t>
      </w:r>
    </w:p>
    <w:p>
      <w:pPr>
        <w:jc w:val="both"/>
      </w:pPr>
      <w:r>
        <w:t>910</w:t>
      </w:r>
    </w:p>
    <w:p>
      <w:pPr>
        <w:jc w:val="both"/>
      </w:pPr>
      <w:r>
        <w:t>900</w:t>
      </w:r>
    </w:p>
    <w:p>
      <w:pPr>
        <w:jc w:val="both"/>
      </w:pPr>
      <w:r>
        <w:t>03C2.4.2</w:t>
      </w:r>
    </w:p>
    <w:p>
      <w:pPr>
        <w:jc w:val="both"/>
      </w:pPr>
      <w:r>
        <w:t>Lấy dị vật họng</w:t>
      </w:r>
    </w:p>
    <w:p>
      <w:pPr>
        <w:jc w:val="both"/>
      </w:pPr>
      <w:r>
        <w:t>41.600</w:t>
      </w:r>
    </w:p>
    <w:p>
      <w:pPr>
        <w:jc w:val="both"/>
      </w:pPr>
      <w:r>
        <w:t>47.200</w:t>
      </w:r>
    </w:p>
    <w:p>
      <w:pPr>
        <w:jc w:val="both"/>
      </w:pPr>
      <w:r>
        <w:t>911</w:t>
      </w:r>
    </w:p>
    <w:p>
      <w:pPr>
        <w:jc w:val="both"/>
      </w:pPr>
      <w:r>
        <w:t>901</w:t>
      </w:r>
    </w:p>
    <w:p>
      <w:pPr>
        <w:jc w:val="both"/>
      </w:pPr>
      <w:r>
        <w:t>04C3.4.233</w:t>
      </w:r>
    </w:p>
    <w:p>
      <w:pPr>
        <w:jc w:val="both"/>
      </w:pPr>
      <w:r>
        <w:t>Lấy dị vật tai ngoài đơn giản</w:t>
      </w:r>
    </w:p>
    <w:p>
      <w:pPr>
        <w:jc w:val="both"/>
      </w:pPr>
      <w:r>
        <w:t>65.600</w:t>
      </w:r>
    </w:p>
    <w:p>
      <w:pPr>
        <w:jc w:val="both"/>
      </w:pPr>
      <w:r>
        <w:t>73.200</w:t>
      </w:r>
    </w:p>
    <w:p>
      <w:pPr>
        <w:jc w:val="both"/>
      </w:pPr>
      <w:r>
        <w:t>912</w:t>
      </w:r>
    </w:p>
    <w:p>
      <w:pPr>
        <w:jc w:val="both"/>
      </w:pPr>
      <w:r>
        <w:t>902</w:t>
      </w:r>
    </w:p>
    <w:p>
      <w:pPr>
        <w:jc w:val="both"/>
      </w:pPr>
      <w:r>
        <w:t>04C3.4.252</w:t>
      </w:r>
    </w:p>
    <w:p>
      <w:pPr>
        <w:jc w:val="both"/>
      </w:pPr>
      <w:r>
        <w:t>Lấy dị vật tai ngoài dưới kính hiển vi (gây mê)</w:t>
      </w:r>
    </w:p>
    <w:p>
      <w:pPr>
        <w:jc w:val="both"/>
      </w:pPr>
      <w:r>
        <w:t>520.000</w:t>
      </w:r>
    </w:p>
    <w:p>
      <w:pPr>
        <w:jc w:val="both"/>
      </w:pPr>
      <w:r>
        <w:t>593.000</w:t>
      </w:r>
    </w:p>
    <w:p>
      <w:pPr>
        <w:jc w:val="both"/>
      </w:pPr>
      <w:r>
        <w:t>913</w:t>
      </w:r>
    </w:p>
    <w:p>
      <w:pPr>
        <w:jc w:val="both"/>
      </w:pPr>
      <w:r>
        <w:t>903</w:t>
      </w:r>
    </w:p>
    <w:p>
      <w:pPr>
        <w:jc w:val="both"/>
      </w:pPr>
      <w:r>
        <w:t>04C3.4.234</w:t>
      </w:r>
    </w:p>
    <w:p>
      <w:pPr>
        <w:jc w:val="both"/>
      </w:pPr>
      <w:r>
        <w:t>Lấy dị vật tai ngoài dưới kính hiển vi (gây tê)</w:t>
      </w:r>
    </w:p>
    <w:p>
      <w:pPr>
        <w:jc w:val="both"/>
      </w:pPr>
      <w:r>
        <w:t>161.000</w:t>
      </w:r>
    </w:p>
    <w:p>
      <w:pPr>
        <w:jc w:val="both"/>
      </w:pPr>
      <w:r>
        <w:t>180.000</w:t>
      </w:r>
    </w:p>
    <w:p>
      <w:pPr>
        <w:jc w:val="both"/>
      </w:pPr>
      <w:r>
        <w:t>914</w:t>
      </w:r>
    </w:p>
    <w:p>
      <w:pPr>
        <w:jc w:val="both"/>
      </w:pPr>
      <w:r>
        <w:t>904</w:t>
      </w:r>
    </w:p>
    <w:p>
      <w:pPr>
        <w:jc w:val="both"/>
      </w:pPr>
      <w:r>
        <w:t>04C3.4.246</w:t>
      </w:r>
    </w:p>
    <w:p>
      <w:pPr>
        <w:jc w:val="both"/>
      </w:pPr>
      <w:r>
        <w:t>Lấy dị vật thanh quản gây mê ống cứng</w:t>
      </w:r>
    </w:p>
    <w:p>
      <w:pPr>
        <w:jc w:val="both"/>
      </w:pPr>
      <w:r>
        <w:t>722.000</w:t>
      </w:r>
    </w:p>
    <w:p>
      <w:pPr>
        <w:jc w:val="both"/>
      </w:pPr>
      <w:r>
        <w:t>814.000</w:t>
      </w:r>
    </w:p>
    <w:p>
      <w:pPr>
        <w:jc w:val="both"/>
      </w:pPr>
      <w:r>
        <w:t>915</w:t>
      </w:r>
    </w:p>
    <w:p>
      <w:pPr>
        <w:jc w:val="both"/>
      </w:pPr>
      <w:r>
        <w:t>905</w:t>
      </w:r>
    </w:p>
    <w:p>
      <w:pPr>
        <w:jc w:val="both"/>
      </w:pPr>
      <w:r>
        <w:t>04C3.4.239</w:t>
      </w:r>
    </w:p>
    <w:p>
      <w:pPr>
        <w:jc w:val="both"/>
      </w:pPr>
      <w:r>
        <w:t>Lấy dị vật thanh quản gây tê ống cứng</w:t>
      </w:r>
    </w:p>
    <w:p>
      <w:pPr>
        <w:jc w:val="both"/>
      </w:pPr>
      <w:r>
        <w:t>378.000</w:t>
      </w:r>
    </w:p>
    <w:p>
      <w:pPr>
        <w:jc w:val="both"/>
      </w:pPr>
      <w:r>
        <w:t>421.000</w:t>
      </w:r>
    </w:p>
    <w:p>
      <w:pPr>
        <w:jc w:val="both"/>
      </w:pPr>
      <w:r>
        <w:t>916</w:t>
      </w:r>
    </w:p>
    <w:p>
      <w:pPr>
        <w:jc w:val="both"/>
      </w:pPr>
      <w:r>
        <w:t>906</w:t>
      </w:r>
    </w:p>
    <w:p>
      <w:pPr>
        <w:jc w:val="both"/>
      </w:pPr>
      <w:r>
        <w:t>04C3.4.236</w:t>
      </w:r>
    </w:p>
    <w:p>
      <w:pPr>
        <w:jc w:val="both"/>
      </w:pPr>
      <w:r>
        <w:t>Lấy dị vật trong mũi có gây mê</w:t>
      </w:r>
    </w:p>
    <w:p>
      <w:pPr>
        <w:jc w:val="both"/>
      </w:pPr>
      <w:r>
        <w:t>684.000</w:t>
      </w:r>
    </w:p>
    <w:p>
      <w:pPr>
        <w:jc w:val="both"/>
      </w:pPr>
      <w:r>
        <w:t>778.000</w:t>
      </w:r>
    </w:p>
    <w:p>
      <w:pPr>
        <w:jc w:val="both"/>
      </w:pPr>
      <w:r>
        <w:t>917</w:t>
      </w:r>
    </w:p>
    <w:p>
      <w:pPr>
        <w:jc w:val="both"/>
      </w:pPr>
      <w:r>
        <w:t>907</w:t>
      </w:r>
    </w:p>
    <w:p>
      <w:pPr>
        <w:jc w:val="both"/>
      </w:pPr>
      <w:r>
        <w:t>04C3.4.235</w:t>
      </w:r>
    </w:p>
    <w:p>
      <w:pPr>
        <w:jc w:val="both"/>
      </w:pPr>
      <w:r>
        <w:t>Lấy dị vật trong mũi không gây mê</w:t>
      </w:r>
    </w:p>
    <w:p>
      <w:pPr>
        <w:jc w:val="both"/>
      </w:pPr>
      <w:r>
        <w:t>201.000</w:t>
      </w:r>
    </w:p>
    <w:p>
      <w:pPr>
        <w:jc w:val="both"/>
      </w:pPr>
      <w:r>
        <w:t>226.000</w:t>
      </w:r>
    </w:p>
    <w:p>
      <w:pPr>
        <w:jc w:val="both"/>
      </w:pPr>
      <w:r>
        <w:t>918</w:t>
      </w:r>
    </w:p>
    <w:p>
      <w:pPr>
        <w:jc w:val="both"/>
      </w:pPr>
      <w:r>
        <w:t>908</w:t>
      </w:r>
    </w:p>
    <w:p>
      <w:pPr>
        <w:jc w:val="both"/>
      </w:pPr>
      <w:r>
        <w:t>03C2.4.12</w:t>
      </w:r>
    </w:p>
    <w:p>
      <w:pPr>
        <w:jc w:val="both"/>
      </w:pPr>
      <w:r>
        <w:t>Lấy nút biểu bì ống tai</w:t>
      </w:r>
    </w:p>
    <w:p>
      <w:pPr>
        <w:jc w:val="both"/>
      </w:pPr>
      <w:r>
        <w:t>65.600</w:t>
      </w:r>
    </w:p>
    <w:p>
      <w:pPr>
        <w:jc w:val="both"/>
      </w:pPr>
      <w:r>
        <w:t>73.200</w:t>
      </w:r>
    </w:p>
    <w:p>
      <w:pPr>
        <w:jc w:val="both"/>
      </w:pPr>
      <w:r>
        <w:t>919</w:t>
      </w:r>
    </w:p>
    <w:p>
      <w:pPr>
        <w:jc w:val="both"/>
      </w:pPr>
      <w:r>
        <w:t>909</w:t>
      </w:r>
    </w:p>
    <w:p>
      <w:pPr>
        <w:jc w:val="both"/>
      </w:pPr>
      <w:r>
        <w:t>04C3.4.254</w:t>
      </w:r>
    </w:p>
    <w:p>
      <w:pPr>
        <w:jc w:val="both"/>
      </w:pPr>
      <w:r>
        <w:t>Mổ cắt bỏ u bã đậu vùng đầu mặt cổ gây mê</w:t>
      </w:r>
    </w:p>
    <w:p>
      <w:pPr>
        <w:jc w:val="both"/>
      </w:pPr>
      <w:r>
        <w:t>1.353.000</w:t>
      </w:r>
    </w:p>
    <w:p>
      <w:pPr>
        <w:jc w:val="both"/>
      </w:pPr>
      <w:r>
        <w:t>1.541.000</w:t>
      </w:r>
    </w:p>
    <w:p>
      <w:pPr>
        <w:jc w:val="both"/>
      </w:pPr>
      <w:r>
        <w:t>920</w:t>
      </w:r>
    </w:p>
    <w:p>
      <w:pPr>
        <w:jc w:val="both"/>
      </w:pPr>
      <w:r>
        <w:t>910</w:t>
      </w:r>
    </w:p>
    <w:p>
      <w:pPr>
        <w:jc w:val="both"/>
      </w:pPr>
      <w:r>
        <w:t>04C3.4.242</w:t>
      </w:r>
    </w:p>
    <w:p>
      <w:pPr>
        <w:jc w:val="both"/>
      </w:pPr>
      <w:r>
        <w:t>Mổ cắt bỏ u bã đậu vùng đầu mặt cổ gây tê</w:t>
      </w:r>
    </w:p>
    <w:p>
      <w:pPr>
        <w:jc w:val="both"/>
      </w:pPr>
      <w:r>
        <w:t>849.000</w:t>
      </w:r>
    </w:p>
    <w:p>
      <w:pPr>
        <w:jc w:val="both"/>
      </w:pPr>
      <w:r>
        <w:t>965.000</w:t>
      </w:r>
    </w:p>
    <w:p>
      <w:pPr>
        <w:jc w:val="both"/>
      </w:pPr>
      <w:r>
        <w:t>921</w:t>
      </w:r>
    </w:p>
    <w:p>
      <w:pPr>
        <w:jc w:val="both"/>
      </w:pPr>
      <w:r>
        <w:t>911</w:t>
      </w:r>
    </w:p>
    <w:p>
      <w:pPr>
        <w:jc w:val="both"/>
      </w:pPr>
      <w:r>
        <w:t>Mở sào bào - thượng nhĩ</w:t>
      </w:r>
    </w:p>
    <w:p>
      <w:pPr>
        <w:jc w:val="both"/>
      </w:pPr>
      <w:r>
        <w:t>3.843.000</w:t>
      </w:r>
    </w:p>
    <w:p>
      <w:pPr>
        <w:jc w:val="both"/>
      </w:pPr>
      <w:r>
        <w:t>4.316.000</w:t>
      </w:r>
    </w:p>
    <w:p>
      <w:pPr>
        <w:jc w:val="both"/>
      </w:pPr>
      <w:r>
        <w:t>Đã bao gồm chi phí mũi khoan</w:t>
      </w:r>
    </w:p>
    <w:p>
      <w:pPr>
        <w:jc w:val="both"/>
      </w:pPr>
      <w:r>
        <w:t>922</w:t>
      </w:r>
    </w:p>
    <w:p>
      <w:pPr>
        <w:jc w:val="both"/>
      </w:pPr>
      <w:r>
        <w:t>912</w:t>
      </w:r>
    </w:p>
    <w:p>
      <w:pPr>
        <w:jc w:val="both"/>
      </w:pPr>
      <w:r>
        <w:t>Nâng xương chính mũi sau chấn thương gây mê</w:t>
      </w:r>
    </w:p>
    <w:p>
      <w:pPr>
        <w:jc w:val="both"/>
      </w:pPr>
      <w:r>
        <w:t>2.720.000</w:t>
      </w:r>
    </w:p>
    <w:p>
      <w:pPr>
        <w:jc w:val="both"/>
      </w:pPr>
      <w:r>
        <w:t>3.090.000</w:t>
      </w:r>
    </w:p>
    <w:p>
      <w:pPr>
        <w:jc w:val="both"/>
      </w:pPr>
      <w:r>
        <w:t>923</w:t>
      </w:r>
    </w:p>
    <w:p>
      <w:pPr>
        <w:jc w:val="both"/>
      </w:pPr>
      <w:r>
        <w:t>913</w:t>
      </w:r>
    </w:p>
    <w:p>
      <w:pPr>
        <w:jc w:val="both"/>
      </w:pPr>
      <w:r>
        <w:t>Nâng xương chính mũi sau chấn thương gây tê</w:t>
      </w:r>
    </w:p>
    <w:p>
      <w:pPr>
        <w:jc w:val="both"/>
      </w:pPr>
      <w:r>
        <w:t>1.295.000</w:t>
      </w:r>
    </w:p>
    <w:p>
      <w:pPr>
        <w:jc w:val="both"/>
      </w:pPr>
      <w:r>
        <w:t>1.475.000</w:t>
      </w:r>
    </w:p>
    <w:p>
      <w:pPr>
        <w:jc w:val="both"/>
      </w:pPr>
      <w:r>
        <w:t>924</w:t>
      </w:r>
    </w:p>
    <w:p>
      <w:pPr>
        <w:jc w:val="both"/>
      </w:pPr>
      <w:r>
        <w:t>914</w:t>
      </w:r>
    </w:p>
    <w:p>
      <w:pPr>
        <w:jc w:val="both"/>
      </w:pPr>
      <w:r>
        <w:t>04C3.4.243</w:t>
      </w:r>
    </w:p>
    <w:p>
      <w:pPr>
        <w:jc w:val="both"/>
      </w:pPr>
      <w:r>
        <w:t>Nạo VA gây mê</w:t>
      </w:r>
    </w:p>
    <w:p>
      <w:pPr>
        <w:jc w:val="both"/>
      </w:pPr>
      <w:r>
        <w:t>813.000</w:t>
      </w:r>
    </w:p>
    <w:p>
      <w:pPr>
        <w:jc w:val="both"/>
      </w:pPr>
      <w:r>
        <w:t>915.000</w:t>
      </w:r>
    </w:p>
    <w:p>
      <w:pPr>
        <w:jc w:val="both"/>
      </w:pPr>
      <w:r>
        <w:t>925</w:t>
      </w:r>
    </w:p>
    <w:p>
      <w:pPr>
        <w:jc w:val="both"/>
      </w:pPr>
      <w:r>
        <w:t>915</w:t>
      </w:r>
    </w:p>
    <w:p>
      <w:pPr>
        <w:jc w:val="both"/>
      </w:pPr>
      <w:r>
        <w:t>Nạo vét hạch cổ chọn lọc</w:t>
      </w:r>
    </w:p>
    <w:p>
      <w:pPr>
        <w:jc w:val="both"/>
      </w:pPr>
      <w:r>
        <w:t>4.732.000</w:t>
      </w:r>
    </w:p>
    <w:p>
      <w:pPr>
        <w:jc w:val="both"/>
      </w:pPr>
      <w:r>
        <w:t>5.345.000</w:t>
      </w:r>
    </w:p>
    <w:p>
      <w:pPr>
        <w:jc w:val="both"/>
      </w:pPr>
      <w:r>
        <w:t>Chưa bao gồm dao siêu âm.</w:t>
      </w:r>
    </w:p>
    <w:p>
      <w:pPr>
        <w:jc w:val="both"/>
      </w:pPr>
      <w:r>
        <w:t>926</w:t>
      </w:r>
    </w:p>
    <w:p>
      <w:pPr>
        <w:jc w:val="both"/>
      </w:pPr>
      <w:r>
        <w:t>916</w:t>
      </w:r>
    </w:p>
    <w:p>
      <w:pPr>
        <w:jc w:val="both"/>
      </w:pPr>
      <w:r>
        <w:t>03C2.4.20</w:t>
      </w:r>
    </w:p>
    <w:p>
      <w:pPr>
        <w:jc w:val="both"/>
      </w:pPr>
      <w:r>
        <w:t>Nhét meche hoặc bấc mũi</w:t>
      </w:r>
    </w:p>
    <w:p>
      <w:pPr>
        <w:jc w:val="both"/>
      </w:pPr>
      <w:r>
        <w:t>124.000</w:t>
      </w:r>
    </w:p>
    <w:p>
      <w:pPr>
        <w:jc w:val="both"/>
      </w:pPr>
      <w:r>
        <w:t>136.000</w:t>
      </w:r>
    </w:p>
    <w:p>
      <w:pPr>
        <w:jc w:val="both"/>
      </w:pPr>
      <w:r>
        <w:t>927</w:t>
      </w:r>
    </w:p>
    <w:p>
      <w:pPr>
        <w:jc w:val="both"/>
      </w:pPr>
      <w:r>
        <w:t>917</w:t>
      </w:r>
    </w:p>
    <w:p>
      <w:pPr>
        <w:jc w:val="both"/>
      </w:pPr>
      <w:r>
        <w:t>03C2.4.55</w:t>
      </w:r>
    </w:p>
    <w:p>
      <w:pPr>
        <w:jc w:val="both"/>
      </w:pPr>
      <w:r>
        <w:t>Nối khí quản tận-tận trong điều trị sẹo hẹp</w:t>
      </w:r>
    </w:p>
    <w:p>
      <w:pPr>
        <w:jc w:val="both"/>
      </w:pPr>
      <w:r>
        <w:t>8.141.000</w:t>
      </w:r>
    </w:p>
    <w:p>
      <w:pPr>
        <w:jc w:val="both"/>
      </w:pPr>
      <w:r>
        <w:t>9.200.000</w:t>
      </w:r>
    </w:p>
    <w:p>
      <w:pPr>
        <w:jc w:val="both"/>
      </w:pPr>
      <w:r>
        <w:t>Chưa bao gồm stent.</w:t>
      </w:r>
    </w:p>
    <w:p>
      <w:pPr>
        <w:jc w:val="both"/>
      </w:pPr>
      <w:r>
        <w:t>928</w:t>
      </w:r>
    </w:p>
    <w:p>
      <w:pPr>
        <w:jc w:val="both"/>
      </w:pPr>
      <w:r>
        <w:t>918</w:t>
      </w:r>
    </w:p>
    <w:p>
      <w:pPr>
        <w:jc w:val="both"/>
      </w:pPr>
      <w:r>
        <w:t>04C3.4.247</w:t>
      </w:r>
    </w:p>
    <w:p>
      <w:pPr>
        <w:jc w:val="both"/>
      </w:pPr>
      <w:r>
        <w:t>Nội soi cắt polype mũi gây mê</w:t>
      </w:r>
    </w:p>
    <w:p>
      <w:pPr>
        <w:jc w:val="both"/>
      </w:pPr>
      <w:r>
        <w:t>679.000</w:t>
      </w:r>
    </w:p>
    <w:p>
      <w:pPr>
        <w:jc w:val="both"/>
      </w:pPr>
      <w:r>
        <w:t>768.000</w:t>
      </w:r>
    </w:p>
    <w:p>
      <w:pPr>
        <w:jc w:val="both"/>
      </w:pPr>
      <w:r>
        <w:t>929</w:t>
      </w:r>
    </w:p>
    <w:p>
      <w:pPr>
        <w:jc w:val="both"/>
      </w:pPr>
      <w:r>
        <w:t>919</w:t>
      </w:r>
    </w:p>
    <w:p>
      <w:pPr>
        <w:jc w:val="both"/>
      </w:pPr>
      <w:r>
        <w:t>04C3.4.241</w:t>
      </w:r>
    </w:p>
    <w:p>
      <w:pPr>
        <w:jc w:val="both"/>
      </w:pPr>
      <w:r>
        <w:t>Nội soi cắt polype mũi gây tê</w:t>
      </w:r>
    </w:p>
    <w:p>
      <w:pPr>
        <w:jc w:val="both"/>
      </w:pPr>
      <w:r>
        <w:t>468.000</w:t>
      </w:r>
    </w:p>
    <w:p>
      <w:pPr>
        <w:jc w:val="both"/>
      </w:pPr>
      <w:r>
        <w:t>529.000</w:t>
      </w:r>
    </w:p>
    <w:p>
      <w:pPr>
        <w:jc w:val="both"/>
      </w:pPr>
      <w:r>
        <w:t>930</w:t>
      </w:r>
    </w:p>
    <w:p>
      <w:pPr>
        <w:jc w:val="both"/>
      </w:pPr>
      <w:r>
        <w:t>920</w:t>
      </w:r>
    </w:p>
    <w:p>
      <w:pPr>
        <w:jc w:val="both"/>
      </w:pPr>
      <w:r>
        <w:t>04C3.4.231</w:t>
      </w:r>
    </w:p>
    <w:p>
      <w:pPr>
        <w:jc w:val="both"/>
      </w:pPr>
      <w:r>
        <w:t>Nội soi chọc rửa xoang hàm (gây tê)</w:t>
      </w:r>
    </w:p>
    <w:p>
      <w:pPr>
        <w:jc w:val="both"/>
      </w:pPr>
      <w:r>
        <w:t>289.000</w:t>
      </w:r>
    </w:p>
    <w:p>
      <w:pPr>
        <w:jc w:val="both"/>
      </w:pPr>
      <w:r>
        <w:t>323.000</w:t>
      </w:r>
    </w:p>
    <w:p>
      <w:pPr>
        <w:jc w:val="both"/>
      </w:pPr>
      <w:r>
        <w:t>931</w:t>
      </w:r>
    </w:p>
    <w:p>
      <w:pPr>
        <w:jc w:val="both"/>
      </w:pPr>
      <w:r>
        <w:t>921</w:t>
      </w:r>
    </w:p>
    <w:p>
      <w:pPr>
        <w:jc w:val="both"/>
      </w:pPr>
      <w:r>
        <w:t>04C3.4.232</w:t>
      </w:r>
    </w:p>
    <w:p>
      <w:pPr>
        <w:jc w:val="both"/>
      </w:pPr>
      <w:r>
        <w:t>Nội soi chọc thông xoang trán hoặc xoang bướm (gây tê)</w:t>
      </w:r>
    </w:p>
    <w:p>
      <w:pPr>
        <w:jc w:val="both"/>
      </w:pPr>
      <w:r>
        <w:t>289.000</w:t>
      </w:r>
    </w:p>
    <w:p>
      <w:pPr>
        <w:jc w:val="both"/>
      </w:pPr>
      <w:r>
        <w:t>323.000</w:t>
      </w:r>
    </w:p>
    <w:p>
      <w:pPr>
        <w:jc w:val="both"/>
      </w:pPr>
      <w:r>
        <w:t>932</w:t>
      </w:r>
    </w:p>
    <w:p>
      <w:pPr>
        <w:jc w:val="both"/>
      </w:pPr>
      <w:r>
        <w:t>922</w:t>
      </w:r>
    </w:p>
    <w:p>
      <w:pPr>
        <w:jc w:val="both"/>
      </w:pPr>
      <w:r>
        <w:t>04C3.4.240</w:t>
      </w:r>
    </w:p>
    <w:p>
      <w:pPr>
        <w:jc w:val="both"/>
      </w:pPr>
      <w:r>
        <w:t>Nội soi đốt điện cuốn mũi hoặc cắt cuốn mũi gây tê</w:t>
      </w:r>
    </w:p>
    <w:p>
      <w:pPr>
        <w:jc w:val="both"/>
      </w:pPr>
      <w:r>
        <w:t>463.000</w:t>
      </w:r>
    </w:p>
    <w:p>
      <w:pPr>
        <w:jc w:val="both"/>
      </w:pPr>
      <w:r>
        <w:t>519.000</w:t>
      </w:r>
    </w:p>
    <w:p>
      <w:pPr>
        <w:jc w:val="both"/>
      </w:pPr>
      <w:r>
        <w:t>93</w:t>
      </w:r>
    </w:p>
    <w:p>
      <w:pPr>
        <w:jc w:val="both"/>
      </w:pPr>
      <w:r>
        <w:t>923</w:t>
      </w:r>
    </w:p>
    <w:p>
      <w:pPr>
        <w:jc w:val="both"/>
      </w:pPr>
      <w:r>
        <w:t>04C3.4.253</w:t>
      </w:r>
    </w:p>
    <w:p>
      <w:pPr>
        <w:jc w:val="both"/>
      </w:pPr>
      <w:r>
        <w:t>Nội soi đốt điện cuốn mũi hoặc cắt cuốn mũi gây mê</w:t>
      </w:r>
    </w:p>
    <w:p>
      <w:pPr>
        <w:jc w:val="both"/>
      </w:pPr>
      <w:r>
        <w:t>684.000</w:t>
      </w:r>
    </w:p>
    <w:p>
      <w:pPr>
        <w:jc w:val="both"/>
      </w:pPr>
      <w:r>
        <w:t>778.000</w:t>
      </w:r>
    </w:p>
    <w:p>
      <w:pPr>
        <w:jc w:val="both"/>
      </w:pPr>
      <w:r>
        <w:t>934</w:t>
      </w:r>
    </w:p>
    <w:p>
      <w:pPr>
        <w:jc w:val="both"/>
      </w:pPr>
      <w:r>
        <w:t>924</w:t>
      </w:r>
    </w:p>
    <w:p>
      <w:pPr>
        <w:jc w:val="both"/>
      </w:pPr>
      <w:r>
        <w:t>Nội soi đường hô hấp và tiêu hóa trên</w:t>
      </w:r>
    </w:p>
    <w:p>
      <w:pPr>
        <w:jc w:val="both"/>
      </w:pPr>
      <w:r>
        <w:t>2.242.000</w:t>
      </w:r>
    </w:p>
    <w:p>
      <w:pPr>
        <w:jc w:val="both"/>
      </w:pPr>
      <w:r>
        <w:t>2.537.000</w:t>
      </w:r>
    </w:p>
    <w:p>
      <w:pPr>
        <w:jc w:val="both"/>
      </w:pPr>
      <w:r>
        <w:t>935</w:t>
      </w:r>
    </w:p>
    <w:p>
      <w:pPr>
        <w:jc w:val="both"/>
      </w:pPr>
      <w:r>
        <w:t>925</w:t>
      </w:r>
    </w:p>
    <w:p>
      <w:pPr>
        <w:jc w:val="both"/>
      </w:pPr>
      <w:r>
        <w:t>04C3.4.244</w:t>
      </w:r>
    </w:p>
    <w:p>
      <w:pPr>
        <w:jc w:val="both"/>
      </w:pPr>
      <w:r>
        <w:t>Nội soi lấy dị vật thực quản gây mê ống cứng</w:t>
      </w:r>
    </w:p>
    <w:p>
      <w:pPr>
        <w:jc w:val="both"/>
      </w:pPr>
      <w:r>
        <w:t>722.000</w:t>
      </w:r>
    </w:p>
    <w:p>
      <w:pPr>
        <w:jc w:val="both"/>
      </w:pPr>
      <w:r>
        <w:t>814.000</w:t>
      </w:r>
    </w:p>
    <w:p>
      <w:pPr>
        <w:jc w:val="both"/>
      </w:pPr>
      <w:r>
        <w:t>936</w:t>
      </w:r>
    </w:p>
    <w:p>
      <w:pPr>
        <w:jc w:val="both"/>
      </w:pPr>
      <w:r>
        <w:t>926</w:t>
      </w:r>
    </w:p>
    <w:p>
      <w:pPr>
        <w:jc w:val="both"/>
      </w:pPr>
      <w:r>
        <w:t>04C3.4.245</w:t>
      </w:r>
    </w:p>
    <w:p>
      <w:pPr>
        <w:jc w:val="both"/>
      </w:pPr>
      <w:r>
        <w:t>Nội soi lấy dị vật thực quản gây mê ống mềm</w:t>
      </w:r>
    </w:p>
    <w:p>
      <w:pPr>
        <w:jc w:val="both"/>
      </w:pPr>
      <w:r>
        <w:t>742.000</w:t>
      </w:r>
    </w:p>
    <w:p>
      <w:pPr>
        <w:jc w:val="both"/>
      </w:pPr>
      <w:r>
        <w:t>837.000</w:t>
      </w:r>
    </w:p>
    <w:p>
      <w:pPr>
        <w:jc w:val="both"/>
      </w:pPr>
      <w:r>
        <w:t>937</w:t>
      </w:r>
    </w:p>
    <w:p>
      <w:pPr>
        <w:jc w:val="both"/>
      </w:pPr>
      <w:r>
        <w:t>927</w:t>
      </w:r>
    </w:p>
    <w:p>
      <w:pPr>
        <w:jc w:val="both"/>
      </w:pPr>
      <w:r>
        <w:t>04C3.4.237</w:t>
      </w:r>
    </w:p>
    <w:p>
      <w:pPr>
        <w:jc w:val="both"/>
      </w:pPr>
      <w:r>
        <w:t>Nội soi lấy dị vật thực quản gây tê ống cứng</w:t>
      </w:r>
    </w:p>
    <w:p>
      <w:pPr>
        <w:jc w:val="both"/>
      </w:pPr>
      <w:r>
        <w:t>234.000</w:t>
      </w:r>
    </w:p>
    <w:p>
      <w:pPr>
        <w:jc w:val="both"/>
      </w:pPr>
      <w:r>
        <w:t>259.000</w:t>
      </w:r>
    </w:p>
    <w:p>
      <w:pPr>
        <w:jc w:val="both"/>
      </w:pPr>
      <w:r>
        <w:t>938</w:t>
      </w:r>
    </w:p>
    <w:p>
      <w:pPr>
        <w:jc w:val="both"/>
      </w:pPr>
      <w:r>
        <w:t>928</w:t>
      </w:r>
    </w:p>
    <w:p>
      <w:pPr>
        <w:jc w:val="both"/>
      </w:pPr>
      <w:r>
        <w:t>04C3.4.238</w:t>
      </w:r>
    </w:p>
    <w:p>
      <w:pPr>
        <w:jc w:val="both"/>
      </w:pPr>
      <w:r>
        <w:t>Nội soi lấy dị vật thực quản gây tê ống mềm</w:t>
      </w:r>
    </w:p>
    <w:p>
      <w:pPr>
        <w:jc w:val="both"/>
      </w:pPr>
      <w:r>
        <w:t>329.000</w:t>
      </w:r>
    </w:p>
    <w:p>
      <w:pPr>
        <w:jc w:val="both"/>
      </w:pPr>
      <w:r>
        <w:t>369.000</w:t>
      </w:r>
    </w:p>
    <w:p>
      <w:pPr>
        <w:jc w:val="both"/>
      </w:pPr>
      <w:r>
        <w:t>939</w:t>
      </w:r>
    </w:p>
    <w:p>
      <w:pPr>
        <w:jc w:val="both"/>
      </w:pPr>
      <w:r>
        <w:t>929</w:t>
      </w:r>
    </w:p>
    <w:p>
      <w:pPr>
        <w:jc w:val="both"/>
      </w:pPr>
      <w:r>
        <w:t>04C3.4.255</w:t>
      </w:r>
    </w:p>
    <w:p>
      <w:pPr>
        <w:jc w:val="both"/>
      </w:pPr>
      <w:r>
        <w:t>Nội soi nạo VA gây mê sử dụng Hummer</w:t>
      </w:r>
    </w:p>
    <w:p>
      <w:pPr>
        <w:jc w:val="both"/>
      </w:pPr>
      <w:r>
        <w:t>1.605.000</w:t>
      </w:r>
    </w:p>
    <w:p>
      <w:pPr>
        <w:jc w:val="both"/>
      </w:pPr>
      <w:r>
        <w:t>1.821.000</w:t>
      </w:r>
    </w:p>
    <w:p>
      <w:pPr>
        <w:jc w:val="both"/>
      </w:pPr>
      <w:r>
        <w:t>Đã bao gồm cả dao Hummer.</w:t>
      </w:r>
    </w:p>
    <w:p>
      <w:pPr>
        <w:jc w:val="both"/>
      </w:pPr>
      <w:r>
        <w:t>940</w:t>
      </w:r>
    </w:p>
    <w:p>
      <w:pPr>
        <w:jc w:val="both"/>
      </w:pPr>
      <w:r>
        <w:t>930</w:t>
      </w:r>
    </w:p>
    <w:p>
      <w:pPr>
        <w:jc w:val="both"/>
      </w:pPr>
      <w:r>
        <w:t>Nội soi phế quản ống cứng lấy dị vật gây tê</w:t>
      </w:r>
    </w:p>
    <w:p>
      <w:pPr>
        <w:jc w:val="both"/>
      </w:pPr>
      <w:r>
        <w:t>668.000</w:t>
      </w:r>
    </w:p>
    <w:p>
      <w:pPr>
        <w:jc w:val="both"/>
      </w:pPr>
      <w:r>
        <w:t>724.000</w:t>
      </w:r>
    </w:p>
    <w:p>
      <w:pPr>
        <w:jc w:val="both"/>
      </w:pPr>
      <w:r>
        <w:t>941</w:t>
      </w:r>
    </w:p>
    <w:p>
      <w:pPr>
        <w:jc w:val="both"/>
      </w:pPr>
      <w:r>
        <w:t>931</w:t>
      </w:r>
    </w:p>
    <w:p>
      <w:pPr>
        <w:jc w:val="both"/>
      </w:pPr>
      <w:r>
        <w:t>Nội soi sinh thiết vòm mũi họng gây mê</w:t>
      </w:r>
    </w:p>
    <w:p>
      <w:pPr>
        <w:jc w:val="both"/>
      </w:pPr>
      <w:r>
        <w:t>1.575.000</w:t>
      </w:r>
    </w:p>
    <w:p>
      <w:pPr>
        <w:jc w:val="both"/>
      </w:pPr>
      <w:r>
        <w:t>1.800.000</w:t>
      </w:r>
    </w:p>
    <w:p>
      <w:pPr>
        <w:jc w:val="both"/>
      </w:pPr>
      <w:r>
        <w:t>942</w:t>
      </w:r>
    </w:p>
    <w:p>
      <w:pPr>
        <w:jc w:val="both"/>
      </w:pPr>
      <w:r>
        <w:t>932</w:t>
      </w:r>
    </w:p>
    <w:p>
      <w:pPr>
        <w:jc w:val="both"/>
      </w:pPr>
      <w:r>
        <w:t>03C2.4.25</w:t>
      </w:r>
    </w:p>
    <w:p>
      <w:pPr>
        <w:jc w:val="both"/>
      </w:pPr>
      <w:r>
        <w:t>Nội soi sinh thiết vòm mũi họng gây tê</w:t>
      </w:r>
    </w:p>
    <w:p>
      <w:pPr>
        <w:jc w:val="both"/>
      </w:pPr>
      <w:r>
        <w:t>524.000</w:t>
      </w:r>
    </w:p>
    <w:p>
      <w:pPr>
        <w:jc w:val="both"/>
      </w:pPr>
      <w:r>
        <w:t>593.000</w:t>
      </w:r>
    </w:p>
    <w:p>
      <w:pPr>
        <w:jc w:val="both"/>
      </w:pPr>
      <w:r>
        <w:t>943</w:t>
      </w:r>
    </w:p>
    <w:p>
      <w:pPr>
        <w:jc w:val="both"/>
      </w:pPr>
      <w:r>
        <w:t>933</w:t>
      </w:r>
    </w:p>
    <w:p>
      <w:pPr>
        <w:jc w:val="both"/>
      </w:pPr>
      <w:r>
        <w:t>03C2.4.37</w:t>
      </w:r>
    </w:p>
    <w:p>
      <w:pPr>
        <w:jc w:val="both"/>
      </w:pPr>
      <w:r>
        <w:t>Nội soi Tai Mũi Họng</w:t>
      </w:r>
    </w:p>
    <w:p>
      <w:pPr>
        <w:jc w:val="both"/>
      </w:pPr>
      <w:r>
        <w:t>108.000</w:t>
      </w:r>
    </w:p>
    <w:p>
      <w:pPr>
        <w:jc w:val="both"/>
      </w:pPr>
      <w:r>
        <w:t>121.000</w:t>
      </w:r>
    </w:p>
    <w:p>
      <w:pPr>
        <w:jc w:val="both"/>
      </w:pPr>
      <w:r>
        <w:t>Trường hợp chỉ nội soi Tai hoặc Mũi hoặc Họng thì thanh toán 40.000 đồng/ca.</w:t>
      </w:r>
    </w:p>
    <w:p>
      <w:pPr>
        <w:jc w:val="both"/>
      </w:pPr>
      <w:r>
        <w:t>944</w:t>
      </w:r>
    </w:p>
    <w:p>
      <w:pPr>
        <w:jc w:val="both"/>
      </w:pPr>
      <w:r>
        <w:t>934</w:t>
      </w:r>
    </w:p>
    <w:p>
      <w:pPr>
        <w:jc w:val="both"/>
      </w:pPr>
      <w:r>
        <w:t>03C2.4.9</w:t>
      </w:r>
    </w:p>
    <w:p>
      <w:pPr>
        <w:jc w:val="both"/>
      </w:pPr>
      <w:r>
        <w:t>Nong vòi nhĩ</w:t>
      </w:r>
    </w:p>
    <w:p>
      <w:pPr>
        <w:jc w:val="both"/>
      </w:pPr>
      <w:r>
        <w:t>40.600</w:t>
      </w:r>
    </w:p>
    <w:p>
      <w:pPr>
        <w:jc w:val="both"/>
      </w:pPr>
      <w:r>
        <w:t>44.400</w:t>
      </w:r>
    </w:p>
    <w:p>
      <w:pPr>
        <w:jc w:val="both"/>
      </w:pPr>
      <w:r>
        <w:t>945</w:t>
      </w:r>
    </w:p>
    <w:p>
      <w:pPr>
        <w:jc w:val="both"/>
      </w:pPr>
      <w:r>
        <w:t>935</w:t>
      </w:r>
    </w:p>
    <w:p>
      <w:pPr>
        <w:jc w:val="both"/>
      </w:pPr>
      <w:r>
        <w:t>03C2.4.34</w:t>
      </w:r>
    </w:p>
    <w:p>
      <w:pPr>
        <w:jc w:val="both"/>
      </w:pPr>
      <w:r>
        <w:t>Nong vòi nhĩ nội soi</w:t>
      </w:r>
    </w:p>
    <w:p>
      <w:pPr>
        <w:jc w:val="both"/>
      </w:pPr>
      <w:r>
        <w:t>122.000</w:t>
      </w:r>
    </w:p>
    <w:p>
      <w:pPr>
        <w:jc w:val="both"/>
      </w:pPr>
      <w:r>
        <w:t>136.000</w:t>
      </w:r>
    </w:p>
    <w:p>
      <w:pPr>
        <w:jc w:val="both"/>
      </w:pPr>
      <w:r>
        <w:t>946</w:t>
      </w:r>
    </w:p>
    <w:p>
      <w:pPr>
        <w:jc w:val="both"/>
      </w:pPr>
      <w:r>
        <w:t>936</w:t>
      </w:r>
    </w:p>
    <w:p>
      <w:pPr>
        <w:jc w:val="both"/>
      </w:pPr>
      <w:r>
        <w:t>03C2.4.66</w:t>
      </w:r>
    </w:p>
    <w:p>
      <w:pPr>
        <w:jc w:val="both"/>
      </w:pPr>
      <w:r>
        <w:t>Phẫu thuật áp xe não do tai</w:t>
      </w:r>
    </w:p>
    <w:p>
      <w:pPr>
        <w:jc w:val="both"/>
      </w:pPr>
      <w:r>
        <w:t>6.054.000</w:t>
      </w:r>
    </w:p>
    <w:p>
      <w:pPr>
        <w:jc w:val="both"/>
      </w:pPr>
      <w:r>
        <w:t>6.867.000</w:t>
      </w:r>
    </w:p>
    <w:p>
      <w:pPr>
        <w:jc w:val="both"/>
      </w:pPr>
      <w:r>
        <w:t>947</w:t>
      </w:r>
    </w:p>
    <w:p>
      <w:pPr>
        <w:jc w:val="both"/>
      </w:pPr>
      <w:r>
        <w:t>937</w:t>
      </w:r>
    </w:p>
    <w:p>
      <w:pPr>
        <w:jc w:val="both"/>
      </w:pPr>
      <w:r>
        <w:t>Phẫu thuật cắt Amidan bằng dao điện</w:t>
      </w:r>
    </w:p>
    <w:p>
      <w:pPr>
        <w:jc w:val="both"/>
      </w:pPr>
      <w:r>
        <w:t>1.689.000</w:t>
      </w:r>
    </w:p>
    <w:p>
      <w:pPr>
        <w:jc w:val="both"/>
      </w:pPr>
      <w:r>
        <w:t>1.908.000</w:t>
      </w:r>
    </w:p>
    <w:p>
      <w:pPr>
        <w:jc w:val="both"/>
      </w:pPr>
      <w:r>
        <w:t>948</w:t>
      </w:r>
    </w:p>
    <w:p>
      <w:pPr>
        <w:jc w:val="both"/>
      </w:pPr>
      <w:r>
        <w:t>937</w:t>
      </w:r>
    </w:p>
    <w:p>
      <w:pPr>
        <w:jc w:val="both"/>
      </w:pPr>
      <w:r>
        <w:t>Phẫu thuật cắt Amidan bằng dao plasma hoặc dao laser hoặc dao siêu âm.</w:t>
      </w:r>
    </w:p>
    <w:p>
      <w:pPr>
        <w:jc w:val="both"/>
      </w:pPr>
      <w:r>
        <w:t>3.856.000</w:t>
      </w:r>
    </w:p>
    <w:p>
      <w:pPr>
        <w:jc w:val="both"/>
      </w:pPr>
      <w:r>
        <w:t>4.365.000</w:t>
      </w:r>
    </w:p>
    <w:p>
      <w:pPr>
        <w:jc w:val="both"/>
      </w:pPr>
      <w:r>
        <w:t>Đã bao gồm dao cắt.</w:t>
      </w:r>
    </w:p>
    <w:p>
      <w:pPr>
        <w:jc w:val="both"/>
      </w:pPr>
      <w:r>
        <w:t>949</w:t>
      </w:r>
    </w:p>
    <w:p>
      <w:pPr>
        <w:jc w:val="both"/>
      </w:pPr>
      <w:r>
        <w:t>938</w:t>
      </w:r>
    </w:p>
    <w:p>
      <w:pPr>
        <w:jc w:val="both"/>
      </w:pPr>
      <w:r>
        <w:t>Phẫu thuật cắt bán phần thanh quản trên nhẫn kiểu CHEP</w:t>
      </w:r>
    </w:p>
    <w:p>
      <w:pPr>
        <w:jc w:val="both"/>
      </w:pPr>
      <w:r>
        <w:t>5.147.000</w:t>
      </w:r>
    </w:p>
    <w:p>
      <w:pPr>
        <w:jc w:val="both"/>
      </w:pPr>
      <w:r>
        <w:t>5.823.000</w:t>
      </w:r>
    </w:p>
    <w:p>
      <w:pPr>
        <w:jc w:val="both"/>
      </w:pPr>
      <w:r>
        <w:t>950</w:t>
      </w:r>
    </w:p>
    <w:p>
      <w:pPr>
        <w:jc w:val="both"/>
      </w:pPr>
      <w:r>
        <w:t>939</w:t>
      </w:r>
    </w:p>
    <w:p>
      <w:pPr>
        <w:jc w:val="both"/>
      </w:pPr>
      <w:r>
        <w:t>03C2.4.61</w:t>
      </w:r>
    </w:p>
    <w:p>
      <w:pPr>
        <w:jc w:val="both"/>
      </w:pPr>
      <w:r>
        <w:t>Phẫu thuật cắt bỏ u thành bên họng lan lên đáy sọ có kiểm soát bằng kính hiển vi và nội soi</w:t>
      </w:r>
    </w:p>
    <w:p>
      <w:pPr>
        <w:jc w:val="both"/>
      </w:pPr>
      <w:r>
        <w:t>9.621.000</w:t>
      </w:r>
    </w:p>
    <w:p>
      <w:pPr>
        <w:jc w:val="both"/>
      </w:pPr>
      <w:r>
        <w:t>10.904.000</w:t>
      </w:r>
    </w:p>
    <w:p>
      <w:pPr>
        <w:jc w:val="both"/>
      </w:pPr>
      <w:r>
        <w:t>951</w:t>
      </w:r>
    </w:p>
    <w:p>
      <w:pPr>
        <w:jc w:val="both"/>
      </w:pPr>
      <w:r>
        <w:t>940</w:t>
      </w:r>
    </w:p>
    <w:p>
      <w:pPr>
        <w:jc w:val="both"/>
      </w:pPr>
      <w:r>
        <w:t>03C2.4.67</w:t>
      </w:r>
    </w:p>
    <w:p>
      <w:pPr>
        <w:jc w:val="both"/>
      </w:pPr>
      <w:r>
        <w:t>Phẫu thuật cắt bỏ ung thư Amidan hoặc thanh quản và nạo vét hạch cổ</w:t>
      </w:r>
    </w:p>
    <w:p>
      <w:pPr>
        <w:jc w:val="both"/>
      </w:pPr>
      <w:r>
        <w:t>5.776.000</w:t>
      </w:r>
    </w:p>
    <w:p>
      <w:pPr>
        <w:jc w:val="both"/>
      </w:pPr>
      <w:r>
        <w:t>6.547.000</w:t>
      </w:r>
    </w:p>
    <w:p>
      <w:pPr>
        <w:jc w:val="both"/>
      </w:pPr>
      <w:r>
        <w:t>952</w:t>
      </w:r>
    </w:p>
    <w:p>
      <w:pPr>
        <w:jc w:val="both"/>
      </w:pPr>
      <w:r>
        <w:t>941</w:t>
      </w:r>
    </w:p>
    <w:p>
      <w:pPr>
        <w:jc w:val="both"/>
      </w:pPr>
      <w:r>
        <w:t>03C2.4.68</w:t>
      </w:r>
    </w:p>
    <w:p>
      <w:pPr>
        <w:jc w:val="both"/>
      </w:pPr>
      <w:r>
        <w:t>Phẫu thuật cắt bỏ ung thư lưỡi có tái tạo vạt cơ da</w:t>
      </w:r>
    </w:p>
    <w:p>
      <w:pPr>
        <w:jc w:val="both"/>
      </w:pPr>
      <w:r>
        <w:t>6.956.000</w:t>
      </w:r>
    </w:p>
    <w:p>
      <w:pPr>
        <w:jc w:val="both"/>
      </w:pPr>
      <w:r>
        <w:t>7.861.000</w:t>
      </w:r>
    </w:p>
    <w:p>
      <w:pPr>
        <w:jc w:val="both"/>
      </w:pPr>
      <w:r>
        <w:t>953</w:t>
      </w:r>
    </w:p>
    <w:p>
      <w:pPr>
        <w:jc w:val="both"/>
      </w:pPr>
      <w:r>
        <w:t>942</w:t>
      </w:r>
    </w:p>
    <w:p>
      <w:pPr>
        <w:jc w:val="both"/>
      </w:pPr>
      <w:r>
        <w:t>Phẫu thuật cắt Concha Bullosa cuốn mũi</w:t>
      </w:r>
    </w:p>
    <w:p>
      <w:pPr>
        <w:jc w:val="both"/>
      </w:pPr>
      <w:r>
        <w:t>3.996.000</w:t>
      </w:r>
    </w:p>
    <w:p>
      <w:pPr>
        <w:jc w:val="both"/>
      </w:pPr>
      <w:r>
        <w:t>4.493.000</w:t>
      </w:r>
    </w:p>
    <w:p>
      <w:pPr>
        <w:jc w:val="both"/>
      </w:pPr>
      <w:r>
        <w:t>954</w:t>
      </w:r>
    </w:p>
    <w:p>
      <w:pPr>
        <w:jc w:val="both"/>
      </w:pPr>
      <w:r>
        <w:t>943</w:t>
      </w:r>
    </w:p>
    <w:p>
      <w:pPr>
        <w:jc w:val="both"/>
      </w:pPr>
      <w:r>
        <w:t>Phẫu thuật cắt dây thanh bằng Laser</w:t>
      </w:r>
    </w:p>
    <w:p>
      <w:pPr>
        <w:jc w:val="both"/>
      </w:pPr>
      <w:r>
        <w:t>4.732.000</w:t>
      </w:r>
    </w:p>
    <w:p>
      <w:pPr>
        <w:jc w:val="both"/>
      </w:pPr>
      <w:r>
        <w:t>5.345.000</w:t>
      </w:r>
    </w:p>
    <w:p>
      <w:pPr>
        <w:jc w:val="both"/>
      </w:pPr>
      <w:r>
        <w:t>955</w:t>
      </w:r>
    </w:p>
    <w:p>
      <w:pPr>
        <w:jc w:val="both"/>
      </w:pPr>
      <w:r>
        <w:t>944</w:t>
      </w:r>
    </w:p>
    <w:p>
      <w:pPr>
        <w:jc w:val="both"/>
      </w:pPr>
      <w:r>
        <w:t>Phẫu thuật cắt tuyến dưới hàm</w:t>
      </w:r>
    </w:p>
    <w:p>
      <w:pPr>
        <w:jc w:val="both"/>
      </w:pPr>
      <w:r>
        <w:t>4.740.000</w:t>
      </w:r>
    </w:p>
    <w:p>
      <w:pPr>
        <w:jc w:val="both"/>
      </w:pPr>
      <w:r>
        <w:t>5.354.000</w:t>
      </w:r>
    </w:p>
    <w:p>
      <w:pPr>
        <w:jc w:val="both"/>
      </w:pPr>
      <w:r>
        <w:t>Chưa bao gồm dao siêu âm.</w:t>
      </w:r>
    </w:p>
    <w:p>
      <w:pPr>
        <w:jc w:val="both"/>
      </w:pPr>
      <w:r>
        <w:t>956</w:t>
      </w:r>
    </w:p>
    <w:p>
      <w:pPr>
        <w:jc w:val="both"/>
      </w:pPr>
      <w:r>
        <w:t>945</w:t>
      </w:r>
    </w:p>
    <w:p>
      <w:pPr>
        <w:jc w:val="both"/>
      </w:pPr>
      <w:r>
        <w:t>Phẫu thuật cắt tuyến mang tai có hoặc không bảo tồn dây VII</w:t>
      </w:r>
    </w:p>
    <w:p>
      <w:pPr>
        <w:jc w:val="both"/>
      </w:pPr>
      <w:r>
        <w:t>4.740.000</w:t>
      </w:r>
    </w:p>
    <w:p>
      <w:pPr>
        <w:jc w:val="both"/>
      </w:pPr>
      <w:r>
        <w:t>5.354.000</w:t>
      </w:r>
    </w:p>
    <w:p>
      <w:pPr>
        <w:jc w:val="both"/>
      </w:pPr>
      <w:r>
        <w:t>Chưa bao gồm dao siêu âm.</w:t>
      </w:r>
    </w:p>
    <w:p>
      <w:pPr>
        <w:jc w:val="both"/>
      </w:pPr>
      <w:r>
        <w:t>957</w:t>
      </w:r>
    </w:p>
    <w:p>
      <w:pPr>
        <w:jc w:val="both"/>
      </w:pPr>
      <w:r>
        <w:t>946</w:t>
      </w:r>
    </w:p>
    <w:p>
      <w:pPr>
        <w:jc w:val="both"/>
      </w:pPr>
      <w:r>
        <w:t>Phẫu thuật chấn thương khối mũi sàng</w:t>
      </w:r>
    </w:p>
    <w:p>
      <w:pPr>
        <w:jc w:val="both"/>
      </w:pPr>
      <w:r>
        <w:t>8.419.000</w:t>
      </w:r>
    </w:p>
    <w:p>
      <w:pPr>
        <w:jc w:val="both"/>
      </w:pPr>
      <w:r>
        <w:t>9.362.000</w:t>
      </w:r>
    </w:p>
    <w:p>
      <w:pPr>
        <w:jc w:val="both"/>
      </w:pPr>
      <w:r>
        <w:t>958</w:t>
      </w:r>
    </w:p>
    <w:p>
      <w:pPr>
        <w:jc w:val="both"/>
      </w:pPr>
      <w:r>
        <w:t>947</w:t>
      </w:r>
    </w:p>
    <w:p>
      <w:pPr>
        <w:jc w:val="both"/>
      </w:pPr>
      <w:r>
        <w:t>Phẫu thuật chấn thương xoang sàng - hàm</w:t>
      </w:r>
    </w:p>
    <w:p>
      <w:pPr>
        <w:jc w:val="both"/>
      </w:pPr>
      <w:r>
        <w:t>5.453.000</w:t>
      </w:r>
    </w:p>
    <w:p>
      <w:pPr>
        <w:jc w:val="both"/>
      </w:pPr>
      <w:r>
        <w:t>6.175.000</w:t>
      </w:r>
    </w:p>
    <w:p>
      <w:pPr>
        <w:jc w:val="both"/>
      </w:pPr>
      <w:r>
        <w:t>959</w:t>
      </w:r>
    </w:p>
    <w:p>
      <w:pPr>
        <w:jc w:val="both"/>
      </w:pPr>
      <w:r>
        <w:t>948</w:t>
      </w:r>
    </w:p>
    <w:p>
      <w:pPr>
        <w:jc w:val="both"/>
      </w:pPr>
      <w:r>
        <w:t>Phẫu thuật chỉnh hình sẹo hẹp thanh khí quản bằng đặt ống nong</w:t>
      </w:r>
    </w:p>
    <w:p>
      <w:pPr>
        <w:jc w:val="both"/>
      </w:pPr>
      <w:r>
        <w:t>4.732.000</w:t>
      </w:r>
    </w:p>
    <w:p>
      <w:pPr>
        <w:jc w:val="both"/>
      </w:pPr>
      <w:r>
        <w:t>5.345.000</w:t>
      </w:r>
    </w:p>
    <w:p>
      <w:pPr>
        <w:jc w:val="both"/>
      </w:pPr>
      <w:r>
        <w:t>Chưa bao gồm chi phí mũi khoan.</w:t>
      </w:r>
    </w:p>
    <w:p>
      <w:pPr>
        <w:jc w:val="both"/>
      </w:pPr>
      <w:r>
        <w:t>960</w:t>
      </w:r>
    </w:p>
    <w:p>
      <w:pPr>
        <w:jc w:val="both"/>
      </w:pPr>
      <w:r>
        <w:t>949</w:t>
      </w:r>
    </w:p>
    <w:p>
      <w:pPr>
        <w:jc w:val="both"/>
      </w:pPr>
      <w:r>
        <w:t>03C2.4.52</w:t>
      </w:r>
    </w:p>
    <w:p>
      <w:pPr>
        <w:jc w:val="both"/>
      </w:pPr>
      <w:r>
        <w:t>Phẫu thuật đỉnh xương đá</w:t>
      </w:r>
    </w:p>
    <w:p>
      <w:pPr>
        <w:jc w:val="both"/>
      </w:pPr>
      <w:r>
        <w:t>4.575.000</w:t>
      </w:r>
    </w:p>
    <w:p>
      <w:pPr>
        <w:jc w:val="both"/>
      </w:pPr>
      <w:r>
        <w:t>5.104.000</w:t>
      </w:r>
    </w:p>
    <w:p>
      <w:pPr>
        <w:jc w:val="both"/>
      </w:pPr>
      <w:r>
        <w:t>961</w:t>
      </w:r>
    </w:p>
    <w:p>
      <w:pPr>
        <w:jc w:val="both"/>
      </w:pPr>
      <w:r>
        <w:t>950</w:t>
      </w:r>
    </w:p>
    <w:p>
      <w:pPr>
        <w:jc w:val="both"/>
      </w:pPr>
      <w:r>
        <w:t>Phẫu thuật giảm áp dây VII</w:t>
      </w:r>
    </w:p>
    <w:p>
      <w:pPr>
        <w:jc w:val="both"/>
      </w:pPr>
      <w:r>
        <w:t>7.208.000</w:t>
      </w:r>
    </w:p>
    <w:p>
      <w:pPr>
        <w:jc w:val="both"/>
      </w:pPr>
      <w:r>
        <w:t>8.126.000</w:t>
      </w:r>
    </w:p>
    <w:p>
      <w:pPr>
        <w:jc w:val="both"/>
      </w:pPr>
      <w:r>
        <w:t>962</w:t>
      </w:r>
    </w:p>
    <w:p>
      <w:pPr>
        <w:jc w:val="both"/>
      </w:pPr>
      <w:r>
        <w:t>951</w:t>
      </w:r>
    </w:p>
    <w:p>
      <w:pPr>
        <w:jc w:val="both"/>
      </w:pPr>
      <w:r>
        <w:t>Phẫu thuật kết hợp xương trong chấn thương sọ mặt</w:t>
      </w:r>
    </w:p>
    <w:p>
      <w:pPr>
        <w:jc w:val="both"/>
      </w:pPr>
      <w:r>
        <w:t>5.453.000</w:t>
      </w:r>
    </w:p>
    <w:p>
      <w:pPr>
        <w:jc w:val="both"/>
      </w:pPr>
      <w:r>
        <w:t>6.175.000</w:t>
      </w:r>
    </w:p>
    <w:p>
      <w:pPr>
        <w:jc w:val="both"/>
      </w:pPr>
      <w:r>
        <w:t>963</w:t>
      </w:r>
    </w:p>
    <w:p>
      <w:pPr>
        <w:jc w:val="both"/>
      </w:pPr>
      <w:r>
        <w:t>952</w:t>
      </w:r>
    </w:p>
    <w:p>
      <w:pPr>
        <w:jc w:val="both"/>
      </w:pPr>
      <w:r>
        <w:t>03C2.4.69</w:t>
      </w:r>
    </w:p>
    <w:p>
      <w:pPr>
        <w:jc w:val="both"/>
      </w:pPr>
      <w:r>
        <w:t>Phẫu thuật laser cắt ung thư thanh quản hạ họng</w:t>
      </w:r>
    </w:p>
    <w:p>
      <w:pPr>
        <w:jc w:val="both"/>
      </w:pPr>
      <w:r>
        <w:t>6.817.000</w:t>
      </w:r>
    </w:p>
    <w:p>
      <w:pPr>
        <w:jc w:val="both"/>
      </w:pPr>
      <w:r>
        <w:t>7.764.000</w:t>
      </w:r>
    </w:p>
    <w:p>
      <w:pPr>
        <w:jc w:val="both"/>
      </w:pPr>
      <w:r>
        <w:t>Chưa bao gồm ống nội khí quản.</w:t>
      </w:r>
    </w:p>
    <w:p>
      <w:pPr>
        <w:jc w:val="both"/>
      </w:pPr>
      <w:r>
        <w:t>964</w:t>
      </w:r>
    </w:p>
    <w:p>
      <w:pPr>
        <w:jc w:val="both"/>
      </w:pPr>
      <w:r>
        <w:t>953</w:t>
      </w:r>
    </w:p>
    <w:p>
      <w:pPr>
        <w:jc w:val="both"/>
      </w:pPr>
      <w:r>
        <w:t>03C2.4.70</w:t>
      </w:r>
    </w:p>
    <w:p>
      <w:pPr>
        <w:jc w:val="both"/>
      </w:pPr>
      <w:r>
        <w:t>Phẫu thuật Laser trong khối u vùng họng miệng</w:t>
      </w:r>
    </w:p>
    <w:p>
      <w:pPr>
        <w:jc w:val="both"/>
      </w:pPr>
      <w:r>
        <w:t>7.276.000</w:t>
      </w:r>
    </w:p>
    <w:p>
      <w:pPr>
        <w:jc w:val="both"/>
      </w:pPr>
      <w:r>
        <w:t>8.274.000</w:t>
      </w:r>
    </w:p>
    <w:p>
      <w:pPr>
        <w:jc w:val="both"/>
      </w:pPr>
      <w:r>
        <w:t>Chưa bao gồm ống nội khí quản.</w:t>
      </w:r>
    </w:p>
    <w:p>
      <w:pPr>
        <w:jc w:val="both"/>
      </w:pPr>
      <w:r>
        <w:t>965</w:t>
      </w:r>
    </w:p>
    <w:p>
      <w:pPr>
        <w:jc w:val="both"/>
      </w:pPr>
      <w:r>
        <w:t>954</w:t>
      </w:r>
    </w:p>
    <w:p>
      <w:pPr>
        <w:jc w:val="both"/>
      </w:pPr>
      <w:r>
        <w:t>Phẫu thuật lấy đường rò luân nhĩ 1 bên, 2 bên</w:t>
      </w:r>
    </w:p>
    <w:p>
      <w:pPr>
        <w:jc w:val="both"/>
      </w:pPr>
      <w:r>
        <w:t>3.102.000</w:t>
      </w:r>
    </w:p>
    <w:p>
      <w:pPr>
        <w:jc w:val="both"/>
      </w:pPr>
      <w:r>
        <w:t>3.517.000</w:t>
      </w:r>
    </w:p>
    <w:p>
      <w:pPr>
        <w:jc w:val="both"/>
      </w:pPr>
      <w:r>
        <w:t>Đã bao gồm chi phí mũi khoan</w:t>
      </w:r>
    </w:p>
    <w:p>
      <w:pPr>
        <w:jc w:val="both"/>
      </w:pPr>
      <w:r>
        <w:t>966</w:t>
      </w:r>
    </w:p>
    <w:p>
      <w:pPr>
        <w:jc w:val="both"/>
      </w:pPr>
      <w:r>
        <w:t>955</w:t>
      </w:r>
    </w:p>
    <w:p>
      <w:pPr>
        <w:jc w:val="both"/>
      </w:pPr>
      <w:r>
        <w:t>Phẫu thuật mở cạnh cổ dẫn lưu áp xe</w:t>
      </w:r>
    </w:p>
    <w:p>
      <w:pPr>
        <w:jc w:val="both"/>
      </w:pPr>
      <w:r>
        <w:t>3.125.000</w:t>
      </w:r>
    </w:p>
    <w:p>
      <w:pPr>
        <w:jc w:val="both"/>
      </w:pPr>
      <w:r>
        <w:t>3.490.000</w:t>
      </w:r>
    </w:p>
    <w:p>
      <w:pPr>
        <w:jc w:val="both"/>
      </w:pPr>
      <w:r>
        <w:t>967</w:t>
      </w:r>
    </w:p>
    <w:p>
      <w:pPr>
        <w:jc w:val="both"/>
      </w:pPr>
      <w:r>
        <w:t>956</w:t>
      </w:r>
    </w:p>
    <w:p>
      <w:pPr>
        <w:jc w:val="both"/>
      </w:pPr>
      <w:r>
        <w:t>Phẫu thuật mở cạnh mũi</w:t>
      </w:r>
    </w:p>
    <w:p>
      <w:pPr>
        <w:jc w:val="both"/>
      </w:pPr>
      <w:r>
        <w:t>5.039.000</w:t>
      </w:r>
    </w:p>
    <w:p>
      <w:pPr>
        <w:jc w:val="both"/>
      </w:pPr>
      <w:r>
        <w:t>5.699.000</w:t>
      </w:r>
    </w:p>
    <w:p>
      <w:pPr>
        <w:jc w:val="both"/>
      </w:pPr>
      <w:r>
        <w:t>968</w:t>
      </w:r>
    </w:p>
    <w:p>
      <w:pPr>
        <w:jc w:val="both"/>
      </w:pPr>
      <w:r>
        <w:t>957</w:t>
      </w:r>
    </w:p>
    <w:p>
      <w:pPr>
        <w:jc w:val="both"/>
      </w:pPr>
      <w:r>
        <w:t>Phẫu thuật nang rò giáp lưỡi</w:t>
      </w:r>
    </w:p>
    <w:p>
      <w:pPr>
        <w:jc w:val="both"/>
      </w:pPr>
      <w:r>
        <w:t>4.732.000</w:t>
      </w:r>
    </w:p>
    <w:p>
      <w:pPr>
        <w:jc w:val="both"/>
      </w:pPr>
      <w:r>
        <w:t>5.345.000</w:t>
      </w:r>
    </w:p>
    <w:p>
      <w:pPr>
        <w:jc w:val="both"/>
      </w:pPr>
      <w:r>
        <w:t>969</w:t>
      </w:r>
    </w:p>
    <w:p>
      <w:pPr>
        <w:jc w:val="both"/>
      </w:pPr>
      <w:r>
        <w:t>958</w:t>
      </w:r>
    </w:p>
    <w:p>
      <w:pPr>
        <w:jc w:val="both"/>
      </w:pPr>
      <w:r>
        <w:t>Phẫu thuật nạo V.A nội soi</w:t>
      </w:r>
    </w:p>
    <w:p>
      <w:pPr>
        <w:jc w:val="both"/>
      </w:pPr>
      <w:r>
        <w:t>2.898.000</w:t>
      </w:r>
    </w:p>
    <w:p>
      <w:pPr>
        <w:jc w:val="both"/>
      </w:pPr>
      <w:r>
        <w:t>3.263.000</w:t>
      </w:r>
    </w:p>
    <w:p>
      <w:pPr>
        <w:jc w:val="both"/>
      </w:pPr>
      <w:r>
        <w:t>970</w:t>
      </w:r>
    </w:p>
    <w:p>
      <w:pPr>
        <w:jc w:val="both"/>
      </w:pPr>
      <w:r>
        <w:t>959</w:t>
      </w:r>
    </w:p>
    <w:p>
      <w:pPr>
        <w:jc w:val="both"/>
      </w:pPr>
      <w:r>
        <w:t>03C2.4.71</w:t>
      </w:r>
    </w:p>
    <w:p>
      <w:pPr>
        <w:jc w:val="both"/>
      </w:pPr>
      <w:r>
        <w:t>Phẫu thuật nạo vét hạch cổ, truyền hoá chất động mạch cảnh</w:t>
      </w:r>
    </w:p>
    <w:p>
      <w:pPr>
        <w:jc w:val="both"/>
      </w:pPr>
      <w:r>
        <w:t>5.776.000</w:t>
      </w:r>
    </w:p>
    <w:p>
      <w:pPr>
        <w:jc w:val="both"/>
      </w:pPr>
      <w:r>
        <w:t>6.547.000</w:t>
      </w:r>
    </w:p>
    <w:p>
      <w:pPr>
        <w:jc w:val="both"/>
      </w:pPr>
      <w:r>
        <w:t>Chưa bao gồm hoá chất.</w:t>
      </w:r>
    </w:p>
    <w:p>
      <w:pPr>
        <w:jc w:val="both"/>
      </w:pPr>
      <w:r>
        <w:t>971</w:t>
      </w:r>
    </w:p>
    <w:p>
      <w:pPr>
        <w:jc w:val="both"/>
      </w:pPr>
      <w:r>
        <w:t>960</w:t>
      </w:r>
    </w:p>
    <w:p>
      <w:pPr>
        <w:jc w:val="both"/>
      </w:pPr>
      <w:r>
        <w:t>Phẫu thuật nội soi cầm máu mũi 1 bên, 2 bên</w:t>
      </w:r>
    </w:p>
    <w:p>
      <w:pPr>
        <w:jc w:val="both"/>
      </w:pPr>
      <w:r>
        <w:t>2.834.000</w:t>
      </w:r>
    </w:p>
    <w:p>
      <w:pPr>
        <w:jc w:val="both"/>
      </w:pPr>
      <w:r>
        <w:t>3.189.000</w:t>
      </w:r>
    </w:p>
    <w:p>
      <w:pPr>
        <w:jc w:val="both"/>
      </w:pPr>
      <w:r>
        <w:t>Chưa bao gồm mũi Hummer và tay cắt.</w:t>
      </w:r>
    </w:p>
    <w:p>
      <w:pPr>
        <w:jc w:val="both"/>
      </w:pPr>
      <w:r>
        <w:t>972</w:t>
      </w:r>
    </w:p>
    <w:p>
      <w:pPr>
        <w:jc w:val="both"/>
      </w:pPr>
      <w:r>
        <w:t>961</w:t>
      </w:r>
    </w:p>
    <w:p>
      <w:pPr>
        <w:jc w:val="both"/>
      </w:pPr>
      <w:r>
        <w:t>03C2.4.60</w:t>
      </w:r>
    </w:p>
    <w:p>
      <w:pPr>
        <w:jc w:val="both"/>
      </w:pPr>
      <w:r>
        <w:t>Phẫu thuật nội soi cắt bỏ khối u vùng mũi xoang</w:t>
      </w:r>
    </w:p>
    <w:p>
      <w:pPr>
        <w:jc w:val="both"/>
      </w:pPr>
      <w:r>
        <w:t>9.235.000</w:t>
      </w:r>
    </w:p>
    <w:p>
      <w:pPr>
        <w:jc w:val="both"/>
      </w:pPr>
      <w:r>
        <w:t>10.442.000</w:t>
      </w:r>
    </w:p>
    <w:p>
      <w:pPr>
        <w:jc w:val="both"/>
      </w:pPr>
      <w:r>
        <w:t>Chưa bao gồm keo sinh học.</w:t>
      </w:r>
    </w:p>
    <w:p>
      <w:pPr>
        <w:jc w:val="both"/>
      </w:pPr>
      <w:r>
        <w:t>973</w:t>
      </w:r>
    </w:p>
    <w:p>
      <w:pPr>
        <w:jc w:val="both"/>
      </w:pPr>
      <w:r>
        <w:t>962</w:t>
      </w:r>
    </w:p>
    <w:p>
      <w:pPr>
        <w:jc w:val="both"/>
      </w:pPr>
      <w:r>
        <w:t>03C2.4.58</w:t>
      </w:r>
    </w:p>
    <w:p>
      <w:pPr>
        <w:jc w:val="both"/>
      </w:pPr>
      <w:r>
        <w:t>Phẫu thuật nội soi cắt bỏ u mạch máu vùng đầu cổ</w:t>
      </w:r>
    </w:p>
    <w:p>
      <w:pPr>
        <w:jc w:val="both"/>
      </w:pPr>
      <w:r>
        <w:t>13.775.000</w:t>
      </w:r>
    </w:p>
    <w:p>
      <w:pPr>
        <w:jc w:val="both"/>
      </w:pPr>
      <w:r>
        <w:t>15.669.000</w:t>
      </w:r>
    </w:p>
    <w:p>
      <w:pPr>
        <w:jc w:val="both"/>
      </w:pPr>
      <w:r>
        <w:t>974</w:t>
      </w:r>
    </w:p>
    <w:p>
      <w:pPr>
        <w:jc w:val="both"/>
      </w:pPr>
      <w:r>
        <w:t>963</w:t>
      </w:r>
    </w:p>
    <w:p>
      <w:pPr>
        <w:jc w:val="both"/>
      </w:pPr>
      <w:r>
        <w:t>03C2.4.59</w:t>
      </w:r>
    </w:p>
    <w:p>
      <w:pPr>
        <w:jc w:val="both"/>
      </w:pPr>
      <w:r>
        <w:t>Phẫu thuật nội soi cắt bỏ u xơ mạch vòm mũi họng</w:t>
      </w:r>
    </w:p>
    <w:p>
      <w:pPr>
        <w:jc w:val="both"/>
      </w:pPr>
      <w:r>
        <w:t>8.775.000</w:t>
      </w:r>
    </w:p>
    <w:p>
      <w:pPr>
        <w:jc w:val="both"/>
      </w:pPr>
      <w:r>
        <w:t>9.913.000</w:t>
      </w:r>
    </w:p>
    <w:p>
      <w:pPr>
        <w:jc w:val="both"/>
      </w:pPr>
      <w:r>
        <w:t>975</w:t>
      </w:r>
    </w:p>
    <w:p>
      <w:pPr>
        <w:jc w:val="both"/>
      </w:pPr>
      <w:r>
        <w:t>964</w:t>
      </w:r>
    </w:p>
    <w:p>
      <w:pPr>
        <w:jc w:val="both"/>
      </w:pPr>
      <w:r>
        <w:t>Phẫu thuật nội soi cắt dây thanh</w:t>
      </w:r>
    </w:p>
    <w:p>
      <w:pPr>
        <w:jc w:val="both"/>
      </w:pPr>
      <w:r>
        <w:t>5.585.000</w:t>
      </w:r>
    </w:p>
    <w:p>
      <w:pPr>
        <w:jc w:val="both"/>
      </w:pPr>
      <w:r>
        <w:t>6.198.000</w:t>
      </w:r>
    </w:p>
    <w:p>
      <w:pPr>
        <w:jc w:val="both"/>
      </w:pPr>
      <w:r>
        <w:t>976</w:t>
      </w:r>
    </w:p>
    <w:p>
      <w:pPr>
        <w:jc w:val="both"/>
      </w:pPr>
      <w:r>
        <w:t>965</w:t>
      </w:r>
    </w:p>
    <w:p>
      <w:pPr>
        <w:jc w:val="both"/>
      </w:pPr>
      <w:r>
        <w:t>Phẫu thuật nội soi cắt u hạ họng hoặc hố lưỡi thanh thiệt</w:t>
      </w:r>
    </w:p>
    <w:p>
      <w:pPr>
        <w:jc w:val="both"/>
      </w:pPr>
      <w:r>
        <w:t>3.125.000</w:t>
      </w:r>
    </w:p>
    <w:p>
      <w:pPr>
        <w:jc w:val="both"/>
      </w:pPr>
      <w:r>
        <w:t>3.490.000</w:t>
      </w:r>
    </w:p>
    <w:p>
      <w:pPr>
        <w:jc w:val="both"/>
      </w:pPr>
      <w:r>
        <w:t>977</w:t>
      </w:r>
    </w:p>
    <w:p>
      <w:pPr>
        <w:jc w:val="both"/>
      </w:pPr>
      <w:r>
        <w:t>966</w:t>
      </w:r>
    </w:p>
    <w:p>
      <w:pPr>
        <w:jc w:val="both"/>
      </w:pPr>
      <w:r>
        <w:t>03C2.4.27</w:t>
      </w:r>
    </w:p>
    <w:p>
      <w:pPr>
        <w:jc w:val="both"/>
      </w:pPr>
      <w:r>
        <w:t>Phẫu thuật nội soi cắt u lành tính thanh quản (papilloma, kén hơi thanh quản...)</w:t>
      </w:r>
    </w:p>
    <w:p>
      <w:pPr>
        <w:jc w:val="both"/>
      </w:pPr>
      <w:r>
        <w:t>4.296.000</w:t>
      </w:r>
    </w:p>
    <w:p>
      <w:pPr>
        <w:jc w:val="both"/>
      </w:pPr>
      <w:r>
        <w:t>4.826.000</w:t>
      </w:r>
    </w:p>
    <w:p>
      <w:pPr>
        <w:jc w:val="both"/>
      </w:pPr>
      <w:r>
        <w:t>978</w:t>
      </w:r>
    </w:p>
    <w:p>
      <w:pPr>
        <w:jc w:val="both"/>
      </w:pPr>
      <w:r>
        <w:t>967</w:t>
      </w:r>
    </w:p>
    <w:p>
      <w:pPr>
        <w:jc w:val="both"/>
      </w:pPr>
      <w:r>
        <w:t>Phẫu thuật nội soi cắt u máu hạ họng - thanh quản bằng dao siêu âm</w:t>
      </w:r>
    </w:p>
    <w:p>
      <w:pPr>
        <w:jc w:val="both"/>
      </w:pPr>
      <w:r>
        <w:t>8.347.000</w:t>
      </w:r>
    </w:p>
    <w:p>
      <w:pPr>
        <w:jc w:val="both"/>
      </w:pPr>
      <w:r>
        <w:t>9.378.000</w:t>
      </w:r>
    </w:p>
    <w:p>
      <w:pPr>
        <w:jc w:val="both"/>
      </w:pPr>
      <w:r>
        <w:t>Đã bao gồm dao siêu âm</w:t>
      </w:r>
    </w:p>
    <w:p>
      <w:pPr>
        <w:jc w:val="both"/>
      </w:pPr>
      <w:r>
        <w:t>979</w:t>
      </w:r>
    </w:p>
    <w:p>
      <w:pPr>
        <w:jc w:val="both"/>
      </w:pPr>
      <w:r>
        <w:t>968</w:t>
      </w:r>
    </w:p>
    <w:p>
      <w:pPr>
        <w:jc w:val="both"/>
      </w:pPr>
      <w:r>
        <w:t>03C2.4.73</w:t>
      </w:r>
    </w:p>
    <w:p>
      <w:pPr>
        <w:jc w:val="both"/>
      </w:pPr>
      <w:r>
        <w:t>Phẫu thuật nội soi cắt u nhú đảo ngược vùng mũi xoang</w:t>
      </w:r>
    </w:p>
    <w:p>
      <w:pPr>
        <w:jc w:val="both"/>
      </w:pPr>
      <w:r>
        <w:t>6.212.000</w:t>
      </w:r>
    </w:p>
    <w:p>
      <w:pPr>
        <w:jc w:val="both"/>
      </w:pPr>
      <w:r>
        <w:t>7.025.000</w:t>
      </w:r>
    </w:p>
    <w:p>
      <w:pPr>
        <w:jc w:val="both"/>
      </w:pPr>
      <w:r>
        <w:t>Chưa bao gồm keo sinh học.</w:t>
      </w:r>
    </w:p>
    <w:p>
      <w:pPr>
        <w:jc w:val="both"/>
      </w:pPr>
      <w:r>
        <w:t>980</w:t>
      </w:r>
    </w:p>
    <w:p>
      <w:pPr>
        <w:jc w:val="both"/>
      </w:pPr>
      <w:r>
        <w:t>969</w:t>
      </w:r>
    </w:p>
    <w:p>
      <w:pPr>
        <w:jc w:val="both"/>
      </w:pPr>
      <w:r>
        <w:t>Phẫu thuật nội soi chỉnh hình cuốn mũi dưới</w:t>
      </w:r>
    </w:p>
    <w:p>
      <w:pPr>
        <w:jc w:val="both"/>
      </w:pPr>
      <w:r>
        <w:t>3.996.000</w:t>
      </w:r>
    </w:p>
    <w:p>
      <w:pPr>
        <w:jc w:val="both"/>
      </w:pPr>
      <w:r>
        <w:t>4.493.000</w:t>
      </w:r>
    </w:p>
    <w:p>
      <w:pPr>
        <w:jc w:val="both"/>
      </w:pPr>
      <w:r>
        <w:t>981</w:t>
      </w:r>
    </w:p>
    <w:p>
      <w:pPr>
        <w:jc w:val="both"/>
      </w:pPr>
      <w:r>
        <w:t>970</w:t>
      </w:r>
    </w:p>
    <w:p>
      <w:pPr>
        <w:jc w:val="both"/>
      </w:pPr>
      <w:r>
        <w:t>Phẫu thuật nội soi chỉnh hình vách ngăn mũi</w:t>
      </w:r>
    </w:p>
    <w:p>
      <w:pPr>
        <w:jc w:val="both"/>
      </w:pPr>
      <w:r>
        <w:t>3.311.000</w:t>
      </w:r>
    </w:p>
    <w:p>
      <w:pPr>
        <w:jc w:val="both"/>
      </w:pPr>
      <w:r>
        <w:t>3.704.000</w:t>
      </w:r>
    </w:p>
    <w:p>
      <w:pPr>
        <w:jc w:val="both"/>
      </w:pPr>
      <w:r>
        <w:t>Chưa bao gồm mũi Hummer và tay cắt.</w:t>
      </w:r>
    </w:p>
    <w:p>
      <w:pPr>
        <w:jc w:val="both"/>
      </w:pPr>
      <w:r>
        <w:t>982</w:t>
      </w:r>
    </w:p>
    <w:p>
      <w:pPr>
        <w:jc w:val="both"/>
      </w:pPr>
      <w:r>
        <w:t>971</w:t>
      </w:r>
    </w:p>
    <w:p>
      <w:pPr>
        <w:jc w:val="both"/>
      </w:pPr>
      <w:r>
        <w:t>Phẫu thuật nội soi đặt ống thông khí màng nhĩ 1 bên, 2 bên</w:t>
      </w:r>
    </w:p>
    <w:p>
      <w:pPr>
        <w:jc w:val="both"/>
      </w:pPr>
      <w:r>
        <w:t>3.102.000</w:t>
      </w:r>
    </w:p>
    <w:p>
      <w:pPr>
        <w:jc w:val="both"/>
      </w:pPr>
      <w:r>
        <w:t>3.517.000</w:t>
      </w:r>
    </w:p>
    <w:p>
      <w:pPr>
        <w:jc w:val="both"/>
      </w:pPr>
      <w:r>
        <w:t>Đã bao gồm chi phí mũi khoan</w:t>
      </w:r>
    </w:p>
    <w:p>
      <w:pPr>
        <w:jc w:val="both"/>
      </w:pPr>
      <w:r>
        <w:t>983</w:t>
      </w:r>
    </w:p>
    <w:p>
      <w:pPr>
        <w:jc w:val="both"/>
      </w:pPr>
      <w:r>
        <w:t>972</w:t>
      </w:r>
    </w:p>
    <w:p>
      <w:pPr>
        <w:jc w:val="both"/>
      </w:pPr>
      <w:r>
        <w:t>Phẫu thuật nội soi giảm áp ổ mắt</w:t>
      </w:r>
    </w:p>
    <w:p>
      <w:pPr>
        <w:jc w:val="both"/>
      </w:pPr>
      <w:r>
        <w:t>5.892.000</w:t>
      </w:r>
    </w:p>
    <w:p>
      <w:pPr>
        <w:jc w:val="both"/>
      </w:pPr>
      <w:r>
        <w:t>6.552.000</w:t>
      </w:r>
    </w:p>
    <w:p>
      <w:pPr>
        <w:jc w:val="both"/>
      </w:pPr>
      <w:r>
        <w:t>984</w:t>
      </w:r>
    </w:p>
    <w:p>
      <w:pPr>
        <w:jc w:val="both"/>
      </w:pPr>
      <w:r>
        <w:t>973</w:t>
      </w:r>
    </w:p>
    <w:p>
      <w:pPr>
        <w:jc w:val="both"/>
      </w:pPr>
      <w:r>
        <w:t>03C2.4.49</w:t>
      </w:r>
    </w:p>
    <w:p>
      <w:pPr>
        <w:jc w:val="both"/>
      </w:pPr>
      <w:r>
        <w:t>Phẫu thuật nội soi lấy u hoặc điều trị rò dịch não tủy, thoát vị nền sọ</w:t>
      </w:r>
    </w:p>
    <w:p>
      <w:pPr>
        <w:jc w:val="both"/>
      </w:pPr>
      <w:r>
        <w:t>7.355.000</w:t>
      </w:r>
    </w:p>
    <w:p>
      <w:pPr>
        <w:jc w:val="both"/>
      </w:pPr>
      <w:r>
        <w:t>8.305.000</w:t>
      </w:r>
    </w:p>
    <w:p>
      <w:pPr>
        <w:jc w:val="both"/>
      </w:pPr>
      <w:r>
        <w:t>Chưa bao gồm keo sinh học.</w:t>
      </w:r>
    </w:p>
    <w:p>
      <w:pPr>
        <w:jc w:val="both"/>
      </w:pPr>
      <w:r>
        <w:t>985</w:t>
      </w:r>
    </w:p>
    <w:p>
      <w:pPr>
        <w:jc w:val="both"/>
      </w:pPr>
      <w:r>
        <w:t>974</w:t>
      </w:r>
    </w:p>
    <w:p>
      <w:pPr>
        <w:jc w:val="both"/>
      </w:pPr>
      <w:r>
        <w:t>Phẫu thuật nội soi mở các xoang sàng, hàm, trán, bướm</w:t>
      </w:r>
    </w:p>
    <w:p>
      <w:pPr>
        <w:jc w:val="both"/>
      </w:pPr>
      <w:r>
        <w:t>8.419.000</w:t>
      </w:r>
    </w:p>
    <w:p>
      <w:pPr>
        <w:jc w:val="both"/>
      </w:pPr>
      <w:r>
        <w:t>9.362.000</w:t>
      </w:r>
    </w:p>
    <w:p>
      <w:pPr>
        <w:jc w:val="both"/>
      </w:pPr>
      <w:r>
        <w:t>986</w:t>
      </w:r>
    </w:p>
    <w:p>
      <w:pPr>
        <w:jc w:val="both"/>
      </w:pPr>
      <w:r>
        <w:t>975</w:t>
      </w:r>
    </w:p>
    <w:p>
      <w:pPr>
        <w:jc w:val="both"/>
      </w:pPr>
      <w:r>
        <w:t>Phẫu thuật nội soi mở dẫn lưu hoặc cắt bỏ u nhày xoang</w:t>
      </w:r>
    </w:p>
    <w:p>
      <w:pPr>
        <w:jc w:val="both"/>
      </w:pPr>
      <w:r>
        <w:t>5.039.000</w:t>
      </w:r>
    </w:p>
    <w:p>
      <w:pPr>
        <w:jc w:val="both"/>
      </w:pPr>
      <w:r>
        <w:t>5.699.000</w:t>
      </w:r>
    </w:p>
    <w:p>
      <w:pPr>
        <w:jc w:val="both"/>
      </w:pPr>
      <w:r>
        <w:t>987</w:t>
      </w:r>
    </w:p>
    <w:p>
      <w:pPr>
        <w:jc w:val="both"/>
      </w:pPr>
      <w:r>
        <w:t>976</w:t>
      </w:r>
    </w:p>
    <w:p>
      <w:pPr>
        <w:jc w:val="both"/>
      </w:pPr>
      <w:r>
        <w:t>03C2.4.72</w:t>
      </w:r>
    </w:p>
    <w:p>
      <w:pPr>
        <w:jc w:val="both"/>
      </w:pPr>
      <w:r>
        <w:t>Phẫu thuật nội soi mở khe giữa, nạo sàng, ngách trán, xoang bướm</w:t>
      </w:r>
    </w:p>
    <w:p>
      <w:pPr>
        <w:jc w:val="both"/>
      </w:pPr>
      <w:r>
        <w:t>5.054.000</w:t>
      </w:r>
    </w:p>
    <w:p>
      <w:pPr>
        <w:jc w:val="both"/>
      </w:pPr>
      <w:r>
        <w:t>5.716.000</w:t>
      </w:r>
    </w:p>
    <w:p>
      <w:pPr>
        <w:jc w:val="both"/>
      </w:pPr>
      <w:r>
        <w:t>988</w:t>
      </w:r>
    </w:p>
    <w:p>
      <w:pPr>
        <w:jc w:val="both"/>
      </w:pPr>
      <w:r>
        <w:t>977</w:t>
      </w:r>
    </w:p>
    <w:p>
      <w:pPr>
        <w:jc w:val="both"/>
      </w:pPr>
      <w:r>
        <w:t>Phẫu thuật nội soi nạo VA bằng dao Plasma</w:t>
      </w:r>
    </w:p>
    <w:p>
      <w:pPr>
        <w:jc w:val="both"/>
      </w:pPr>
      <w:r>
        <w:t>3.856.000</w:t>
      </w:r>
    </w:p>
    <w:p>
      <w:pPr>
        <w:jc w:val="both"/>
      </w:pPr>
      <w:r>
        <w:t>4.365.000</w:t>
      </w:r>
    </w:p>
    <w:p>
      <w:pPr>
        <w:jc w:val="both"/>
      </w:pPr>
      <w:r>
        <w:t>Đã bao gồm dao plasma</w:t>
      </w:r>
    </w:p>
    <w:p>
      <w:pPr>
        <w:jc w:val="both"/>
      </w:pPr>
      <w:r>
        <w:t>989</w:t>
      </w:r>
    </w:p>
    <w:p>
      <w:pPr>
        <w:jc w:val="both"/>
      </w:pPr>
      <w:r>
        <w:t>978</w:t>
      </w:r>
    </w:p>
    <w:p>
      <w:pPr>
        <w:jc w:val="both"/>
      </w:pPr>
      <w:r>
        <w:t>03C2.4.26</w:t>
      </w:r>
    </w:p>
    <w:p>
      <w:pPr>
        <w:jc w:val="both"/>
      </w:pPr>
      <w:r>
        <w:t>Phẫu thuật nội soi vi phẫu thanh quản cắt u nang hoặc polype hoặc hạt xơ hoặc u hạt dây thanh</w:t>
      </w:r>
    </w:p>
    <w:p>
      <w:pPr>
        <w:jc w:val="both"/>
      </w:pPr>
      <w:r>
        <w:t>3.037.000</w:t>
      </w:r>
    </w:p>
    <w:p>
      <w:pPr>
        <w:jc w:val="both"/>
      </w:pPr>
      <w:r>
        <w:t>3.424.000</w:t>
      </w:r>
    </w:p>
    <w:p>
      <w:pPr>
        <w:jc w:val="both"/>
      </w:pPr>
      <w:r>
        <w:t>990</w:t>
      </w:r>
    </w:p>
    <w:p>
      <w:pPr>
        <w:jc w:val="both"/>
      </w:pPr>
      <w:r>
        <w:t>979</w:t>
      </w:r>
    </w:p>
    <w:p>
      <w:pPr>
        <w:jc w:val="both"/>
      </w:pPr>
      <w:r>
        <w:t>03C2.4.63</w:t>
      </w:r>
    </w:p>
    <w:p>
      <w:pPr>
        <w:jc w:val="both"/>
      </w:pPr>
      <w:r>
        <w:t>Phẫu thuật phục hồi, tái tạo dây thần kinh VII</w:t>
      </w:r>
    </w:p>
    <w:p>
      <w:pPr>
        <w:jc w:val="both"/>
      </w:pPr>
      <w:r>
        <w:t>8.052.000</w:t>
      </w:r>
    </w:p>
    <w:p>
      <w:pPr>
        <w:jc w:val="both"/>
      </w:pPr>
      <w:r>
        <w:t>9.038.000</w:t>
      </w:r>
    </w:p>
    <w:p>
      <w:pPr>
        <w:jc w:val="both"/>
      </w:pPr>
      <w:r>
        <w:t>991</w:t>
      </w:r>
    </w:p>
    <w:p>
      <w:pPr>
        <w:jc w:val="both"/>
      </w:pPr>
      <w:r>
        <w:t>980</w:t>
      </w:r>
    </w:p>
    <w:p>
      <w:pPr>
        <w:jc w:val="both"/>
      </w:pPr>
      <w:r>
        <w:t>Phẫu thuật rò xoang lê</w:t>
      </w:r>
    </w:p>
    <w:p>
      <w:pPr>
        <w:jc w:val="both"/>
      </w:pPr>
      <w:r>
        <w:t>4.732.000</w:t>
      </w:r>
    </w:p>
    <w:p>
      <w:pPr>
        <w:jc w:val="both"/>
      </w:pPr>
      <w:r>
        <w:t>5.345.000</w:t>
      </w:r>
    </w:p>
    <w:p>
      <w:pPr>
        <w:jc w:val="both"/>
      </w:pPr>
      <w:r>
        <w:t>Chưa bao gồm dao siêu âm.</w:t>
      </w:r>
    </w:p>
    <w:p>
      <w:pPr>
        <w:jc w:val="both"/>
      </w:pPr>
      <w:r>
        <w:t>992</w:t>
      </w:r>
    </w:p>
    <w:p>
      <w:pPr>
        <w:jc w:val="both"/>
      </w:pPr>
      <w:r>
        <w:t>981</w:t>
      </w:r>
    </w:p>
    <w:p>
      <w:pPr>
        <w:jc w:val="both"/>
      </w:pPr>
      <w:r>
        <w:t>03C2.4.53</w:t>
      </w:r>
    </w:p>
    <w:p>
      <w:pPr>
        <w:jc w:val="both"/>
      </w:pPr>
      <w:r>
        <w:t>Phẫu thuật tái tạo hệ thống truyền âm</w:t>
      </w:r>
    </w:p>
    <w:p>
      <w:pPr>
        <w:jc w:val="both"/>
      </w:pPr>
      <w:r>
        <w:t>6.054.000</w:t>
      </w:r>
    </w:p>
    <w:p>
      <w:pPr>
        <w:jc w:val="both"/>
      </w:pPr>
      <w:r>
        <w:t>6.867.000</w:t>
      </w:r>
    </w:p>
    <w:p>
      <w:pPr>
        <w:jc w:val="both"/>
      </w:pPr>
      <w:r>
        <w:t>Chưa bao gồm keo sinh học, xương con để thay thế hoặc Prothese.</w:t>
      </w:r>
    </w:p>
    <w:p>
      <w:pPr>
        <w:jc w:val="both"/>
      </w:pPr>
      <w:r>
        <w:t>993</w:t>
      </w:r>
    </w:p>
    <w:p>
      <w:pPr>
        <w:jc w:val="both"/>
      </w:pPr>
      <w:r>
        <w:t>982</w:t>
      </w:r>
    </w:p>
    <w:p>
      <w:pPr>
        <w:jc w:val="both"/>
      </w:pPr>
      <w:r>
        <w:t>03C2.4.62</w:t>
      </w:r>
    </w:p>
    <w:p>
      <w:pPr>
        <w:jc w:val="both"/>
      </w:pPr>
      <w:r>
        <w:t>Phẫu thuật tái tạo vùng đầu cổ mặt bằng vạt da cơ xương</w:t>
      </w:r>
    </w:p>
    <w:p>
      <w:pPr>
        <w:jc w:val="both"/>
      </w:pPr>
      <w:r>
        <w:t>6.054.000</w:t>
      </w:r>
    </w:p>
    <w:p>
      <w:pPr>
        <w:jc w:val="both"/>
      </w:pPr>
      <w:r>
        <w:t>6.867.000</w:t>
      </w:r>
    </w:p>
    <w:p>
      <w:pPr>
        <w:jc w:val="both"/>
      </w:pPr>
      <w:r>
        <w:t>994</w:t>
      </w:r>
    </w:p>
    <w:p>
      <w:pPr>
        <w:jc w:val="both"/>
      </w:pPr>
      <w:r>
        <w:t>983</w:t>
      </w:r>
    </w:p>
    <w:p>
      <w:pPr>
        <w:jc w:val="both"/>
      </w:pPr>
      <w:r>
        <w:t>03C2.4.51</w:t>
      </w:r>
    </w:p>
    <w:p>
      <w:pPr>
        <w:jc w:val="both"/>
      </w:pPr>
      <w:r>
        <w:t>Phẫu thuật tai trong hoặc u dây thần kinh VII hoặc u dây thần kinh VIII</w:t>
      </w:r>
    </w:p>
    <w:p>
      <w:pPr>
        <w:jc w:val="both"/>
      </w:pPr>
      <w:r>
        <w:t>6.250.000</w:t>
      </w:r>
    </w:p>
    <w:p>
      <w:pPr>
        <w:jc w:val="both"/>
      </w:pPr>
      <w:r>
        <w:t>7.033.000</w:t>
      </w:r>
    </w:p>
    <w:p>
      <w:pPr>
        <w:jc w:val="both"/>
      </w:pPr>
      <w:r>
        <w:t>995</w:t>
      </w:r>
    </w:p>
    <w:p>
      <w:pPr>
        <w:jc w:val="both"/>
      </w:pPr>
      <w:r>
        <w:t>984</w:t>
      </w:r>
    </w:p>
    <w:p>
      <w:pPr>
        <w:jc w:val="both"/>
      </w:pPr>
      <w:r>
        <w:t>Phẫu thuật tạo hình tai giữa</w:t>
      </w:r>
    </w:p>
    <w:p>
      <w:pPr>
        <w:jc w:val="both"/>
      </w:pPr>
      <w:r>
        <w:t>5.326.000</w:t>
      </w:r>
    </w:p>
    <w:p>
      <w:pPr>
        <w:jc w:val="both"/>
      </w:pPr>
      <w:r>
        <w:t>6.029.000</w:t>
      </w:r>
    </w:p>
    <w:p>
      <w:pPr>
        <w:jc w:val="both"/>
      </w:pPr>
      <w:r>
        <w:t>996</w:t>
      </w:r>
    </w:p>
    <w:p>
      <w:pPr>
        <w:jc w:val="both"/>
      </w:pPr>
      <w:r>
        <w:t>985</w:t>
      </w:r>
    </w:p>
    <w:p>
      <w:pPr>
        <w:jc w:val="both"/>
      </w:pPr>
      <w:r>
        <w:t>Phẫu thuật tạo hình tháp mũi bằng vật liệu ghép tự thân</w:t>
      </w:r>
    </w:p>
    <w:p>
      <w:pPr>
        <w:jc w:val="both"/>
      </w:pPr>
      <w:r>
        <w:t>7.372.000</w:t>
      </w:r>
    </w:p>
    <w:p>
      <w:pPr>
        <w:jc w:val="both"/>
      </w:pPr>
      <w:r>
        <w:t>8.315.000</w:t>
      </w:r>
    </w:p>
    <w:p>
      <w:pPr>
        <w:jc w:val="both"/>
      </w:pPr>
      <w:r>
        <w:t>997</w:t>
      </w:r>
    </w:p>
    <w:p>
      <w:pPr>
        <w:jc w:val="both"/>
      </w:pPr>
      <w:r>
        <w:t>986</w:t>
      </w:r>
    </w:p>
    <w:p>
      <w:pPr>
        <w:jc w:val="both"/>
      </w:pPr>
      <w:r>
        <w:t>Phẫu thuật thay thế xương bàn đạp</w:t>
      </w:r>
    </w:p>
    <w:p>
      <w:pPr>
        <w:jc w:val="both"/>
      </w:pPr>
      <w:r>
        <w:t>5.326.000</w:t>
      </w:r>
    </w:p>
    <w:p>
      <w:pPr>
        <w:jc w:val="both"/>
      </w:pPr>
      <w:r>
        <w:t>6.029.000</w:t>
      </w:r>
    </w:p>
    <w:p>
      <w:pPr>
        <w:jc w:val="both"/>
      </w:pPr>
      <w:r>
        <w:t>998</w:t>
      </w:r>
    </w:p>
    <w:p>
      <w:pPr>
        <w:jc w:val="both"/>
      </w:pPr>
      <w:r>
        <w:t>987</w:t>
      </w:r>
    </w:p>
    <w:p>
      <w:pPr>
        <w:jc w:val="both"/>
      </w:pPr>
      <w:r>
        <w:t>Phẫu thuật tiệt căn xương chũm</w:t>
      </w:r>
    </w:p>
    <w:p>
      <w:pPr>
        <w:jc w:val="both"/>
      </w:pPr>
      <w:r>
        <w:t>5.332.000</w:t>
      </w:r>
    </w:p>
    <w:p>
      <w:pPr>
        <w:jc w:val="both"/>
      </w:pPr>
      <w:r>
        <w:t>6.036.000</w:t>
      </w:r>
    </w:p>
    <w:p>
      <w:pPr>
        <w:jc w:val="both"/>
      </w:pPr>
      <w:r>
        <w:t>999</w:t>
      </w:r>
    </w:p>
    <w:p>
      <w:pPr>
        <w:jc w:val="both"/>
      </w:pPr>
      <w:r>
        <w:t>988</w:t>
      </w:r>
    </w:p>
    <w:p>
      <w:pPr>
        <w:jc w:val="both"/>
      </w:pPr>
      <w:r>
        <w:t>Phẫu thuật xử trí chảy máu sau cắt Amygdale (gây mê)</w:t>
      </w:r>
    </w:p>
    <w:p>
      <w:pPr>
        <w:jc w:val="both"/>
      </w:pPr>
      <w:r>
        <w:t>2.898.000</w:t>
      </w:r>
    </w:p>
    <w:p>
      <w:pPr>
        <w:jc w:val="both"/>
      </w:pPr>
      <w:r>
        <w:t>3.263.000</w:t>
      </w:r>
    </w:p>
    <w:p>
      <w:pPr>
        <w:jc w:val="both"/>
      </w:pPr>
      <w:r>
        <w:t>1000</w:t>
      </w:r>
    </w:p>
    <w:p>
      <w:pPr>
        <w:jc w:val="both"/>
      </w:pPr>
      <w:r>
        <w:t>989</w:t>
      </w:r>
    </w:p>
    <w:p>
      <w:pPr>
        <w:jc w:val="both"/>
      </w:pPr>
      <w:r>
        <w:t>03C2.4.16</w:t>
      </w:r>
    </w:p>
    <w:p>
      <w:pPr>
        <w:jc w:val="both"/>
      </w:pPr>
      <w:r>
        <w:t>Rửa tai, rửa mũi, xông họng</w:t>
      </w:r>
    </w:p>
    <w:p>
      <w:pPr>
        <w:jc w:val="both"/>
      </w:pPr>
      <w:r>
        <w:t>30.000</w:t>
      </w:r>
    </w:p>
    <w:p>
      <w:pPr>
        <w:jc w:val="both"/>
      </w:pPr>
      <w:r>
        <w:t>32.200</w:t>
      </w:r>
    </w:p>
    <w:p>
      <w:pPr>
        <w:jc w:val="both"/>
      </w:pPr>
      <w:r>
        <w:t>1001</w:t>
      </w:r>
    </w:p>
    <w:p>
      <w:pPr>
        <w:jc w:val="both"/>
      </w:pPr>
      <w:r>
        <w:t>990</w:t>
      </w:r>
    </w:p>
    <w:p>
      <w:pPr>
        <w:jc w:val="both"/>
      </w:pPr>
      <w:r>
        <w:t>03C2.4.28</w:t>
      </w:r>
    </w:p>
    <w:p>
      <w:pPr>
        <w:jc w:val="both"/>
      </w:pPr>
      <w:r>
        <w:t>Soi thanh khí phế quản bằng ống mềm</w:t>
      </w:r>
    </w:p>
    <w:p>
      <w:pPr>
        <w:jc w:val="both"/>
      </w:pPr>
      <w:r>
        <w:t>224.000</w:t>
      </w:r>
    </w:p>
    <w:p>
      <w:pPr>
        <w:jc w:val="both"/>
      </w:pPr>
      <w:r>
        <w:t>248.000</w:t>
      </w:r>
    </w:p>
    <w:p>
      <w:pPr>
        <w:jc w:val="both"/>
      </w:pPr>
      <w:r>
        <w:t>1002</w:t>
      </w:r>
    </w:p>
    <w:p>
      <w:pPr>
        <w:jc w:val="both"/>
      </w:pPr>
      <w:r>
        <w:t>991</w:t>
      </w:r>
    </w:p>
    <w:p>
      <w:pPr>
        <w:jc w:val="both"/>
      </w:pPr>
      <w:r>
        <w:t>03C2.4.29</w:t>
      </w:r>
    </w:p>
    <w:p>
      <w:pPr>
        <w:jc w:val="both"/>
      </w:pPr>
      <w:r>
        <w:t>Soi thực quản bằng ống mềm</w:t>
      </w:r>
    </w:p>
    <w:p>
      <w:pPr>
        <w:jc w:val="both"/>
      </w:pPr>
      <w:r>
        <w:t>224.000</w:t>
      </w:r>
    </w:p>
    <w:p>
      <w:pPr>
        <w:jc w:val="both"/>
      </w:pPr>
      <w:r>
        <w:t>248.000</w:t>
      </w:r>
    </w:p>
    <w:p>
      <w:pPr>
        <w:jc w:val="both"/>
      </w:pPr>
      <w:r>
        <w:t>1003</w:t>
      </w:r>
    </w:p>
    <w:p>
      <w:pPr>
        <w:jc w:val="both"/>
      </w:pPr>
      <w:r>
        <w:t>992</w:t>
      </w:r>
    </w:p>
    <w:p>
      <w:pPr>
        <w:jc w:val="both"/>
      </w:pPr>
      <w:r>
        <w:t>03C2.4.8</w:t>
      </w:r>
    </w:p>
    <w:p>
      <w:pPr>
        <w:jc w:val="both"/>
      </w:pPr>
      <w:r>
        <w:t>Thông vòi nhĩ</w:t>
      </w:r>
    </w:p>
    <w:p>
      <w:pPr>
        <w:jc w:val="both"/>
      </w:pPr>
      <w:r>
        <w:t>90 800</w:t>
      </w:r>
    </w:p>
    <w:p>
      <w:pPr>
        <w:jc w:val="both"/>
      </w:pPr>
      <w:r>
        <w:t>100.000</w:t>
      </w:r>
    </w:p>
    <w:p>
      <w:pPr>
        <w:jc w:val="both"/>
      </w:pPr>
      <w:r>
        <w:t>1004</w:t>
      </w:r>
    </w:p>
    <w:p>
      <w:pPr>
        <w:jc w:val="both"/>
      </w:pPr>
      <w:r>
        <w:t>993</w:t>
      </w:r>
    </w:p>
    <w:p>
      <w:pPr>
        <w:jc w:val="both"/>
      </w:pPr>
      <w:r>
        <w:t>03C2.4.33</w:t>
      </w:r>
    </w:p>
    <w:p>
      <w:pPr>
        <w:jc w:val="both"/>
      </w:pPr>
      <w:r>
        <w:t>Thông vòi nhĩ nội soi</w:t>
      </w:r>
    </w:p>
    <w:p>
      <w:pPr>
        <w:jc w:val="both"/>
      </w:pPr>
      <w:r>
        <w:t>119.000</w:t>
      </w:r>
    </w:p>
    <w:p>
      <w:pPr>
        <w:jc w:val="both"/>
      </w:pPr>
      <w:r>
        <w:t>134.000</w:t>
      </w:r>
    </w:p>
    <w:p>
      <w:pPr>
        <w:jc w:val="both"/>
      </w:pPr>
      <w:r>
        <w:t>1005</w:t>
      </w:r>
    </w:p>
    <w:p>
      <w:pPr>
        <w:jc w:val="both"/>
      </w:pPr>
      <w:r>
        <w:t>994</w:t>
      </w:r>
    </w:p>
    <w:p>
      <w:pPr>
        <w:jc w:val="both"/>
      </w:pPr>
      <w:r>
        <w:t>03C2.4.7</w:t>
      </w:r>
    </w:p>
    <w:p>
      <w:pPr>
        <w:jc w:val="both"/>
      </w:pPr>
      <w:r>
        <w:t>Trích màng nhĩ</w:t>
      </w:r>
    </w:p>
    <w:p>
      <w:pPr>
        <w:jc w:val="both"/>
      </w:pPr>
      <w:r>
        <w:t>64.200</w:t>
      </w:r>
    </w:p>
    <w:p>
      <w:pPr>
        <w:jc w:val="both"/>
      </w:pPr>
      <w:r>
        <w:t>71.300</w:t>
      </w:r>
    </w:p>
    <w:p>
      <w:pPr>
        <w:jc w:val="both"/>
      </w:pPr>
      <w:r>
        <w:t>1006</w:t>
      </w:r>
    </w:p>
    <w:p>
      <w:pPr>
        <w:jc w:val="both"/>
      </w:pPr>
      <w:r>
        <w:t>995</w:t>
      </w:r>
    </w:p>
    <w:p>
      <w:pPr>
        <w:jc w:val="both"/>
      </w:pPr>
      <w:r>
        <w:t>04C3.4.248</w:t>
      </w:r>
    </w:p>
    <w:p>
      <w:pPr>
        <w:jc w:val="both"/>
      </w:pPr>
      <w:r>
        <w:t>Trích rạch apxe Amiđan (gây mê)</w:t>
      </w:r>
    </w:p>
    <w:p>
      <w:pPr>
        <w:jc w:val="both"/>
      </w:pPr>
      <w:r>
        <w:t>745.000</w:t>
      </w:r>
    </w:p>
    <w:p>
      <w:pPr>
        <w:jc w:val="both"/>
      </w:pPr>
      <w:r>
        <w:t>844.000</w:t>
      </w:r>
    </w:p>
    <w:p>
      <w:pPr>
        <w:jc w:val="both"/>
      </w:pPr>
      <w:r>
        <w:t>1007</w:t>
      </w:r>
    </w:p>
    <w:p>
      <w:pPr>
        <w:jc w:val="both"/>
      </w:pPr>
      <w:r>
        <w:t>996</w:t>
      </w:r>
    </w:p>
    <w:p>
      <w:pPr>
        <w:jc w:val="both"/>
      </w:pPr>
      <w:r>
        <w:t>04C3.4.249</w:t>
      </w:r>
    </w:p>
    <w:p>
      <w:pPr>
        <w:jc w:val="both"/>
      </w:pPr>
      <w:r>
        <w:t>Trích rạch apxe thành sau họng (gây mê)</w:t>
      </w:r>
    </w:p>
    <w:p>
      <w:pPr>
        <w:jc w:val="both"/>
      </w:pPr>
      <w:r>
        <w:t>745.000</w:t>
      </w:r>
    </w:p>
    <w:p>
      <w:pPr>
        <w:jc w:val="both"/>
      </w:pPr>
      <w:r>
        <w:t>844.000</w:t>
      </w:r>
    </w:p>
    <w:p>
      <w:pPr>
        <w:jc w:val="both"/>
      </w:pPr>
      <w:r>
        <w:t>1008</w:t>
      </w:r>
    </w:p>
    <w:p>
      <w:pPr>
        <w:jc w:val="both"/>
      </w:pPr>
      <w:r>
        <w:t>997</w:t>
      </w:r>
    </w:p>
    <w:p>
      <w:pPr>
        <w:jc w:val="both"/>
      </w:pPr>
      <w:r>
        <w:t>Vá nhĩ đơn thuần</w:t>
      </w:r>
    </w:p>
    <w:p>
      <w:pPr>
        <w:jc w:val="both"/>
      </w:pPr>
      <w:r>
        <w:t>3.843.000</w:t>
      </w:r>
    </w:p>
    <w:p>
      <w:pPr>
        <w:jc w:val="both"/>
      </w:pPr>
      <w:r>
        <w:t>4.316.000</w:t>
      </w:r>
    </w:p>
    <w:p>
      <w:pPr>
        <w:jc w:val="both"/>
      </w:pPr>
      <w:r>
        <w:t>Đã bao gồm chi phí mũi khoan</w:t>
      </w:r>
    </w:p>
    <w:p>
      <w:pPr>
        <w:jc w:val="both"/>
      </w:pPr>
      <w:r>
        <w:t>1009</w:t>
      </w:r>
    </w:p>
    <w:p>
      <w:pPr>
        <w:jc w:val="both"/>
      </w:pPr>
      <w:r>
        <w:t>998</w:t>
      </w:r>
    </w:p>
    <w:p>
      <w:pPr>
        <w:jc w:val="both"/>
      </w:pPr>
      <w:r>
        <w:t>Phẫu thuật nội soi đóng lỗ rò xoang lê bằng laser hoặc nhiệt</w:t>
      </w:r>
    </w:p>
    <w:p>
      <w:pPr>
        <w:jc w:val="both"/>
      </w:pPr>
      <w:r>
        <w:t>3.176.000</w:t>
      </w:r>
    </w:p>
    <w:p>
      <w:pPr>
        <w:jc w:val="both"/>
      </w:pPr>
      <w:r>
        <w:t>3.549.000</w:t>
      </w:r>
    </w:p>
    <w:p>
      <w:pPr>
        <w:jc w:val="both"/>
      </w:pPr>
      <w:r>
        <w:t>Các phẫu thuật, thủ thuật còn lại khác</w:t>
      </w:r>
    </w:p>
    <w:p>
      <w:pPr>
        <w:jc w:val="both"/>
      </w:pPr>
      <w:r>
        <w:t>1010</w:t>
      </w:r>
    </w:p>
    <w:p>
      <w:pPr>
        <w:jc w:val="both"/>
      </w:pPr>
      <w:r>
        <w:t>999</w:t>
      </w:r>
    </w:p>
    <w:p>
      <w:pPr>
        <w:jc w:val="both"/>
      </w:pPr>
      <w:r>
        <w:t>Phẫu thuật loại đặc biệt</w:t>
      </w:r>
    </w:p>
    <w:p>
      <w:pPr>
        <w:jc w:val="both"/>
      </w:pPr>
      <w:r>
        <w:t>3.621.000</w:t>
      </w:r>
    </w:p>
    <w:p>
      <w:pPr>
        <w:jc w:val="both"/>
      </w:pPr>
      <w:r>
        <w:t>3.996.000</w:t>
      </w:r>
    </w:p>
    <w:p>
      <w:pPr>
        <w:jc w:val="both"/>
      </w:pPr>
      <w:r>
        <w:t>1011</w:t>
      </w:r>
    </w:p>
    <w:p>
      <w:pPr>
        <w:jc w:val="both"/>
      </w:pPr>
      <w:r>
        <w:t>1000</w:t>
      </w:r>
    </w:p>
    <w:p>
      <w:pPr>
        <w:jc w:val="both"/>
      </w:pPr>
      <w:r>
        <w:t>Phẫu thuật loại I</w:t>
      </w:r>
    </w:p>
    <w:p>
      <w:pPr>
        <w:jc w:val="both"/>
      </w:pPr>
      <w:r>
        <w:t>2.129.000</w:t>
      </w:r>
    </w:p>
    <w:p>
      <w:pPr>
        <w:jc w:val="both"/>
      </w:pPr>
      <w:r>
        <w:t>2.348.000</w:t>
      </w:r>
    </w:p>
    <w:p>
      <w:pPr>
        <w:jc w:val="both"/>
      </w:pPr>
      <w:r>
        <w:t>1012</w:t>
      </w:r>
    </w:p>
    <w:p>
      <w:pPr>
        <w:jc w:val="both"/>
      </w:pPr>
      <w:r>
        <w:t>1001</w:t>
      </w:r>
    </w:p>
    <w:p>
      <w:pPr>
        <w:jc w:val="both"/>
      </w:pPr>
      <w:r>
        <w:t>Phẫu thuật loại II</w:t>
      </w:r>
    </w:p>
    <w:p>
      <w:pPr>
        <w:jc w:val="both"/>
      </w:pPr>
      <w:r>
        <w:t>1.499.000</w:t>
      </w:r>
    </w:p>
    <w:p>
      <w:pPr>
        <w:jc w:val="both"/>
      </w:pPr>
      <w:r>
        <w:t>1.652.000</w:t>
      </w:r>
    </w:p>
    <w:p>
      <w:pPr>
        <w:jc w:val="both"/>
      </w:pPr>
      <w:r>
        <w:t>1013</w:t>
      </w:r>
    </w:p>
    <w:p>
      <w:pPr>
        <w:jc w:val="both"/>
      </w:pPr>
      <w:r>
        <w:t>1002</w:t>
      </w:r>
    </w:p>
    <w:p>
      <w:pPr>
        <w:jc w:val="both"/>
      </w:pPr>
      <w:r>
        <w:t>Phẫu thuật loại III</w:t>
      </w:r>
    </w:p>
    <w:p>
      <w:pPr>
        <w:jc w:val="both"/>
      </w:pPr>
      <w:r>
        <w:t>998.000</w:t>
      </w:r>
    </w:p>
    <w:p>
      <w:pPr>
        <w:jc w:val="both"/>
      </w:pPr>
      <w:r>
        <w:t>1.110.000</w:t>
      </w:r>
    </w:p>
    <w:p>
      <w:pPr>
        <w:jc w:val="both"/>
      </w:pPr>
      <w:r>
        <w:t>1014</w:t>
      </w:r>
    </w:p>
    <w:p>
      <w:pPr>
        <w:jc w:val="both"/>
      </w:pPr>
      <w:r>
        <w:t>1003</w:t>
      </w:r>
    </w:p>
    <w:p>
      <w:pPr>
        <w:jc w:val="both"/>
      </w:pPr>
      <w:r>
        <w:t>Thủ thuật loại đặc biệt</w:t>
      </w:r>
    </w:p>
    <w:p>
      <w:pPr>
        <w:jc w:val="both"/>
      </w:pPr>
      <w:r>
        <w:t>893.000</w:t>
      </w:r>
    </w:p>
    <w:p>
      <w:pPr>
        <w:jc w:val="both"/>
      </w:pPr>
      <w:r>
        <w:t>1.004.000</w:t>
      </w:r>
    </w:p>
    <w:p>
      <w:pPr>
        <w:jc w:val="both"/>
      </w:pPr>
      <w:r>
        <w:t>1015</w:t>
      </w:r>
    </w:p>
    <w:p>
      <w:pPr>
        <w:jc w:val="both"/>
      </w:pPr>
      <w:r>
        <w:t>1004</w:t>
      </w:r>
    </w:p>
    <w:p>
      <w:pPr>
        <w:jc w:val="both"/>
      </w:pPr>
      <w:r>
        <w:t>Thủ thuật loại I</w:t>
      </w:r>
    </w:p>
    <w:p>
      <w:pPr>
        <w:jc w:val="both"/>
      </w:pPr>
      <w:r>
        <w:t>523.000</w:t>
      </w:r>
    </w:p>
    <w:p>
      <w:pPr>
        <w:jc w:val="both"/>
      </w:pPr>
      <w:r>
        <w:t>589.000</w:t>
      </w:r>
    </w:p>
    <w:p>
      <w:pPr>
        <w:jc w:val="both"/>
      </w:pPr>
      <w:r>
        <w:t>1016</w:t>
      </w:r>
    </w:p>
    <w:p>
      <w:pPr>
        <w:jc w:val="both"/>
      </w:pPr>
      <w:r>
        <w:t>1005</w:t>
      </w:r>
    </w:p>
    <w:p>
      <w:pPr>
        <w:jc w:val="both"/>
      </w:pPr>
      <w:r>
        <w:t>Thủ thuật loại II</w:t>
      </w:r>
    </w:p>
    <w:p>
      <w:pPr>
        <w:jc w:val="both"/>
      </w:pPr>
      <w:r>
        <w:t>301.000</w:t>
      </w:r>
    </w:p>
    <w:p>
      <w:pPr>
        <w:jc w:val="both"/>
      </w:pPr>
      <w:r>
        <w:t>337.000</w:t>
      </w:r>
    </w:p>
    <w:p>
      <w:pPr>
        <w:jc w:val="both"/>
      </w:pPr>
      <w:r>
        <w:t>1017</w:t>
      </w:r>
    </w:p>
    <w:p>
      <w:pPr>
        <w:jc w:val="both"/>
      </w:pPr>
      <w:r>
        <w:t>1006</w:t>
      </w:r>
    </w:p>
    <w:p>
      <w:pPr>
        <w:jc w:val="both"/>
      </w:pPr>
      <w:r>
        <w:t>Thủ thuật loại III</w:t>
      </w:r>
    </w:p>
    <w:p>
      <w:pPr>
        <w:jc w:val="both"/>
      </w:pPr>
      <w:r>
        <w:t>145.000</w:t>
      </w:r>
    </w:p>
    <w:p>
      <w:pPr>
        <w:jc w:val="both"/>
      </w:pPr>
      <w:r>
        <w:t>162.000</w:t>
      </w:r>
    </w:p>
    <w:p>
      <w:pPr>
        <w:jc w:val="both"/>
      </w:pPr>
      <w:r>
        <w:t>IX</w:t>
      </w:r>
    </w:p>
    <w:p>
      <w:pPr>
        <w:jc w:val="both"/>
      </w:pPr>
      <w:r>
        <w:t>IX</w:t>
      </w:r>
    </w:p>
    <w:p>
      <w:pPr>
        <w:jc w:val="both"/>
      </w:pPr>
      <w:r>
        <w:t>RĂNG-HÀM-MẶT</w:t>
      </w:r>
    </w:p>
    <w:p>
      <w:pPr>
        <w:jc w:val="both"/>
      </w:pPr>
      <w:r>
        <w:t>Các kỹ thuật về răng, miệng</w:t>
      </w:r>
    </w:p>
    <w:p>
      <w:pPr>
        <w:jc w:val="both"/>
      </w:pPr>
      <w:r>
        <w:t>1018</w:t>
      </w:r>
    </w:p>
    <w:p>
      <w:pPr>
        <w:jc w:val="both"/>
      </w:pPr>
      <w:r>
        <w:t>1007</w:t>
      </w:r>
    </w:p>
    <w:p>
      <w:pPr>
        <w:jc w:val="both"/>
      </w:pPr>
      <w:r>
        <w:t>03C2.5.1.3</w:t>
      </w:r>
    </w:p>
    <w:p>
      <w:pPr>
        <w:jc w:val="both"/>
      </w:pPr>
      <w:r>
        <w:t>Cắt lợi trùm</w:t>
      </w:r>
    </w:p>
    <w:p>
      <w:pPr>
        <w:jc w:val="both"/>
      </w:pPr>
      <w:r>
        <w:t>166.000</w:t>
      </w:r>
    </w:p>
    <w:p>
      <w:pPr>
        <w:jc w:val="both"/>
      </w:pPr>
      <w:r>
        <w:t>185.000</w:t>
      </w:r>
    </w:p>
    <w:p>
      <w:pPr>
        <w:jc w:val="both"/>
      </w:pPr>
      <w:r>
        <w:t>1019</w:t>
      </w:r>
    </w:p>
    <w:p>
      <w:pPr>
        <w:jc w:val="both"/>
      </w:pPr>
      <w:r>
        <w:t>1008</w:t>
      </w:r>
    </w:p>
    <w:p>
      <w:pPr>
        <w:jc w:val="both"/>
      </w:pPr>
      <w:r>
        <w:t>03C2.5.2.6</w:t>
      </w:r>
    </w:p>
    <w:p>
      <w:pPr>
        <w:jc w:val="both"/>
      </w:pPr>
      <w:r>
        <w:t>Chụp thép làm sẵn</w:t>
      </w:r>
    </w:p>
    <w:p>
      <w:pPr>
        <w:jc w:val="both"/>
      </w:pPr>
      <w:r>
        <w:t>304.000</w:t>
      </w:r>
    </w:p>
    <w:p>
      <w:pPr>
        <w:jc w:val="both"/>
      </w:pPr>
      <w:r>
        <w:t>339.000</w:t>
      </w:r>
    </w:p>
    <w:p>
      <w:pPr>
        <w:jc w:val="both"/>
      </w:pPr>
      <w:r>
        <w:t>1020</w:t>
      </w:r>
    </w:p>
    <w:p>
      <w:pPr>
        <w:jc w:val="both"/>
      </w:pPr>
      <w:r>
        <w:t>1009</w:t>
      </w:r>
    </w:p>
    <w:p>
      <w:pPr>
        <w:jc w:val="both"/>
      </w:pPr>
      <w:r>
        <w:t>03C2.5.1.6</w:t>
      </w:r>
    </w:p>
    <w:p>
      <w:pPr>
        <w:jc w:val="both"/>
      </w:pPr>
      <w:r>
        <w:t>Cố định tạm thời gẫy xương hàm (buộc chỉ thép, băng cố định)</w:t>
      </w:r>
    </w:p>
    <w:p>
      <w:pPr>
        <w:jc w:val="both"/>
      </w:pPr>
      <w:r>
        <w:t>382.000</w:t>
      </w:r>
    </w:p>
    <w:p>
      <w:pPr>
        <w:jc w:val="both"/>
      </w:pPr>
      <w:r>
        <w:t>423.000</w:t>
      </w:r>
    </w:p>
    <w:p>
      <w:pPr>
        <w:jc w:val="both"/>
      </w:pPr>
      <w:r>
        <w:t>Điều trị răng</w:t>
      </w:r>
    </w:p>
    <w:p>
      <w:pPr>
        <w:jc w:val="both"/>
      </w:pPr>
      <w:r>
        <w:t>1021</w:t>
      </w:r>
    </w:p>
    <w:p>
      <w:pPr>
        <w:jc w:val="both"/>
      </w:pPr>
      <w:r>
        <w:t>1010</w:t>
      </w:r>
    </w:p>
    <w:p>
      <w:pPr>
        <w:jc w:val="both"/>
      </w:pPr>
      <w:r>
        <w:t>03C2.5.2.3</w:t>
      </w:r>
    </w:p>
    <w:p>
      <w:pPr>
        <w:jc w:val="both"/>
      </w:pPr>
      <w:r>
        <w:t>Điều trị răng sữa viêm tủy có hồi phục</w:t>
      </w:r>
    </w:p>
    <w:p>
      <w:pPr>
        <w:jc w:val="both"/>
      </w:pPr>
      <w:r>
        <w:t>351.000</w:t>
      </w:r>
    </w:p>
    <w:p>
      <w:pPr>
        <w:jc w:val="both"/>
      </w:pPr>
      <w:r>
        <w:t>389.000</w:t>
      </w:r>
    </w:p>
    <w:p>
      <w:pPr>
        <w:jc w:val="both"/>
      </w:pPr>
      <w:r>
        <w:t>1022</w:t>
      </w:r>
    </w:p>
    <w:p>
      <w:pPr>
        <w:jc w:val="both"/>
      </w:pPr>
      <w:r>
        <w:t>1011</w:t>
      </w:r>
    </w:p>
    <w:p>
      <w:pPr>
        <w:jc w:val="both"/>
      </w:pPr>
      <w:r>
        <w:t>03C2.5.2.13</w:t>
      </w:r>
    </w:p>
    <w:p>
      <w:pPr>
        <w:jc w:val="both"/>
      </w:pPr>
      <w:r>
        <w:t>Điều trị tủy lại</w:t>
      </w:r>
    </w:p>
    <w:p>
      <w:pPr>
        <w:jc w:val="both"/>
      </w:pPr>
      <w:r>
        <w:t>966.000</w:t>
      </w:r>
    </w:p>
    <w:p>
      <w:pPr>
        <w:jc w:val="both"/>
      </w:pPr>
      <w:r>
        <w:t>1.101.000</w:t>
      </w:r>
    </w:p>
    <w:p>
      <w:pPr>
        <w:jc w:val="both"/>
      </w:pPr>
      <w:r>
        <w:t>1023</w:t>
      </w:r>
    </w:p>
    <w:p>
      <w:pPr>
        <w:jc w:val="both"/>
      </w:pPr>
      <w:r>
        <w:t>1012</w:t>
      </w:r>
    </w:p>
    <w:p>
      <w:pPr>
        <w:jc w:val="both"/>
      </w:pPr>
      <w:r>
        <w:t>03C2 5.2.10</w:t>
      </w:r>
    </w:p>
    <w:p>
      <w:pPr>
        <w:jc w:val="both"/>
      </w:pPr>
      <w:r>
        <w:t>Điều trị tủy răng số 4, 5</w:t>
      </w:r>
    </w:p>
    <w:p>
      <w:pPr>
        <w:jc w:val="both"/>
      </w:pPr>
      <w:r>
        <w:t>589.000</w:t>
      </w:r>
    </w:p>
    <w:p>
      <w:pPr>
        <w:jc w:val="both"/>
      </w:pPr>
      <w:r>
        <w:t>657.000</w:t>
      </w:r>
    </w:p>
    <w:p>
      <w:pPr>
        <w:jc w:val="both"/>
      </w:pPr>
      <w:r>
        <w:t>1024</w:t>
      </w:r>
    </w:p>
    <w:p>
      <w:pPr>
        <w:jc w:val="both"/>
      </w:pPr>
      <w:r>
        <w:t>1013</w:t>
      </w:r>
    </w:p>
    <w:p>
      <w:pPr>
        <w:jc w:val="both"/>
      </w:pPr>
      <w:r>
        <w:t>03C2.5.2.11</w:t>
      </w:r>
    </w:p>
    <w:p>
      <w:pPr>
        <w:jc w:val="both"/>
      </w:pPr>
      <w:r>
        <w:t>Điều trị tủy răng số 6,7 hàm dưới</w:t>
      </w:r>
    </w:p>
    <w:p>
      <w:pPr>
        <w:jc w:val="both"/>
      </w:pPr>
      <w:r>
        <w:t>819.000</w:t>
      </w:r>
    </w:p>
    <w:p>
      <w:pPr>
        <w:jc w:val="both"/>
      </w:pPr>
      <w:r>
        <w:t>922.000</w:t>
      </w:r>
    </w:p>
    <w:p>
      <w:pPr>
        <w:jc w:val="both"/>
      </w:pPr>
      <w:r>
        <w:t>1025</w:t>
      </w:r>
    </w:p>
    <w:p>
      <w:pPr>
        <w:jc w:val="both"/>
      </w:pPr>
      <w:r>
        <w:t>1014</w:t>
      </w:r>
    </w:p>
    <w:p>
      <w:pPr>
        <w:jc w:val="both"/>
      </w:pPr>
      <w:r>
        <w:t>03C2.5.2.9</w:t>
      </w:r>
    </w:p>
    <w:p>
      <w:pPr>
        <w:jc w:val="both"/>
      </w:pPr>
      <w:r>
        <w:t>Điều trị tủy răng số 1, 2, 3</w:t>
      </w:r>
    </w:p>
    <w:p>
      <w:pPr>
        <w:jc w:val="both"/>
      </w:pPr>
      <w:r>
        <w:t>434.000</w:t>
      </w:r>
    </w:p>
    <w:p>
      <w:pPr>
        <w:jc w:val="both"/>
      </w:pPr>
      <w:r>
        <w:t>489.000</w:t>
      </w:r>
    </w:p>
    <w:p>
      <w:pPr>
        <w:jc w:val="both"/>
      </w:pPr>
      <w:r>
        <w:t>1026</w:t>
      </w:r>
    </w:p>
    <w:p>
      <w:pPr>
        <w:jc w:val="both"/>
      </w:pPr>
      <w:r>
        <w:t>1015</w:t>
      </w:r>
    </w:p>
    <w:p>
      <w:pPr>
        <w:jc w:val="both"/>
      </w:pPr>
      <w:r>
        <w:t>03C2.5.2.12</w:t>
      </w:r>
    </w:p>
    <w:p>
      <w:pPr>
        <w:jc w:val="both"/>
      </w:pPr>
      <w:r>
        <w:t>Điều trị tủy răng số 6,7 hàm trên</w:t>
      </w:r>
    </w:p>
    <w:p>
      <w:pPr>
        <w:jc w:val="both"/>
      </w:pPr>
      <w:r>
        <w:t>949.000</w:t>
      </w:r>
    </w:p>
    <w:p>
      <w:pPr>
        <w:jc w:val="both"/>
      </w:pPr>
      <w:r>
        <w:t>1.071.000</w:t>
      </w:r>
    </w:p>
    <w:p>
      <w:pPr>
        <w:jc w:val="both"/>
      </w:pPr>
      <w:r>
        <w:t>1027</w:t>
      </w:r>
    </w:p>
    <w:p>
      <w:pPr>
        <w:jc w:val="both"/>
      </w:pPr>
      <w:r>
        <w:t>1016</w:t>
      </w:r>
    </w:p>
    <w:p>
      <w:pPr>
        <w:jc w:val="both"/>
      </w:pPr>
      <w:r>
        <w:t>03C2.5.2.4</w:t>
      </w:r>
    </w:p>
    <w:p>
      <w:pPr>
        <w:jc w:val="both"/>
      </w:pPr>
      <w:r>
        <w:t>Điều trị tủy răng sữa một chân</w:t>
      </w:r>
    </w:p>
    <w:p>
      <w:pPr>
        <w:jc w:val="both"/>
      </w:pPr>
      <w:r>
        <w:t>280.000</w:t>
      </w:r>
    </w:p>
    <w:p>
      <w:pPr>
        <w:jc w:val="both"/>
      </w:pPr>
      <w:r>
        <w:t>314.000</w:t>
      </w:r>
    </w:p>
    <w:p>
      <w:pPr>
        <w:jc w:val="both"/>
      </w:pPr>
      <w:r>
        <w:t>1028</w:t>
      </w:r>
    </w:p>
    <w:p>
      <w:pPr>
        <w:jc w:val="both"/>
      </w:pPr>
      <w:r>
        <w:t>1017</w:t>
      </w:r>
    </w:p>
    <w:p>
      <w:pPr>
        <w:jc w:val="both"/>
      </w:pPr>
      <w:r>
        <w:t>03C2.5.2.5</w:t>
      </w:r>
    </w:p>
    <w:p>
      <w:pPr>
        <w:jc w:val="both"/>
      </w:pPr>
      <w:r>
        <w:t>Điều trị tủy răng sữa nhiều chân</w:t>
      </w:r>
    </w:p>
    <w:p>
      <w:pPr>
        <w:jc w:val="both"/>
      </w:pPr>
      <w:r>
        <w:t>394.000</w:t>
      </w:r>
    </w:p>
    <w:p>
      <w:pPr>
        <w:jc w:val="both"/>
      </w:pPr>
      <w:r>
        <w:t>443.000</w:t>
      </w:r>
    </w:p>
    <w:p>
      <w:pPr>
        <w:jc w:val="both"/>
      </w:pPr>
      <w:r>
        <w:t>1029</w:t>
      </w:r>
    </w:p>
    <w:p>
      <w:pPr>
        <w:jc w:val="both"/>
      </w:pPr>
      <w:r>
        <w:t>1018</w:t>
      </w:r>
    </w:p>
    <w:p>
      <w:pPr>
        <w:jc w:val="both"/>
      </w:pPr>
      <w:r>
        <w:t>03C2.5.2.14</w:t>
      </w:r>
    </w:p>
    <w:p>
      <w:pPr>
        <w:jc w:val="both"/>
      </w:pPr>
      <w:r>
        <w:t>Hàn composite cổ răng</w:t>
      </w:r>
    </w:p>
    <w:p>
      <w:pPr>
        <w:jc w:val="both"/>
      </w:pPr>
      <w:r>
        <w:t>348.000</w:t>
      </w:r>
    </w:p>
    <w:p>
      <w:pPr>
        <w:jc w:val="both"/>
      </w:pPr>
      <w:r>
        <w:t>391.000</w:t>
      </w:r>
    </w:p>
    <w:p>
      <w:pPr>
        <w:jc w:val="both"/>
      </w:pPr>
      <w:r>
        <w:t>1030</w:t>
      </w:r>
    </w:p>
    <w:p>
      <w:pPr>
        <w:jc w:val="both"/>
      </w:pPr>
      <w:r>
        <w:t>1019</w:t>
      </w:r>
    </w:p>
    <w:p>
      <w:pPr>
        <w:jc w:val="both"/>
      </w:pPr>
      <w:r>
        <w:t>03C2.5.2.1</w:t>
      </w:r>
    </w:p>
    <w:p>
      <w:pPr>
        <w:jc w:val="both"/>
      </w:pPr>
      <w:r>
        <w:t>Hàn răng sữa sâu ngà</w:t>
      </w:r>
    </w:p>
    <w:p>
      <w:pPr>
        <w:jc w:val="both"/>
      </w:pPr>
      <w:r>
        <w:t>102.000</w:t>
      </w:r>
    </w:p>
    <w:p>
      <w:pPr>
        <w:jc w:val="both"/>
      </w:pPr>
      <w:r>
        <w:t>113.000</w:t>
      </w:r>
    </w:p>
    <w:p>
      <w:pPr>
        <w:jc w:val="both"/>
      </w:pPr>
      <w:r>
        <w:t>1031</w:t>
      </w:r>
    </w:p>
    <w:p>
      <w:pPr>
        <w:jc w:val="both"/>
      </w:pPr>
      <w:r>
        <w:t>1020</w:t>
      </w:r>
    </w:p>
    <w:p>
      <w:pPr>
        <w:jc w:val="both"/>
      </w:pPr>
      <w:r>
        <w:t>04C3.5.1.260</w:t>
      </w:r>
    </w:p>
    <w:p>
      <w:pPr>
        <w:jc w:val="both"/>
      </w:pPr>
      <w:r>
        <w:t>Lấy cao răng và đánh bóng hai hàm</w:t>
      </w:r>
    </w:p>
    <w:p>
      <w:pPr>
        <w:jc w:val="both"/>
      </w:pPr>
      <w:r>
        <w:t>143.000</w:t>
      </w:r>
    </w:p>
    <w:p>
      <w:pPr>
        <w:jc w:val="both"/>
      </w:pPr>
      <w:r>
        <w:t>156.000</w:t>
      </w:r>
    </w:p>
    <w:p>
      <w:pPr>
        <w:jc w:val="both"/>
      </w:pPr>
      <w:r>
        <w:t>1032</w:t>
      </w:r>
    </w:p>
    <w:p>
      <w:pPr>
        <w:jc w:val="both"/>
      </w:pPr>
      <w:r>
        <w:t>1021</w:t>
      </w:r>
    </w:p>
    <w:p>
      <w:pPr>
        <w:jc w:val="both"/>
      </w:pPr>
      <w:r>
        <w:t>04C3.5.1.259</w:t>
      </w:r>
    </w:p>
    <w:p>
      <w:pPr>
        <w:jc w:val="both"/>
      </w:pPr>
      <w:r>
        <w:t>Lấy cao răng và đánh bóng một vùng hoặc một hàm</w:t>
      </w:r>
    </w:p>
    <w:p>
      <w:pPr>
        <w:jc w:val="both"/>
      </w:pPr>
      <w:r>
        <w:t>82.700</w:t>
      </w:r>
    </w:p>
    <w:p>
      <w:pPr>
        <w:jc w:val="both"/>
      </w:pPr>
      <w:r>
        <w:t>90.200</w:t>
      </w:r>
    </w:p>
    <w:p>
      <w:pPr>
        <w:jc w:val="both"/>
      </w:pPr>
      <w:r>
        <w:t>1033</w:t>
      </w:r>
    </w:p>
    <w:p>
      <w:pPr>
        <w:jc w:val="both"/>
      </w:pPr>
      <w:r>
        <w:t>1022</w:t>
      </w:r>
    </w:p>
    <w:p>
      <w:pPr>
        <w:jc w:val="both"/>
      </w:pPr>
      <w:r>
        <w:t>03C2.5.1.11</w:t>
      </w:r>
    </w:p>
    <w:p>
      <w:pPr>
        <w:jc w:val="both"/>
      </w:pPr>
      <w:r>
        <w:t>Nắn trật khớp thái dương hàm</w:t>
      </w:r>
    </w:p>
    <w:p>
      <w:pPr>
        <w:jc w:val="both"/>
      </w:pPr>
      <w:r>
        <w:t>105.000</w:t>
      </w:r>
    </w:p>
    <w:p>
      <w:pPr>
        <w:jc w:val="both"/>
      </w:pPr>
      <w:r>
        <w:t>119.000</w:t>
      </w:r>
    </w:p>
    <w:p>
      <w:pPr>
        <w:jc w:val="both"/>
      </w:pPr>
      <w:r>
        <w:t>1034</w:t>
      </w:r>
    </w:p>
    <w:p>
      <w:pPr>
        <w:jc w:val="both"/>
      </w:pPr>
      <w:r>
        <w:t>1023</w:t>
      </w:r>
    </w:p>
    <w:p>
      <w:pPr>
        <w:jc w:val="both"/>
      </w:pPr>
      <w:r>
        <w:t>03C2.5.1.10</w:t>
      </w:r>
    </w:p>
    <w:p>
      <w:pPr>
        <w:jc w:val="both"/>
      </w:pPr>
      <w:r>
        <w:t>Nạo túi lợi 1 sextant</w:t>
      </w:r>
    </w:p>
    <w:p>
      <w:pPr>
        <w:jc w:val="both"/>
      </w:pPr>
      <w:r>
        <w:t>79.700</w:t>
      </w:r>
    </w:p>
    <w:p>
      <w:pPr>
        <w:jc w:val="both"/>
      </w:pPr>
      <w:r>
        <w:t>86.800</w:t>
      </w:r>
    </w:p>
    <w:p>
      <w:pPr>
        <w:jc w:val="both"/>
      </w:pPr>
      <w:r>
        <w:t>1035</w:t>
      </w:r>
    </w:p>
    <w:p>
      <w:pPr>
        <w:jc w:val="both"/>
      </w:pPr>
      <w:r>
        <w:t>1024</w:t>
      </w:r>
    </w:p>
    <w:p>
      <w:pPr>
        <w:jc w:val="both"/>
      </w:pPr>
      <w:r>
        <w:t>03C2.5.1.7</w:t>
      </w:r>
    </w:p>
    <w:p>
      <w:pPr>
        <w:jc w:val="both"/>
      </w:pPr>
      <w:r>
        <w:t>Nhổ chân răng</w:t>
      </w:r>
    </w:p>
    <w:p>
      <w:pPr>
        <w:jc w:val="both"/>
      </w:pPr>
      <w:r>
        <w:t>200.000</w:t>
      </w:r>
    </w:p>
    <w:p>
      <w:pPr>
        <w:jc w:val="both"/>
      </w:pPr>
      <w:r>
        <w:t>222.000</w:t>
      </w:r>
    </w:p>
    <w:p>
      <w:pPr>
        <w:jc w:val="both"/>
      </w:pPr>
      <w:r>
        <w:t>1036</w:t>
      </w:r>
    </w:p>
    <w:p>
      <w:pPr>
        <w:jc w:val="both"/>
      </w:pPr>
      <w:r>
        <w:t>1025</w:t>
      </w:r>
    </w:p>
    <w:p>
      <w:pPr>
        <w:jc w:val="both"/>
      </w:pPr>
      <w:r>
        <w:t>03C2.5.1.1</w:t>
      </w:r>
    </w:p>
    <w:p>
      <w:pPr>
        <w:jc w:val="both"/>
      </w:pPr>
      <w:r>
        <w:t>Nhổ răng đơn giản</w:t>
      </w:r>
    </w:p>
    <w:p>
      <w:pPr>
        <w:jc w:val="both"/>
      </w:pPr>
      <w:r>
        <w:t>105.000</w:t>
      </w:r>
    </w:p>
    <w:p>
      <w:pPr>
        <w:jc w:val="both"/>
      </w:pPr>
      <w:r>
        <w:t>118.000</w:t>
      </w:r>
    </w:p>
    <w:p>
      <w:pPr>
        <w:jc w:val="both"/>
      </w:pPr>
      <w:r>
        <w:t>1037</w:t>
      </w:r>
    </w:p>
    <w:p>
      <w:pPr>
        <w:jc w:val="both"/>
      </w:pPr>
      <w:r>
        <w:t>1026</w:t>
      </w:r>
    </w:p>
    <w:p>
      <w:pPr>
        <w:jc w:val="both"/>
      </w:pPr>
      <w:r>
        <w:t>03C2.5.1.2</w:t>
      </w:r>
    </w:p>
    <w:p>
      <w:pPr>
        <w:jc w:val="both"/>
      </w:pPr>
      <w:r>
        <w:t>Nhổ răng khó</w:t>
      </w:r>
    </w:p>
    <w:p>
      <w:pPr>
        <w:jc w:val="both"/>
      </w:pPr>
      <w:r>
        <w:t>218.000</w:t>
      </w:r>
    </w:p>
    <w:p>
      <w:pPr>
        <w:jc w:val="both"/>
      </w:pPr>
      <w:r>
        <w:t>241.000</w:t>
      </w:r>
    </w:p>
    <w:p>
      <w:pPr>
        <w:jc w:val="both"/>
      </w:pPr>
      <w:r>
        <w:t>1038</w:t>
      </w:r>
    </w:p>
    <w:p>
      <w:pPr>
        <w:jc w:val="both"/>
      </w:pPr>
      <w:r>
        <w:t>1027</w:t>
      </w:r>
    </w:p>
    <w:p>
      <w:pPr>
        <w:jc w:val="both"/>
      </w:pPr>
      <w:r>
        <w:t>04C3.5.1.257</w:t>
      </w:r>
    </w:p>
    <w:p>
      <w:pPr>
        <w:jc w:val="both"/>
      </w:pPr>
      <w:r>
        <w:t>Nhổ răng số 8 bình thường</w:t>
      </w:r>
    </w:p>
    <w:p>
      <w:pPr>
        <w:jc w:val="both"/>
      </w:pPr>
      <w:r>
        <w:t>226.000</w:t>
      </w:r>
    </w:p>
    <w:p>
      <w:pPr>
        <w:jc w:val="both"/>
      </w:pPr>
      <w:r>
        <w:t>251.000</w:t>
      </w:r>
    </w:p>
    <w:p>
      <w:pPr>
        <w:jc w:val="both"/>
      </w:pPr>
      <w:r>
        <w:t>1039</w:t>
      </w:r>
    </w:p>
    <w:p>
      <w:pPr>
        <w:jc w:val="both"/>
      </w:pPr>
      <w:r>
        <w:t>1028</w:t>
      </w:r>
    </w:p>
    <w:p>
      <w:pPr>
        <w:jc w:val="both"/>
      </w:pPr>
      <w:r>
        <w:t>04C3.5.1.258</w:t>
      </w:r>
    </w:p>
    <w:p>
      <w:pPr>
        <w:jc w:val="both"/>
      </w:pPr>
      <w:r>
        <w:t>Nhổ răng số 8 có biến chứng khít hàm</w:t>
      </w:r>
    </w:p>
    <w:p>
      <w:pPr>
        <w:jc w:val="both"/>
      </w:pPr>
      <w:r>
        <w:t>362.000</w:t>
      </w:r>
    </w:p>
    <w:p>
      <w:pPr>
        <w:jc w:val="both"/>
      </w:pPr>
      <w:r>
        <w:t>399.000</w:t>
      </w:r>
    </w:p>
    <w:p>
      <w:pPr>
        <w:jc w:val="both"/>
      </w:pPr>
      <w:r>
        <w:t>1040</w:t>
      </w:r>
    </w:p>
    <w:p>
      <w:pPr>
        <w:jc w:val="both"/>
      </w:pPr>
      <w:r>
        <w:t>1029</w:t>
      </w:r>
    </w:p>
    <w:p>
      <w:pPr>
        <w:jc w:val="both"/>
      </w:pPr>
      <w:r>
        <w:t>04C3.5.1.256</w:t>
      </w:r>
    </w:p>
    <w:p>
      <w:pPr>
        <w:jc w:val="both"/>
      </w:pPr>
      <w:r>
        <w:t>Nhổ răng sữa hoặc chân răng sữa</w:t>
      </w:r>
    </w:p>
    <w:p>
      <w:pPr>
        <w:jc w:val="both"/>
      </w:pPr>
      <w:r>
        <w:t>40.700</w:t>
      </w:r>
    </w:p>
    <w:p>
      <w:pPr>
        <w:jc w:val="both"/>
      </w:pPr>
      <w:r>
        <w:t>43.800</w:t>
      </w:r>
    </w:p>
    <w:p>
      <w:pPr>
        <w:jc w:val="both"/>
      </w:pPr>
      <w:r>
        <w:t>1041</w:t>
      </w:r>
    </w:p>
    <w:p>
      <w:pPr>
        <w:jc w:val="both"/>
      </w:pPr>
      <w:r>
        <w:t>1030</w:t>
      </w:r>
    </w:p>
    <w:p>
      <w:pPr>
        <w:jc w:val="both"/>
      </w:pPr>
      <w:r>
        <w:t>03C2.5.2.16</w:t>
      </w:r>
    </w:p>
    <w:p>
      <w:pPr>
        <w:jc w:val="both"/>
      </w:pPr>
      <w:r>
        <w:t>Phục hồi thân răng có chốt</w:t>
      </w:r>
    </w:p>
    <w:p>
      <w:pPr>
        <w:jc w:val="both"/>
      </w:pPr>
      <w:r>
        <w:t>518.000</w:t>
      </w:r>
    </w:p>
    <w:p>
      <w:pPr>
        <w:jc w:val="both"/>
      </w:pPr>
      <w:r>
        <w:t>581.000</w:t>
      </w:r>
    </w:p>
    <w:p>
      <w:pPr>
        <w:jc w:val="both"/>
      </w:pPr>
      <w:r>
        <w:t>1042</w:t>
      </w:r>
    </w:p>
    <w:p>
      <w:pPr>
        <w:jc w:val="both"/>
      </w:pPr>
      <w:r>
        <w:t>1031</w:t>
      </w:r>
    </w:p>
    <w:p>
      <w:pPr>
        <w:jc w:val="both"/>
      </w:pPr>
      <w:r>
        <w:t>03C2.5.2.7</w:t>
      </w:r>
    </w:p>
    <w:p>
      <w:pPr>
        <w:jc w:val="both"/>
      </w:pPr>
      <w:r>
        <w:t>Răng sâu ngà</w:t>
      </w:r>
    </w:p>
    <w:p>
      <w:pPr>
        <w:jc w:val="both"/>
      </w:pPr>
      <w:r>
        <w:t>259.000</w:t>
      </w:r>
    </w:p>
    <w:p>
      <w:pPr>
        <w:jc w:val="both"/>
      </w:pPr>
      <w:r>
        <w:t>288.000</w:t>
      </w:r>
    </w:p>
    <w:p>
      <w:pPr>
        <w:jc w:val="both"/>
      </w:pPr>
      <w:r>
        <w:t>1043</w:t>
      </w:r>
    </w:p>
    <w:p>
      <w:pPr>
        <w:jc w:val="both"/>
      </w:pPr>
      <w:r>
        <w:t>1032</w:t>
      </w:r>
    </w:p>
    <w:p>
      <w:pPr>
        <w:jc w:val="both"/>
      </w:pPr>
      <w:r>
        <w:t>03C2.5.2.8</w:t>
      </w:r>
    </w:p>
    <w:p>
      <w:pPr>
        <w:jc w:val="both"/>
      </w:pPr>
      <w:r>
        <w:t>Răng viêm tủy hồi phục</w:t>
      </w:r>
    </w:p>
    <w:p>
      <w:pPr>
        <w:jc w:val="both"/>
      </w:pPr>
      <w:r>
        <w:t>280.000</w:t>
      </w:r>
    </w:p>
    <w:p>
      <w:pPr>
        <w:jc w:val="both"/>
      </w:pPr>
      <w:r>
        <w:t>309.000</w:t>
      </w:r>
    </w:p>
    <w:p>
      <w:pPr>
        <w:jc w:val="both"/>
      </w:pPr>
      <w:r>
        <w:t>1044</w:t>
      </w:r>
    </w:p>
    <w:p>
      <w:pPr>
        <w:jc w:val="both"/>
      </w:pPr>
      <w:r>
        <w:t>1033</w:t>
      </w:r>
    </w:p>
    <w:p>
      <w:pPr>
        <w:jc w:val="both"/>
      </w:pPr>
      <w:r>
        <w:t>04C3.5.1.261</w:t>
      </w:r>
    </w:p>
    <w:p>
      <w:pPr>
        <w:jc w:val="both"/>
      </w:pPr>
      <w:r>
        <w:t>Rửa chấm thuốc điều trị viêm loét niêm mạc (1 lần)</w:t>
      </w:r>
    </w:p>
    <w:p>
      <w:pPr>
        <w:jc w:val="both"/>
      </w:pPr>
      <w:r>
        <w:t>33.900</w:t>
      </w:r>
    </w:p>
    <w:p>
      <w:pPr>
        <w:jc w:val="both"/>
      </w:pPr>
      <w:r>
        <w:t>37.700</w:t>
      </w:r>
    </w:p>
    <w:p>
      <w:pPr>
        <w:jc w:val="both"/>
      </w:pPr>
      <w:r>
        <w:t>1045</w:t>
      </w:r>
    </w:p>
    <w:p>
      <w:pPr>
        <w:jc w:val="both"/>
      </w:pPr>
      <w:r>
        <w:t>1034</w:t>
      </w:r>
    </w:p>
    <w:p>
      <w:pPr>
        <w:jc w:val="both"/>
      </w:pPr>
      <w:r>
        <w:t>03C2.5.6.2</w:t>
      </w:r>
    </w:p>
    <w:p>
      <w:pPr>
        <w:jc w:val="both"/>
      </w:pPr>
      <w:r>
        <w:t>Sửa hàm</w:t>
      </w:r>
    </w:p>
    <w:p>
      <w:pPr>
        <w:jc w:val="both"/>
      </w:pPr>
      <w:r>
        <w:t>220.000</w:t>
      </w:r>
    </w:p>
    <w:p>
      <w:pPr>
        <w:jc w:val="both"/>
      </w:pPr>
      <w:r>
        <w:t>236.000</w:t>
      </w:r>
    </w:p>
    <w:p>
      <w:pPr>
        <w:jc w:val="both"/>
      </w:pPr>
      <w:r>
        <w:t>1046</w:t>
      </w:r>
    </w:p>
    <w:p>
      <w:pPr>
        <w:jc w:val="both"/>
      </w:pPr>
      <w:r>
        <w:t>1035</w:t>
      </w:r>
    </w:p>
    <w:p>
      <w:pPr>
        <w:jc w:val="both"/>
      </w:pPr>
      <w:r>
        <w:t>03C2.5.2.2</w:t>
      </w:r>
    </w:p>
    <w:p>
      <w:pPr>
        <w:jc w:val="both"/>
      </w:pPr>
      <w:r>
        <w:t>Trám bít hố rãnh</w:t>
      </w:r>
    </w:p>
    <w:p>
      <w:pPr>
        <w:jc w:val="both"/>
      </w:pPr>
      <w:r>
        <w:t>224.000</w:t>
      </w:r>
    </w:p>
    <w:p>
      <w:pPr>
        <w:jc w:val="both"/>
      </w:pPr>
      <w:r>
        <w:t>247.000</w:t>
      </w:r>
    </w:p>
    <w:p>
      <w:pPr>
        <w:jc w:val="both"/>
      </w:pPr>
      <w:r>
        <w:t>Các phẫu thuật hàm mặt</w:t>
      </w:r>
    </w:p>
    <w:p>
      <w:pPr>
        <w:jc w:val="both"/>
      </w:pPr>
      <w:r>
        <w:t>1047</w:t>
      </w:r>
    </w:p>
    <w:p>
      <w:pPr>
        <w:jc w:val="both"/>
      </w:pPr>
      <w:r>
        <w:t>1036</w:t>
      </w:r>
    </w:p>
    <w:p>
      <w:pPr>
        <w:jc w:val="both"/>
      </w:pPr>
      <w:r>
        <w:t>03C2.5.1.16</w:t>
      </w:r>
    </w:p>
    <w:p>
      <w:pPr>
        <w:jc w:val="both"/>
      </w:pPr>
      <w:r>
        <w:t>Phẫu thuật nhổ răng lạc chỗ</w:t>
      </w:r>
    </w:p>
    <w:p>
      <w:pPr>
        <w:jc w:val="both"/>
      </w:pPr>
      <w:r>
        <w:t>348.000</w:t>
      </w:r>
    </w:p>
    <w:p>
      <w:pPr>
        <w:jc w:val="both"/>
      </w:pPr>
      <w:r>
        <w:t>391.000</w:t>
      </w:r>
    </w:p>
    <w:p>
      <w:pPr>
        <w:jc w:val="both"/>
      </w:pPr>
      <w:r>
        <w:t>1048</w:t>
      </w:r>
    </w:p>
    <w:p>
      <w:pPr>
        <w:jc w:val="both"/>
      </w:pPr>
      <w:r>
        <w:t>1037</w:t>
      </w:r>
    </w:p>
    <w:p>
      <w:pPr>
        <w:jc w:val="both"/>
      </w:pPr>
      <w:r>
        <w:t>03C2.5.1.24</w:t>
      </w:r>
    </w:p>
    <w:p>
      <w:pPr>
        <w:jc w:val="both"/>
      </w:pPr>
      <w:r>
        <w:t>Phẫu thuật ghép xương và màng tái tạo mô có hướng dẫn</w:t>
      </w:r>
    </w:p>
    <w:p>
      <w:pPr>
        <w:jc w:val="both"/>
      </w:pPr>
      <w:r>
        <w:t>1.094.000</w:t>
      </w:r>
    </w:p>
    <w:p>
      <w:pPr>
        <w:jc w:val="both"/>
      </w:pPr>
      <w:r>
        <w:t>1.220.000</w:t>
      </w:r>
    </w:p>
    <w:p>
      <w:pPr>
        <w:jc w:val="both"/>
      </w:pPr>
      <w:r>
        <w:t>Chưa bao gồm màng tái tạo mô và xương nhân tạo hoặc sản phẩm sinh học thay thế xương.</w:t>
      </w:r>
    </w:p>
    <w:p>
      <w:pPr>
        <w:jc w:val="both"/>
      </w:pPr>
      <w:r>
        <w:t>1049</w:t>
      </w:r>
    </w:p>
    <w:p>
      <w:pPr>
        <w:jc w:val="both"/>
      </w:pPr>
      <w:r>
        <w:t>1038</w:t>
      </w:r>
    </w:p>
    <w:p>
      <w:pPr>
        <w:jc w:val="both"/>
      </w:pPr>
      <w:r>
        <w:t>03C2.5.1.22</w:t>
      </w:r>
    </w:p>
    <w:p>
      <w:pPr>
        <w:jc w:val="both"/>
      </w:pPr>
      <w:r>
        <w:t>Phẫu thuật lật vạt, nạo xương ổ răng 1 vùng</w:t>
      </w:r>
    </w:p>
    <w:p>
      <w:pPr>
        <w:jc w:val="both"/>
      </w:pPr>
      <w:r>
        <w:t>868.000</w:t>
      </w:r>
    </w:p>
    <w:p>
      <w:pPr>
        <w:jc w:val="both"/>
      </w:pPr>
      <w:r>
        <w:t>957.000</w:t>
      </w:r>
    </w:p>
    <w:p>
      <w:pPr>
        <w:jc w:val="both"/>
      </w:pPr>
      <w:r>
        <w:t>1050</w:t>
      </w:r>
    </w:p>
    <w:p>
      <w:pPr>
        <w:jc w:val="both"/>
      </w:pPr>
      <w:r>
        <w:t>1039</w:t>
      </w:r>
    </w:p>
    <w:p>
      <w:pPr>
        <w:jc w:val="both"/>
      </w:pPr>
      <w:r>
        <w:t>03C2.5.1.23</w:t>
      </w:r>
    </w:p>
    <w:p>
      <w:pPr>
        <w:jc w:val="both"/>
      </w:pPr>
      <w:r>
        <w:t>Cắt u lợi đường kính từ 2cm trở lên</w:t>
      </w:r>
    </w:p>
    <w:p>
      <w:pPr>
        <w:jc w:val="both"/>
      </w:pPr>
      <w:r>
        <w:t>479.000</w:t>
      </w:r>
    </w:p>
    <w:p>
      <w:pPr>
        <w:jc w:val="both"/>
      </w:pPr>
      <w:r>
        <w:t>530.000</w:t>
      </w:r>
    </w:p>
    <w:p>
      <w:pPr>
        <w:jc w:val="both"/>
      </w:pPr>
      <w:r>
        <w:t>1051</w:t>
      </w:r>
    </w:p>
    <w:p>
      <w:pPr>
        <w:jc w:val="both"/>
      </w:pPr>
      <w:r>
        <w:t>1040</w:t>
      </w:r>
    </w:p>
    <w:p>
      <w:pPr>
        <w:jc w:val="both"/>
      </w:pPr>
      <w:r>
        <w:t>03C2.5.1.18</w:t>
      </w:r>
    </w:p>
    <w:p>
      <w:pPr>
        <w:jc w:val="both"/>
      </w:pPr>
      <w:r>
        <w:t>Cắt u lợi, lợi xơ để làm hàm giả</w:t>
      </w:r>
    </w:p>
    <w:p>
      <w:pPr>
        <w:jc w:val="both"/>
      </w:pPr>
      <w:r>
        <w:t>439.000</w:t>
      </w:r>
    </w:p>
    <w:p>
      <w:pPr>
        <w:jc w:val="both"/>
      </w:pPr>
      <w:r>
        <w:t>484.000</w:t>
      </w:r>
    </w:p>
    <w:p>
      <w:pPr>
        <w:jc w:val="both"/>
      </w:pPr>
      <w:r>
        <w:t>1052</w:t>
      </w:r>
    </w:p>
    <w:p>
      <w:pPr>
        <w:jc w:val="both"/>
      </w:pPr>
      <w:r>
        <w:t>1041</w:t>
      </w:r>
    </w:p>
    <w:p>
      <w:pPr>
        <w:jc w:val="both"/>
      </w:pPr>
      <w:r>
        <w:t>03C2.5.1.19</w:t>
      </w:r>
    </w:p>
    <w:p>
      <w:pPr>
        <w:jc w:val="both"/>
      </w:pPr>
      <w:r>
        <w:t>Gắt, tạo hình phanh môi, phanh má hoặc lưỡi (không gây mê)</w:t>
      </w:r>
    </w:p>
    <w:p>
      <w:pPr>
        <w:jc w:val="both"/>
      </w:pPr>
      <w:r>
        <w:t>313.000</w:t>
      </w:r>
    </w:p>
    <w:p>
      <w:pPr>
        <w:jc w:val="both"/>
      </w:pPr>
      <w:r>
        <w:t>345.000</w:t>
      </w:r>
    </w:p>
    <w:p>
      <w:pPr>
        <w:jc w:val="both"/>
      </w:pPr>
      <w:r>
        <w:t>1053</w:t>
      </w:r>
    </w:p>
    <w:p>
      <w:pPr>
        <w:jc w:val="both"/>
      </w:pPr>
      <w:r>
        <w:t>1042</w:t>
      </w:r>
    </w:p>
    <w:p>
      <w:pPr>
        <w:jc w:val="both"/>
      </w:pPr>
      <w:r>
        <w:t>03C2.5.1.20</w:t>
      </w:r>
    </w:p>
    <w:p>
      <w:pPr>
        <w:jc w:val="both"/>
      </w:pPr>
      <w:r>
        <w:t>Cắm và cố định lại một răng bật khỏi huyệt ổ răng</w:t>
      </w:r>
    </w:p>
    <w:p>
      <w:pPr>
        <w:jc w:val="both"/>
      </w:pPr>
      <w:r>
        <w:t>559.000</w:t>
      </w:r>
    </w:p>
    <w:p>
      <w:pPr>
        <w:jc w:val="both"/>
      </w:pPr>
      <w:r>
        <w:t>622.000</w:t>
      </w:r>
    </w:p>
    <w:p>
      <w:pPr>
        <w:jc w:val="both"/>
      </w:pPr>
      <w:r>
        <w:t>1054</w:t>
      </w:r>
    </w:p>
    <w:p>
      <w:pPr>
        <w:jc w:val="both"/>
      </w:pPr>
      <w:r>
        <w:t>1043</w:t>
      </w:r>
    </w:p>
    <w:p>
      <w:pPr>
        <w:jc w:val="both"/>
      </w:pPr>
      <w:r>
        <w:t>03C2.5.1.14</w:t>
      </w:r>
    </w:p>
    <w:p>
      <w:pPr>
        <w:jc w:val="both"/>
      </w:pPr>
      <w:r>
        <w:t>Lấy sỏi ống Wharton</w:t>
      </w:r>
    </w:p>
    <w:p>
      <w:pPr>
        <w:jc w:val="both"/>
      </w:pPr>
      <w:r>
        <w:t>1.028.000</w:t>
      </w:r>
    </w:p>
    <w:p>
      <w:pPr>
        <w:jc w:val="both"/>
      </w:pPr>
      <w:r>
        <w:t>1.171.000</w:t>
      </w:r>
    </w:p>
    <w:p>
      <w:pPr>
        <w:jc w:val="both"/>
      </w:pPr>
      <w:r>
        <w:t>1055</w:t>
      </w:r>
    </w:p>
    <w:p>
      <w:pPr>
        <w:jc w:val="both"/>
      </w:pPr>
      <w:r>
        <w:t>1044</w:t>
      </w:r>
    </w:p>
    <w:p>
      <w:pPr>
        <w:jc w:val="both"/>
      </w:pPr>
      <w:r>
        <w:t>03C2.5.1.12</w:t>
      </w:r>
    </w:p>
    <w:p>
      <w:pPr>
        <w:jc w:val="both"/>
      </w:pPr>
      <w:r>
        <w:t>Cắt u da đầu lành, đường kính dưới 5 cm</w:t>
      </w:r>
    </w:p>
    <w:p>
      <w:pPr>
        <w:jc w:val="both"/>
      </w:pPr>
      <w:r>
        <w:t>729.000</w:t>
      </w:r>
    </w:p>
    <w:p>
      <w:pPr>
        <w:jc w:val="both"/>
      </w:pPr>
      <w:r>
        <w:t>818.000</w:t>
      </w:r>
    </w:p>
    <w:p>
      <w:pPr>
        <w:jc w:val="both"/>
      </w:pPr>
      <w:r>
        <w:t>1056</w:t>
      </w:r>
    </w:p>
    <w:p>
      <w:pPr>
        <w:jc w:val="both"/>
      </w:pPr>
      <w:r>
        <w:t>1045</w:t>
      </w:r>
    </w:p>
    <w:p>
      <w:pPr>
        <w:jc w:val="both"/>
      </w:pPr>
      <w:r>
        <w:t>03C2.5.1.13</w:t>
      </w:r>
    </w:p>
    <w:p>
      <w:pPr>
        <w:jc w:val="both"/>
      </w:pPr>
      <w:r>
        <w:t>Cắt u da đầu lành, đường kính từ 5 cm trở lên</w:t>
      </w:r>
    </w:p>
    <w:p>
      <w:pPr>
        <w:jc w:val="both"/>
      </w:pPr>
      <w:r>
        <w:t>1.156.000</w:t>
      </w:r>
    </w:p>
    <w:p>
      <w:pPr>
        <w:jc w:val="both"/>
      </w:pPr>
      <w:r>
        <w:t>1.305.000</w:t>
      </w:r>
    </w:p>
    <w:p>
      <w:pPr>
        <w:jc w:val="both"/>
      </w:pPr>
      <w:r>
        <w:t>1057</w:t>
      </w:r>
    </w:p>
    <w:p>
      <w:pPr>
        <w:jc w:val="both"/>
      </w:pPr>
      <w:r>
        <w:t>1046</w:t>
      </w:r>
    </w:p>
    <w:p>
      <w:pPr>
        <w:jc w:val="both"/>
      </w:pPr>
      <w:r>
        <w:t>03C2.5.7.44</w:t>
      </w:r>
    </w:p>
    <w:p>
      <w:pPr>
        <w:jc w:val="both"/>
      </w:pPr>
      <w:r>
        <w:t>Cắt bỏ nang sàn miệng</w:t>
      </w:r>
    </w:p>
    <w:p>
      <w:pPr>
        <w:jc w:val="both"/>
      </w:pPr>
      <w:r>
        <w:t>2.887.000</w:t>
      </w:r>
    </w:p>
    <w:p>
      <w:pPr>
        <w:jc w:val="both"/>
      </w:pPr>
      <w:r>
        <w:t>3.227.000</w:t>
      </w:r>
    </w:p>
    <w:p>
      <w:pPr>
        <w:jc w:val="both"/>
      </w:pPr>
      <w:r>
        <w:t>1058</w:t>
      </w:r>
    </w:p>
    <w:p>
      <w:pPr>
        <w:jc w:val="both"/>
      </w:pPr>
      <w:r>
        <w:t>1047</w:t>
      </w:r>
    </w:p>
    <w:p>
      <w:pPr>
        <w:jc w:val="both"/>
      </w:pPr>
      <w:r>
        <w:t>03C2.5.7.35</w:t>
      </w:r>
    </w:p>
    <w:p>
      <w:pPr>
        <w:jc w:val="both"/>
      </w:pPr>
      <w:r>
        <w:t>Cắt nang xương hàm từ 2-5cm</w:t>
      </w:r>
    </w:p>
    <w:p>
      <w:pPr>
        <w:jc w:val="both"/>
      </w:pPr>
      <w:r>
        <w:t>3.037.000</w:t>
      </w:r>
    </w:p>
    <w:p>
      <w:pPr>
        <w:jc w:val="both"/>
      </w:pPr>
      <w:r>
        <w:t>3.400.000</w:t>
      </w:r>
    </w:p>
    <w:p>
      <w:pPr>
        <w:jc w:val="both"/>
      </w:pPr>
      <w:r>
        <w:t>1059</w:t>
      </w:r>
    </w:p>
    <w:p>
      <w:pPr>
        <w:jc w:val="both"/>
      </w:pPr>
      <w:r>
        <w:t>1048</w:t>
      </w:r>
    </w:p>
    <w:p>
      <w:pPr>
        <w:jc w:val="both"/>
      </w:pPr>
      <w:r>
        <w:t>03C2.5.7.33</w:t>
      </w:r>
    </w:p>
    <w:p>
      <w:pPr>
        <w:jc w:val="both"/>
      </w:pPr>
      <w:r>
        <w:t>Cắt u nang giáp móng</w:t>
      </w:r>
    </w:p>
    <w:p>
      <w:pPr>
        <w:jc w:val="both"/>
      </w:pPr>
      <w:r>
        <w:t>2.190.000</w:t>
      </w:r>
    </w:p>
    <w:p>
      <w:pPr>
        <w:jc w:val="both"/>
      </w:pPr>
      <w:r>
        <w:t>2.471.000</w:t>
      </w:r>
    </w:p>
    <w:p>
      <w:pPr>
        <w:jc w:val="both"/>
      </w:pPr>
      <w:r>
        <w:t>1060</w:t>
      </w:r>
    </w:p>
    <w:p>
      <w:pPr>
        <w:jc w:val="both"/>
      </w:pPr>
      <w:r>
        <w:t>1049</w:t>
      </w:r>
    </w:p>
    <w:p>
      <w:pPr>
        <w:jc w:val="both"/>
      </w:pPr>
      <w:r>
        <w:t>03C2.5.7.48</w:t>
      </w:r>
    </w:p>
    <w:p>
      <w:pPr>
        <w:jc w:val="both"/>
      </w:pPr>
      <w:r>
        <w:t>Cắt u nhỏ lành tính phần mềm vùng hàm mặt (gây mê nội khí quản)</w:t>
      </w:r>
    </w:p>
    <w:p>
      <w:pPr>
        <w:jc w:val="both"/>
      </w:pPr>
      <w:r>
        <w:t>2.737.000</w:t>
      </w:r>
    </w:p>
    <w:p>
      <w:pPr>
        <w:jc w:val="both"/>
      </w:pPr>
      <w:r>
        <w:t>3.054.000</w:t>
      </w:r>
    </w:p>
    <w:p>
      <w:pPr>
        <w:jc w:val="both"/>
      </w:pPr>
      <w:r>
        <w:t>1061</w:t>
      </w:r>
    </w:p>
    <w:p>
      <w:pPr>
        <w:jc w:val="both"/>
      </w:pPr>
      <w:r>
        <w:t>1050</w:t>
      </w:r>
    </w:p>
    <w:p>
      <w:pPr>
        <w:jc w:val="both"/>
      </w:pPr>
      <w:r>
        <w:t>Điều trị đóng cuống răng</w:t>
      </w:r>
    </w:p>
    <w:p>
      <w:pPr>
        <w:jc w:val="both"/>
      </w:pPr>
      <w:r>
        <w:t>472.000</w:t>
      </w:r>
    </w:p>
    <w:p>
      <w:pPr>
        <w:jc w:val="both"/>
      </w:pPr>
      <w:r>
        <w:t>533.000</w:t>
      </w:r>
    </w:p>
    <w:p>
      <w:pPr>
        <w:jc w:val="both"/>
      </w:pPr>
      <w:r>
        <w:t>1062</w:t>
      </w:r>
    </w:p>
    <w:p>
      <w:pPr>
        <w:jc w:val="both"/>
      </w:pPr>
      <w:r>
        <w:t>1051</w:t>
      </w:r>
    </w:p>
    <w:p>
      <w:pPr>
        <w:jc w:val="both"/>
      </w:pPr>
      <w:r>
        <w:t>Điều trị sâu răng sớm bằng Fluor</w:t>
      </w:r>
    </w:p>
    <w:p>
      <w:pPr>
        <w:jc w:val="both"/>
      </w:pPr>
      <w:r>
        <w:t>557.000</w:t>
      </w:r>
    </w:p>
    <w:p>
      <w:pPr>
        <w:jc w:val="both"/>
      </w:pPr>
      <w:r>
        <w:t>631.000</w:t>
      </w:r>
    </w:p>
    <w:p>
      <w:pPr>
        <w:jc w:val="both"/>
      </w:pPr>
      <w:r>
        <w:t>1063</w:t>
      </w:r>
    </w:p>
    <w:p>
      <w:pPr>
        <w:jc w:val="both"/>
      </w:pPr>
      <w:r>
        <w:t>1052</w:t>
      </w:r>
    </w:p>
    <w:p>
      <w:pPr>
        <w:jc w:val="both"/>
      </w:pPr>
      <w:r>
        <w:t>03C2.5.7.39</w:t>
      </w:r>
    </w:p>
    <w:p>
      <w:pPr>
        <w:jc w:val="both"/>
      </w:pPr>
      <w:r>
        <w:t>Ghép da rời mỗi chiều trên 5cm</w:t>
      </w:r>
    </w:p>
    <w:p>
      <w:pPr>
        <w:jc w:val="both"/>
      </w:pPr>
      <w:r>
        <w:t>2.995.000</w:t>
      </w:r>
    </w:p>
    <w:p>
      <w:pPr>
        <w:jc w:val="both"/>
      </w:pPr>
      <w:r>
        <w:t>3.313.000</w:t>
      </w:r>
    </w:p>
    <w:p>
      <w:pPr>
        <w:jc w:val="both"/>
      </w:pPr>
      <w:r>
        <w:t>1064</w:t>
      </w:r>
    </w:p>
    <w:p>
      <w:pPr>
        <w:jc w:val="both"/>
      </w:pPr>
      <w:r>
        <w:t>1053</w:t>
      </w:r>
    </w:p>
    <w:p>
      <w:pPr>
        <w:jc w:val="both"/>
      </w:pPr>
      <w:r>
        <w:t>03C2.5.7.50</w:t>
      </w:r>
    </w:p>
    <w:p>
      <w:pPr>
        <w:jc w:val="both"/>
      </w:pPr>
      <w:r>
        <w:t>Nắn sai khớp thái dương hàm đến muộn</w:t>
      </w:r>
    </w:p>
    <w:p>
      <w:pPr>
        <w:jc w:val="both"/>
      </w:pPr>
      <w:r>
        <w:t>1.724.000</w:t>
      </w:r>
    </w:p>
    <w:p>
      <w:pPr>
        <w:jc w:val="both"/>
      </w:pPr>
      <w:r>
        <w:t>1.930.000</w:t>
      </w:r>
    </w:p>
    <w:p>
      <w:pPr>
        <w:jc w:val="both"/>
      </w:pPr>
      <w:r>
        <w:t>1065</w:t>
      </w:r>
    </w:p>
    <w:p>
      <w:pPr>
        <w:jc w:val="both"/>
      </w:pPr>
      <w:r>
        <w:t>1054</w:t>
      </w:r>
    </w:p>
    <w:p>
      <w:pPr>
        <w:jc w:val="both"/>
      </w:pPr>
      <w:r>
        <w:t>03C2.5.7.46</w:t>
      </w:r>
    </w:p>
    <w:p>
      <w:pPr>
        <w:jc w:val="both"/>
      </w:pPr>
      <w:r>
        <w:t>Phẫu thuật cắt dây thần kinh V ngoại biên</w:t>
      </w:r>
    </w:p>
    <w:p>
      <w:pPr>
        <w:jc w:val="both"/>
      </w:pPr>
      <w:r>
        <w:t>2.996.000</w:t>
      </w:r>
    </w:p>
    <w:p>
      <w:pPr>
        <w:jc w:val="both"/>
      </w:pPr>
      <w:r>
        <w:t>3.329.000</w:t>
      </w:r>
    </w:p>
    <w:p>
      <w:pPr>
        <w:jc w:val="both"/>
      </w:pPr>
      <w:r>
        <w:t>1066</w:t>
      </w:r>
    </w:p>
    <w:p>
      <w:pPr>
        <w:jc w:val="both"/>
      </w:pPr>
      <w:r>
        <w:t>1055</w:t>
      </w:r>
    </w:p>
    <w:p>
      <w:pPr>
        <w:jc w:val="both"/>
      </w:pPr>
      <w:r>
        <w:t>03C2.5.7.3</w:t>
      </w:r>
    </w:p>
    <w:p>
      <w:pPr>
        <w:jc w:val="both"/>
      </w:pPr>
      <w:r>
        <w:t>Phẫu thuật cắt đoạn xương hàm dưới do bệnh lý và tái tạo bằng nẹp vít (1 bên)</w:t>
      </w:r>
    </w:p>
    <w:p>
      <w:pPr>
        <w:jc w:val="both"/>
      </w:pPr>
      <w:r>
        <w:t>2.637.000</w:t>
      </w:r>
    </w:p>
    <w:p>
      <w:pPr>
        <w:jc w:val="both"/>
      </w:pPr>
      <w:r>
        <w:t>2.909.000</w:t>
      </w:r>
    </w:p>
    <w:p>
      <w:pPr>
        <w:jc w:val="both"/>
      </w:pPr>
      <w:r>
        <w:t>Chưa bao gồm nẹp, vít thay thế.</w:t>
      </w:r>
    </w:p>
    <w:p>
      <w:pPr>
        <w:jc w:val="both"/>
      </w:pPr>
      <w:r>
        <w:t>1067</w:t>
      </w:r>
    </w:p>
    <w:p>
      <w:pPr>
        <w:jc w:val="both"/>
      </w:pPr>
      <w:r>
        <w:t>1056</w:t>
      </w:r>
    </w:p>
    <w:p>
      <w:pPr>
        <w:jc w:val="both"/>
      </w:pPr>
      <w:r>
        <w:t>03C2.5.7.4</w:t>
      </w:r>
    </w:p>
    <w:p>
      <w:pPr>
        <w:jc w:val="both"/>
      </w:pPr>
      <w:r>
        <w:t>Phẫu thuật cắt đoạn xương hàm dưới do bệnh lý và tái tạo bằng xương, sụn tự thân (1 bên) và cố định bằng nẹp vít</w:t>
      </w:r>
    </w:p>
    <w:p>
      <w:pPr>
        <w:jc w:val="both"/>
      </w:pPr>
      <w:r>
        <w:t>4.247.000</w:t>
      </w:r>
    </w:p>
    <w:p>
      <w:pPr>
        <w:jc w:val="both"/>
      </w:pPr>
      <w:r>
        <w:t>4.731.000</w:t>
      </w:r>
    </w:p>
    <w:p>
      <w:pPr>
        <w:jc w:val="both"/>
      </w:pPr>
      <w:r>
        <w:t>Chưa bao gồm nẹp, vít thay thế.</w:t>
      </w:r>
    </w:p>
    <w:p>
      <w:pPr>
        <w:jc w:val="both"/>
      </w:pPr>
      <w:r>
        <w:t>1068</w:t>
      </w:r>
    </w:p>
    <w:p>
      <w:pPr>
        <w:jc w:val="both"/>
      </w:pPr>
      <w:r>
        <w:t>1057</w:t>
      </w:r>
    </w:p>
    <w:p>
      <w:pPr>
        <w:jc w:val="both"/>
      </w:pPr>
      <w:r>
        <w:t>03C2.5.7.6</w:t>
      </w:r>
    </w:p>
    <w:p>
      <w:pPr>
        <w:jc w:val="both"/>
      </w:pPr>
      <w:r>
        <w:t>Phẫu thuật cắt đoạn xương hàm trên do bệnh lý và tái tạo bằng hàm đúc titan, sứ, composite cao cấp</w:t>
      </w:r>
    </w:p>
    <w:p>
      <w:pPr>
        <w:jc w:val="both"/>
      </w:pPr>
      <w:r>
        <w:t>5.347.000</w:t>
      </w:r>
    </w:p>
    <w:p>
      <w:pPr>
        <w:jc w:val="both"/>
      </w:pPr>
      <w:r>
        <w:t>5.997.000</w:t>
      </w:r>
    </w:p>
    <w:p>
      <w:pPr>
        <w:jc w:val="both"/>
      </w:pPr>
      <w:r>
        <w:t>Chưa bao gồm nẹp, vít thay thế.</w:t>
      </w:r>
    </w:p>
    <w:p>
      <w:pPr>
        <w:jc w:val="both"/>
      </w:pPr>
      <w:r>
        <w:t>1069</w:t>
      </w:r>
    </w:p>
    <w:p>
      <w:pPr>
        <w:jc w:val="both"/>
      </w:pPr>
      <w:r>
        <w:t>1058</w:t>
      </w:r>
    </w:p>
    <w:p>
      <w:pPr>
        <w:jc w:val="both"/>
      </w:pPr>
      <w:r>
        <w:t>03C2.5.7.12</w:t>
      </w:r>
    </w:p>
    <w:p>
      <w:pPr>
        <w:jc w:val="both"/>
      </w:pPr>
      <w:r>
        <w:t>Phẫu thuật cắt tuyến mang tai bảo tồn dây thần kinh VII có sử dụng máy dò thần kinh</w:t>
      </w:r>
    </w:p>
    <w:p>
      <w:pPr>
        <w:jc w:val="both"/>
      </w:pPr>
      <w:r>
        <w:t>4.322.000</w:t>
      </w:r>
    </w:p>
    <w:p>
      <w:pPr>
        <w:jc w:val="both"/>
      </w:pPr>
      <w:r>
        <w:t>4.806.000</w:t>
      </w:r>
    </w:p>
    <w:p>
      <w:pPr>
        <w:jc w:val="both"/>
      </w:pPr>
      <w:r>
        <w:t>Chưa bao gồm máy dò thần kinh.</w:t>
      </w:r>
    </w:p>
    <w:p>
      <w:pPr>
        <w:jc w:val="both"/>
      </w:pPr>
      <w:r>
        <w:t>1070</w:t>
      </w:r>
    </w:p>
    <w:p>
      <w:pPr>
        <w:jc w:val="both"/>
      </w:pPr>
      <w:r>
        <w:t>1059</w:t>
      </w:r>
    </w:p>
    <w:p>
      <w:pPr>
        <w:jc w:val="both"/>
      </w:pPr>
      <w:r>
        <w:t>03C2.5.7.16</w:t>
      </w:r>
    </w:p>
    <w:p>
      <w:pPr>
        <w:jc w:val="both"/>
      </w:pPr>
      <w:r>
        <w:t>Phẫu thuật cắt u bạch mạch lớn vùng hàm mặt</w:t>
      </w:r>
    </w:p>
    <w:p>
      <w:pPr>
        <w:jc w:val="both"/>
      </w:pPr>
      <w:r>
        <w:t>3.237.000</w:t>
      </w:r>
    </w:p>
    <w:p>
      <w:pPr>
        <w:jc w:val="both"/>
      </w:pPr>
      <w:r>
        <w:t>3.600.000</w:t>
      </w:r>
    </w:p>
    <w:p>
      <w:pPr>
        <w:jc w:val="both"/>
      </w:pPr>
      <w:r>
        <w:t>1071</w:t>
      </w:r>
    </w:p>
    <w:p>
      <w:pPr>
        <w:jc w:val="both"/>
      </w:pPr>
      <w:r>
        <w:t>1060</w:t>
      </w:r>
    </w:p>
    <w:p>
      <w:pPr>
        <w:jc w:val="both"/>
      </w:pPr>
      <w:r>
        <w:t>03C2.5.7 26</w:t>
      </w:r>
    </w:p>
    <w:p>
      <w:pPr>
        <w:jc w:val="both"/>
      </w:pPr>
      <w:r>
        <w:t>Phẫu thuật; cắt u lành tính tuyến dưới hàm</w:t>
      </w:r>
    </w:p>
    <w:p>
      <w:pPr>
        <w:jc w:val="both"/>
      </w:pPr>
      <w:r>
        <w:t>3.236.000</w:t>
      </w:r>
    </w:p>
    <w:p>
      <w:pPr>
        <w:jc w:val="both"/>
      </w:pPr>
      <w:r>
        <w:t>3.645.000</w:t>
      </w:r>
    </w:p>
    <w:p>
      <w:pPr>
        <w:jc w:val="both"/>
      </w:pPr>
      <w:r>
        <w:t>Chưa bao gồm máy dò thần kinh.</w:t>
      </w:r>
    </w:p>
    <w:p>
      <w:pPr>
        <w:jc w:val="both"/>
      </w:pPr>
      <w:r>
        <w:t>1072</w:t>
      </w:r>
    </w:p>
    <w:p>
      <w:pPr>
        <w:jc w:val="both"/>
      </w:pPr>
      <w:r>
        <w:t>1061</w:t>
      </w:r>
    </w:p>
    <w:p>
      <w:pPr>
        <w:jc w:val="both"/>
      </w:pPr>
      <w:r>
        <w:t>03C2.5.7.15</w:t>
      </w:r>
    </w:p>
    <w:p>
      <w:pPr>
        <w:jc w:val="both"/>
      </w:pPr>
      <w:r>
        <w:t>Phẫu thuật cắt u máu lớn vùng hàm mặt</w:t>
      </w:r>
    </w:p>
    <w:p>
      <w:pPr>
        <w:jc w:val="both"/>
      </w:pPr>
      <w:r>
        <w:t>3.116.000</w:t>
      </w:r>
    </w:p>
    <w:p>
      <w:pPr>
        <w:jc w:val="both"/>
      </w:pPr>
      <w:r>
        <w:t>3.479.000</w:t>
      </w:r>
    </w:p>
    <w:p>
      <w:pPr>
        <w:jc w:val="both"/>
      </w:pPr>
      <w:r>
        <w:t>1073</w:t>
      </w:r>
    </w:p>
    <w:p>
      <w:pPr>
        <w:jc w:val="both"/>
      </w:pPr>
      <w:r>
        <w:t>1062</w:t>
      </w:r>
    </w:p>
    <w:p>
      <w:pPr>
        <w:jc w:val="both"/>
      </w:pPr>
      <w:r>
        <w:t>03C2.5.7.37</w:t>
      </w:r>
    </w:p>
    <w:p>
      <w:pPr>
        <w:jc w:val="both"/>
      </w:pPr>
      <w:r>
        <w:t>Phẫu thuật cắt ung thư xương hàm dưới, nạo vét hạch</w:t>
      </w:r>
    </w:p>
    <w:p>
      <w:pPr>
        <w:jc w:val="both"/>
      </w:pPr>
      <w:r>
        <w:t>3.387.000</w:t>
      </w:r>
    </w:p>
    <w:p>
      <w:pPr>
        <w:jc w:val="both"/>
      </w:pPr>
      <w:r>
        <w:t>3.773.000</w:t>
      </w:r>
    </w:p>
    <w:p>
      <w:pPr>
        <w:jc w:val="both"/>
      </w:pPr>
      <w:r>
        <w:t>1074</w:t>
      </w:r>
    </w:p>
    <w:p>
      <w:pPr>
        <w:jc w:val="both"/>
      </w:pPr>
      <w:r>
        <w:t>1063</w:t>
      </w:r>
    </w:p>
    <w:p>
      <w:pPr>
        <w:jc w:val="both"/>
      </w:pPr>
      <w:r>
        <w:t>03C2.5.7.36</w:t>
      </w:r>
    </w:p>
    <w:p>
      <w:pPr>
        <w:jc w:val="both"/>
      </w:pPr>
      <w:r>
        <w:t>Phẫu thuật cắt ung thư xương hàm trên, nạo vét hạch</w:t>
      </w:r>
    </w:p>
    <w:p>
      <w:pPr>
        <w:jc w:val="both"/>
      </w:pPr>
      <w:r>
        <w:t>3.387.000</w:t>
      </w:r>
    </w:p>
    <w:p>
      <w:pPr>
        <w:jc w:val="both"/>
      </w:pPr>
      <w:r>
        <w:t>3.773.000</w:t>
      </w:r>
    </w:p>
    <w:p>
      <w:pPr>
        <w:jc w:val="both"/>
      </w:pPr>
      <w:r>
        <w:t>1075</w:t>
      </w:r>
    </w:p>
    <w:p>
      <w:pPr>
        <w:jc w:val="both"/>
      </w:pPr>
      <w:r>
        <w:t>1064</w:t>
      </w:r>
    </w:p>
    <w:p>
      <w:pPr>
        <w:jc w:val="both"/>
      </w:pPr>
      <w:r>
        <w:t>03C2.5.7.2</w:t>
      </w:r>
    </w:p>
    <w:p>
      <w:pPr>
        <w:jc w:val="both"/>
      </w:pPr>
      <w:r>
        <w:t>Phẫu thuật cắt xương hàm trên hoặc hàm dưới, điều trị lệch khớp cắn và kết hợp xương bằng nẹp vít</w:t>
      </w:r>
    </w:p>
    <w:p>
      <w:pPr>
        <w:jc w:val="both"/>
      </w:pPr>
      <w:r>
        <w:t>3.637.000</w:t>
      </w:r>
    </w:p>
    <w:p>
      <w:pPr>
        <w:jc w:val="both"/>
      </w:pPr>
      <w:r>
        <w:t>4.090.000</w:t>
      </w:r>
    </w:p>
    <w:p>
      <w:pPr>
        <w:jc w:val="both"/>
      </w:pPr>
      <w:r>
        <w:t>Chưa bao gồm nẹp, vít thay thế.</w:t>
      </w:r>
    </w:p>
    <w:p>
      <w:pPr>
        <w:jc w:val="both"/>
      </w:pPr>
      <w:r>
        <w:t>1076</w:t>
      </w:r>
    </w:p>
    <w:p>
      <w:pPr>
        <w:jc w:val="both"/>
      </w:pPr>
      <w:r>
        <w:t>1065</w:t>
      </w:r>
    </w:p>
    <w:p>
      <w:pPr>
        <w:jc w:val="both"/>
      </w:pPr>
      <w:r>
        <w:t>03C2.5.7.17</w:t>
      </w:r>
    </w:p>
    <w:p>
      <w:pPr>
        <w:jc w:val="both"/>
      </w:pPr>
      <w:r>
        <w:t>Phẫu thuật đa chấn thương vùng hàm mặt</w:t>
      </w:r>
    </w:p>
    <w:p>
      <w:pPr>
        <w:jc w:val="both"/>
      </w:pPr>
      <w:r>
        <w:t>4.356.000</w:t>
      </w:r>
    </w:p>
    <w:p>
      <w:pPr>
        <w:jc w:val="both"/>
      </w:pPr>
      <w:r>
        <w:t>4.825.000</w:t>
      </w:r>
    </w:p>
    <w:p>
      <w:pPr>
        <w:jc w:val="both"/>
      </w:pPr>
      <w:r>
        <w:t>Chưa bao gồm nẹp, vít.</w:t>
      </w:r>
    </w:p>
    <w:p>
      <w:pPr>
        <w:jc w:val="both"/>
      </w:pPr>
      <w:r>
        <w:t>1077</w:t>
      </w:r>
    </w:p>
    <w:p>
      <w:pPr>
        <w:jc w:val="both"/>
      </w:pPr>
      <w:r>
        <w:t>1066</w:t>
      </w:r>
    </w:p>
    <w:p>
      <w:pPr>
        <w:jc w:val="both"/>
      </w:pPr>
      <w:r>
        <w:t>03C2.5.7.24</w:t>
      </w:r>
    </w:p>
    <w:p>
      <w:pPr>
        <w:jc w:val="both"/>
      </w:pPr>
      <w:r>
        <w:t>Phẫu thuật điều trị gãy gò má cung tiếp 2 bên</w:t>
      </w:r>
    </w:p>
    <w:p>
      <w:pPr>
        <w:jc w:val="both"/>
      </w:pPr>
      <w:r>
        <w:t>3.036.000</w:t>
      </w:r>
    </w:p>
    <w:p>
      <w:pPr>
        <w:jc w:val="both"/>
      </w:pPr>
      <w:r>
        <w:t>3.415.000</w:t>
      </w:r>
    </w:p>
    <w:p>
      <w:pPr>
        <w:jc w:val="both"/>
      </w:pPr>
      <w:r>
        <w:t>Chưa bao gồm nẹp, vít.</w:t>
      </w:r>
    </w:p>
    <w:p>
      <w:pPr>
        <w:jc w:val="both"/>
      </w:pPr>
      <w:r>
        <w:t>1078</w:t>
      </w:r>
    </w:p>
    <w:p>
      <w:pPr>
        <w:jc w:val="both"/>
      </w:pPr>
      <w:r>
        <w:t>1067</w:t>
      </w:r>
    </w:p>
    <w:p>
      <w:pPr>
        <w:jc w:val="both"/>
      </w:pPr>
      <w:r>
        <w:t>03C2.5.7.23</w:t>
      </w:r>
    </w:p>
    <w:p>
      <w:pPr>
        <w:jc w:val="both"/>
      </w:pPr>
      <w:r>
        <w:t>Phẫu thuật điều trị gãy lồi cầu</w:t>
      </w:r>
    </w:p>
    <w:p>
      <w:pPr>
        <w:jc w:val="both"/>
      </w:pPr>
      <w:r>
        <w:t>2.836.000</w:t>
      </w:r>
    </w:p>
    <w:p>
      <w:pPr>
        <w:jc w:val="both"/>
      </w:pPr>
      <w:r>
        <w:t>3.184.000</w:t>
      </w:r>
    </w:p>
    <w:p>
      <w:pPr>
        <w:jc w:val="both"/>
      </w:pPr>
      <w:r>
        <w:t>Chưa bao gồm nẹp, vít.</w:t>
      </w:r>
    </w:p>
    <w:p>
      <w:pPr>
        <w:jc w:val="both"/>
      </w:pPr>
      <w:r>
        <w:t>1079</w:t>
      </w:r>
    </w:p>
    <w:p>
      <w:pPr>
        <w:jc w:val="both"/>
      </w:pPr>
      <w:r>
        <w:t>1068</w:t>
      </w:r>
    </w:p>
    <w:p>
      <w:pPr>
        <w:jc w:val="both"/>
      </w:pPr>
      <w:r>
        <w:t>03C2.5.7.22</w:t>
      </w:r>
    </w:p>
    <w:p>
      <w:pPr>
        <w:jc w:val="both"/>
      </w:pPr>
      <w:r>
        <w:t>Phẫu thuật điều trị gãy xương hàm dưới</w:t>
      </w:r>
    </w:p>
    <w:p>
      <w:pPr>
        <w:jc w:val="both"/>
      </w:pPr>
      <w:r>
        <w:t>2.736.000</w:t>
      </w:r>
    </w:p>
    <w:p>
      <w:pPr>
        <w:jc w:val="both"/>
      </w:pPr>
      <w:r>
        <w:t>3.069.000</w:t>
      </w:r>
    </w:p>
    <w:p>
      <w:pPr>
        <w:jc w:val="both"/>
      </w:pPr>
      <w:r>
        <w:t>Chưa bao gồm nẹp, vít.</w:t>
      </w:r>
    </w:p>
    <w:p>
      <w:pPr>
        <w:jc w:val="both"/>
      </w:pPr>
      <w:r>
        <w:t>1080</w:t>
      </w:r>
    </w:p>
    <w:p>
      <w:pPr>
        <w:jc w:val="both"/>
      </w:pPr>
      <w:r>
        <w:t>1069</w:t>
      </w:r>
    </w:p>
    <w:p>
      <w:pPr>
        <w:jc w:val="both"/>
      </w:pPr>
      <w:r>
        <w:t>03C2.5.7.25</w:t>
      </w:r>
    </w:p>
    <w:p>
      <w:pPr>
        <w:jc w:val="both"/>
      </w:pPr>
      <w:r>
        <w:t>Phẫu thuật điều trị gãy xương hàm trên</w:t>
      </w:r>
    </w:p>
    <w:p>
      <w:pPr>
        <w:jc w:val="both"/>
      </w:pPr>
      <w:r>
        <w:t>3.136.000</w:t>
      </w:r>
    </w:p>
    <w:p>
      <w:pPr>
        <w:jc w:val="both"/>
      </w:pPr>
      <w:r>
        <w:t>3.530.000</w:t>
      </w:r>
    </w:p>
    <w:p>
      <w:pPr>
        <w:jc w:val="both"/>
      </w:pPr>
      <w:r>
        <w:t>Chưa bao gồm nẹp, vít.</w:t>
      </w:r>
    </w:p>
    <w:p>
      <w:pPr>
        <w:jc w:val="both"/>
      </w:pPr>
      <w:r>
        <w:t>1081</w:t>
      </w:r>
    </w:p>
    <w:p>
      <w:pPr>
        <w:jc w:val="both"/>
      </w:pPr>
      <w:r>
        <w:t>1070</w:t>
      </w:r>
    </w:p>
    <w:p>
      <w:pPr>
        <w:jc w:val="both"/>
      </w:pPr>
      <w:r>
        <w:t>03C2.5.7.41</w:t>
      </w:r>
    </w:p>
    <w:p>
      <w:pPr>
        <w:jc w:val="both"/>
      </w:pPr>
      <w:r>
        <w:t>Phẫu thuật điều trị viêm nhiễm toả lan, áp xe vùng hàm mặt</w:t>
      </w:r>
    </w:p>
    <w:p>
      <w:pPr>
        <w:jc w:val="both"/>
      </w:pPr>
      <w:r>
        <w:t>2.288.000</w:t>
      </w:r>
    </w:p>
    <w:p>
      <w:pPr>
        <w:jc w:val="both"/>
      </w:pPr>
      <w:r>
        <w:t>2.528.000</w:t>
      </w:r>
    </w:p>
    <w:p>
      <w:pPr>
        <w:jc w:val="both"/>
      </w:pPr>
      <w:r>
        <w:t>1082</w:t>
      </w:r>
    </w:p>
    <w:p>
      <w:pPr>
        <w:jc w:val="both"/>
      </w:pPr>
      <w:r>
        <w:t>1071</w:t>
      </w:r>
    </w:p>
    <w:p>
      <w:pPr>
        <w:jc w:val="both"/>
      </w:pPr>
      <w:r>
        <w:t>03C2.5.7.10</w:t>
      </w:r>
    </w:p>
    <w:p>
      <w:pPr>
        <w:jc w:val="both"/>
      </w:pPr>
      <w:r>
        <w:t>Phẫu thuật dính khớp thái dương hàm 1 bên và tái tạo bằng khớp đúc titan</w:t>
      </w:r>
    </w:p>
    <w:p>
      <w:pPr>
        <w:jc w:val="both"/>
      </w:pPr>
      <w:r>
        <w:t>3.995.000</w:t>
      </w:r>
    </w:p>
    <w:p>
      <w:pPr>
        <w:jc w:val="both"/>
      </w:pPr>
      <w:r>
        <w:t>4.434.000</w:t>
      </w:r>
    </w:p>
    <w:p>
      <w:pPr>
        <w:jc w:val="both"/>
      </w:pPr>
      <w:r>
        <w:t>Chưa bao gồm nẹp có lồi cầu bằng titan và vít thay thế.</w:t>
      </w:r>
    </w:p>
    <w:p>
      <w:pPr>
        <w:jc w:val="both"/>
      </w:pPr>
      <w:r>
        <w:t>1083</w:t>
      </w:r>
    </w:p>
    <w:p>
      <w:pPr>
        <w:jc w:val="both"/>
      </w:pPr>
      <w:r>
        <w:t>1072</w:t>
      </w:r>
    </w:p>
    <w:p>
      <w:pPr>
        <w:jc w:val="both"/>
      </w:pPr>
      <w:r>
        <w:t>03C2.5.7.8</w:t>
      </w:r>
    </w:p>
    <w:p>
      <w:pPr>
        <w:jc w:val="both"/>
      </w:pPr>
      <w:r>
        <w:t>Phẫu thuật dính khớp thái dương hàm 1 bên và tái tạo bằng sụn, xương tự thân</w:t>
      </w:r>
    </w:p>
    <w:p>
      <w:pPr>
        <w:jc w:val="both"/>
      </w:pPr>
      <w:r>
        <w:t>3.995.000</w:t>
      </w:r>
    </w:p>
    <w:p>
      <w:pPr>
        <w:jc w:val="both"/>
      </w:pPr>
      <w:r>
        <w:t>4.434.000</w:t>
      </w:r>
    </w:p>
    <w:p>
      <w:pPr>
        <w:jc w:val="both"/>
      </w:pPr>
      <w:r>
        <w:t>Chưa bao gồm nẹp, vít thay thế.</w:t>
      </w:r>
    </w:p>
    <w:p>
      <w:pPr>
        <w:jc w:val="both"/>
      </w:pPr>
      <w:r>
        <w:t>1084</w:t>
      </w:r>
    </w:p>
    <w:p>
      <w:pPr>
        <w:jc w:val="both"/>
      </w:pPr>
      <w:r>
        <w:t>1073</w:t>
      </w:r>
    </w:p>
    <w:p>
      <w:pPr>
        <w:jc w:val="both"/>
      </w:pPr>
      <w:r>
        <w:t>03C2.5.7.11</w:t>
      </w:r>
    </w:p>
    <w:p>
      <w:pPr>
        <w:jc w:val="both"/>
      </w:pPr>
      <w:r>
        <w:t>Phẫu thuật dính khớp thái dương hàm 2 bên và tái tạo bằng khớp đúc titan</w:t>
      </w:r>
    </w:p>
    <w:p>
      <w:pPr>
        <w:jc w:val="both"/>
      </w:pPr>
      <w:r>
        <w:t>4.222.000</w:t>
      </w:r>
    </w:p>
    <w:p>
      <w:pPr>
        <w:jc w:val="both"/>
      </w:pPr>
      <w:r>
        <w:t>4.691.000</w:t>
      </w:r>
    </w:p>
    <w:p>
      <w:pPr>
        <w:jc w:val="both"/>
      </w:pPr>
      <w:r>
        <w:t>Chưa bao gồm nẹp có lồi cầu bằng titan và vít.</w:t>
      </w:r>
    </w:p>
    <w:p>
      <w:pPr>
        <w:jc w:val="both"/>
      </w:pPr>
      <w:r>
        <w:t>1085</w:t>
      </w:r>
    </w:p>
    <w:p>
      <w:pPr>
        <w:jc w:val="both"/>
      </w:pPr>
      <w:r>
        <w:t>1074</w:t>
      </w:r>
    </w:p>
    <w:p>
      <w:pPr>
        <w:jc w:val="both"/>
      </w:pPr>
      <w:r>
        <w:t>03C2.5.7.9</w:t>
      </w:r>
    </w:p>
    <w:p>
      <w:pPr>
        <w:jc w:val="both"/>
      </w:pPr>
      <w:r>
        <w:t>Phẫu thuật dính khớp thái dương hàm 2 bên và tái tạo bằng sụn, xương tự thân</w:t>
      </w:r>
    </w:p>
    <w:p>
      <w:pPr>
        <w:jc w:val="both"/>
      </w:pPr>
      <w:r>
        <w:t>4.172.000</w:t>
      </w:r>
    </w:p>
    <w:p>
      <w:pPr>
        <w:jc w:val="both"/>
      </w:pPr>
      <w:r>
        <w:t>4.633.000</w:t>
      </w:r>
    </w:p>
    <w:p>
      <w:pPr>
        <w:jc w:val="both"/>
      </w:pPr>
      <w:r>
        <w:t>Chưa bao gồm nẹp, vít thay thế.</w:t>
      </w:r>
    </w:p>
    <w:p>
      <w:pPr>
        <w:jc w:val="both"/>
      </w:pPr>
      <w:r>
        <w:t>1086</w:t>
      </w:r>
    </w:p>
    <w:p>
      <w:pPr>
        <w:jc w:val="both"/>
      </w:pPr>
      <w:r>
        <w:t>1075</w:t>
      </w:r>
    </w:p>
    <w:p>
      <w:pPr>
        <w:jc w:val="both"/>
      </w:pPr>
      <w:r>
        <w:t>03C2.5.7.19</w:t>
      </w:r>
    </w:p>
    <w:p>
      <w:pPr>
        <w:jc w:val="both"/>
      </w:pPr>
      <w:r>
        <w:t>Phẫu thuật ghép xương ổ răng trên bệnh nhân khe hở môi, vòm miệng</w:t>
      </w:r>
    </w:p>
    <w:p>
      <w:pPr>
        <w:jc w:val="both"/>
      </w:pPr>
      <w:r>
        <w:t>3.266.000</w:t>
      </w:r>
    </w:p>
    <w:p>
      <w:pPr>
        <w:jc w:val="both"/>
      </w:pPr>
      <w:r>
        <w:t>3.643.000</w:t>
      </w:r>
    </w:p>
    <w:p>
      <w:pPr>
        <w:jc w:val="both"/>
      </w:pPr>
      <w:r>
        <w:t>Chưa bao gồm xương.</w:t>
      </w:r>
    </w:p>
    <w:p>
      <w:pPr>
        <w:jc w:val="both"/>
      </w:pPr>
      <w:r>
        <w:t>1087</w:t>
      </w:r>
    </w:p>
    <w:p>
      <w:pPr>
        <w:jc w:val="both"/>
      </w:pPr>
      <w:r>
        <w:t>1076</w:t>
      </w:r>
    </w:p>
    <w:p>
      <w:pPr>
        <w:jc w:val="both"/>
      </w:pPr>
      <w:r>
        <w:t>03C2.5.7.42</w:t>
      </w:r>
    </w:p>
    <w:p>
      <w:pPr>
        <w:jc w:val="both"/>
      </w:pPr>
      <w:r>
        <w:t>Phẫu thuật khâu phục hồi vết thương phần mềm vùng hàm mặt, có tổn thương tuyến, mạch, thần kinh.</w:t>
      </w:r>
    </w:p>
    <w:p>
      <w:pPr>
        <w:jc w:val="both"/>
      </w:pPr>
      <w:r>
        <w:t>3.179.000</w:t>
      </w:r>
    </w:p>
    <w:p>
      <w:pPr>
        <w:jc w:val="both"/>
      </w:pPr>
      <w:r>
        <w:t>3.501.000</w:t>
      </w:r>
    </w:p>
    <w:p>
      <w:pPr>
        <w:jc w:val="both"/>
      </w:pPr>
      <w:r>
        <w:t>1088</w:t>
      </w:r>
    </w:p>
    <w:p>
      <w:pPr>
        <w:jc w:val="both"/>
      </w:pPr>
      <w:r>
        <w:t>1077</w:t>
      </w:r>
    </w:p>
    <w:p>
      <w:pPr>
        <w:jc w:val="both"/>
      </w:pPr>
      <w:r>
        <w:t>03C2.5.7.13</w:t>
      </w:r>
    </w:p>
    <w:p>
      <w:pPr>
        <w:jc w:val="both"/>
      </w:pPr>
      <w:r>
        <w:t>Phẫu thuật khuyết hổng lớn vùng hàm mặt bằng vạt da cơ</w:t>
      </w:r>
    </w:p>
    <w:p>
      <w:pPr>
        <w:jc w:val="both"/>
      </w:pPr>
      <w:r>
        <w:t>4.222.000</w:t>
      </w:r>
    </w:p>
    <w:p>
      <w:pPr>
        <w:jc w:val="both"/>
      </w:pPr>
      <w:r>
        <w:t>4.726.000</w:t>
      </w:r>
    </w:p>
    <w:p>
      <w:pPr>
        <w:jc w:val="both"/>
      </w:pPr>
      <w:r>
        <w:t>Chưa bao gồm nẹp, vít.</w:t>
      </w:r>
    </w:p>
    <w:p>
      <w:pPr>
        <w:jc w:val="both"/>
      </w:pPr>
      <w:r>
        <w:t>1089</w:t>
      </w:r>
    </w:p>
    <w:p>
      <w:pPr>
        <w:jc w:val="both"/>
      </w:pPr>
      <w:r>
        <w:t>1078</w:t>
      </w:r>
    </w:p>
    <w:p>
      <w:pPr>
        <w:jc w:val="both"/>
      </w:pPr>
      <w:r>
        <w:t>03C2.5.7.14</w:t>
      </w:r>
    </w:p>
    <w:p>
      <w:pPr>
        <w:jc w:val="both"/>
      </w:pPr>
      <w:r>
        <w:t>Phẫu thuật khuyết hổng lớn vùng hàm mặt bằng vi phẫu thuật</w:t>
      </w:r>
    </w:p>
    <w:p>
      <w:pPr>
        <w:jc w:val="both"/>
      </w:pPr>
      <w:r>
        <w:t>4.293.000</w:t>
      </w:r>
    </w:p>
    <w:p>
      <w:pPr>
        <w:jc w:val="both"/>
      </w:pPr>
      <w:r>
        <w:t>4.820.000</w:t>
      </w:r>
    </w:p>
    <w:p>
      <w:pPr>
        <w:jc w:val="both"/>
      </w:pPr>
      <w:r>
        <w:t>1090</w:t>
      </w:r>
    </w:p>
    <w:p>
      <w:pPr>
        <w:jc w:val="both"/>
      </w:pPr>
      <w:r>
        <w:t>1079</w:t>
      </w:r>
    </w:p>
    <w:p>
      <w:pPr>
        <w:jc w:val="both"/>
      </w:pPr>
      <w:r>
        <w:t>Phẫu thuật lấy dị vật vùng hàm mặt</w:t>
      </w:r>
    </w:p>
    <w:p>
      <w:pPr>
        <w:jc w:val="both"/>
      </w:pPr>
      <w:r>
        <w:t>2.605.000</w:t>
      </w:r>
    </w:p>
    <w:p>
      <w:pPr>
        <w:jc w:val="both"/>
      </w:pPr>
      <w:r>
        <w:t>2.872.000</w:t>
      </w:r>
    </w:p>
    <w:p>
      <w:pPr>
        <w:jc w:val="both"/>
      </w:pPr>
      <w:r>
        <w:t>1091</w:t>
      </w:r>
    </w:p>
    <w:p>
      <w:pPr>
        <w:jc w:val="both"/>
      </w:pPr>
      <w:r>
        <w:t>1080</w:t>
      </w:r>
    </w:p>
    <w:p>
      <w:pPr>
        <w:jc w:val="both"/>
      </w:pPr>
      <w:r>
        <w:t>03C2.5.7.52</w:t>
      </w:r>
    </w:p>
    <w:p>
      <w:pPr>
        <w:jc w:val="both"/>
      </w:pPr>
      <w:r>
        <w:t>Phẫu thuật lấy răng ngầm trong xương</w:t>
      </w:r>
    </w:p>
    <w:p>
      <w:pPr>
        <w:jc w:val="both"/>
      </w:pPr>
      <w:r>
        <w:t>2.458.000</w:t>
      </w:r>
    </w:p>
    <w:p>
      <w:pPr>
        <w:jc w:val="both"/>
      </w:pPr>
      <w:r>
        <w:t>2.736.000</w:t>
      </w:r>
    </w:p>
    <w:p>
      <w:pPr>
        <w:jc w:val="both"/>
      </w:pPr>
      <w:r>
        <w:t>1092</w:t>
      </w:r>
    </w:p>
    <w:p>
      <w:pPr>
        <w:jc w:val="both"/>
      </w:pPr>
      <w:r>
        <w:t>1081</w:t>
      </w:r>
    </w:p>
    <w:p>
      <w:pPr>
        <w:jc w:val="both"/>
      </w:pPr>
      <w:r>
        <w:t>03C2.5.7.45</w:t>
      </w:r>
    </w:p>
    <w:p>
      <w:pPr>
        <w:jc w:val="both"/>
      </w:pPr>
      <w:r>
        <w:t>Phẫu thuật mở xoang lấy răng ngầm</w:t>
      </w:r>
    </w:p>
    <w:p>
      <w:pPr>
        <w:jc w:val="both"/>
      </w:pPr>
      <w:r>
        <w:t>2.887.000</w:t>
      </w:r>
    </w:p>
    <w:p>
      <w:pPr>
        <w:jc w:val="both"/>
      </w:pPr>
      <w:r>
        <w:t>3.227.000</w:t>
      </w:r>
    </w:p>
    <w:p>
      <w:pPr>
        <w:jc w:val="both"/>
      </w:pPr>
      <w:r>
        <w:t>1093</w:t>
      </w:r>
    </w:p>
    <w:p>
      <w:pPr>
        <w:jc w:val="both"/>
      </w:pPr>
      <w:r>
        <w:t>1082</w:t>
      </w:r>
    </w:p>
    <w:p>
      <w:pPr>
        <w:jc w:val="both"/>
      </w:pPr>
      <w:r>
        <w:t>03C2.5.7.18</w:t>
      </w:r>
    </w:p>
    <w:p>
      <w:pPr>
        <w:jc w:val="both"/>
      </w:pPr>
      <w:r>
        <w:t>Phẫu thuật mở xương, điều trị lệch lạc xương hàm, khớp cắn</w:t>
      </w:r>
    </w:p>
    <w:p>
      <w:pPr>
        <w:jc w:val="both"/>
      </w:pPr>
      <w:r>
        <w:t>4.556.000</w:t>
      </w:r>
    </w:p>
    <w:p>
      <w:pPr>
        <w:jc w:val="both"/>
      </w:pPr>
      <w:r>
        <w:t>5.056.000</w:t>
      </w:r>
    </w:p>
    <w:p>
      <w:pPr>
        <w:jc w:val="both"/>
      </w:pPr>
      <w:r>
        <w:t>Chưa bao gồm nẹp, vít.</w:t>
      </w:r>
    </w:p>
    <w:p>
      <w:pPr>
        <w:jc w:val="both"/>
      </w:pPr>
      <w:r>
        <w:t>1094</w:t>
      </w:r>
    </w:p>
    <w:p>
      <w:pPr>
        <w:jc w:val="both"/>
      </w:pPr>
      <w:r>
        <w:t>1083</w:t>
      </w:r>
    </w:p>
    <w:p>
      <w:pPr>
        <w:jc w:val="both"/>
      </w:pPr>
      <w:r>
        <w:t>03C2.5.7.38</w:t>
      </w:r>
    </w:p>
    <w:p>
      <w:pPr>
        <w:jc w:val="both"/>
      </w:pPr>
      <w:r>
        <w:t>Phẫu thuật tạo hình khe hở chéo mặt</w:t>
      </w:r>
    </w:p>
    <w:p>
      <w:pPr>
        <w:jc w:val="both"/>
      </w:pPr>
      <w:r>
        <w:t>3.756.000</w:t>
      </w:r>
    </w:p>
    <w:p>
      <w:pPr>
        <w:jc w:val="both"/>
      </w:pPr>
      <w:r>
        <w:t>4.135.000</w:t>
      </w:r>
    </w:p>
    <w:p>
      <w:pPr>
        <w:jc w:val="both"/>
      </w:pPr>
      <w:r>
        <w:t>1095</w:t>
      </w:r>
    </w:p>
    <w:p>
      <w:pPr>
        <w:jc w:val="both"/>
      </w:pPr>
      <w:r>
        <w:t>1084</w:t>
      </w:r>
    </w:p>
    <w:p>
      <w:pPr>
        <w:jc w:val="both"/>
      </w:pPr>
      <w:r>
        <w:t>03C2.5.7.30</w:t>
      </w:r>
    </w:p>
    <w:p>
      <w:pPr>
        <w:jc w:val="both"/>
      </w:pPr>
      <w:r>
        <w:t>Phẫu thuật tạo hình khe hở vòm miệng</w:t>
      </w:r>
    </w:p>
    <w:p>
      <w:pPr>
        <w:jc w:val="both"/>
      </w:pPr>
      <w:r>
        <w:t>2.637.000</w:t>
      </w:r>
    </w:p>
    <w:p>
      <w:pPr>
        <w:jc w:val="both"/>
      </w:pPr>
      <w:r>
        <w:t>2.909.000</w:t>
      </w:r>
    </w:p>
    <w:p>
      <w:pPr>
        <w:jc w:val="both"/>
      </w:pPr>
      <w:r>
        <w:t>1096</w:t>
      </w:r>
    </w:p>
    <w:p>
      <w:pPr>
        <w:jc w:val="both"/>
      </w:pPr>
      <w:r>
        <w:t>1085</w:t>
      </w:r>
    </w:p>
    <w:p>
      <w:pPr>
        <w:jc w:val="both"/>
      </w:pPr>
      <w:r>
        <w:t>03C2.5.7.31</w:t>
      </w:r>
    </w:p>
    <w:p>
      <w:pPr>
        <w:jc w:val="both"/>
      </w:pPr>
      <w:r>
        <w:t>Phẫu thuật tạo hình khe hở vòm miệng tạo vạt thành hầu</w:t>
      </w:r>
    </w:p>
    <w:p>
      <w:pPr>
        <w:jc w:val="both"/>
      </w:pPr>
      <w:r>
        <w:t>2.637.000</w:t>
      </w:r>
    </w:p>
    <w:p>
      <w:pPr>
        <w:jc w:val="both"/>
      </w:pPr>
      <w:r>
        <w:t>2.909.000</w:t>
      </w:r>
    </w:p>
    <w:p>
      <w:pPr>
        <w:jc w:val="both"/>
      </w:pPr>
      <w:r>
        <w:t>1097</w:t>
      </w:r>
    </w:p>
    <w:p>
      <w:pPr>
        <w:jc w:val="both"/>
      </w:pPr>
      <w:r>
        <w:t>1086</w:t>
      </w:r>
    </w:p>
    <w:p>
      <w:pPr>
        <w:jc w:val="both"/>
      </w:pPr>
      <w:r>
        <w:t>03C2.5.7.29</w:t>
      </w:r>
    </w:p>
    <w:p>
      <w:pPr>
        <w:jc w:val="both"/>
      </w:pPr>
      <w:r>
        <w:t>Phẫu thuật tạo hình môi hai bên</w:t>
      </w:r>
    </w:p>
    <w:p>
      <w:pPr>
        <w:jc w:val="both"/>
      </w:pPr>
      <w:r>
        <w:t>2.737.000</w:t>
      </w:r>
    </w:p>
    <w:p>
      <w:pPr>
        <w:jc w:val="both"/>
      </w:pPr>
      <w:r>
        <w:t>3.024.000</w:t>
      </w:r>
    </w:p>
    <w:p>
      <w:pPr>
        <w:jc w:val="both"/>
      </w:pPr>
      <w:r>
        <w:t>1098</w:t>
      </w:r>
    </w:p>
    <w:p>
      <w:pPr>
        <w:jc w:val="both"/>
      </w:pPr>
      <w:r>
        <w:t>1087</w:t>
      </w:r>
    </w:p>
    <w:p>
      <w:pPr>
        <w:jc w:val="both"/>
      </w:pPr>
      <w:r>
        <w:t>03C225.7.28</w:t>
      </w:r>
    </w:p>
    <w:p>
      <w:pPr>
        <w:jc w:val="both"/>
      </w:pPr>
      <w:r>
        <w:t>Phẫu thuật tạo hình môi một bên</w:t>
      </w:r>
    </w:p>
    <w:p>
      <w:pPr>
        <w:jc w:val="both"/>
      </w:pPr>
      <w:r>
        <w:t>2.637.000</w:t>
      </w:r>
    </w:p>
    <w:p>
      <w:pPr>
        <w:jc w:val="both"/>
      </w:pPr>
      <w:r>
        <w:t>2.909.000</w:t>
      </w:r>
    </w:p>
    <w:p>
      <w:pPr>
        <w:jc w:val="both"/>
      </w:pPr>
      <w:r>
        <w:t>1099</w:t>
      </w:r>
    </w:p>
    <w:p>
      <w:pPr>
        <w:jc w:val="both"/>
      </w:pPr>
      <w:r>
        <w:t>1088</w:t>
      </w:r>
    </w:p>
    <w:p>
      <w:pPr>
        <w:jc w:val="both"/>
      </w:pPr>
      <w:r>
        <w:t>03C2.5.7.47</w:t>
      </w:r>
    </w:p>
    <w:p>
      <w:pPr>
        <w:jc w:val="both"/>
      </w:pPr>
      <w:r>
        <w:t>Phẫu thuật tạo hình phanh môi hoặc phanh má hoặc phanh lưỡi bám thấp (gây mê nội khí quản)</w:t>
      </w:r>
    </w:p>
    <w:p>
      <w:pPr>
        <w:jc w:val="both"/>
      </w:pPr>
      <w:r>
        <w:t>1.838.000</w:t>
      </w:r>
    </w:p>
    <w:p>
      <w:pPr>
        <w:jc w:val="both"/>
      </w:pPr>
      <w:r>
        <w:t>2.069.000</w:t>
      </w:r>
    </w:p>
    <w:p>
      <w:pPr>
        <w:jc w:val="both"/>
      </w:pPr>
      <w:r>
        <w:t>1100</w:t>
      </w:r>
    </w:p>
    <w:p>
      <w:pPr>
        <w:jc w:val="both"/>
      </w:pPr>
      <w:r>
        <w:t>1089</w:t>
      </w:r>
    </w:p>
    <w:p>
      <w:pPr>
        <w:jc w:val="both"/>
      </w:pPr>
      <w:r>
        <w:t>Phẫu thuật tháo nẹp vít sau kết hợp xương hai bên</w:t>
      </w:r>
    </w:p>
    <w:p>
      <w:pPr>
        <w:jc w:val="both"/>
      </w:pPr>
      <w:r>
        <w:t>3.002.000</w:t>
      </w:r>
    </w:p>
    <w:p>
      <w:pPr>
        <w:jc w:val="both"/>
      </w:pPr>
      <w:r>
        <w:t>3.298.000</w:t>
      </w:r>
    </w:p>
    <w:p>
      <w:pPr>
        <w:jc w:val="both"/>
      </w:pPr>
      <w:r>
        <w:t>1101</w:t>
      </w:r>
    </w:p>
    <w:p>
      <w:pPr>
        <w:jc w:val="both"/>
      </w:pPr>
      <w:r>
        <w:t>1090</w:t>
      </w:r>
    </w:p>
    <w:p>
      <w:pPr>
        <w:jc w:val="both"/>
      </w:pPr>
      <w:r>
        <w:t>Phẫu thuật tháo nẹp vít sau kết hợp xương lồi cầu</w:t>
      </w:r>
    </w:p>
    <w:p>
      <w:pPr>
        <w:jc w:val="both"/>
      </w:pPr>
      <w:r>
        <w:t>2.939.000</w:t>
      </w:r>
    </w:p>
    <w:p>
      <w:pPr>
        <w:jc w:val="both"/>
      </w:pPr>
      <w:r>
        <w:t>3.225.000</w:t>
      </w:r>
    </w:p>
    <w:p>
      <w:pPr>
        <w:jc w:val="both"/>
      </w:pPr>
      <w:r>
        <w:t>1102</w:t>
      </w:r>
    </w:p>
    <w:p>
      <w:pPr>
        <w:jc w:val="both"/>
      </w:pPr>
      <w:r>
        <w:t>1091</w:t>
      </w:r>
    </w:p>
    <w:p>
      <w:pPr>
        <w:jc w:val="both"/>
      </w:pPr>
      <w:r>
        <w:t>Phẫu thuật tháo nẹp vít sau kết hợp xương một bên</w:t>
      </w:r>
    </w:p>
    <w:p>
      <w:pPr>
        <w:jc w:val="both"/>
      </w:pPr>
      <w:r>
        <w:t>2.830.000</w:t>
      </w:r>
    </w:p>
    <w:p>
      <w:pPr>
        <w:jc w:val="both"/>
      </w:pPr>
      <w:r>
        <w:t>3.131.000</w:t>
      </w:r>
    </w:p>
    <w:p>
      <w:pPr>
        <w:jc w:val="both"/>
      </w:pPr>
      <w:r>
        <w:t>1103</w:t>
      </w:r>
    </w:p>
    <w:p>
      <w:pPr>
        <w:jc w:val="both"/>
      </w:pPr>
      <w:r>
        <w:t>1092</w:t>
      </w:r>
    </w:p>
    <w:p>
      <w:pPr>
        <w:jc w:val="both"/>
      </w:pPr>
      <w:r>
        <w:t>03C2.5.7.1</w:t>
      </w:r>
    </w:p>
    <w:p>
      <w:pPr>
        <w:jc w:val="both"/>
      </w:pPr>
      <w:r>
        <w:t>Sử dụng nẹp cố lồi cầu trong phục hồi sau cắt đoạn xương hàm dưới</w:t>
      </w:r>
    </w:p>
    <w:p>
      <w:pPr>
        <w:jc w:val="both"/>
      </w:pPr>
      <w:r>
        <w:t>3.237.000</w:t>
      </w:r>
    </w:p>
    <w:p>
      <w:pPr>
        <w:jc w:val="both"/>
      </w:pPr>
      <w:r>
        <w:t>3.630.000</w:t>
      </w:r>
    </w:p>
    <w:p>
      <w:pPr>
        <w:jc w:val="both"/>
      </w:pPr>
      <w:r>
        <w:t>Chưa bao gồm nẹp có lồi cầu và vít thay thế.</w:t>
      </w:r>
    </w:p>
    <w:p>
      <w:pPr>
        <w:jc w:val="both"/>
      </w:pPr>
      <w:r>
        <w:t>1104</w:t>
      </w:r>
    </w:p>
    <w:p>
      <w:pPr>
        <w:jc w:val="both"/>
      </w:pPr>
      <w:r>
        <w:t>1093</w:t>
      </w:r>
    </w:p>
    <w:p>
      <w:pPr>
        <w:jc w:val="both"/>
      </w:pPr>
      <w:r>
        <w:t>03C2.5.7.49</w:t>
      </w:r>
    </w:p>
    <w:p>
      <w:pPr>
        <w:jc w:val="both"/>
      </w:pPr>
      <w:r>
        <w:t>Tiêm xơ điều trị u máu phần mềm và xương vùng hàm mặt</w:t>
      </w:r>
    </w:p>
    <w:p>
      <w:pPr>
        <w:jc w:val="both"/>
      </w:pPr>
      <w:r>
        <w:t>853.000</w:t>
      </w:r>
    </w:p>
    <w:p>
      <w:pPr>
        <w:jc w:val="both"/>
      </w:pPr>
      <w:r>
        <w:t>974.000</w:t>
      </w:r>
    </w:p>
    <w:p>
      <w:pPr>
        <w:jc w:val="both"/>
      </w:pPr>
      <w:r>
        <w:t>Các phẫu thuật, thủ thuật còn lại khác</w:t>
      </w:r>
    </w:p>
    <w:p>
      <w:pPr>
        <w:jc w:val="both"/>
      </w:pPr>
      <w:r>
        <w:t>1105</w:t>
      </w:r>
    </w:p>
    <w:p>
      <w:pPr>
        <w:jc w:val="both"/>
      </w:pPr>
      <w:r>
        <w:t>1094</w:t>
      </w:r>
    </w:p>
    <w:p>
      <w:pPr>
        <w:jc w:val="both"/>
      </w:pPr>
      <w:r>
        <w:t>Phẫu thuật loại đặc biệt</w:t>
      </w:r>
    </w:p>
    <w:p>
      <w:pPr>
        <w:jc w:val="both"/>
      </w:pPr>
      <w:r>
        <w:t>3.721.000</w:t>
      </w:r>
    </w:p>
    <w:p>
      <w:pPr>
        <w:jc w:val="both"/>
      </w:pPr>
      <w:r>
        <w:t>4.096.000</w:t>
      </w:r>
    </w:p>
    <w:p>
      <w:pPr>
        <w:jc w:val="both"/>
      </w:pPr>
      <w:r>
        <w:t>1106</w:t>
      </w:r>
    </w:p>
    <w:p>
      <w:pPr>
        <w:jc w:val="both"/>
      </w:pPr>
      <w:r>
        <w:t>1095</w:t>
      </w:r>
    </w:p>
    <w:p>
      <w:pPr>
        <w:jc w:val="both"/>
      </w:pPr>
      <w:r>
        <w:t>Phẫu thuật loại I</w:t>
      </w:r>
    </w:p>
    <w:p>
      <w:pPr>
        <w:jc w:val="both"/>
      </w:pPr>
      <w:r>
        <w:t>2.385.000</w:t>
      </w:r>
    </w:p>
    <w:p>
      <w:pPr>
        <w:jc w:val="both"/>
      </w:pPr>
      <w:r>
        <w:t>2.620.000</w:t>
      </w:r>
    </w:p>
    <w:p>
      <w:pPr>
        <w:jc w:val="both"/>
      </w:pPr>
      <w:r>
        <w:t>1107</w:t>
      </w:r>
    </w:p>
    <w:p>
      <w:pPr>
        <w:jc w:val="both"/>
      </w:pPr>
      <w:r>
        <w:t>1096</w:t>
      </w:r>
    </w:p>
    <w:p>
      <w:pPr>
        <w:jc w:val="both"/>
      </w:pPr>
      <w:r>
        <w:t>Phẫu thuật loại II</w:t>
      </w:r>
    </w:p>
    <w:p>
      <w:pPr>
        <w:jc w:val="both"/>
      </w:pPr>
      <w:r>
        <w:t>1.468.000</w:t>
      </w:r>
    </w:p>
    <w:p>
      <w:pPr>
        <w:jc w:val="both"/>
      </w:pPr>
      <w:r>
        <w:t>1.620.000</w:t>
      </w:r>
    </w:p>
    <w:p>
      <w:pPr>
        <w:jc w:val="both"/>
      </w:pPr>
      <w:r>
        <w:t>1108</w:t>
      </w:r>
    </w:p>
    <w:p>
      <w:pPr>
        <w:jc w:val="both"/>
      </w:pPr>
      <w:r>
        <w:t>1097</w:t>
      </w:r>
    </w:p>
    <w:p>
      <w:pPr>
        <w:jc w:val="both"/>
      </w:pPr>
      <w:r>
        <w:t>Phẫu thuật loại III</w:t>
      </w:r>
    </w:p>
    <w:p>
      <w:pPr>
        <w:jc w:val="both"/>
      </w:pPr>
      <w:r>
        <w:t>942.000</w:t>
      </w:r>
    </w:p>
    <w:p>
      <w:pPr>
        <w:jc w:val="both"/>
      </w:pPr>
      <w:r>
        <w:t>1.053.000</w:t>
      </w:r>
    </w:p>
    <w:p>
      <w:pPr>
        <w:jc w:val="both"/>
      </w:pPr>
      <w:r>
        <w:t>1109</w:t>
      </w:r>
    </w:p>
    <w:p>
      <w:pPr>
        <w:jc w:val="both"/>
      </w:pPr>
      <w:r>
        <w:t>1098</w:t>
      </w:r>
    </w:p>
    <w:p>
      <w:pPr>
        <w:jc w:val="both"/>
      </w:pPr>
      <w:r>
        <w:t>Thủ thuật loại đặc biệt</w:t>
      </w:r>
    </w:p>
    <w:p>
      <w:pPr>
        <w:jc w:val="both"/>
      </w:pPr>
      <w:r>
        <w:t>809.000</w:t>
      </w:r>
    </w:p>
    <w:p>
      <w:pPr>
        <w:jc w:val="both"/>
      </w:pPr>
      <w:r>
        <w:t>907.000</w:t>
      </w:r>
    </w:p>
    <w:p>
      <w:pPr>
        <w:jc w:val="both"/>
      </w:pPr>
      <w:r>
        <w:t>1110</w:t>
      </w:r>
    </w:p>
    <w:p>
      <w:pPr>
        <w:jc w:val="both"/>
      </w:pPr>
      <w:r>
        <w:t>1099</w:t>
      </w:r>
    </w:p>
    <w:p>
      <w:pPr>
        <w:jc w:val="both"/>
      </w:pPr>
      <w:r>
        <w:t>Thủ thuật loại I</w:t>
      </w:r>
    </w:p>
    <w:p>
      <w:pPr>
        <w:jc w:val="both"/>
      </w:pPr>
      <w:r>
        <w:t>493.000</w:t>
      </w:r>
    </w:p>
    <w:p>
      <w:pPr>
        <w:jc w:val="both"/>
      </w:pPr>
      <w:r>
        <w:t>556.000</w:t>
      </w:r>
    </w:p>
    <w:p>
      <w:pPr>
        <w:jc w:val="both"/>
      </w:pPr>
      <w:r>
        <w:t>1111</w:t>
      </w:r>
    </w:p>
    <w:p>
      <w:pPr>
        <w:jc w:val="both"/>
      </w:pPr>
      <w:r>
        <w:t>1100</w:t>
      </w:r>
    </w:p>
    <w:p>
      <w:pPr>
        <w:jc w:val="both"/>
      </w:pPr>
      <w:r>
        <w:t>Thủ thuật loại II</w:t>
      </w:r>
    </w:p>
    <w:p>
      <w:pPr>
        <w:jc w:val="both"/>
      </w:pPr>
      <w:r>
        <w:t>283.000</w:t>
      </w:r>
    </w:p>
    <w:p>
      <w:pPr>
        <w:jc w:val="both"/>
      </w:pPr>
      <w:r>
        <w:t>318.000</w:t>
      </w:r>
    </w:p>
    <w:p>
      <w:pPr>
        <w:jc w:val="both"/>
      </w:pPr>
      <w:r>
        <w:t>1112</w:t>
      </w:r>
    </w:p>
    <w:p>
      <w:pPr>
        <w:jc w:val="both"/>
      </w:pPr>
      <w:r>
        <w:t>1101</w:t>
      </w:r>
    </w:p>
    <w:p>
      <w:pPr>
        <w:jc w:val="both"/>
      </w:pPr>
      <w:r>
        <w:t>Thủ thuật loại III</w:t>
      </w:r>
    </w:p>
    <w:p>
      <w:pPr>
        <w:jc w:val="both"/>
      </w:pPr>
      <w:r>
        <w:t>145.000</w:t>
      </w:r>
    </w:p>
    <w:p>
      <w:pPr>
        <w:jc w:val="both"/>
      </w:pPr>
      <w:r>
        <w:t>162.000</w:t>
      </w:r>
    </w:p>
    <w:p>
      <w:pPr>
        <w:jc w:val="both"/>
      </w:pPr>
      <w:r>
        <w:t>X</w:t>
      </w:r>
    </w:p>
    <w:p>
      <w:pPr>
        <w:jc w:val="both"/>
      </w:pPr>
      <w:r>
        <w:t>X</w:t>
      </w:r>
    </w:p>
    <w:p>
      <w:pPr>
        <w:jc w:val="both"/>
      </w:pPr>
      <w:r>
        <w:t>BỎNG</w:t>
      </w:r>
    </w:p>
    <w:p>
      <w:pPr>
        <w:jc w:val="both"/>
      </w:pPr>
      <w:r>
        <w:t>1113</w:t>
      </w:r>
    </w:p>
    <w:p>
      <w:pPr>
        <w:jc w:val="both"/>
      </w:pPr>
      <w:r>
        <w:t>1102</w:t>
      </w:r>
    </w:p>
    <w:p>
      <w:pPr>
        <w:jc w:val="both"/>
      </w:pPr>
      <w:r>
        <w:t>Cắt bỏ hoại tử tiếp tuyến bỏng sâu dưới 5% diện tích cơ thể ở người lớn, dưới 3% diện tích cơ thể ở trẻ em</w:t>
      </w:r>
    </w:p>
    <w:p>
      <w:pPr>
        <w:jc w:val="both"/>
      </w:pPr>
      <w:r>
        <w:t>2.378.000</w:t>
      </w:r>
    </w:p>
    <w:p>
      <w:pPr>
        <w:jc w:val="both"/>
      </w:pPr>
      <w:r>
        <w:t>2.642.000</w:t>
      </w:r>
    </w:p>
    <w:p>
      <w:pPr>
        <w:jc w:val="both"/>
      </w:pPr>
      <w:r>
        <w:t>1114</w:t>
      </w:r>
    </w:p>
    <w:p>
      <w:pPr>
        <w:jc w:val="both"/>
      </w:pPr>
      <w:r>
        <w:t>1103</w:t>
      </w:r>
    </w:p>
    <w:p>
      <w:pPr>
        <w:jc w:val="both"/>
      </w:pPr>
      <w:r>
        <w:t>Cắt bỏ hoại tử tiếp tuyến bỏng sâu trên 10% diện tích cơ thể ở người lớn</w:t>
      </w:r>
    </w:p>
    <w:p>
      <w:pPr>
        <w:jc w:val="both"/>
      </w:pPr>
      <w:r>
        <w:t>3.976.000</w:t>
      </w:r>
    </w:p>
    <w:p>
      <w:pPr>
        <w:jc w:val="both"/>
      </w:pPr>
      <w:r>
        <w:t>4.439.000</w:t>
      </w:r>
    </w:p>
    <w:p>
      <w:pPr>
        <w:jc w:val="both"/>
      </w:pPr>
      <w:r>
        <w:t>1115</w:t>
      </w:r>
    </w:p>
    <w:p>
      <w:pPr>
        <w:jc w:val="both"/>
      </w:pPr>
      <w:r>
        <w:t>1104</w:t>
      </w:r>
    </w:p>
    <w:p>
      <w:pPr>
        <w:jc w:val="both"/>
      </w:pPr>
      <w:r>
        <w:t>Cắt bỏ hoại tử tiếp tuyến bỏng sâu từ 3% - 5% diện tích cơ thể ở trẻ em</w:t>
      </w:r>
    </w:p>
    <w:p>
      <w:pPr>
        <w:jc w:val="both"/>
      </w:pPr>
      <w:r>
        <w:t>3.044.000</w:t>
      </w:r>
    </w:p>
    <w:p>
      <w:pPr>
        <w:jc w:val="both"/>
      </w:pPr>
      <w:r>
        <w:t>3.366.000</w:t>
      </w:r>
    </w:p>
    <w:p>
      <w:pPr>
        <w:jc w:val="both"/>
      </w:pPr>
      <w:r>
        <w:t>1116</w:t>
      </w:r>
    </w:p>
    <w:p>
      <w:pPr>
        <w:jc w:val="both"/>
      </w:pPr>
      <w:r>
        <w:t>1105</w:t>
      </w:r>
    </w:p>
    <w:p>
      <w:pPr>
        <w:jc w:val="both"/>
      </w:pPr>
      <w:r>
        <w:t>Cắt bỏ hoại tử tiếp tuyến bỏng sâu từ 5% - 10% diện tích cơ thể ở người lớn, trên 5% diện tích cơ thể ở trẻ em</w:t>
      </w:r>
    </w:p>
    <w:p>
      <w:pPr>
        <w:jc w:val="both"/>
      </w:pPr>
      <w:r>
        <w:t>3.426.000</w:t>
      </w:r>
    </w:p>
    <w:p>
      <w:pPr>
        <w:jc w:val="both"/>
      </w:pPr>
      <w:r>
        <w:t>3.805.000</w:t>
      </w:r>
    </w:p>
    <w:p>
      <w:pPr>
        <w:jc w:val="both"/>
      </w:pPr>
      <w:r>
        <w:t>1117</w:t>
      </w:r>
    </w:p>
    <w:p>
      <w:pPr>
        <w:jc w:val="both"/>
      </w:pPr>
      <w:r>
        <w:t>1106</w:t>
      </w:r>
    </w:p>
    <w:p>
      <w:pPr>
        <w:jc w:val="both"/>
      </w:pPr>
      <w:r>
        <w:t>Cắt bỏ hoại tử toàn lớp bỏng sâu dưới 3% diện tích cơ thể ở người lớn, dưới 1% diện tích cơ thể ở trẻ em</w:t>
      </w:r>
    </w:p>
    <w:p>
      <w:pPr>
        <w:jc w:val="both"/>
      </w:pPr>
      <w:r>
        <w:t>2.407.000</w:t>
      </w:r>
    </w:p>
    <w:p>
      <w:pPr>
        <w:jc w:val="both"/>
      </w:pPr>
      <w:r>
        <w:t>2.676.000</w:t>
      </w:r>
    </w:p>
    <w:p>
      <w:pPr>
        <w:jc w:val="both"/>
      </w:pPr>
      <w:r>
        <w:t>1118</w:t>
      </w:r>
    </w:p>
    <w:p>
      <w:pPr>
        <w:jc w:val="both"/>
      </w:pPr>
      <w:r>
        <w:t>1107</w:t>
      </w:r>
    </w:p>
    <w:p>
      <w:pPr>
        <w:jc w:val="both"/>
      </w:pPr>
      <w:r>
        <w:t>Cắt bỏ hoại tử toàn lớp bỏng sâu trên 5% diện tích cơ thể ở người lớn</w:t>
      </w:r>
    </w:p>
    <w:p>
      <w:pPr>
        <w:jc w:val="both"/>
      </w:pPr>
      <w:r>
        <w:t>3.913.000</w:t>
      </w:r>
    </w:p>
    <w:p>
      <w:pPr>
        <w:jc w:val="both"/>
      </w:pPr>
      <w:r>
        <w:t>4.366.000</w:t>
      </w:r>
    </w:p>
    <w:p>
      <w:pPr>
        <w:jc w:val="both"/>
      </w:pPr>
      <w:r>
        <w:t>1119</w:t>
      </w:r>
    </w:p>
    <w:p>
      <w:pPr>
        <w:jc w:val="both"/>
      </w:pPr>
      <w:r>
        <w:t>1108</w:t>
      </w:r>
    </w:p>
    <w:p>
      <w:pPr>
        <w:jc w:val="both"/>
      </w:pPr>
      <w:r>
        <w:t>Cắt bỏ hoại tử toàn lớp bỏng sâu từ 1% - 3% diện tích cơ thể ở trẻ em</w:t>
      </w:r>
    </w:p>
    <w:p>
      <w:pPr>
        <w:jc w:val="both"/>
      </w:pPr>
      <w:r>
        <w:t>3.039.000</w:t>
      </w:r>
    </w:p>
    <w:p>
      <w:pPr>
        <w:jc w:val="both"/>
      </w:pPr>
      <w:r>
        <w:t>3.394.000</w:t>
      </w:r>
    </w:p>
    <w:p>
      <w:pPr>
        <w:jc w:val="both"/>
      </w:pPr>
      <w:r>
        <w:t>1120</w:t>
      </w:r>
    </w:p>
    <w:p>
      <w:pPr>
        <w:jc w:val="both"/>
      </w:pPr>
      <w:r>
        <w:t>1109</w:t>
      </w:r>
    </w:p>
    <w:p>
      <w:pPr>
        <w:jc w:val="both"/>
      </w:pPr>
      <w:r>
        <w:t>Cắt bỏ hoại tử toàn lớp bỏng sâu từ 3% - 5% diện tích cơ thể ở người lớn, trên 3% diện tích cơ thể ở trẻ em</w:t>
      </w:r>
    </w:p>
    <w:p>
      <w:pPr>
        <w:jc w:val="both"/>
      </w:pPr>
      <w:r>
        <w:t>3.443.000</w:t>
      </w:r>
    </w:p>
    <w:p>
      <w:pPr>
        <w:jc w:val="both"/>
      </w:pPr>
      <w:r>
        <w:t>3.825.000</w:t>
      </w:r>
    </w:p>
    <w:p>
      <w:pPr>
        <w:jc w:val="both"/>
      </w:pPr>
      <w:r>
        <w:t>1121</w:t>
      </w:r>
    </w:p>
    <w:p>
      <w:pPr>
        <w:jc w:val="both"/>
      </w:pPr>
      <w:r>
        <w:t>1110</w:t>
      </w:r>
    </w:p>
    <w:p>
      <w:pPr>
        <w:jc w:val="both"/>
      </w:pPr>
      <w:r>
        <w:t>Cắt hoại tử toàn lớp - khâu kín ≥ 3% diện tích cơ thể ở người lớn, ≥ 1% diện tích cơ thể ở trẻ em</w:t>
      </w:r>
    </w:p>
    <w:p>
      <w:pPr>
        <w:jc w:val="both"/>
      </w:pPr>
      <w:r>
        <w:t>4.168.000</w:t>
      </w:r>
    </w:p>
    <w:p>
      <w:pPr>
        <w:jc w:val="both"/>
      </w:pPr>
      <w:r>
        <w:t>4.660.000</w:t>
      </w:r>
    </w:p>
    <w:p>
      <w:pPr>
        <w:jc w:val="both"/>
      </w:pPr>
      <w:r>
        <w:t>1122</w:t>
      </w:r>
    </w:p>
    <w:p>
      <w:pPr>
        <w:jc w:val="both"/>
      </w:pPr>
      <w:r>
        <w:t>1111</w:t>
      </w:r>
    </w:p>
    <w:p>
      <w:pPr>
        <w:jc w:val="both"/>
      </w:pPr>
      <w:r>
        <w:t>Cắt hoại tử toàn lớp - khâu kín dưới 3% diện tích cơ thể ở người lớn, dưới 1% diện tích cơ thể ở trẻ em</w:t>
      </w:r>
    </w:p>
    <w:p>
      <w:pPr>
        <w:jc w:val="both"/>
      </w:pPr>
      <w:r>
        <w:t>3.382.000</w:t>
      </w:r>
    </w:p>
    <w:p>
      <w:pPr>
        <w:jc w:val="both"/>
      </w:pPr>
      <w:r>
        <w:t>3.799.000</w:t>
      </w:r>
    </w:p>
    <w:p>
      <w:pPr>
        <w:jc w:val="both"/>
      </w:pPr>
      <w:r>
        <w:t>1123</w:t>
      </w:r>
    </w:p>
    <w:p>
      <w:pPr>
        <w:jc w:val="both"/>
      </w:pPr>
      <w:r>
        <w:t>1112</w:t>
      </w:r>
    </w:p>
    <w:p>
      <w:pPr>
        <w:jc w:val="both"/>
      </w:pPr>
      <w:r>
        <w:t>Cắt lọc mô hoại tử vết thương mạn tính bằng dao thủy lực (chưa tính vật tư dao)</w:t>
      </w:r>
    </w:p>
    <w:p>
      <w:pPr>
        <w:jc w:val="both"/>
      </w:pPr>
      <w:r>
        <w:t>3.908.000</w:t>
      </w:r>
    </w:p>
    <w:p>
      <w:pPr>
        <w:jc w:val="both"/>
      </w:pPr>
      <w:r>
        <w:t>4.360.000</w:t>
      </w:r>
    </w:p>
    <w:p>
      <w:pPr>
        <w:jc w:val="both"/>
      </w:pPr>
      <w:r>
        <w:t>1124</w:t>
      </w:r>
    </w:p>
    <w:p>
      <w:pPr>
        <w:jc w:val="both"/>
      </w:pPr>
      <w:r>
        <w:t>1113</w:t>
      </w:r>
    </w:p>
    <w:p>
      <w:pPr>
        <w:jc w:val="both"/>
      </w:pPr>
      <w:r>
        <w:t>Cắt sẹo ghép da mảnh trung bình</w:t>
      </w:r>
    </w:p>
    <w:p>
      <w:pPr>
        <w:jc w:val="both"/>
      </w:pPr>
      <w:r>
        <w:t>3.753.000</w:t>
      </w:r>
    </w:p>
    <w:p>
      <w:pPr>
        <w:jc w:val="both"/>
      </w:pPr>
      <w:r>
        <w:t>4.194.000</w:t>
      </w:r>
    </w:p>
    <w:p>
      <w:pPr>
        <w:jc w:val="both"/>
      </w:pPr>
      <w:r>
        <w:t>1125</w:t>
      </w:r>
    </w:p>
    <w:p>
      <w:pPr>
        <w:jc w:val="both"/>
      </w:pPr>
      <w:r>
        <w:t>1114</w:t>
      </w:r>
    </w:p>
    <w:p>
      <w:pPr>
        <w:jc w:val="both"/>
      </w:pPr>
      <w:r>
        <w:t>Cắt sẹo khâu kín</w:t>
      </w:r>
    </w:p>
    <w:p>
      <w:pPr>
        <w:jc w:val="both"/>
      </w:pPr>
      <w:r>
        <w:t>3.432.000</w:t>
      </w:r>
    </w:p>
    <w:p>
      <w:pPr>
        <w:jc w:val="both"/>
      </w:pPr>
      <w:r>
        <w:t>3.825.000</w:t>
      </w:r>
    </w:p>
    <w:p>
      <w:pPr>
        <w:jc w:val="both"/>
      </w:pPr>
      <w:r>
        <w:t>1126</w:t>
      </w:r>
    </w:p>
    <w:p>
      <w:pPr>
        <w:jc w:val="both"/>
      </w:pPr>
      <w:r>
        <w:t>1115</w:t>
      </w:r>
    </w:p>
    <w:p>
      <w:pPr>
        <w:jc w:val="both"/>
      </w:pPr>
      <w:r>
        <w:t>03C2.6.11</w:t>
      </w:r>
    </w:p>
    <w:p>
      <w:pPr>
        <w:jc w:val="both"/>
      </w:pPr>
      <w:r>
        <w:t>Chẩn đoán độ sâu bỏng bằng máy siêu âm doppler</w:t>
      </w:r>
    </w:p>
    <w:p>
      <w:pPr>
        <w:jc w:val="both"/>
      </w:pPr>
      <w:r>
        <w:t>314.000</w:t>
      </w:r>
    </w:p>
    <w:p>
      <w:pPr>
        <w:jc w:val="both"/>
      </w:pPr>
      <w:r>
        <w:t>343.000</w:t>
      </w:r>
    </w:p>
    <w:p>
      <w:pPr>
        <w:jc w:val="both"/>
      </w:pPr>
      <w:r>
        <w:t>1127</w:t>
      </w:r>
    </w:p>
    <w:p>
      <w:pPr>
        <w:jc w:val="both"/>
      </w:pPr>
      <w:r>
        <w:t>1116</w:t>
      </w:r>
    </w:p>
    <w:p>
      <w:pPr>
        <w:jc w:val="both"/>
      </w:pPr>
      <w:r>
        <w:t>03C2.6.15</w:t>
      </w:r>
    </w:p>
    <w:p>
      <w:pPr>
        <w:jc w:val="both"/>
      </w:pPr>
      <w:r>
        <w:t>Điều trị bằng ôxy cao áp</w:t>
      </w:r>
    </w:p>
    <w:p>
      <w:pPr>
        <w:jc w:val="both"/>
      </w:pPr>
      <w:r>
        <w:t>252.000</w:t>
      </w:r>
    </w:p>
    <w:p>
      <w:pPr>
        <w:jc w:val="both"/>
      </w:pPr>
      <w:r>
        <w:t>274.000</w:t>
      </w:r>
    </w:p>
    <w:p>
      <w:pPr>
        <w:jc w:val="both"/>
      </w:pPr>
      <w:r>
        <w:t>1128</w:t>
      </w:r>
    </w:p>
    <w:p>
      <w:pPr>
        <w:jc w:val="both"/>
      </w:pPr>
      <w:r>
        <w:t>1117</w:t>
      </w:r>
    </w:p>
    <w:p>
      <w:pPr>
        <w:jc w:val="both"/>
      </w:pPr>
      <w:r>
        <w:t>03C2.6.14</w:t>
      </w:r>
    </w:p>
    <w:p>
      <w:pPr>
        <w:jc w:val="both"/>
      </w:pPr>
      <w:r>
        <w:t>Điều trị vết thương bỏng bằng màng nuôi cấy nguyên bào sợi (hoặc tế bào sừng)</w:t>
      </w:r>
    </w:p>
    <w:p>
      <w:pPr>
        <w:jc w:val="both"/>
      </w:pPr>
      <w:r>
        <w:t>569.000</w:t>
      </w:r>
    </w:p>
    <w:p>
      <w:pPr>
        <w:jc w:val="both"/>
      </w:pPr>
      <w:r>
        <w:t>630.000</w:t>
      </w:r>
    </w:p>
    <w:p>
      <w:pPr>
        <w:jc w:val="both"/>
      </w:pPr>
      <w:r>
        <w:t>1129</w:t>
      </w:r>
    </w:p>
    <w:p>
      <w:pPr>
        <w:jc w:val="both"/>
      </w:pPr>
      <w:r>
        <w:t>1118</w:t>
      </w:r>
    </w:p>
    <w:p>
      <w:pPr>
        <w:jc w:val="both"/>
      </w:pPr>
      <w:r>
        <w:t>Ghép da đồng loại ≥ 10% diện tích cơ thể (chưa gồm mảnh da ghép)</w:t>
      </w:r>
    </w:p>
    <w:p>
      <w:pPr>
        <w:jc w:val="both"/>
      </w:pPr>
      <w:r>
        <w:t>2.791.000</w:t>
      </w:r>
    </w:p>
    <w:p>
      <w:pPr>
        <w:jc w:val="both"/>
      </w:pPr>
      <w:r>
        <w:t>3.087.000</w:t>
      </w:r>
    </w:p>
    <w:p>
      <w:pPr>
        <w:jc w:val="both"/>
      </w:pPr>
      <w:r>
        <w:t>1130</w:t>
      </w:r>
    </w:p>
    <w:p>
      <w:pPr>
        <w:jc w:val="both"/>
      </w:pPr>
      <w:r>
        <w:t>1119</w:t>
      </w:r>
    </w:p>
    <w:p>
      <w:pPr>
        <w:jc w:val="both"/>
      </w:pPr>
      <w:r>
        <w:t>Ghép da đồng loại dưới 10% diện tích cơ thể (chưa gồm mảnh da ghép)</w:t>
      </w:r>
    </w:p>
    <w:p>
      <w:pPr>
        <w:jc w:val="both"/>
      </w:pPr>
      <w:r>
        <w:t>1.922.000</w:t>
      </w:r>
    </w:p>
    <w:p>
      <w:pPr>
        <w:jc w:val="both"/>
      </w:pPr>
      <w:r>
        <w:t>2.127.000</w:t>
      </w:r>
    </w:p>
    <w:p>
      <w:pPr>
        <w:jc w:val="both"/>
      </w:pPr>
      <w:r>
        <w:t>1131</w:t>
      </w:r>
    </w:p>
    <w:p>
      <w:pPr>
        <w:jc w:val="both"/>
      </w:pPr>
      <w:r>
        <w:t>1120</w:t>
      </w:r>
    </w:p>
    <w:p>
      <w:pPr>
        <w:jc w:val="both"/>
      </w:pPr>
      <w:r>
        <w:t>Ghép da tự thân mảnh lớn dưới 5% diện tích cơ thể ở người lớn, dưới 3% diện tích cơ thể ở trẻ em</w:t>
      </w:r>
    </w:p>
    <w:p>
      <w:pPr>
        <w:jc w:val="both"/>
      </w:pPr>
      <w:r>
        <w:t>2.908.000</w:t>
      </w:r>
    </w:p>
    <w:p>
      <w:pPr>
        <w:jc w:val="both"/>
      </w:pPr>
      <w:r>
        <w:t>3.269.000</w:t>
      </w:r>
    </w:p>
    <w:p>
      <w:pPr>
        <w:jc w:val="both"/>
      </w:pPr>
      <w:r>
        <w:t>1132</w:t>
      </w:r>
    </w:p>
    <w:p>
      <w:pPr>
        <w:jc w:val="both"/>
      </w:pPr>
      <w:r>
        <w:t>1121</w:t>
      </w:r>
    </w:p>
    <w:p>
      <w:pPr>
        <w:jc w:val="both"/>
      </w:pPr>
      <w:r>
        <w:t>Ghép da tự thân mảnh lớn trên 10% diện tích cơ thể ở người lớn</w:t>
      </w:r>
    </w:p>
    <w:p>
      <w:pPr>
        <w:jc w:val="both"/>
      </w:pPr>
      <w:r>
        <w:t>4.464.000</w:t>
      </w:r>
    </w:p>
    <w:p>
      <w:pPr>
        <w:jc w:val="both"/>
      </w:pPr>
      <w:r>
        <w:t>4.966.000</w:t>
      </w:r>
    </w:p>
    <w:p>
      <w:pPr>
        <w:jc w:val="both"/>
      </w:pPr>
      <w:r>
        <w:t>1133</w:t>
      </w:r>
    </w:p>
    <w:p>
      <w:pPr>
        <w:jc w:val="both"/>
      </w:pPr>
      <w:r>
        <w:t>1122</w:t>
      </w:r>
    </w:p>
    <w:p>
      <w:pPr>
        <w:jc w:val="both"/>
      </w:pPr>
      <w:r>
        <w:t>Ghép da tự thân mảnh lớn từ 3% - 5% diện tích cơ thể ở trẻ em</w:t>
      </w:r>
    </w:p>
    <w:p>
      <w:pPr>
        <w:jc w:val="both"/>
      </w:pPr>
      <w:r>
        <w:t>3.624.000</w:t>
      </w:r>
    </w:p>
    <w:p>
      <w:pPr>
        <w:jc w:val="both"/>
      </w:pPr>
      <w:r>
        <w:t>4.068.000</w:t>
      </w:r>
    </w:p>
    <w:p>
      <w:pPr>
        <w:jc w:val="both"/>
      </w:pPr>
      <w:r>
        <w:t>1134</w:t>
      </w:r>
    </w:p>
    <w:p>
      <w:pPr>
        <w:jc w:val="both"/>
      </w:pPr>
      <w:r>
        <w:t>1123</w:t>
      </w:r>
    </w:p>
    <w:p>
      <w:pPr>
        <w:jc w:val="both"/>
      </w:pPr>
      <w:r>
        <w:t>Ghép da tự thân mảnh lớn từ 5% - 10% diện tích cơ thể ở người lớn, trên 5% diện tích cơ thể ở trẻ em</w:t>
      </w:r>
    </w:p>
    <w:p>
      <w:pPr>
        <w:jc w:val="both"/>
      </w:pPr>
      <w:r>
        <w:t>4.140.000</w:t>
      </w:r>
    </w:p>
    <w:p>
      <w:pPr>
        <w:jc w:val="both"/>
      </w:pPr>
      <w:r>
        <w:t>4.627.000</w:t>
      </w:r>
    </w:p>
    <w:p>
      <w:pPr>
        <w:jc w:val="both"/>
      </w:pPr>
      <w:r>
        <w:t>1135</w:t>
      </w:r>
    </w:p>
    <w:p>
      <w:pPr>
        <w:jc w:val="both"/>
      </w:pPr>
      <w:r>
        <w:t>1124</w:t>
      </w:r>
    </w:p>
    <w:p>
      <w:pPr>
        <w:jc w:val="both"/>
      </w:pPr>
      <w:r>
        <w:t>Ghép da tự thân mảnh siêu nhỏ (micro skin graft) ≥ 10% diện tích cơ thể ở người lớn, ≥ 5% diện tích cơ thể ở trẻ em</w:t>
      </w:r>
    </w:p>
    <w:p>
      <w:pPr>
        <w:jc w:val="both"/>
      </w:pPr>
      <w:r>
        <w:t>6.686.000</w:t>
      </w:r>
    </w:p>
    <w:p>
      <w:pPr>
        <w:jc w:val="both"/>
      </w:pPr>
      <w:r>
        <w:t>7.433.000</w:t>
      </w:r>
    </w:p>
    <w:p>
      <w:pPr>
        <w:jc w:val="both"/>
      </w:pPr>
      <w:r>
        <w:t>1136</w:t>
      </w:r>
    </w:p>
    <w:p>
      <w:pPr>
        <w:jc w:val="both"/>
      </w:pPr>
      <w:r>
        <w:t>1125</w:t>
      </w:r>
    </w:p>
    <w:p>
      <w:pPr>
        <w:jc w:val="both"/>
      </w:pPr>
      <w:r>
        <w:t>Ghép da tự thân mảnh siêu nhỏ (micro skin graft) dưới 10% diện tích cơ thể ở người lớn, dưới 5% diện tích cơ thể ở trẻ em</w:t>
      </w:r>
    </w:p>
    <w:p>
      <w:pPr>
        <w:jc w:val="both"/>
      </w:pPr>
      <w:r>
        <w:t>3.858.000</w:t>
      </w:r>
    </w:p>
    <w:p>
      <w:pPr>
        <w:jc w:val="both"/>
      </w:pPr>
      <w:r>
        <w:t>4.303.000</w:t>
      </w:r>
    </w:p>
    <w:p>
      <w:pPr>
        <w:jc w:val="both"/>
      </w:pPr>
      <w:r>
        <w:t>1137</w:t>
      </w:r>
    </w:p>
    <w:p>
      <w:pPr>
        <w:jc w:val="both"/>
      </w:pPr>
      <w:r>
        <w:t>1126</w:t>
      </w:r>
    </w:p>
    <w:p>
      <w:pPr>
        <w:jc w:val="both"/>
      </w:pPr>
      <w:r>
        <w:t>Ghép da tự thân mắt lưới (mesh graft)</w:t>
      </w:r>
    </w:p>
    <w:p>
      <w:pPr>
        <w:jc w:val="both"/>
      </w:pPr>
      <w:r>
        <w:t>5.105.000</w:t>
      </w:r>
    </w:p>
    <w:p>
      <w:pPr>
        <w:jc w:val="both"/>
      </w:pPr>
      <w:r>
        <w:t>5.704.000</w:t>
      </w:r>
    </w:p>
    <w:p>
      <w:pPr>
        <w:jc w:val="both"/>
      </w:pPr>
      <w:r>
        <w:t>1138</w:t>
      </w:r>
    </w:p>
    <w:p>
      <w:pPr>
        <w:jc w:val="both"/>
      </w:pPr>
      <w:r>
        <w:t>1127</w:t>
      </w:r>
    </w:p>
    <w:p>
      <w:pPr>
        <w:jc w:val="both"/>
      </w:pPr>
      <w:r>
        <w:t>Ghép da tự thân phối hợp kiểu hai lớp (sandwich)</w:t>
      </w:r>
    </w:p>
    <w:p>
      <w:pPr>
        <w:jc w:val="both"/>
      </w:pPr>
      <w:r>
        <w:t>6.679.000</w:t>
      </w:r>
    </w:p>
    <w:p>
      <w:pPr>
        <w:jc w:val="both"/>
      </w:pPr>
      <w:r>
        <w:t>7.516.000</w:t>
      </w:r>
    </w:p>
    <w:p>
      <w:pPr>
        <w:jc w:val="both"/>
      </w:pPr>
      <w:r>
        <w:t>1139</w:t>
      </w:r>
    </w:p>
    <w:p>
      <w:pPr>
        <w:jc w:val="both"/>
      </w:pPr>
      <w:r>
        <w:t>1128</w:t>
      </w:r>
    </w:p>
    <w:p>
      <w:pPr>
        <w:jc w:val="both"/>
      </w:pPr>
      <w:r>
        <w:t>Ghép da tự thân tem thư (post stam graft) ≥ 10% diện tích cơ thể ở người lớn</w:t>
      </w:r>
    </w:p>
    <w:p>
      <w:pPr>
        <w:jc w:val="both"/>
      </w:pPr>
      <w:r>
        <w:t>4.496.000</w:t>
      </w:r>
    </w:p>
    <w:p>
      <w:pPr>
        <w:jc w:val="both"/>
      </w:pPr>
      <w:r>
        <w:t>5.023.000</w:t>
      </w:r>
    </w:p>
    <w:p>
      <w:pPr>
        <w:jc w:val="both"/>
      </w:pPr>
      <w:r>
        <w:t>1140</w:t>
      </w:r>
    </w:p>
    <w:p>
      <w:pPr>
        <w:jc w:val="both"/>
      </w:pPr>
      <w:r>
        <w:t>1129</w:t>
      </w:r>
    </w:p>
    <w:p>
      <w:pPr>
        <w:jc w:val="both"/>
      </w:pPr>
      <w:r>
        <w:t>Ghép da tự thân tem thư (post stam graft) dưới 10% diện tích cơ thể ở người lớn, ≥ 5% diện tích cơ thể ở trẻ em</w:t>
      </w:r>
    </w:p>
    <w:p>
      <w:pPr>
        <w:jc w:val="both"/>
      </w:pPr>
      <w:r>
        <w:t>4.105.000</w:t>
      </w:r>
    </w:p>
    <w:p>
      <w:pPr>
        <w:jc w:val="both"/>
      </w:pPr>
      <w:r>
        <w:t>4.552.000</w:t>
      </w:r>
    </w:p>
    <w:p>
      <w:pPr>
        <w:jc w:val="both"/>
      </w:pPr>
      <w:r>
        <w:t>1141</w:t>
      </w:r>
    </w:p>
    <w:p>
      <w:pPr>
        <w:jc w:val="both"/>
      </w:pPr>
      <w:r>
        <w:t>1130</w:t>
      </w:r>
    </w:p>
    <w:p>
      <w:pPr>
        <w:jc w:val="both"/>
      </w:pPr>
      <w:r>
        <w:t>Ghép da tự thân tem thư (post stam graft) dưới 5% diện tích cơ thể ở trẻ em</w:t>
      </w:r>
    </w:p>
    <w:p>
      <w:pPr>
        <w:jc w:val="both"/>
      </w:pPr>
      <w:r>
        <w:t>3.502.000</w:t>
      </w:r>
    </w:p>
    <w:p>
      <w:pPr>
        <w:jc w:val="both"/>
      </w:pPr>
      <w:r>
        <w:t>3.893.000</w:t>
      </w:r>
    </w:p>
    <w:p>
      <w:pPr>
        <w:jc w:val="both"/>
      </w:pPr>
      <w:r>
        <w:t>1142</w:t>
      </w:r>
    </w:p>
    <w:p>
      <w:pPr>
        <w:jc w:val="both"/>
      </w:pPr>
      <w:r>
        <w:t>1131</w:t>
      </w:r>
    </w:p>
    <w:p>
      <w:pPr>
        <w:jc w:val="both"/>
      </w:pPr>
      <w:r>
        <w:t>Ghép da tự thận xen kẽ (molem-jackson) ≥ 10% diện tích cơ thể ở người lớn</w:t>
      </w:r>
    </w:p>
    <w:p>
      <w:pPr>
        <w:jc w:val="both"/>
      </w:pPr>
      <w:r>
        <w:t>7.259.000</w:t>
      </w:r>
    </w:p>
    <w:p>
      <w:pPr>
        <w:jc w:val="both"/>
      </w:pPr>
      <w:r>
        <w:t>8.184.000</w:t>
      </w:r>
    </w:p>
    <w:p>
      <w:pPr>
        <w:jc w:val="both"/>
      </w:pPr>
      <w:r>
        <w:t>1143</w:t>
      </w:r>
    </w:p>
    <w:p>
      <w:pPr>
        <w:jc w:val="both"/>
      </w:pPr>
      <w:r>
        <w:t>1132</w:t>
      </w:r>
    </w:p>
    <w:p>
      <w:pPr>
        <w:jc w:val="both"/>
      </w:pPr>
      <w:r>
        <w:t>Ghép da tự thân xen kẽ (molem-jackson) ở trẻ em, dưới 10% diện tích cơ thể ở người lớn</w:t>
      </w:r>
    </w:p>
    <w:p>
      <w:pPr>
        <w:jc w:val="both"/>
      </w:pPr>
      <w:r>
        <w:t>5.661.000</w:t>
      </w:r>
    </w:p>
    <w:p>
      <w:pPr>
        <w:jc w:val="both"/>
      </w:pPr>
      <w:r>
        <w:t>6.344.000</w:t>
      </w:r>
    </w:p>
    <w:p>
      <w:pPr>
        <w:jc w:val="both"/>
      </w:pPr>
      <w:r>
        <w:t>1144</w:t>
      </w:r>
    </w:p>
    <w:p>
      <w:pPr>
        <w:jc w:val="both"/>
      </w:pPr>
      <w:r>
        <w:t>1133</w:t>
      </w:r>
    </w:p>
    <w:p>
      <w:pPr>
        <w:jc w:val="both"/>
      </w:pPr>
      <w:r>
        <w:t>03C2.6.10</w:t>
      </w:r>
    </w:p>
    <w:p>
      <w:pPr>
        <w:jc w:val="both"/>
      </w:pPr>
      <w:r>
        <w:t>Ghép màng tế bào nuôi cấy trong điều trị bỏng</w:t>
      </w:r>
    </w:p>
    <w:p>
      <w:pPr>
        <w:jc w:val="both"/>
      </w:pPr>
      <w:r>
        <w:t>541.000</w:t>
      </w:r>
    </w:p>
    <w:p>
      <w:pPr>
        <w:jc w:val="both"/>
      </w:pPr>
      <w:r>
        <w:t>602.000</w:t>
      </w:r>
    </w:p>
    <w:p>
      <w:pPr>
        <w:jc w:val="both"/>
      </w:pPr>
      <w:r>
        <w:t>Chưa bao gồm màng nuôi; màng nuôi sẽ tính theo chi phí thực tế.</w:t>
      </w:r>
    </w:p>
    <w:p>
      <w:pPr>
        <w:jc w:val="both"/>
      </w:pPr>
      <w:r>
        <w:t>1145</w:t>
      </w:r>
    </w:p>
    <w:p>
      <w:pPr>
        <w:jc w:val="both"/>
      </w:pPr>
      <w:r>
        <w:t>1134</w:t>
      </w:r>
    </w:p>
    <w:p>
      <w:pPr>
        <w:jc w:val="both"/>
      </w:pPr>
      <w:r>
        <w:t>Kỹ thuật ghép khối mỡ tự thân điều trị vết thương mạn tính</w:t>
      </w:r>
    </w:p>
    <w:p>
      <w:pPr>
        <w:jc w:val="both"/>
      </w:pPr>
      <w:r>
        <w:t>4.217.000</w:t>
      </w:r>
    </w:p>
    <w:p>
      <w:pPr>
        <w:jc w:val="both"/>
      </w:pPr>
      <w:r>
        <w:t>4.647.000</w:t>
      </w:r>
    </w:p>
    <w:p>
      <w:pPr>
        <w:jc w:val="both"/>
      </w:pPr>
      <w:r>
        <w:t>1146</w:t>
      </w:r>
    </w:p>
    <w:p>
      <w:pPr>
        <w:jc w:val="both"/>
      </w:pPr>
      <w:r>
        <w:t>1135</w:t>
      </w:r>
    </w:p>
    <w:p>
      <w:pPr>
        <w:jc w:val="both"/>
      </w:pPr>
      <w:r>
        <w:t>Kỹ thuật giãn da (expander) điều trị sẹo</w:t>
      </w:r>
    </w:p>
    <w:p>
      <w:pPr>
        <w:jc w:val="both"/>
      </w:pPr>
      <w:r>
        <w:t>4.092.000</w:t>
      </w:r>
    </w:p>
    <w:p>
      <w:pPr>
        <w:jc w:val="both"/>
      </w:pPr>
      <w:r>
        <w:t>4.538.000</w:t>
      </w:r>
    </w:p>
    <w:p>
      <w:pPr>
        <w:jc w:val="both"/>
      </w:pPr>
      <w:r>
        <w:t>1147</w:t>
      </w:r>
    </w:p>
    <w:p>
      <w:pPr>
        <w:jc w:val="both"/>
      </w:pPr>
      <w:r>
        <w:t>1136</w:t>
      </w:r>
    </w:p>
    <w:p>
      <w:pPr>
        <w:jc w:val="both"/>
      </w:pPr>
      <w:r>
        <w:t>Kỹ thuật tạo vạt da có cuống mạch liền điều trị vết thương, sẹo</w:t>
      </w:r>
    </w:p>
    <w:p>
      <w:pPr>
        <w:jc w:val="both"/>
      </w:pPr>
      <w:r>
        <w:t>4.986.000</w:t>
      </w:r>
    </w:p>
    <w:p>
      <w:pPr>
        <w:jc w:val="both"/>
      </w:pPr>
      <w:r>
        <w:t>5.551.000</w:t>
      </w:r>
    </w:p>
    <w:p>
      <w:pPr>
        <w:jc w:val="both"/>
      </w:pPr>
      <w:r>
        <w:t>1148</w:t>
      </w:r>
    </w:p>
    <w:p>
      <w:pPr>
        <w:jc w:val="both"/>
      </w:pPr>
      <w:r>
        <w:t>1137</w:t>
      </w:r>
    </w:p>
    <w:p>
      <w:pPr>
        <w:jc w:val="both"/>
      </w:pPr>
      <w:r>
        <w:t>Kỹ thuật tạo vạt da tại chỗ điều trị vết thương, vết bỏng và di chứng</w:t>
      </w:r>
    </w:p>
    <w:p>
      <w:pPr>
        <w:jc w:val="both"/>
      </w:pPr>
      <w:r>
        <w:t>3.759.000</w:t>
      </w:r>
    </w:p>
    <w:p>
      <w:pPr>
        <w:jc w:val="both"/>
      </w:pPr>
      <w:r>
        <w:t>4.189.000</w:t>
      </w:r>
    </w:p>
    <w:p>
      <w:pPr>
        <w:jc w:val="both"/>
      </w:pPr>
      <w:r>
        <w:t>1149</w:t>
      </w:r>
    </w:p>
    <w:p>
      <w:pPr>
        <w:jc w:val="both"/>
      </w:pPr>
      <w:r>
        <w:t>1138</w:t>
      </w:r>
    </w:p>
    <w:p>
      <w:pPr>
        <w:jc w:val="both"/>
      </w:pPr>
      <w:r>
        <w:t>Kỹ thuật tiêm huyết tương giàu tiểu cầu điều trị vết thương mạn tính (chưa tính huyết tương)</w:t>
      </w:r>
    </w:p>
    <w:p>
      <w:pPr>
        <w:jc w:val="both"/>
      </w:pPr>
      <w:r>
        <w:t>3.987.000</w:t>
      </w:r>
    </w:p>
    <w:p>
      <w:pPr>
        <w:jc w:val="both"/>
      </w:pPr>
      <w:r>
        <w:t>4.417.000</w:t>
      </w:r>
    </w:p>
    <w:p>
      <w:pPr>
        <w:jc w:val="both"/>
      </w:pPr>
      <w:r>
        <w:t>Chưa bao gồm bộ kít tách huyết tương.</w:t>
      </w:r>
    </w:p>
    <w:p>
      <w:pPr>
        <w:jc w:val="both"/>
      </w:pPr>
      <w:r>
        <w:t>1150</w:t>
      </w:r>
    </w:p>
    <w:p>
      <w:pPr>
        <w:jc w:val="both"/>
      </w:pPr>
      <w:r>
        <w:t>1139</w:t>
      </w:r>
    </w:p>
    <w:p>
      <w:pPr>
        <w:jc w:val="both"/>
      </w:pPr>
      <w:r>
        <w:t>Kỹ thuật vi phẫu nối bạch mạch- tĩnh mạch điều trị phù do tắc bạch mạch</w:t>
      </w:r>
    </w:p>
    <w:p>
      <w:pPr>
        <w:jc w:val="both"/>
      </w:pPr>
      <w:r>
        <w:t>14.241.000</w:t>
      </w:r>
    </w:p>
    <w:p>
      <w:pPr>
        <w:jc w:val="both"/>
      </w:pPr>
      <w:r>
        <w:t>15.871.000</w:t>
      </w:r>
    </w:p>
    <w:p>
      <w:pPr>
        <w:jc w:val="both"/>
      </w:pPr>
      <w:r>
        <w:t>1151</w:t>
      </w:r>
    </w:p>
    <w:p>
      <w:pPr>
        <w:jc w:val="both"/>
      </w:pPr>
      <w:r>
        <w:t>1140</w:t>
      </w:r>
    </w:p>
    <w:p>
      <w:pPr>
        <w:jc w:val="both"/>
      </w:pPr>
      <w:r>
        <w:t>Lấy bỏ sụn viêm hoại tử trong bỏng vành tai</w:t>
      </w:r>
    </w:p>
    <w:p>
      <w:pPr>
        <w:jc w:val="both"/>
      </w:pPr>
      <w:r>
        <w:t>2.817.000</w:t>
      </w:r>
    </w:p>
    <w:p>
      <w:pPr>
        <w:jc w:val="both"/>
      </w:pPr>
      <w:r>
        <w:t>3.148.000</w:t>
      </w:r>
    </w:p>
    <w:p>
      <w:pPr>
        <w:jc w:val="both"/>
      </w:pPr>
      <w:r>
        <w:t>1152</w:t>
      </w:r>
    </w:p>
    <w:p>
      <w:pPr>
        <w:jc w:val="both"/>
      </w:pPr>
      <w:r>
        <w:t>1141</w:t>
      </w:r>
    </w:p>
    <w:p>
      <w:pPr>
        <w:jc w:val="both"/>
      </w:pPr>
      <w:r>
        <w:t>Phẫu thuật chuyển vạt da phức tạp có nối mạch vi phẫu điều trị vết thương, vết bỏng và sẹo</w:t>
      </w:r>
    </w:p>
    <w:p>
      <w:pPr>
        <w:jc w:val="both"/>
      </w:pPr>
      <w:r>
        <w:t>18.638.000</w:t>
      </w:r>
    </w:p>
    <w:p>
      <w:pPr>
        <w:jc w:val="both"/>
      </w:pPr>
      <w:r>
        <w:t>20.758.000</w:t>
      </w:r>
    </w:p>
    <w:p>
      <w:pPr>
        <w:jc w:val="both"/>
      </w:pPr>
      <w:r>
        <w:t>1153</w:t>
      </w:r>
    </w:p>
    <w:p>
      <w:pPr>
        <w:jc w:val="both"/>
      </w:pPr>
      <w:r>
        <w:t>1142</w:t>
      </w:r>
    </w:p>
    <w:p>
      <w:pPr>
        <w:jc w:val="both"/>
      </w:pPr>
      <w:r>
        <w:t>Phẫu thuật ghép da dày tự thân kiểu wolf- krause ≥ điều trị bỏng sâu, điều trị sẹo</w:t>
      </w:r>
    </w:p>
    <w:p>
      <w:pPr>
        <w:jc w:val="both"/>
      </w:pPr>
      <w:r>
        <w:t>4.525.000</w:t>
      </w:r>
    </w:p>
    <w:p>
      <w:pPr>
        <w:jc w:val="both"/>
      </w:pPr>
      <w:r>
        <w:t>5.002.000</w:t>
      </w:r>
    </w:p>
    <w:p>
      <w:pPr>
        <w:jc w:val="both"/>
      </w:pPr>
      <w:r>
        <w:t>1154</w:t>
      </w:r>
    </w:p>
    <w:p>
      <w:pPr>
        <w:jc w:val="both"/>
      </w:pPr>
      <w:r>
        <w:t>1143</w:t>
      </w:r>
    </w:p>
    <w:p>
      <w:pPr>
        <w:jc w:val="both"/>
      </w:pPr>
      <w:r>
        <w:t>Phẫu thuật khoan đục xương, lấy bỏ xương chết trong điều trị bỏng sâu.</w:t>
      </w:r>
    </w:p>
    <w:p>
      <w:pPr>
        <w:jc w:val="both"/>
      </w:pPr>
      <w:r>
        <w:t>3.819.000</w:t>
      </w:r>
    </w:p>
    <w:p>
      <w:pPr>
        <w:jc w:val="both"/>
      </w:pPr>
      <w:r>
        <w:t>4.258.000</w:t>
      </w:r>
    </w:p>
    <w:p>
      <w:pPr>
        <w:jc w:val="both"/>
      </w:pPr>
      <w:r>
        <w:t>1155</w:t>
      </w:r>
    </w:p>
    <w:p>
      <w:pPr>
        <w:jc w:val="both"/>
      </w:pPr>
      <w:r>
        <w:t>1144</w:t>
      </w:r>
    </w:p>
    <w:p>
      <w:pPr>
        <w:jc w:val="both"/>
      </w:pPr>
      <w:r>
        <w:t>Phẫu thuật loại bỏ hoại tử ổ loét vết thương mạn tính</w:t>
      </w:r>
    </w:p>
    <w:p>
      <w:pPr>
        <w:jc w:val="both"/>
      </w:pPr>
      <w:r>
        <w:t>2.621.000</w:t>
      </w:r>
    </w:p>
    <w:p>
      <w:pPr>
        <w:jc w:val="both"/>
      </w:pPr>
      <w:r>
        <w:t>2.891.000</w:t>
      </w:r>
    </w:p>
    <w:p>
      <w:pPr>
        <w:jc w:val="both"/>
      </w:pPr>
      <w:r>
        <w:t>1156</w:t>
      </w:r>
    </w:p>
    <w:p>
      <w:pPr>
        <w:jc w:val="both"/>
      </w:pPr>
      <w:r>
        <w:t>1145</w:t>
      </w:r>
    </w:p>
    <w:p>
      <w:pPr>
        <w:jc w:val="both"/>
      </w:pPr>
      <w:r>
        <w:t>03C2.6.3</w:t>
      </w:r>
    </w:p>
    <w:p>
      <w:pPr>
        <w:jc w:val="both"/>
      </w:pPr>
      <w:r>
        <w:t>Sử dụng giường khí hóa lỏng điều trị bỏng nặng (01 ngày)</w:t>
      </w:r>
    </w:p>
    <w:p>
      <w:pPr>
        <w:jc w:val="both"/>
      </w:pPr>
      <w:r>
        <w:t>302.000</w:t>
      </w:r>
    </w:p>
    <w:p>
      <w:pPr>
        <w:jc w:val="both"/>
      </w:pPr>
      <w:r>
        <w:t>326.000</w:t>
      </w:r>
    </w:p>
    <w:p>
      <w:pPr>
        <w:jc w:val="both"/>
      </w:pPr>
      <w:r>
        <w:t>1157</w:t>
      </w:r>
    </w:p>
    <w:p>
      <w:pPr>
        <w:jc w:val="both"/>
      </w:pPr>
      <w:r>
        <w:t>Tắm điều trị bệnh nhân bỏng (gây tê)</w:t>
      </w:r>
    </w:p>
    <w:p>
      <w:pPr>
        <w:jc w:val="both"/>
      </w:pPr>
      <w:r>
        <w:t>220.000</w:t>
      </w:r>
    </w:p>
    <w:p>
      <w:pPr>
        <w:jc w:val="both"/>
      </w:pPr>
      <w:r>
        <w:t>253.000</w:t>
      </w:r>
    </w:p>
    <w:p>
      <w:pPr>
        <w:jc w:val="both"/>
      </w:pPr>
      <w:r>
        <w:t>1158</w:t>
      </w:r>
    </w:p>
    <w:p>
      <w:pPr>
        <w:jc w:val="both"/>
      </w:pPr>
      <w:r>
        <w:t>1146</w:t>
      </w:r>
    </w:p>
    <w:p>
      <w:pPr>
        <w:jc w:val="both"/>
      </w:pPr>
      <w:r>
        <w:t>Tắm điều trị bệnh nhân hồi sức, cấp cứu bỏng (gây mê)</w:t>
      </w:r>
    </w:p>
    <w:p>
      <w:pPr>
        <w:jc w:val="both"/>
      </w:pPr>
      <w:r>
        <w:t>1.003.000</w:t>
      </w:r>
    </w:p>
    <w:p>
      <w:pPr>
        <w:jc w:val="both"/>
      </w:pPr>
      <w:r>
        <w:t>1.052.000</w:t>
      </w:r>
    </w:p>
    <w:p>
      <w:pPr>
        <w:jc w:val="both"/>
      </w:pPr>
      <w:r>
        <w:t>1159</w:t>
      </w:r>
    </w:p>
    <w:p>
      <w:pPr>
        <w:jc w:val="both"/>
      </w:pPr>
      <w:r>
        <w:t>1147</w:t>
      </w:r>
    </w:p>
    <w:p>
      <w:pPr>
        <w:jc w:val="both"/>
      </w:pPr>
      <w:r>
        <w:t>03C2.6.12</w:t>
      </w:r>
    </w:p>
    <w:p>
      <w:pPr>
        <w:jc w:val="both"/>
      </w:pPr>
      <w:r>
        <w:t>Tắm điều trị tiệt khuẩn bằng TRA gamma</w:t>
      </w:r>
    </w:p>
    <w:p>
      <w:pPr>
        <w:jc w:val="both"/>
      </w:pPr>
      <w:r>
        <w:t>213.000</w:t>
      </w:r>
    </w:p>
    <w:p>
      <w:pPr>
        <w:jc w:val="both"/>
      </w:pPr>
      <w:r>
        <w:t>230.000</w:t>
      </w:r>
    </w:p>
    <w:p>
      <w:pPr>
        <w:jc w:val="both"/>
      </w:pPr>
      <w:r>
        <w:t>1160</w:t>
      </w:r>
    </w:p>
    <w:p>
      <w:pPr>
        <w:jc w:val="both"/>
      </w:pPr>
      <w:r>
        <w:t>Thay băng cắt lọc vết bỏng diện tích dưới 5% diện tích cơ thể</w:t>
      </w:r>
    </w:p>
    <w:p>
      <w:pPr>
        <w:jc w:val="both"/>
      </w:pPr>
      <w:r>
        <w:t>121.000</w:t>
      </w:r>
    </w:p>
    <w:p>
      <w:pPr>
        <w:jc w:val="both"/>
      </w:pPr>
      <w:r>
        <w:t>134.000</w:t>
      </w:r>
    </w:p>
    <w:p>
      <w:pPr>
        <w:jc w:val="both"/>
      </w:pPr>
      <w:r>
        <w:t>1161</w:t>
      </w:r>
    </w:p>
    <w:p>
      <w:pPr>
        <w:jc w:val="both"/>
      </w:pPr>
      <w:r>
        <w:t>1148</w:t>
      </w:r>
    </w:p>
    <w:p>
      <w:pPr>
        <w:jc w:val="both"/>
      </w:pPr>
      <w:r>
        <w:t>Thay băng cắt lọc vết bỏng diện tích dưới 10% diện tích cơ thể</w:t>
      </w:r>
    </w:p>
    <w:p>
      <w:pPr>
        <w:jc w:val="both"/>
      </w:pPr>
      <w:r>
        <w:t>250.000</w:t>
      </w:r>
    </w:p>
    <w:p>
      <w:pPr>
        <w:jc w:val="both"/>
      </w:pPr>
      <w:r>
        <w:t>281.000</w:t>
      </w:r>
    </w:p>
    <w:p>
      <w:pPr>
        <w:jc w:val="both"/>
      </w:pPr>
      <w:r>
        <w:t>1162</w:t>
      </w:r>
    </w:p>
    <w:p>
      <w:pPr>
        <w:jc w:val="both"/>
      </w:pPr>
      <w:r>
        <w:t>1149</w:t>
      </w:r>
    </w:p>
    <w:p>
      <w:pPr>
        <w:jc w:val="both"/>
      </w:pPr>
      <w:r>
        <w:t>Thay băng cắt lọc vết bỏng diện tích từ 10% đến 19% diện tích cơ thể</w:t>
      </w:r>
    </w:p>
    <w:p>
      <w:pPr>
        <w:jc w:val="both"/>
      </w:pPr>
      <w:r>
        <w:t>428.000</w:t>
      </w:r>
    </w:p>
    <w:p>
      <w:pPr>
        <w:jc w:val="both"/>
      </w:pPr>
      <w:r>
        <w:t>477.000</w:t>
      </w:r>
    </w:p>
    <w:p>
      <w:pPr>
        <w:jc w:val="both"/>
      </w:pPr>
      <w:r>
        <w:t>1163</w:t>
      </w:r>
    </w:p>
    <w:p>
      <w:pPr>
        <w:jc w:val="both"/>
      </w:pPr>
      <w:r>
        <w:t>1150</w:t>
      </w:r>
    </w:p>
    <w:p>
      <w:pPr>
        <w:jc w:val="both"/>
      </w:pPr>
      <w:r>
        <w:t>Thay băng cắt lọc vết bỏng diện tích từ 20% đến 39% diện tích cơ thể</w:t>
      </w:r>
    </w:p>
    <w:p>
      <w:pPr>
        <w:jc w:val="both"/>
      </w:pPr>
      <w:r>
        <w:t>573.000</w:t>
      </w:r>
    </w:p>
    <w:p>
      <w:pPr>
        <w:jc w:val="both"/>
      </w:pPr>
      <w:r>
        <w:t>637.000</w:t>
      </w:r>
    </w:p>
    <w:p>
      <w:pPr>
        <w:jc w:val="both"/>
      </w:pPr>
      <w:r>
        <w:t>1164</w:t>
      </w:r>
    </w:p>
    <w:p>
      <w:pPr>
        <w:jc w:val="both"/>
      </w:pPr>
      <w:r>
        <w:t>1151</w:t>
      </w:r>
    </w:p>
    <w:p>
      <w:pPr>
        <w:jc w:val="both"/>
      </w:pPr>
      <w:r>
        <w:t>Thay băng cắt lọc vết bỏng diện tích từ 40% đến 60% diện tích cơ thể</w:t>
      </w:r>
    </w:p>
    <w:p>
      <w:pPr>
        <w:jc w:val="both"/>
      </w:pPr>
      <w:r>
        <w:t>911.000</w:t>
      </w:r>
    </w:p>
    <w:p>
      <w:pPr>
        <w:jc w:val="both"/>
      </w:pPr>
      <w:r>
        <w:t>1.013.000</w:t>
      </w:r>
    </w:p>
    <w:p>
      <w:pPr>
        <w:jc w:val="both"/>
      </w:pPr>
      <w:r>
        <w:t>1165</w:t>
      </w:r>
    </w:p>
    <w:p>
      <w:pPr>
        <w:jc w:val="both"/>
      </w:pPr>
      <w:r>
        <w:t>1152</w:t>
      </w:r>
    </w:p>
    <w:p>
      <w:pPr>
        <w:jc w:val="both"/>
      </w:pPr>
      <w:r>
        <w:t>Thay băng cắt lọc vết bỏng diện tích trên 60% diện tích cơ thể</w:t>
      </w:r>
    </w:p>
    <w:p>
      <w:pPr>
        <w:jc w:val="both"/>
      </w:pPr>
      <w:r>
        <w:t>1.468.000</w:t>
      </w:r>
    </w:p>
    <w:p>
      <w:pPr>
        <w:jc w:val="both"/>
      </w:pPr>
      <w:r>
        <w:t>1.620.000</w:t>
      </w:r>
    </w:p>
    <w:p>
      <w:pPr>
        <w:jc w:val="both"/>
      </w:pPr>
      <w:r>
        <w:t>Các phẫu thuật, thủ thuật còn lại khác</w:t>
      </w:r>
    </w:p>
    <w:p>
      <w:pPr>
        <w:jc w:val="both"/>
      </w:pPr>
      <w:r>
        <w:t>1166</w:t>
      </w:r>
    </w:p>
    <w:p>
      <w:pPr>
        <w:jc w:val="both"/>
      </w:pPr>
      <w:r>
        <w:t>1153</w:t>
      </w:r>
    </w:p>
    <w:p>
      <w:pPr>
        <w:jc w:val="both"/>
      </w:pPr>
      <w:r>
        <w:t>Phẫu thuật đặc biệt</w:t>
      </w:r>
    </w:p>
    <w:p>
      <w:pPr>
        <w:jc w:val="both"/>
      </w:pPr>
      <w:r>
        <w:t>4.287.000</w:t>
      </w:r>
    </w:p>
    <w:p>
      <w:pPr>
        <w:jc w:val="both"/>
      </w:pPr>
      <w:r>
        <w:t>4.692.000</w:t>
      </w:r>
    </w:p>
    <w:p>
      <w:pPr>
        <w:jc w:val="both"/>
      </w:pPr>
      <w:r>
        <w:t>1167</w:t>
      </w:r>
    </w:p>
    <w:p>
      <w:pPr>
        <w:jc w:val="both"/>
      </w:pPr>
      <w:r>
        <w:t>1154</w:t>
      </w:r>
    </w:p>
    <w:p>
      <w:pPr>
        <w:jc w:val="both"/>
      </w:pPr>
      <w:r>
        <w:t>Phẫu thuật loại I</w:t>
      </w:r>
    </w:p>
    <w:p>
      <w:pPr>
        <w:jc w:val="both"/>
      </w:pPr>
      <w:r>
        <w:t>2.452.000</w:t>
      </w:r>
    </w:p>
    <w:p>
      <w:pPr>
        <w:jc w:val="both"/>
      </w:pPr>
      <w:r>
        <w:t>2.685.000</w:t>
      </w:r>
    </w:p>
    <w:p>
      <w:pPr>
        <w:jc w:val="both"/>
      </w:pPr>
      <w:r>
        <w:t>Chưa bao gồm mảnh da ghép đồng loại.</w:t>
      </w:r>
    </w:p>
    <w:p>
      <w:pPr>
        <w:jc w:val="both"/>
      </w:pPr>
      <w:r>
        <w:t>1168</w:t>
      </w:r>
    </w:p>
    <w:p>
      <w:pPr>
        <w:jc w:val="both"/>
      </w:pPr>
      <w:r>
        <w:t>1155</w:t>
      </w:r>
    </w:p>
    <w:p>
      <w:pPr>
        <w:jc w:val="both"/>
      </w:pPr>
      <w:r>
        <w:t>Phẫu thuật loại II</w:t>
      </w:r>
    </w:p>
    <w:p>
      <w:pPr>
        <w:jc w:val="both"/>
      </w:pPr>
      <w:r>
        <w:t>1.648.000</w:t>
      </w:r>
    </w:p>
    <w:p>
      <w:pPr>
        <w:jc w:val="both"/>
      </w:pPr>
      <w:r>
        <w:t>1.801.000</w:t>
      </w:r>
    </w:p>
    <w:p>
      <w:pPr>
        <w:jc w:val="both"/>
      </w:pPr>
      <w:r>
        <w:t>Chưa bao gồm mảnh da ghép đồng loại.</w:t>
      </w:r>
    </w:p>
    <w:p>
      <w:pPr>
        <w:jc w:val="both"/>
      </w:pPr>
      <w:r>
        <w:t>1169</w:t>
      </w:r>
    </w:p>
    <w:p>
      <w:pPr>
        <w:jc w:val="both"/>
      </w:pPr>
      <w:r>
        <w:t>1156</w:t>
      </w:r>
    </w:p>
    <w:p>
      <w:pPr>
        <w:jc w:val="both"/>
      </w:pPr>
      <w:r>
        <w:t>Phẫu thuật loại III</w:t>
      </w:r>
    </w:p>
    <w:p>
      <w:pPr>
        <w:jc w:val="both"/>
      </w:pPr>
      <w:r>
        <w:t>1.190.000</w:t>
      </w:r>
    </w:p>
    <w:p>
      <w:pPr>
        <w:jc w:val="both"/>
      </w:pPr>
      <w:r>
        <w:t>1.308.000</w:t>
      </w:r>
    </w:p>
    <w:p>
      <w:pPr>
        <w:jc w:val="both"/>
      </w:pPr>
      <w:r>
        <w:t>Chưa bao gồm vật tư ghép trên bệnh nhân.</w:t>
      </w:r>
    </w:p>
    <w:p>
      <w:pPr>
        <w:jc w:val="both"/>
      </w:pPr>
      <w:r>
        <w:t>1170</w:t>
      </w:r>
    </w:p>
    <w:p>
      <w:pPr>
        <w:jc w:val="both"/>
      </w:pPr>
      <w:r>
        <w:t>1157</w:t>
      </w:r>
    </w:p>
    <w:p>
      <w:pPr>
        <w:jc w:val="both"/>
      </w:pPr>
      <w:r>
        <w:t>Thủ thuật loại đặc biệt</w:t>
      </w:r>
    </w:p>
    <w:p>
      <w:pPr>
        <w:jc w:val="both"/>
      </w:pPr>
      <w:r>
        <w:t>1.199.000</w:t>
      </w:r>
    </w:p>
    <w:p>
      <w:pPr>
        <w:jc w:val="both"/>
      </w:pPr>
      <w:r>
        <w:t>1.319.000</w:t>
      </w:r>
    </w:p>
    <w:p>
      <w:pPr>
        <w:jc w:val="both"/>
      </w:pPr>
      <w:r>
        <w:t>1171</w:t>
      </w:r>
    </w:p>
    <w:p>
      <w:pPr>
        <w:jc w:val="both"/>
      </w:pPr>
      <w:r>
        <w:t>1158</w:t>
      </w:r>
    </w:p>
    <w:p>
      <w:pPr>
        <w:jc w:val="both"/>
      </w:pPr>
      <w:r>
        <w:t>Thủ thuật loại I</w:t>
      </w:r>
    </w:p>
    <w:p>
      <w:pPr>
        <w:jc w:val="both"/>
      </w:pPr>
      <w:r>
        <w:t>591.000</w:t>
      </w:r>
    </w:p>
    <w:p>
      <w:pPr>
        <w:jc w:val="both"/>
      </w:pPr>
      <w:r>
        <w:t>652.000</w:t>
      </w:r>
    </w:p>
    <w:p>
      <w:pPr>
        <w:jc w:val="both"/>
      </w:pPr>
      <w:r>
        <w:t>Chưa kèm màng nuôi cấy, hỗn dịch, tấm lót hút VAC (gồm miếng xốp, đầu nối, dây dẫn dịch, băng dán cố định), thuốc cản quang.</w:t>
      </w:r>
    </w:p>
    <w:p>
      <w:pPr>
        <w:jc w:val="both"/>
      </w:pPr>
      <w:r>
        <w:t>1172</w:t>
      </w:r>
    </w:p>
    <w:p>
      <w:pPr>
        <w:jc w:val="both"/>
      </w:pPr>
      <w:r>
        <w:t>1159</w:t>
      </w:r>
    </w:p>
    <w:p>
      <w:pPr>
        <w:jc w:val="both"/>
      </w:pPr>
      <w:r>
        <w:t>Thủ thuật loại II</w:t>
      </w:r>
    </w:p>
    <w:p>
      <w:pPr>
        <w:jc w:val="both"/>
      </w:pPr>
      <w:r>
        <w:t>352.000</w:t>
      </w:r>
    </w:p>
    <w:p>
      <w:pPr>
        <w:jc w:val="both"/>
      </w:pPr>
      <w:r>
        <w:t>389.000</w:t>
      </w:r>
    </w:p>
    <w:p>
      <w:pPr>
        <w:jc w:val="both"/>
      </w:pPr>
      <w:r>
        <w:t>Chưa bao gồm thuốc vô cảm, vật liệu thay thế da, chế phẩm sinh học, tấm lót hút VAC (gồm miếng xốp, đầu nối, dây dẫn dịch, băng dán cố định), dung dịch và thuốc rửa liên tục vết thương.</w:t>
      </w:r>
    </w:p>
    <w:p>
      <w:pPr>
        <w:jc w:val="both"/>
      </w:pPr>
      <w:r>
        <w:t>1173</w:t>
      </w:r>
    </w:p>
    <w:p>
      <w:pPr>
        <w:jc w:val="both"/>
      </w:pPr>
      <w:r>
        <w:t>1160</w:t>
      </w:r>
    </w:p>
    <w:p>
      <w:pPr>
        <w:jc w:val="both"/>
      </w:pPr>
      <w:r>
        <w:t>Thủ thuật loại III</w:t>
      </w:r>
    </w:p>
    <w:p>
      <w:pPr>
        <w:jc w:val="both"/>
      </w:pPr>
      <w:r>
        <w:t>193.000</w:t>
      </w:r>
    </w:p>
    <w:p>
      <w:pPr>
        <w:jc w:val="both"/>
      </w:pPr>
      <w:r>
        <w:t>213.000</w:t>
      </w:r>
    </w:p>
    <w:p>
      <w:pPr>
        <w:jc w:val="both"/>
      </w:pPr>
      <w:r>
        <w:t>Chưa bao gồm thuốc vô cảm, sản phẩm nuôi cấy, quần áo, tất áp lực, thuốc chống sẹo.</w:t>
      </w:r>
    </w:p>
    <w:p>
      <w:pPr>
        <w:jc w:val="both"/>
      </w:pPr>
      <w:r>
        <w:t>XI</w:t>
      </w:r>
    </w:p>
    <w:p>
      <w:pPr>
        <w:jc w:val="both"/>
      </w:pPr>
      <w:r>
        <w:t>XI</w:t>
      </w:r>
    </w:p>
    <w:p>
      <w:pPr>
        <w:jc w:val="both"/>
      </w:pPr>
      <w:r>
        <w:t>UNG BƯỚU</w:t>
      </w:r>
    </w:p>
    <w:p>
      <w:pPr>
        <w:jc w:val="both"/>
      </w:pPr>
      <w:r>
        <w:t>1174</w:t>
      </w:r>
    </w:p>
    <w:p>
      <w:pPr>
        <w:jc w:val="both"/>
      </w:pPr>
      <w:r>
        <w:t>1161</w:t>
      </w:r>
    </w:p>
    <w:p>
      <w:pPr>
        <w:jc w:val="both"/>
      </w:pPr>
      <w:r>
        <w:t>Bơm hóa chất bàng quang điều trị ung thư bàng quang (lần)</w:t>
      </w:r>
    </w:p>
    <w:p>
      <w:pPr>
        <w:jc w:val="both"/>
      </w:pPr>
      <w:r>
        <w:t>396.000</w:t>
      </w:r>
    </w:p>
    <w:p>
      <w:pPr>
        <w:jc w:val="both"/>
      </w:pPr>
      <w:r>
        <w:t>446.000</w:t>
      </w:r>
    </w:p>
    <w:p>
      <w:pPr>
        <w:jc w:val="both"/>
      </w:pPr>
      <w:r>
        <w:t>Chưa bao gồm hoá chất.</w:t>
      </w:r>
    </w:p>
    <w:p>
      <w:pPr>
        <w:jc w:val="both"/>
      </w:pPr>
      <w:r>
        <w:t>1175</w:t>
      </w:r>
    </w:p>
    <w:p>
      <w:pPr>
        <w:jc w:val="both"/>
      </w:pPr>
      <w:r>
        <w:t>1162</w:t>
      </w:r>
    </w:p>
    <w:p>
      <w:pPr>
        <w:jc w:val="both"/>
      </w:pPr>
      <w:r>
        <w:t>03C2.1.11</w:t>
      </w:r>
    </w:p>
    <w:p>
      <w:pPr>
        <w:jc w:val="both"/>
      </w:pPr>
      <w:r>
        <w:t>Đặt Iradium (lần)</w:t>
      </w:r>
    </w:p>
    <w:p>
      <w:pPr>
        <w:jc w:val="both"/>
      </w:pPr>
      <w:r>
        <w:t>476.000</w:t>
      </w:r>
    </w:p>
    <w:p>
      <w:pPr>
        <w:jc w:val="both"/>
      </w:pPr>
      <w:r>
        <w:t>544.000</w:t>
      </w:r>
    </w:p>
    <w:p>
      <w:pPr>
        <w:jc w:val="both"/>
      </w:pPr>
      <w:r>
        <w:t>1176</w:t>
      </w:r>
    </w:p>
    <w:p>
      <w:pPr>
        <w:jc w:val="both"/>
      </w:pPr>
      <w:r>
        <w:t>1163</w:t>
      </w:r>
    </w:p>
    <w:p>
      <w:pPr>
        <w:jc w:val="both"/>
      </w:pPr>
      <w:r>
        <w:t>04C2.97</w:t>
      </w:r>
    </w:p>
    <w:p>
      <w:pPr>
        <w:jc w:val="both"/>
      </w:pPr>
      <w:r>
        <w:t>Điều trị tia xạ Cobalt/ Rx</w:t>
      </w:r>
    </w:p>
    <w:p>
      <w:pPr>
        <w:jc w:val="both"/>
      </w:pPr>
      <w:r>
        <w:t>111.000</w:t>
      </w:r>
    </w:p>
    <w:p>
      <w:pPr>
        <w:jc w:val="both"/>
      </w:pPr>
      <w:r>
        <w:t>123.000</w:t>
      </w:r>
    </w:p>
    <w:p>
      <w:pPr>
        <w:jc w:val="both"/>
      </w:pPr>
      <w:r>
        <w:t>Một lần, nhưng không thu quá 30 lần trong một đợt điều trị.</w:t>
      </w:r>
    </w:p>
    <w:p>
      <w:pPr>
        <w:jc w:val="both"/>
      </w:pPr>
      <w:r>
        <w:t>1177</w:t>
      </w:r>
    </w:p>
    <w:p>
      <w:pPr>
        <w:jc w:val="both"/>
      </w:pPr>
      <w:r>
        <w:t>1164</w:t>
      </w:r>
    </w:p>
    <w:p>
      <w:pPr>
        <w:jc w:val="both"/>
      </w:pPr>
      <w:r>
        <w:t>Đổ khuôn chì trong xạ trị</w:t>
      </w:r>
    </w:p>
    <w:p>
      <w:pPr>
        <w:jc w:val="both"/>
      </w:pPr>
      <w:r>
        <w:t>1.114.000</w:t>
      </w:r>
    </w:p>
    <w:p>
      <w:pPr>
        <w:jc w:val="both"/>
      </w:pPr>
      <w:r>
        <w:t>1.252.000</w:t>
      </w:r>
    </w:p>
    <w:p>
      <w:pPr>
        <w:jc w:val="both"/>
      </w:pPr>
      <w:r>
        <w:t>1178</w:t>
      </w:r>
    </w:p>
    <w:p>
      <w:pPr>
        <w:jc w:val="both"/>
      </w:pPr>
      <w:r>
        <w:t>1165</w:t>
      </w:r>
    </w:p>
    <w:p>
      <w:pPr>
        <w:jc w:val="both"/>
      </w:pPr>
      <w:r>
        <w:t>Hóa trị liên tục (12-24 giờ) bằng máy</w:t>
      </w:r>
    </w:p>
    <w:p>
      <w:pPr>
        <w:jc w:val="both"/>
      </w:pPr>
      <w:r>
        <w:t>416.000</w:t>
      </w:r>
    </w:p>
    <w:p>
      <w:pPr>
        <w:jc w:val="both"/>
      </w:pPr>
      <w:r>
        <w:t>469.000</w:t>
      </w:r>
    </w:p>
    <w:p>
      <w:pPr>
        <w:jc w:val="both"/>
      </w:pPr>
      <w:r>
        <w:t>1179</w:t>
      </w:r>
    </w:p>
    <w:p>
      <w:pPr>
        <w:jc w:val="both"/>
      </w:pPr>
      <w:r>
        <w:t>1166</w:t>
      </w:r>
    </w:p>
    <w:p>
      <w:pPr>
        <w:jc w:val="both"/>
      </w:pPr>
      <w:r>
        <w:t>Làm mặt nạ cố định đầu</w:t>
      </w:r>
    </w:p>
    <w:p>
      <w:pPr>
        <w:jc w:val="both"/>
      </w:pPr>
      <w:r>
        <w:t>1.103.000</w:t>
      </w:r>
    </w:p>
    <w:p>
      <w:pPr>
        <w:jc w:val="both"/>
      </w:pPr>
      <w:r>
        <w:t>1.249.000</w:t>
      </w:r>
    </w:p>
    <w:p>
      <w:pPr>
        <w:jc w:val="both"/>
      </w:pPr>
      <w:r>
        <w:t>1180</w:t>
      </w:r>
    </w:p>
    <w:p>
      <w:pPr>
        <w:jc w:val="both"/>
      </w:pPr>
      <w:r>
        <w:t>1167</w:t>
      </w:r>
    </w:p>
    <w:p>
      <w:pPr>
        <w:jc w:val="both"/>
      </w:pPr>
      <w:r>
        <w:t>Mô phỏng và lập kế hoạch cho xạ trị áp sát</w:t>
      </w:r>
    </w:p>
    <w:p>
      <w:pPr>
        <w:jc w:val="both"/>
      </w:pPr>
      <w:r>
        <w:t>396.000</w:t>
      </w:r>
    </w:p>
    <w:p>
      <w:pPr>
        <w:jc w:val="both"/>
      </w:pPr>
      <w:r>
        <w:t>446.000</w:t>
      </w:r>
    </w:p>
    <w:p>
      <w:pPr>
        <w:jc w:val="both"/>
      </w:pPr>
      <w:r>
        <w:t>1181</w:t>
      </w:r>
    </w:p>
    <w:p>
      <w:pPr>
        <w:jc w:val="both"/>
      </w:pPr>
      <w:r>
        <w:t>1169</w:t>
      </w:r>
    </w:p>
    <w:p>
      <w:pPr>
        <w:jc w:val="both"/>
      </w:pPr>
      <w:r>
        <w:t>Truyền hóa chất tĩnh mạch</w:t>
      </w:r>
    </w:p>
    <w:p>
      <w:pPr>
        <w:jc w:val="both"/>
      </w:pPr>
      <w:r>
        <w:t>161.000</w:t>
      </w:r>
    </w:p>
    <w:p>
      <w:pPr>
        <w:jc w:val="both"/>
      </w:pPr>
      <w:r>
        <w:t>180.000</w:t>
      </w:r>
    </w:p>
    <w:p>
      <w:pPr>
        <w:jc w:val="both"/>
      </w:pPr>
      <w:r>
        <w:t>Chưa bao gồm hoá chất. Áp dụng với bệnh nhân ngoại trú</w:t>
      </w:r>
    </w:p>
    <w:p>
      <w:pPr>
        <w:jc w:val="both"/>
      </w:pPr>
      <w:r>
        <w:t>1182</w:t>
      </w:r>
    </w:p>
    <w:p>
      <w:pPr>
        <w:jc w:val="both"/>
      </w:pPr>
      <w:r>
        <w:t>1169</w:t>
      </w:r>
    </w:p>
    <w:p>
      <w:pPr>
        <w:jc w:val="both"/>
      </w:pPr>
      <w:r>
        <w:t>Truyền hóa chất tĩnh mạch</w:t>
      </w:r>
    </w:p>
    <w:p>
      <w:pPr>
        <w:jc w:val="both"/>
      </w:pPr>
      <w:r>
        <w:t>133.000</w:t>
      </w:r>
    </w:p>
    <w:p>
      <w:pPr>
        <w:jc w:val="both"/>
      </w:pPr>
      <w:r>
        <w:t>148.000</w:t>
      </w:r>
    </w:p>
    <w:p>
      <w:pPr>
        <w:jc w:val="both"/>
      </w:pPr>
      <w:r>
        <w:t>Chưa bao gồm hoá chất. Áp dụng với bệnh nhân nội trú</w:t>
      </w:r>
    </w:p>
    <w:p>
      <w:pPr>
        <w:jc w:val="both"/>
      </w:pPr>
      <w:r>
        <w:t>1183</w:t>
      </w:r>
    </w:p>
    <w:p>
      <w:pPr>
        <w:jc w:val="both"/>
      </w:pPr>
      <w:r>
        <w:t>1170</w:t>
      </w:r>
    </w:p>
    <w:p>
      <w:pPr>
        <w:jc w:val="both"/>
      </w:pPr>
      <w:r>
        <w:t>Truyền hóa chất động mạch (1 ngày)</w:t>
      </w:r>
    </w:p>
    <w:p>
      <w:pPr>
        <w:jc w:val="both"/>
      </w:pPr>
      <w:r>
        <w:t>361.000</w:t>
      </w:r>
    </w:p>
    <w:p>
      <w:pPr>
        <w:jc w:val="both"/>
      </w:pPr>
      <w:r>
        <w:t>406.000</w:t>
      </w:r>
    </w:p>
    <w:p>
      <w:pPr>
        <w:jc w:val="both"/>
      </w:pPr>
      <w:r>
        <w:t>Chưa bao gồm hoá chất.</w:t>
      </w:r>
    </w:p>
    <w:p>
      <w:pPr>
        <w:jc w:val="both"/>
      </w:pPr>
      <w:r>
        <w:t>1184</w:t>
      </w:r>
    </w:p>
    <w:p>
      <w:pPr>
        <w:jc w:val="both"/>
      </w:pPr>
      <w:r>
        <w:t>1171</w:t>
      </w:r>
    </w:p>
    <w:p>
      <w:pPr>
        <w:jc w:val="both"/>
      </w:pPr>
      <w:r>
        <w:t>Truyền hóa chất khoang màng bụng (1 ngày)</w:t>
      </w:r>
    </w:p>
    <w:p>
      <w:pPr>
        <w:jc w:val="both"/>
      </w:pPr>
      <w:r>
        <w:t>219.000</w:t>
      </w:r>
    </w:p>
    <w:p>
      <w:pPr>
        <w:jc w:val="both"/>
      </w:pPr>
      <w:r>
        <w:t>241.000</w:t>
      </w:r>
    </w:p>
    <w:p>
      <w:pPr>
        <w:jc w:val="both"/>
      </w:pPr>
      <w:r>
        <w:t>Chưa bao gồm hoá chất.</w:t>
      </w:r>
    </w:p>
    <w:p>
      <w:pPr>
        <w:jc w:val="both"/>
      </w:pPr>
      <w:r>
        <w:t>1185</w:t>
      </w:r>
    </w:p>
    <w:p>
      <w:pPr>
        <w:jc w:val="both"/>
      </w:pPr>
      <w:r>
        <w:t>1172</w:t>
      </w:r>
    </w:p>
    <w:p>
      <w:pPr>
        <w:jc w:val="both"/>
      </w:pPr>
      <w:r>
        <w:t>Truyền hóa chất nội tủy (1 ngày)</w:t>
      </w:r>
    </w:p>
    <w:p>
      <w:pPr>
        <w:jc w:val="both"/>
      </w:pPr>
      <w:r>
        <w:t>406.000</w:t>
      </w:r>
    </w:p>
    <w:p>
      <w:pPr>
        <w:jc w:val="both"/>
      </w:pPr>
      <w:r>
        <w:t>458.000</w:t>
      </w:r>
    </w:p>
    <w:p>
      <w:pPr>
        <w:jc w:val="both"/>
      </w:pPr>
      <w:r>
        <w:t>Chưa bao gồm hoá chất.</w:t>
      </w:r>
    </w:p>
    <w:p>
      <w:pPr>
        <w:jc w:val="both"/>
      </w:pPr>
      <w:r>
        <w:t>1186</w:t>
      </w:r>
    </w:p>
    <w:p>
      <w:pPr>
        <w:jc w:val="both"/>
      </w:pPr>
      <w:r>
        <w:t>1173</w:t>
      </w:r>
    </w:p>
    <w:p>
      <w:pPr>
        <w:jc w:val="both"/>
      </w:pPr>
      <w:r>
        <w:t>Xạ phẫu bằng Cyber Knife</w:t>
      </w:r>
    </w:p>
    <w:p>
      <w:pPr>
        <w:jc w:val="both"/>
      </w:pPr>
      <w:r>
        <w:t>20.785.000</w:t>
      </w:r>
    </w:p>
    <w:p>
      <w:pPr>
        <w:jc w:val="both"/>
      </w:pPr>
      <w:r>
        <w:t>23.845.000</w:t>
      </w:r>
    </w:p>
    <w:p>
      <w:pPr>
        <w:jc w:val="both"/>
      </w:pPr>
      <w:r>
        <w:t>1187</w:t>
      </w:r>
    </w:p>
    <w:p>
      <w:pPr>
        <w:jc w:val="both"/>
      </w:pPr>
      <w:r>
        <w:t>1174</w:t>
      </w:r>
    </w:p>
    <w:p>
      <w:pPr>
        <w:jc w:val="both"/>
      </w:pPr>
      <w:r>
        <w:t>03C5.5</w:t>
      </w:r>
    </w:p>
    <w:p>
      <w:pPr>
        <w:jc w:val="both"/>
      </w:pPr>
      <w:r>
        <w:t>Xạ phẫu bằng Gamma Knife</w:t>
      </w:r>
    </w:p>
    <w:p>
      <w:pPr>
        <w:jc w:val="both"/>
      </w:pPr>
      <w:r>
        <w:t>28.907.000</w:t>
      </w:r>
    </w:p>
    <w:p>
      <w:pPr>
        <w:jc w:val="both"/>
      </w:pPr>
      <w:r>
        <w:t>33.178.000</w:t>
      </w:r>
    </w:p>
    <w:p>
      <w:pPr>
        <w:jc w:val="both"/>
      </w:pPr>
      <w:r>
        <w:t>1188</w:t>
      </w:r>
    </w:p>
    <w:p>
      <w:pPr>
        <w:jc w:val="both"/>
      </w:pPr>
      <w:r>
        <w:t>1175</w:t>
      </w:r>
    </w:p>
    <w:p>
      <w:pPr>
        <w:jc w:val="both"/>
      </w:pPr>
      <w:r>
        <w:t>03C5.4</w:t>
      </w:r>
    </w:p>
    <w:p>
      <w:pPr>
        <w:jc w:val="both"/>
      </w:pPr>
      <w:r>
        <w:t>Xạ trị bằng X Knife</w:t>
      </w:r>
    </w:p>
    <w:p>
      <w:pPr>
        <w:jc w:val="both"/>
      </w:pPr>
      <w:r>
        <w:t>28.785.000</w:t>
      </w:r>
    </w:p>
    <w:p>
      <w:pPr>
        <w:jc w:val="both"/>
      </w:pPr>
      <w:r>
        <w:t>33.056.000</w:t>
      </w:r>
    </w:p>
    <w:p>
      <w:pPr>
        <w:jc w:val="both"/>
      </w:pPr>
      <w:r>
        <w:t>1189</w:t>
      </w:r>
    </w:p>
    <w:p>
      <w:pPr>
        <w:jc w:val="both"/>
      </w:pPr>
      <w:r>
        <w:t>1176</w:t>
      </w:r>
    </w:p>
    <w:p>
      <w:pPr>
        <w:jc w:val="both"/>
      </w:pPr>
      <w:r>
        <w:t>Xạ trị bằng máy gia tốc có điều biến liều (1 ngày)</w:t>
      </w:r>
    </w:p>
    <w:p>
      <w:pPr>
        <w:jc w:val="both"/>
      </w:pPr>
      <w:r>
        <w:t>1.626.000</w:t>
      </w:r>
    </w:p>
    <w:p>
      <w:pPr>
        <w:jc w:val="both"/>
      </w:pPr>
      <w:r>
        <w:t>1.842.000</w:t>
      </w:r>
    </w:p>
    <w:p>
      <w:pPr>
        <w:jc w:val="both"/>
      </w:pPr>
      <w:r>
        <w:t>1190</w:t>
      </w:r>
    </w:p>
    <w:p>
      <w:pPr>
        <w:jc w:val="both"/>
      </w:pPr>
      <w:r>
        <w:t>1177</w:t>
      </w:r>
    </w:p>
    <w:p>
      <w:pPr>
        <w:jc w:val="both"/>
      </w:pPr>
      <w:r>
        <w:t>03C5.3</w:t>
      </w:r>
    </w:p>
    <w:p>
      <w:pPr>
        <w:jc w:val="both"/>
      </w:pPr>
      <w:r>
        <w:t>Xạ trị bằng máy gia tốc tuyến tính (01 ngày xạ trị)</w:t>
      </w:r>
    </w:p>
    <w:p>
      <w:pPr>
        <w:jc w:val="both"/>
      </w:pPr>
      <w:r>
        <w:t>512.000</w:t>
      </w:r>
    </w:p>
    <w:p>
      <w:pPr>
        <w:jc w:val="both"/>
      </w:pPr>
      <w:r>
        <w:t>584.000</w:t>
      </w:r>
    </w:p>
    <w:p>
      <w:pPr>
        <w:jc w:val="both"/>
      </w:pPr>
      <w:r>
        <w:t>1191</w:t>
      </w:r>
    </w:p>
    <w:p>
      <w:pPr>
        <w:jc w:val="both"/>
      </w:pPr>
      <w:r>
        <w:t>1178</w:t>
      </w:r>
    </w:p>
    <w:p>
      <w:pPr>
        <w:jc w:val="both"/>
      </w:pPr>
      <w:r>
        <w:t>Xạ trị áp sát liều cao tại vòm mũi họng, xoang mặt, khoang miệng, thực quản, khí phế quản (01 lần điều trị)</w:t>
      </w:r>
    </w:p>
    <w:p>
      <w:pPr>
        <w:jc w:val="both"/>
      </w:pPr>
      <w:r>
        <w:t>5.356.000</w:t>
      </w:r>
    </w:p>
    <w:p>
      <w:pPr>
        <w:jc w:val="both"/>
      </w:pPr>
      <w:r>
        <w:t>6.026.000</w:t>
      </w:r>
    </w:p>
    <w:p>
      <w:pPr>
        <w:jc w:val="both"/>
      </w:pPr>
      <w:r>
        <w:t>Chưa bao gồm bộ dụng cụ dùng trong xạ trị áp sát.</w:t>
      </w:r>
    </w:p>
    <w:p>
      <w:pPr>
        <w:jc w:val="both"/>
      </w:pPr>
      <w:r>
        <w:t>1192</w:t>
      </w:r>
    </w:p>
    <w:p>
      <w:pPr>
        <w:jc w:val="both"/>
      </w:pPr>
      <w:r>
        <w:t>1179</w:t>
      </w:r>
    </w:p>
    <w:p>
      <w:pPr>
        <w:jc w:val="both"/>
      </w:pPr>
      <w:r>
        <w:t>Xạ trị áp sát liều cao tại các vị trí khác (01 lần điều trị)</w:t>
      </w:r>
    </w:p>
    <w:p>
      <w:pPr>
        <w:jc w:val="both"/>
      </w:pPr>
      <w:r>
        <w:t>3.465.000</w:t>
      </w:r>
    </w:p>
    <w:p>
      <w:pPr>
        <w:jc w:val="both"/>
      </w:pPr>
      <w:r>
        <w:t>3.863.000</w:t>
      </w:r>
    </w:p>
    <w:p>
      <w:pPr>
        <w:jc w:val="both"/>
      </w:pPr>
      <w:r>
        <w:t>Chưa bao gồm bộ dụng cụ dùng trong xạ trị áp sát.</w:t>
      </w:r>
    </w:p>
    <w:p>
      <w:pPr>
        <w:jc w:val="both"/>
      </w:pPr>
      <w:r>
        <w:t>1193</w:t>
      </w:r>
    </w:p>
    <w:p>
      <w:pPr>
        <w:jc w:val="both"/>
      </w:pPr>
      <w:r>
        <w:t>1180</w:t>
      </w:r>
    </w:p>
    <w:p>
      <w:pPr>
        <w:jc w:val="both"/>
      </w:pPr>
      <w:r>
        <w:t>Xạ trị áp sát liều thấp (01 lần điều trị)</w:t>
      </w:r>
    </w:p>
    <w:p>
      <w:pPr>
        <w:jc w:val="both"/>
      </w:pPr>
      <w:r>
        <w:t>1.426.000</w:t>
      </w:r>
    </w:p>
    <w:p>
      <w:pPr>
        <w:jc w:val="both"/>
      </w:pPr>
      <w:r>
        <w:t>1.612.000</w:t>
      </w:r>
    </w:p>
    <w:p>
      <w:pPr>
        <w:jc w:val="both"/>
      </w:pPr>
      <w:r>
        <w:t>1194</w:t>
      </w:r>
    </w:p>
    <w:p>
      <w:pPr>
        <w:jc w:val="both"/>
      </w:pPr>
      <w:r>
        <w:t>1181</w:t>
      </w:r>
    </w:p>
    <w:p>
      <w:pPr>
        <w:jc w:val="both"/>
      </w:pPr>
      <w:r>
        <w:t>Cắt ung thư vùng hàm mặt có nạo vét hạch dưới hàm, hạch cổ và tạo hình bằng vạt từ xa hoặc tại chỗ</w:t>
      </w:r>
    </w:p>
    <w:p>
      <w:pPr>
        <w:jc w:val="both"/>
      </w:pPr>
      <w:r>
        <w:t>7.972.000</w:t>
      </w:r>
    </w:p>
    <w:p>
      <w:pPr>
        <w:jc w:val="both"/>
      </w:pPr>
      <w:r>
        <w:t>8.877.000</w:t>
      </w:r>
    </w:p>
    <w:p>
      <w:pPr>
        <w:jc w:val="both"/>
      </w:pPr>
      <w:r>
        <w:t>1195</w:t>
      </w:r>
    </w:p>
    <w:p>
      <w:pPr>
        <w:jc w:val="both"/>
      </w:pPr>
      <w:r>
        <w:t>1182</w:t>
      </w:r>
    </w:p>
    <w:p>
      <w:pPr>
        <w:jc w:val="both"/>
      </w:pPr>
      <w:r>
        <w:t>Cắt ung thư lưỡi - sàn miệng, nạo vét hạch và tạo hình bằng vạt từ xa</w:t>
      </w:r>
    </w:p>
    <w:p>
      <w:pPr>
        <w:jc w:val="both"/>
      </w:pPr>
      <w:r>
        <w:t>8.872.000</w:t>
      </w:r>
    </w:p>
    <w:p>
      <w:pPr>
        <w:jc w:val="both"/>
      </w:pPr>
      <w:r>
        <w:t>9.913.000</w:t>
      </w:r>
    </w:p>
    <w:p>
      <w:pPr>
        <w:jc w:val="both"/>
      </w:pPr>
      <w:r>
        <w:t>1196</w:t>
      </w:r>
    </w:p>
    <w:p>
      <w:pPr>
        <w:jc w:val="both"/>
      </w:pPr>
      <w:r>
        <w:t>1183</w:t>
      </w:r>
    </w:p>
    <w:p>
      <w:pPr>
        <w:jc w:val="both"/>
      </w:pPr>
      <w:r>
        <w:t>Cắt u máu, u bạch huyết trong lồng ngực đường kính trên 10 cm</w:t>
      </w:r>
    </w:p>
    <w:p>
      <w:pPr>
        <w:jc w:val="both"/>
      </w:pPr>
      <w:r>
        <w:t>8.672.000</w:t>
      </w:r>
    </w:p>
    <w:p>
      <w:pPr>
        <w:jc w:val="both"/>
      </w:pPr>
      <w:r>
        <w:t>9.683.000</w:t>
      </w:r>
    </w:p>
    <w:p>
      <w:pPr>
        <w:jc w:val="both"/>
      </w:pPr>
      <w:r>
        <w:t>1197</w:t>
      </w:r>
    </w:p>
    <w:p>
      <w:pPr>
        <w:jc w:val="both"/>
      </w:pPr>
      <w:r>
        <w:t>1184</w:t>
      </w:r>
    </w:p>
    <w:p>
      <w:pPr>
        <w:jc w:val="both"/>
      </w:pPr>
      <w:r>
        <w:t>Cắt từ 3 tạng trở lên trong điều trị ung thư tiêu hoá</w:t>
      </w:r>
    </w:p>
    <w:p>
      <w:pPr>
        <w:jc w:val="both"/>
      </w:pPr>
      <w:r>
        <w:t>9.372.000</w:t>
      </w:r>
    </w:p>
    <w:p>
      <w:pPr>
        <w:jc w:val="both"/>
      </w:pPr>
      <w:r>
        <w:t>10.489.000</w:t>
      </w:r>
    </w:p>
    <w:p>
      <w:pPr>
        <w:jc w:val="both"/>
      </w:pPr>
      <w:r>
        <w:t>1198</w:t>
      </w:r>
    </w:p>
    <w:p>
      <w:pPr>
        <w:jc w:val="both"/>
      </w:pPr>
      <w:r>
        <w:t>1185</w:t>
      </w:r>
    </w:p>
    <w:p>
      <w:pPr>
        <w:jc w:val="both"/>
      </w:pPr>
      <w:r>
        <w:t>Tháo khớp xương bả vai do ung thư</w:t>
      </w:r>
    </w:p>
    <w:p>
      <w:pPr>
        <w:jc w:val="both"/>
      </w:pPr>
      <w:r>
        <w:t>7.172.000</w:t>
      </w:r>
    </w:p>
    <w:p>
      <w:pPr>
        <w:jc w:val="both"/>
      </w:pPr>
      <w:r>
        <w:t>7.956.000</w:t>
      </w:r>
    </w:p>
    <w:p>
      <w:pPr>
        <w:jc w:val="both"/>
      </w:pPr>
      <w:r>
        <w:t>1199</w:t>
      </w:r>
    </w:p>
    <w:p>
      <w:pPr>
        <w:jc w:val="both"/>
      </w:pPr>
      <w:r>
        <w:t>1186</w:t>
      </w:r>
    </w:p>
    <w:p>
      <w:pPr>
        <w:jc w:val="both"/>
      </w:pPr>
      <w:r>
        <w:t>Phẫu thuật cắt xương bả vai và phần mềm</w:t>
      </w:r>
    </w:p>
    <w:p>
      <w:pPr>
        <w:jc w:val="both"/>
      </w:pPr>
      <w:r>
        <w:t>8.572.000</w:t>
      </w:r>
    </w:p>
    <w:p>
      <w:pPr>
        <w:jc w:val="both"/>
      </w:pPr>
      <w:r>
        <w:t>9.568.000</w:t>
      </w:r>
    </w:p>
    <w:p>
      <w:pPr>
        <w:jc w:val="both"/>
      </w:pPr>
      <w:r>
        <w:t>1200</w:t>
      </w:r>
    </w:p>
    <w:p>
      <w:pPr>
        <w:jc w:val="both"/>
      </w:pPr>
      <w:r>
        <w:t>1187</w:t>
      </w:r>
    </w:p>
    <w:p>
      <w:pPr>
        <w:jc w:val="both"/>
      </w:pPr>
      <w:r>
        <w:t>Đặt buồng tiêm truyền dưới da</w:t>
      </w:r>
    </w:p>
    <w:p>
      <w:pPr>
        <w:jc w:val="both"/>
      </w:pPr>
      <w:r>
        <w:t>1.348.000</w:t>
      </w:r>
    </w:p>
    <w:p>
      <w:pPr>
        <w:jc w:val="both"/>
      </w:pPr>
      <w:r>
        <w:t>1.510.000</w:t>
      </w:r>
    </w:p>
    <w:p>
      <w:pPr>
        <w:jc w:val="both"/>
      </w:pPr>
      <w:r>
        <w:t>Chưa bao gồm buồng tiêm truyền.</w:t>
      </w:r>
    </w:p>
    <w:p>
      <w:pPr>
        <w:jc w:val="both"/>
      </w:pPr>
      <w:r>
        <w:t>Các phẫu thuật, thủ thuật còn lại khác</w:t>
      </w:r>
    </w:p>
    <w:p>
      <w:pPr>
        <w:jc w:val="both"/>
      </w:pPr>
      <w:r>
        <w:t>1201</w:t>
      </w:r>
    </w:p>
    <w:p>
      <w:pPr>
        <w:jc w:val="both"/>
      </w:pPr>
      <w:r>
        <w:t>1188</w:t>
      </w:r>
    </w:p>
    <w:p>
      <w:pPr>
        <w:jc w:val="both"/>
      </w:pPr>
      <w:r>
        <w:t>Phẫu thuật loại đặc biệt</w:t>
      </w:r>
    </w:p>
    <w:p>
      <w:pPr>
        <w:jc w:val="both"/>
      </w:pPr>
      <w:r>
        <w:t>5.017.000</w:t>
      </w:r>
    </w:p>
    <w:p>
      <w:pPr>
        <w:jc w:val="both"/>
      </w:pPr>
      <w:r>
        <w:t>5.468.000</w:t>
      </w:r>
    </w:p>
    <w:p>
      <w:pPr>
        <w:jc w:val="both"/>
      </w:pPr>
      <w:r>
        <w:t>1202</w:t>
      </w:r>
    </w:p>
    <w:p>
      <w:pPr>
        <w:jc w:val="both"/>
      </w:pPr>
      <w:r>
        <w:t>1189</w:t>
      </w:r>
    </w:p>
    <w:p>
      <w:pPr>
        <w:jc w:val="both"/>
      </w:pPr>
      <w:r>
        <w:t>Phẫu thuật loại I</w:t>
      </w:r>
    </w:p>
    <w:p>
      <w:pPr>
        <w:jc w:val="both"/>
      </w:pPr>
      <w:r>
        <w:t>2.953.000</w:t>
      </w:r>
    </w:p>
    <w:p>
      <w:pPr>
        <w:jc w:val="both"/>
      </w:pPr>
      <w:r>
        <w:t>3.225.000</w:t>
      </w:r>
    </w:p>
    <w:p>
      <w:pPr>
        <w:jc w:val="both"/>
      </w:pPr>
      <w:r>
        <w:t>1203</w:t>
      </w:r>
    </w:p>
    <w:p>
      <w:pPr>
        <w:jc w:val="both"/>
      </w:pPr>
      <w:r>
        <w:t>1190</w:t>
      </w:r>
    </w:p>
    <w:p>
      <w:pPr>
        <w:jc w:val="both"/>
      </w:pPr>
      <w:r>
        <w:t>Phẫu thuật loại II</w:t>
      </w:r>
    </w:p>
    <w:p>
      <w:pPr>
        <w:jc w:val="both"/>
      </w:pPr>
      <w:r>
        <w:t>1.914.000</w:t>
      </w:r>
    </w:p>
    <w:p>
      <w:pPr>
        <w:jc w:val="both"/>
      </w:pPr>
      <w:r>
        <w:t>2.089.000</w:t>
      </w:r>
    </w:p>
    <w:p>
      <w:pPr>
        <w:jc w:val="both"/>
      </w:pPr>
      <w:r>
        <w:t>1204</w:t>
      </w:r>
    </w:p>
    <w:p>
      <w:pPr>
        <w:jc w:val="both"/>
      </w:pPr>
      <w:r>
        <w:t>1191</w:t>
      </w:r>
    </w:p>
    <w:p>
      <w:pPr>
        <w:jc w:val="both"/>
      </w:pPr>
      <w:r>
        <w:t>Phẫu thuật loại III</w:t>
      </w:r>
    </w:p>
    <w:p>
      <w:pPr>
        <w:jc w:val="both"/>
      </w:pPr>
      <w:r>
        <w:t>1.298.000</w:t>
      </w:r>
    </w:p>
    <w:p>
      <w:pPr>
        <w:jc w:val="both"/>
      </w:pPr>
      <w:r>
        <w:t>1.414.000</w:t>
      </w:r>
    </w:p>
    <w:p>
      <w:pPr>
        <w:jc w:val="both"/>
      </w:pPr>
      <w:r>
        <w:t>1205</w:t>
      </w:r>
    </w:p>
    <w:p>
      <w:pPr>
        <w:jc w:val="both"/>
      </w:pPr>
      <w:r>
        <w:t>1192</w:t>
      </w:r>
    </w:p>
    <w:p>
      <w:pPr>
        <w:jc w:val="both"/>
      </w:pPr>
      <w:r>
        <w:t>Thủ thuật loại đặc biệt</w:t>
      </w:r>
    </w:p>
    <w:p>
      <w:pPr>
        <w:jc w:val="both"/>
      </w:pPr>
      <w:r>
        <w:t>915.000</w:t>
      </w:r>
    </w:p>
    <w:p>
      <w:pPr>
        <w:jc w:val="both"/>
      </w:pPr>
      <w:r>
        <w:t>1.018.000</w:t>
      </w:r>
    </w:p>
    <w:p>
      <w:pPr>
        <w:jc w:val="both"/>
      </w:pPr>
      <w:r>
        <w:t>1206</w:t>
      </w:r>
    </w:p>
    <w:p>
      <w:pPr>
        <w:jc w:val="both"/>
      </w:pPr>
      <w:r>
        <w:t>1193</w:t>
      </w:r>
    </w:p>
    <w:p>
      <w:pPr>
        <w:jc w:val="both"/>
      </w:pPr>
      <w:r>
        <w:t>Thủ thuật loại I</w:t>
      </w:r>
    </w:p>
    <w:p>
      <w:pPr>
        <w:jc w:val="both"/>
      </w:pPr>
      <w:r>
        <w:t>525.000</w:t>
      </w:r>
    </w:p>
    <w:p>
      <w:pPr>
        <w:jc w:val="both"/>
      </w:pPr>
      <w:r>
        <w:t>587.000</w:t>
      </w:r>
    </w:p>
    <w:p>
      <w:pPr>
        <w:jc w:val="both"/>
      </w:pPr>
      <w:r>
        <w:t>1207</w:t>
      </w:r>
    </w:p>
    <w:p>
      <w:pPr>
        <w:jc w:val="both"/>
      </w:pPr>
      <w:r>
        <w:t>1194</w:t>
      </w:r>
    </w:p>
    <w:p>
      <w:pPr>
        <w:jc w:val="both"/>
      </w:pPr>
      <w:r>
        <w:t>Thủ thuật loại II</w:t>
      </w:r>
    </w:p>
    <w:p>
      <w:pPr>
        <w:jc w:val="both"/>
      </w:pPr>
      <w:r>
        <w:t>379.000</w:t>
      </w:r>
    </w:p>
    <w:p>
      <w:pPr>
        <w:jc w:val="both"/>
      </w:pPr>
      <w:r>
        <w:t>422.000</w:t>
      </w:r>
    </w:p>
    <w:p>
      <w:pPr>
        <w:jc w:val="both"/>
      </w:pPr>
      <w:r>
        <w:t>1208</w:t>
      </w:r>
    </w:p>
    <w:p>
      <w:pPr>
        <w:jc w:val="both"/>
      </w:pPr>
      <w:r>
        <w:t>1195</w:t>
      </w:r>
    </w:p>
    <w:p>
      <w:pPr>
        <w:jc w:val="both"/>
      </w:pPr>
      <w:r>
        <w:t>Thủ thuật loại III</w:t>
      </w:r>
    </w:p>
    <w:p>
      <w:pPr>
        <w:jc w:val="both"/>
      </w:pPr>
      <w:r>
        <w:t>215.000</w:t>
      </w:r>
    </w:p>
    <w:p>
      <w:pPr>
        <w:jc w:val="both"/>
      </w:pPr>
      <w:r>
        <w:t>241.000</w:t>
      </w:r>
    </w:p>
    <w:p>
      <w:pPr>
        <w:jc w:val="both"/>
      </w:pPr>
      <w:r>
        <w:t>XII</w:t>
      </w:r>
    </w:p>
    <w:p>
      <w:pPr>
        <w:jc w:val="both"/>
      </w:pPr>
      <w:r>
        <w:t>XII</w:t>
      </w:r>
    </w:p>
    <w:p>
      <w:pPr>
        <w:jc w:val="both"/>
      </w:pPr>
      <w:r>
        <w:t>NỘI SOI CHẨN ĐOÁN, CAN THIỆP</w:t>
      </w:r>
    </w:p>
    <w:p>
      <w:pPr>
        <w:jc w:val="both"/>
      </w:pPr>
      <w:r>
        <w:t>1209</w:t>
      </w:r>
    </w:p>
    <w:p>
      <w:pPr>
        <w:jc w:val="both"/>
      </w:pPr>
      <w:r>
        <w:t>1196</w:t>
      </w:r>
    </w:p>
    <w:p>
      <w:pPr>
        <w:jc w:val="both"/>
      </w:pPr>
      <w:r>
        <w:t>Phẫu thuật loại I</w:t>
      </w:r>
    </w:p>
    <w:p>
      <w:pPr>
        <w:jc w:val="both"/>
      </w:pPr>
      <w:r>
        <w:t>2.265.000</w:t>
      </w:r>
    </w:p>
    <w:p>
      <w:pPr>
        <w:jc w:val="both"/>
      </w:pPr>
      <w:r>
        <w:t>2.522.000</w:t>
      </w:r>
    </w:p>
    <w:p>
      <w:pPr>
        <w:jc w:val="both"/>
      </w:pPr>
      <w:r>
        <w:t>1210</w:t>
      </w:r>
    </w:p>
    <w:p>
      <w:pPr>
        <w:jc w:val="both"/>
      </w:pPr>
      <w:r>
        <w:t>1197</w:t>
      </w:r>
    </w:p>
    <w:p>
      <w:pPr>
        <w:jc w:val="both"/>
      </w:pPr>
      <w:r>
        <w:t>Phẫu thuật loại II</w:t>
      </w:r>
    </w:p>
    <w:p>
      <w:pPr>
        <w:jc w:val="both"/>
      </w:pPr>
      <w:r>
        <w:t>1.507.000</w:t>
      </w:r>
    </w:p>
    <w:p>
      <w:pPr>
        <w:jc w:val="both"/>
      </w:pPr>
      <w:r>
        <w:t>1.690.000</w:t>
      </w:r>
    </w:p>
    <w:p>
      <w:pPr>
        <w:jc w:val="both"/>
      </w:pPr>
      <w:r>
        <w:t>1211</w:t>
      </w:r>
    </w:p>
    <w:p>
      <w:pPr>
        <w:jc w:val="both"/>
      </w:pPr>
      <w:r>
        <w:t>1198</w:t>
      </w:r>
    </w:p>
    <w:p>
      <w:pPr>
        <w:jc w:val="both"/>
      </w:pPr>
      <w:r>
        <w:t>Phẫu thuật loại III</w:t>
      </w:r>
    </w:p>
    <w:p>
      <w:pPr>
        <w:jc w:val="both"/>
      </w:pPr>
      <w:r>
        <w:t>1.016.000</w:t>
      </w:r>
    </w:p>
    <w:p>
      <w:pPr>
        <w:jc w:val="both"/>
      </w:pPr>
      <w:r>
        <w:t>1.139.000</w:t>
      </w:r>
    </w:p>
    <w:p>
      <w:pPr>
        <w:jc w:val="both"/>
      </w:pPr>
      <w:r>
        <w:t>1212</w:t>
      </w:r>
    </w:p>
    <w:p>
      <w:pPr>
        <w:jc w:val="both"/>
      </w:pPr>
      <w:r>
        <w:t>1199</w:t>
      </w:r>
    </w:p>
    <w:p>
      <w:pPr>
        <w:jc w:val="both"/>
      </w:pPr>
      <w:r>
        <w:t>Thủ thuật loại đặc biệt</w:t>
      </w:r>
    </w:p>
    <w:p>
      <w:pPr>
        <w:jc w:val="both"/>
      </w:pPr>
      <w:r>
        <w:t>1.001.000</w:t>
      </w:r>
    </w:p>
    <w:p>
      <w:pPr>
        <w:jc w:val="both"/>
      </w:pPr>
      <w:r>
        <w:t>1.117.000</w:t>
      </w:r>
    </w:p>
    <w:p>
      <w:pPr>
        <w:jc w:val="both"/>
      </w:pPr>
      <w:r>
        <w:t>1213</w:t>
      </w:r>
    </w:p>
    <w:p>
      <w:pPr>
        <w:jc w:val="both"/>
      </w:pPr>
      <w:r>
        <w:t>1200</w:t>
      </w:r>
    </w:p>
    <w:p>
      <w:pPr>
        <w:jc w:val="both"/>
      </w:pPr>
      <w:r>
        <w:t>Thủ thuật loại I</w:t>
      </w:r>
    </w:p>
    <w:p>
      <w:pPr>
        <w:jc w:val="both"/>
      </w:pPr>
      <w:r>
        <w:t>609.000</w:t>
      </w:r>
    </w:p>
    <w:p>
      <w:pPr>
        <w:jc w:val="both"/>
      </w:pPr>
      <w:r>
        <w:t>671.000</w:t>
      </w:r>
    </w:p>
    <w:p>
      <w:pPr>
        <w:jc w:val="both"/>
      </w:pPr>
      <w:r>
        <w:t>1214</w:t>
      </w:r>
    </w:p>
    <w:p>
      <w:pPr>
        <w:jc w:val="both"/>
      </w:pPr>
      <w:r>
        <w:t>1201</w:t>
      </w:r>
    </w:p>
    <w:p>
      <w:pPr>
        <w:jc w:val="both"/>
      </w:pPr>
      <w:r>
        <w:t>Thủ thuật loại II</w:t>
      </w:r>
    </w:p>
    <w:p>
      <w:pPr>
        <w:jc w:val="both"/>
      </w:pPr>
      <w:r>
        <w:t>351.000</w:t>
      </w:r>
    </w:p>
    <w:p>
      <w:pPr>
        <w:jc w:val="both"/>
      </w:pPr>
      <w:r>
        <w:t>387.000</w:t>
      </w:r>
    </w:p>
    <w:p>
      <w:pPr>
        <w:jc w:val="both"/>
      </w:pPr>
      <w:r>
        <w:t>1215</w:t>
      </w:r>
    </w:p>
    <w:p>
      <w:pPr>
        <w:jc w:val="both"/>
      </w:pPr>
      <w:r>
        <w:t>1202</w:t>
      </w:r>
    </w:p>
    <w:p>
      <w:pPr>
        <w:jc w:val="both"/>
      </w:pPr>
      <w:r>
        <w:t>Thủ thuật loại III</w:t>
      </w:r>
    </w:p>
    <w:p>
      <w:pPr>
        <w:jc w:val="both"/>
      </w:pPr>
      <w:r>
        <w:t>206.000</w:t>
      </w:r>
    </w:p>
    <w:p>
      <w:pPr>
        <w:jc w:val="both"/>
      </w:pPr>
      <w:r>
        <w:t>228.000</w:t>
      </w:r>
    </w:p>
    <w:p>
      <w:pPr>
        <w:jc w:val="both"/>
      </w:pPr>
      <w:r>
        <w:t>XIII</w:t>
      </w:r>
    </w:p>
    <w:p>
      <w:pPr>
        <w:jc w:val="both"/>
      </w:pPr>
      <w:r>
        <w:t>XIII</w:t>
      </w:r>
    </w:p>
    <w:p>
      <w:pPr>
        <w:jc w:val="both"/>
      </w:pPr>
      <w:r>
        <w:t>VI PHẪU</w:t>
      </w:r>
    </w:p>
    <w:p>
      <w:pPr>
        <w:jc w:val="both"/>
      </w:pPr>
      <w:r>
        <w:t>1216</w:t>
      </w:r>
    </w:p>
    <w:p>
      <w:pPr>
        <w:jc w:val="both"/>
      </w:pPr>
      <w:r>
        <w:t>1203</w:t>
      </w:r>
    </w:p>
    <w:p>
      <w:pPr>
        <w:jc w:val="both"/>
      </w:pPr>
      <w:r>
        <w:t>Phẫu thuật loại đặc biệt</w:t>
      </w:r>
    </w:p>
    <w:p>
      <w:pPr>
        <w:jc w:val="both"/>
      </w:pPr>
      <w:r>
        <w:t>6.040.000</w:t>
      </w:r>
    </w:p>
    <w:p>
      <w:pPr>
        <w:jc w:val="both"/>
      </w:pPr>
      <w:r>
        <w:t>6.648.000</w:t>
      </w:r>
    </w:p>
    <w:p>
      <w:pPr>
        <w:jc w:val="both"/>
      </w:pPr>
      <w:r>
        <w:t>1217</w:t>
      </w:r>
    </w:p>
    <w:p>
      <w:pPr>
        <w:jc w:val="both"/>
      </w:pPr>
      <w:r>
        <w:t>1204</w:t>
      </w:r>
    </w:p>
    <w:p>
      <w:pPr>
        <w:jc w:val="both"/>
      </w:pPr>
      <w:r>
        <w:t>Phẫu thuật loại I</w:t>
      </w:r>
    </w:p>
    <w:p>
      <w:pPr>
        <w:jc w:val="both"/>
      </w:pPr>
      <w:r>
        <w:t>3.452.000</w:t>
      </w:r>
    </w:p>
    <w:p>
      <w:pPr>
        <w:jc w:val="both"/>
      </w:pPr>
      <w:r>
        <w:t>3.779.000</w:t>
      </w:r>
    </w:p>
    <w:p>
      <w:pPr>
        <w:jc w:val="both"/>
      </w:pPr>
      <w:r>
        <w:t>XIV</w:t>
      </w:r>
    </w:p>
    <w:p>
      <w:pPr>
        <w:jc w:val="both"/>
      </w:pPr>
      <w:r>
        <w:t>XIV</w:t>
      </w:r>
    </w:p>
    <w:p>
      <w:pPr>
        <w:jc w:val="both"/>
      </w:pPr>
      <w:r>
        <w:t>PHẪU THUẬT NỘI SOI</w:t>
      </w:r>
    </w:p>
    <w:p>
      <w:pPr>
        <w:jc w:val="both"/>
      </w:pPr>
      <w:r>
        <w:t>1218</w:t>
      </w:r>
    </w:p>
    <w:p>
      <w:pPr>
        <w:jc w:val="both"/>
      </w:pPr>
      <w:r>
        <w:t>1205</w:t>
      </w:r>
    </w:p>
    <w:p>
      <w:pPr>
        <w:jc w:val="both"/>
      </w:pPr>
      <w:r>
        <w:t>Phẫu thuật nội soi Robot điều trị các bệnh lý gan mật</w:t>
      </w:r>
    </w:p>
    <w:p>
      <w:pPr>
        <w:jc w:val="both"/>
      </w:pPr>
      <w:r>
        <w:t>85.543.000</w:t>
      </w:r>
    </w:p>
    <w:p>
      <w:pPr>
        <w:jc w:val="both"/>
      </w:pPr>
      <w:r>
        <w:t>98.147.000</w:t>
      </w:r>
    </w:p>
    <w:p>
      <w:pPr>
        <w:jc w:val="both"/>
      </w:pPr>
      <w:r>
        <w:t>1219</w:t>
      </w:r>
    </w:p>
    <w:p>
      <w:pPr>
        <w:jc w:val="both"/>
      </w:pPr>
      <w:r>
        <w:t>1206</w:t>
      </w:r>
    </w:p>
    <w:p>
      <w:pPr>
        <w:jc w:val="both"/>
      </w:pPr>
      <w:r>
        <w:t>Phẫu thuật nội soi Robot điều trị các bệnh lý lồng ngực</w:t>
      </w:r>
    </w:p>
    <w:p>
      <w:pPr>
        <w:jc w:val="both"/>
      </w:pPr>
      <w:r>
        <w:t>91.410.000</w:t>
      </w:r>
    </w:p>
    <w:p>
      <w:pPr>
        <w:jc w:val="both"/>
      </w:pPr>
      <w:r>
        <w:t>104.902.000</w:t>
      </w:r>
    </w:p>
    <w:p>
      <w:pPr>
        <w:jc w:val="both"/>
      </w:pPr>
      <w:r>
        <w:t>1220</w:t>
      </w:r>
    </w:p>
    <w:p>
      <w:pPr>
        <w:jc w:val="both"/>
      </w:pPr>
      <w:r>
        <w:t>1207</w:t>
      </w:r>
    </w:p>
    <w:p>
      <w:pPr>
        <w:jc w:val="both"/>
      </w:pPr>
      <w:r>
        <w:t>Phẫu thuật nội soi Robot điều trị các bệnh lý tiết niệu</w:t>
      </w:r>
    </w:p>
    <w:p>
      <w:pPr>
        <w:jc w:val="both"/>
      </w:pPr>
      <w:r>
        <w:t>79.712.000</w:t>
      </w:r>
    </w:p>
    <w:p>
      <w:pPr>
        <w:jc w:val="both"/>
      </w:pPr>
      <w:r>
        <w:t>91.434.000</w:t>
      </w:r>
    </w:p>
    <w:p>
      <w:pPr>
        <w:jc w:val="both"/>
      </w:pPr>
      <w:r>
        <w:t>1221</w:t>
      </w:r>
    </w:p>
    <w:p>
      <w:pPr>
        <w:jc w:val="both"/>
      </w:pPr>
      <w:r>
        <w:t>1208</w:t>
      </w:r>
    </w:p>
    <w:p>
      <w:pPr>
        <w:jc w:val="both"/>
      </w:pPr>
      <w:r>
        <w:t>Phẫu thuật nội soi Robot điều trị các bệnh lý tiêu hóa, ổ bụng</w:t>
      </w:r>
    </w:p>
    <w:p>
      <w:pPr>
        <w:jc w:val="both"/>
      </w:pPr>
      <w:r>
        <w:t>96.997.000</w:t>
      </w:r>
    </w:p>
    <w:p>
      <w:pPr>
        <w:jc w:val="both"/>
      </w:pPr>
      <w:r>
        <w:t>111.334.000</w:t>
      </w:r>
    </w:p>
    <w:p>
      <w:pPr>
        <w:jc w:val="both"/>
      </w:pPr>
      <w:r>
        <w:t>Các phẫu thuật, thủ thuật còn lại khác</w:t>
      </w:r>
    </w:p>
    <w:p>
      <w:pPr>
        <w:jc w:val="both"/>
      </w:pPr>
      <w:r>
        <w:t>1222</w:t>
      </w:r>
    </w:p>
    <w:p>
      <w:pPr>
        <w:jc w:val="both"/>
      </w:pPr>
      <w:r>
        <w:t>1209</w:t>
      </w:r>
    </w:p>
    <w:p>
      <w:pPr>
        <w:jc w:val="both"/>
      </w:pPr>
      <w:r>
        <w:t>Phẫu thuật loại đặc biệt</w:t>
      </w:r>
    </w:p>
    <w:p>
      <w:pPr>
        <w:jc w:val="both"/>
      </w:pPr>
      <w:r>
        <w:t>3.946.000</w:t>
      </w:r>
    </w:p>
    <w:p>
      <w:pPr>
        <w:jc w:val="both"/>
      </w:pPr>
      <w:r>
        <w:t>4.343.000</w:t>
      </w:r>
    </w:p>
    <w:p>
      <w:pPr>
        <w:jc w:val="both"/>
      </w:pPr>
      <w:r>
        <w:t>1223</w:t>
      </w:r>
    </w:p>
    <w:p>
      <w:pPr>
        <w:jc w:val="both"/>
      </w:pPr>
      <w:r>
        <w:t>1210</w:t>
      </w:r>
    </w:p>
    <w:p>
      <w:pPr>
        <w:jc w:val="both"/>
      </w:pPr>
      <w:r>
        <w:t>Phẫu thuật loại I</w:t>
      </w:r>
    </w:p>
    <w:p>
      <w:pPr>
        <w:jc w:val="both"/>
      </w:pPr>
      <w:r>
        <w:t>2618.000</w:t>
      </w:r>
    </w:p>
    <w:p>
      <w:pPr>
        <w:jc w:val="both"/>
      </w:pPr>
      <w:r>
        <w:t>2.865.000</w:t>
      </w:r>
    </w:p>
    <w:p>
      <w:pPr>
        <w:jc w:val="both"/>
      </w:pPr>
      <w:r>
        <w:t>1224</w:t>
      </w:r>
    </w:p>
    <w:p>
      <w:pPr>
        <w:jc w:val="both"/>
      </w:pPr>
      <w:r>
        <w:t>1211</w:t>
      </w:r>
    </w:p>
    <w:p>
      <w:pPr>
        <w:jc w:val="both"/>
      </w:pPr>
      <w:r>
        <w:t>Phẫu thuật loại II</w:t>
      </w:r>
    </w:p>
    <w:p>
      <w:pPr>
        <w:jc w:val="both"/>
      </w:pPr>
      <w:r>
        <w:t>1.781.000</w:t>
      </w:r>
    </w:p>
    <w:p>
      <w:pPr>
        <w:jc w:val="both"/>
      </w:pPr>
      <w:r>
        <w:t>1.942.000</w:t>
      </w:r>
    </w:p>
    <w:p>
      <w:pPr>
        <w:jc w:val="both"/>
      </w:pPr>
      <w:r>
        <w:t>1225</w:t>
      </w:r>
    </w:p>
    <w:p>
      <w:pPr>
        <w:jc w:val="both"/>
      </w:pPr>
      <w:r>
        <w:t>1212</w:t>
      </w:r>
    </w:p>
    <w:p>
      <w:pPr>
        <w:jc w:val="both"/>
      </w:pPr>
      <w:r>
        <w:t>Phẫu thuật loại III</w:t>
      </w:r>
    </w:p>
    <w:p>
      <w:pPr>
        <w:jc w:val="both"/>
      </w:pPr>
      <w:r>
        <w:t>1.052.000</w:t>
      </w:r>
    </w:p>
    <w:p>
      <w:pPr>
        <w:jc w:val="both"/>
      </w:pPr>
      <w:r>
        <w:t>1.154.000</w:t>
      </w:r>
    </w:p>
    <w:p>
      <w:pPr>
        <w:jc w:val="both"/>
      </w:pPr>
      <w:r>
        <w:t>XV</w:t>
      </w:r>
    </w:p>
    <w:p>
      <w:pPr>
        <w:jc w:val="both"/>
      </w:pPr>
      <w:r>
        <w:t>XV</w:t>
      </w:r>
    </w:p>
    <w:p>
      <w:pPr>
        <w:jc w:val="both"/>
      </w:pPr>
      <w:r>
        <w:t>GÂY MÊ</w:t>
      </w:r>
    </w:p>
    <w:p>
      <w:pPr>
        <w:jc w:val="both"/>
      </w:pPr>
      <w:r>
        <w:t>1213</w:t>
      </w:r>
    </w:p>
    <w:p>
      <w:pPr>
        <w:jc w:val="both"/>
      </w:pPr>
      <w:r>
        <w:t>Gây mê thay băng bỏng</w:t>
      </w:r>
    </w:p>
    <w:p>
      <w:pPr>
        <w:jc w:val="both"/>
      </w:pPr>
      <w:r>
        <w:t>1226</w:t>
      </w:r>
    </w:p>
    <w:p>
      <w:pPr>
        <w:jc w:val="both"/>
      </w:pPr>
      <w:r>
        <w:t>Gây mê thay băng bỏng diện tích trên 60% diện tích cơ thể hoặc có bỏng hô hấp</w:t>
      </w:r>
    </w:p>
    <w:p>
      <w:pPr>
        <w:jc w:val="both"/>
      </w:pPr>
      <w:r>
        <w:t>1.171.000</w:t>
      </w:r>
    </w:p>
    <w:p>
      <w:pPr>
        <w:jc w:val="both"/>
      </w:pPr>
      <w:r>
        <w:t>1.264.000</w:t>
      </w:r>
    </w:p>
    <w:p>
      <w:pPr>
        <w:jc w:val="both"/>
      </w:pPr>
      <w:r>
        <w:t>1227</w:t>
      </w:r>
    </w:p>
    <w:p>
      <w:pPr>
        <w:jc w:val="both"/>
      </w:pPr>
      <w:r>
        <w:t>Gây mê thay băng bỏng diện tích từ 40% - 60% diện tích cơ thể</w:t>
      </w:r>
    </w:p>
    <w:p>
      <w:pPr>
        <w:jc w:val="both"/>
      </w:pPr>
      <w:r>
        <w:t>836.000</w:t>
      </w:r>
    </w:p>
    <w:p>
      <w:pPr>
        <w:jc w:val="both"/>
      </w:pPr>
      <w:r>
        <w:t>899.000</w:t>
      </w:r>
    </w:p>
    <w:p>
      <w:pPr>
        <w:jc w:val="both"/>
      </w:pPr>
      <w:r>
        <w:t>1228</w:t>
      </w:r>
    </w:p>
    <w:p>
      <w:pPr>
        <w:jc w:val="both"/>
      </w:pPr>
      <w:r>
        <w:t>Gây mê thay băng bỏng diện tích từ 10% - 39% diện tích cơ thể</w:t>
      </w:r>
    </w:p>
    <w:p>
      <w:pPr>
        <w:jc w:val="both"/>
      </w:pPr>
      <w:r>
        <w:t>624.000</w:t>
      </w:r>
    </w:p>
    <w:p>
      <w:pPr>
        <w:jc w:val="both"/>
      </w:pPr>
      <w:r>
        <w:t>671.000</w:t>
      </w:r>
    </w:p>
    <w:p>
      <w:pPr>
        <w:jc w:val="both"/>
      </w:pPr>
      <w:r>
        <w:t>1229</w:t>
      </w:r>
    </w:p>
    <w:p>
      <w:pPr>
        <w:jc w:val="both"/>
      </w:pPr>
      <w:r>
        <w:t>Gây mê thay băng bỏng diện tích dưới 10% diện tích cơ thể</w:t>
      </w:r>
    </w:p>
    <w:p>
      <w:pPr>
        <w:jc w:val="both"/>
      </w:pPr>
      <w:r>
        <w:t>411.000</w:t>
      </w:r>
    </w:p>
    <w:p>
      <w:pPr>
        <w:jc w:val="both"/>
      </w:pPr>
      <w:r>
        <w:t>452.000</w:t>
      </w:r>
    </w:p>
    <w:p>
      <w:pPr>
        <w:jc w:val="both"/>
      </w:pPr>
      <w:r>
        <w:t>1230</w:t>
      </w:r>
    </w:p>
    <w:p>
      <w:pPr>
        <w:jc w:val="both"/>
      </w:pPr>
      <w:r>
        <w:t>1214</w:t>
      </w:r>
    </w:p>
    <w:p>
      <w:pPr>
        <w:jc w:val="both"/>
      </w:pPr>
      <w:r>
        <w:t>Gây mê khác</w:t>
      </w:r>
    </w:p>
    <w:p>
      <w:pPr>
        <w:jc w:val="both"/>
      </w:pPr>
      <w:r>
        <w:t>761.000</w:t>
      </w:r>
    </w:p>
    <w:p>
      <w:pPr>
        <w:jc w:val="both"/>
      </w:pPr>
      <w:r>
        <w:t>822.000</w:t>
      </w:r>
    </w:p>
    <w:p>
      <w:pPr>
        <w:jc w:val="both"/>
      </w:pPr>
      <w:r>
        <w:t>E</w:t>
      </w:r>
    </w:p>
    <w:p>
      <w:pPr>
        <w:jc w:val="both"/>
      </w:pPr>
      <w:r>
        <w:t>E</w:t>
      </w:r>
    </w:p>
    <w:p>
      <w:pPr>
        <w:jc w:val="both"/>
      </w:pPr>
      <w:r>
        <w:t>XÉT NGHIỆM</w:t>
      </w:r>
    </w:p>
    <w:p>
      <w:pPr>
        <w:jc w:val="both"/>
      </w:pPr>
      <w:r>
        <w:t>I</w:t>
      </w:r>
    </w:p>
    <w:p>
      <w:pPr>
        <w:jc w:val="both"/>
      </w:pPr>
      <w:r>
        <w:t>I</w:t>
      </w:r>
    </w:p>
    <w:p>
      <w:pPr>
        <w:jc w:val="both"/>
      </w:pPr>
      <w:r>
        <w:t>Huyết học</w:t>
      </w:r>
    </w:p>
    <w:p>
      <w:pPr>
        <w:jc w:val="both"/>
      </w:pPr>
      <w:r>
        <w:t>1231</w:t>
      </w:r>
    </w:p>
    <w:p>
      <w:pPr>
        <w:jc w:val="both"/>
      </w:pPr>
      <w:r>
        <w:t>1215</w:t>
      </w:r>
    </w:p>
    <w:p>
      <w:pPr>
        <w:jc w:val="both"/>
      </w:pPr>
      <w:r>
        <w:t>ANA 17 profile test (sàng lọc và định danh đồng thời 17 loại kháng thể kháng nhân bằng thanh sắc ký miễn dịch)</w:t>
      </w:r>
    </w:p>
    <w:p>
      <w:pPr>
        <w:jc w:val="both"/>
      </w:pPr>
      <w:r>
        <w:t>1.022.000</w:t>
      </w:r>
    </w:p>
    <w:p>
      <w:pPr>
        <w:jc w:val="both"/>
      </w:pPr>
      <w:r>
        <w:t>1.165.000</w:t>
      </w:r>
    </w:p>
    <w:p>
      <w:pPr>
        <w:jc w:val="both"/>
      </w:pPr>
      <w:r>
        <w:t>1232</w:t>
      </w:r>
    </w:p>
    <w:p>
      <w:pPr>
        <w:jc w:val="both"/>
      </w:pPr>
      <w:r>
        <w:t>1216</w:t>
      </w:r>
    </w:p>
    <w:p>
      <w:pPr>
        <w:jc w:val="both"/>
      </w:pPr>
      <w:r>
        <w:t>03C3.1.HH116</w:t>
      </w:r>
    </w:p>
    <w:p>
      <w:pPr>
        <w:jc w:val="both"/>
      </w:pPr>
      <w:r>
        <w:t>Bilan đông cầm máu - huyết khối</w:t>
      </w:r>
    </w:p>
    <w:p>
      <w:pPr>
        <w:jc w:val="both"/>
      </w:pPr>
      <w:r>
        <w:t>1.578.000</w:t>
      </w:r>
    </w:p>
    <w:p>
      <w:pPr>
        <w:jc w:val="both"/>
      </w:pPr>
      <w:r>
        <w:t>1.805.000</w:t>
      </w:r>
    </w:p>
    <w:p>
      <w:pPr>
        <w:jc w:val="both"/>
      </w:pPr>
      <w:r>
        <w:t>1233</w:t>
      </w:r>
    </w:p>
    <w:p>
      <w:pPr>
        <w:jc w:val="both"/>
      </w:pPr>
      <w:r>
        <w:t>1218</w:t>
      </w:r>
    </w:p>
    <w:p>
      <w:pPr>
        <w:jc w:val="both"/>
      </w:pPr>
      <w:r>
        <w:t>Chụp ảnh màu tế bào qua kính hiển vi</w:t>
      </w:r>
    </w:p>
    <w:p>
      <w:pPr>
        <w:jc w:val="both"/>
      </w:pPr>
      <w:r>
        <w:t>20.900</w:t>
      </w:r>
    </w:p>
    <w:p>
      <w:pPr>
        <w:jc w:val="both"/>
      </w:pPr>
      <w:r>
        <w:t>23.600</w:t>
      </w:r>
    </w:p>
    <w:p>
      <w:pPr>
        <w:jc w:val="both"/>
      </w:pPr>
      <w:r>
        <w:t>1234</w:t>
      </w:r>
    </w:p>
    <w:p>
      <w:pPr>
        <w:jc w:val="both"/>
      </w:pPr>
      <w:r>
        <w:t>1219</w:t>
      </w:r>
    </w:p>
    <w:p>
      <w:pPr>
        <w:jc w:val="both"/>
      </w:pPr>
      <w:r>
        <w:t>04C5.1.296</w:t>
      </w:r>
    </w:p>
    <w:p>
      <w:pPr>
        <w:jc w:val="both"/>
      </w:pPr>
      <w:r>
        <w:t>Co cục máu đông</w:t>
      </w:r>
    </w:p>
    <w:p>
      <w:pPr>
        <w:jc w:val="both"/>
      </w:pPr>
      <w:r>
        <w:t>15.300</w:t>
      </w:r>
    </w:p>
    <w:p>
      <w:pPr>
        <w:jc w:val="both"/>
      </w:pPr>
      <w:r>
        <w:t>17.300</w:t>
      </w:r>
    </w:p>
    <w:p>
      <w:pPr>
        <w:jc w:val="both"/>
      </w:pPr>
      <w:r>
        <w:t>1235</w:t>
      </w:r>
    </w:p>
    <w:p>
      <w:pPr>
        <w:jc w:val="both"/>
      </w:pPr>
      <w:r>
        <w:t>1220</w:t>
      </w:r>
    </w:p>
    <w:p>
      <w:pPr>
        <w:jc w:val="both"/>
      </w:pPr>
      <w:r>
        <w:t>04C5.1.331</w:t>
      </w:r>
    </w:p>
    <w:p>
      <w:pPr>
        <w:jc w:val="both"/>
      </w:pPr>
      <w:r>
        <w:t>Công thức nhiễm sắc thể (Karyotype)</w:t>
      </w:r>
    </w:p>
    <w:p>
      <w:pPr>
        <w:jc w:val="both"/>
      </w:pPr>
      <w:r>
        <w:t>703.000</w:t>
      </w:r>
    </w:p>
    <w:p>
      <w:pPr>
        <w:jc w:val="both"/>
      </w:pPr>
      <w:r>
        <w:t>797.000</w:t>
      </w:r>
    </w:p>
    <w:p>
      <w:pPr>
        <w:jc w:val="both"/>
      </w:pPr>
      <w:r>
        <w:t>Bao gồm cả môi trường nuôi cấy tủy xương.</w:t>
      </w:r>
    </w:p>
    <w:p>
      <w:pPr>
        <w:jc w:val="both"/>
      </w:pPr>
      <w:r>
        <w:t>1236</w:t>
      </w:r>
    </w:p>
    <w:p>
      <w:pPr>
        <w:jc w:val="both"/>
      </w:pPr>
      <w:r>
        <w:t>1221</w:t>
      </w:r>
    </w:p>
    <w:p>
      <w:pPr>
        <w:jc w:val="both"/>
      </w:pPr>
      <w:r>
        <w:t>Công thức nhiễm sắc thể (NST) từ tế bào ối</w:t>
      </w:r>
    </w:p>
    <w:p>
      <w:pPr>
        <w:jc w:val="both"/>
      </w:pPr>
      <w:r>
        <w:t>1.207.000</w:t>
      </w:r>
    </w:p>
    <w:p>
      <w:pPr>
        <w:jc w:val="both"/>
      </w:pPr>
      <w:r>
        <w:t>1.378.000</w:t>
      </w:r>
    </w:p>
    <w:p>
      <w:pPr>
        <w:jc w:val="both"/>
      </w:pPr>
      <w:r>
        <w:t>1237</w:t>
      </w:r>
    </w:p>
    <w:p>
      <w:pPr>
        <w:jc w:val="both"/>
      </w:pPr>
      <w:r>
        <w:t>1222</w:t>
      </w:r>
    </w:p>
    <w:p>
      <w:pPr>
        <w:jc w:val="both"/>
      </w:pPr>
      <w:r>
        <w:t>04C5.1.298</w:t>
      </w:r>
    </w:p>
    <w:p>
      <w:pPr>
        <w:jc w:val="both"/>
      </w:pPr>
      <w:r>
        <w:t>Đàn hồi co cục máu (TEG: ThromboElastoGraph)</w:t>
      </w:r>
    </w:p>
    <w:p>
      <w:pPr>
        <w:jc w:val="both"/>
      </w:pPr>
      <w:r>
        <w:t>423.000</w:t>
      </w:r>
    </w:p>
    <w:p>
      <w:pPr>
        <w:jc w:val="both"/>
      </w:pPr>
      <w:r>
        <w:t>480.000</w:t>
      </w:r>
    </w:p>
    <w:p>
      <w:pPr>
        <w:jc w:val="both"/>
      </w:pPr>
      <w:r>
        <w:t>Bao gồm cả pin và cup, kaolin.</w:t>
      </w:r>
    </w:p>
    <w:p>
      <w:pPr>
        <w:jc w:val="both"/>
      </w:pPr>
      <w:r>
        <w:t>1238</w:t>
      </w:r>
    </w:p>
    <w:p>
      <w:pPr>
        <w:jc w:val="both"/>
      </w:pPr>
      <w:r>
        <w:t>1223</w:t>
      </w:r>
    </w:p>
    <w:p>
      <w:pPr>
        <w:jc w:val="both"/>
      </w:pPr>
      <w:r>
        <w:t>Đánh giá tỷ lệ sống của tế bào bằng kỹ thuật nhuộm xanh trypan</w:t>
      </w:r>
    </w:p>
    <w:p>
      <w:pPr>
        <w:jc w:val="both"/>
      </w:pPr>
      <w:r>
        <w:t>19.200</w:t>
      </w:r>
    </w:p>
    <w:p>
      <w:pPr>
        <w:jc w:val="both"/>
      </w:pPr>
      <w:r>
        <w:t>21.700</w:t>
      </w:r>
    </w:p>
    <w:p>
      <w:pPr>
        <w:jc w:val="both"/>
      </w:pPr>
      <w:r>
        <w:t>1239</w:t>
      </w:r>
    </w:p>
    <w:p>
      <w:pPr>
        <w:jc w:val="both"/>
      </w:pPr>
      <w:r>
        <w:t>1224</w:t>
      </w:r>
    </w:p>
    <w:p>
      <w:pPr>
        <w:jc w:val="both"/>
      </w:pPr>
      <w:r>
        <w:t>DCIP test (Dichlorophenol- Indolphenol- test dùng sàng lọc huyết sắc tố E)</w:t>
      </w:r>
    </w:p>
    <w:p>
      <w:pPr>
        <w:jc w:val="both"/>
      </w:pPr>
      <w:r>
        <w:t>62.900</w:t>
      </w:r>
    </w:p>
    <w:p>
      <w:pPr>
        <w:jc w:val="both"/>
      </w:pPr>
      <w:r>
        <w:t>70.900</w:t>
      </w:r>
    </w:p>
    <w:p>
      <w:pPr>
        <w:jc w:val="both"/>
      </w:pPr>
      <w:r>
        <w:t>1240</w:t>
      </w:r>
    </w:p>
    <w:p>
      <w:pPr>
        <w:jc w:val="both"/>
      </w:pPr>
      <w:r>
        <w:t>1225</w:t>
      </w:r>
    </w:p>
    <w:p>
      <w:pPr>
        <w:jc w:val="both"/>
      </w:pPr>
      <w:r>
        <w:t>03C3.1.HH51</w:t>
      </w:r>
    </w:p>
    <w:p>
      <w:pPr>
        <w:jc w:val="both"/>
      </w:pPr>
      <w:r>
        <w:t>Đếm số lượng CD3 hoặc CD4 hoặc CD8</w:t>
      </w:r>
    </w:p>
    <w:p>
      <w:pPr>
        <w:jc w:val="both"/>
      </w:pPr>
      <w:r>
        <w:t>404.000</w:t>
      </w:r>
    </w:p>
    <w:p>
      <w:pPr>
        <w:jc w:val="both"/>
      </w:pPr>
      <w:r>
        <w:t>457.000</w:t>
      </w:r>
    </w:p>
    <w:p>
      <w:pPr>
        <w:jc w:val="both"/>
      </w:pPr>
      <w:r>
        <w:t>124r</w:t>
      </w:r>
    </w:p>
    <w:p>
      <w:pPr>
        <w:jc w:val="both"/>
      </w:pPr>
      <w:r>
        <w:t>1226</w:t>
      </w:r>
    </w:p>
    <w:p>
      <w:pPr>
        <w:jc w:val="both"/>
      </w:pPr>
      <w:r>
        <w:t>04C5.1.354</w:t>
      </w:r>
    </w:p>
    <w:p>
      <w:pPr>
        <w:jc w:val="both"/>
      </w:pPr>
      <w:r>
        <w:t>Điện di có tính thành phần huyết sắc tố (định tính)</w:t>
      </w:r>
    </w:p>
    <w:p>
      <w:pPr>
        <w:jc w:val="both"/>
      </w:pPr>
      <w:r>
        <w:t>193.000</w:t>
      </w:r>
    </w:p>
    <w:p>
      <w:pPr>
        <w:jc w:val="both"/>
      </w:pPr>
      <w:r>
        <w:t>218.000</w:t>
      </w:r>
    </w:p>
    <w:p>
      <w:pPr>
        <w:jc w:val="both"/>
      </w:pPr>
      <w:r>
        <w:t>1242</w:t>
      </w:r>
    </w:p>
    <w:p>
      <w:pPr>
        <w:jc w:val="both"/>
      </w:pPr>
      <w:r>
        <w:t>1227</w:t>
      </w:r>
    </w:p>
    <w:p>
      <w:pPr>
        <w:jc w:val="both"/>
      </w:pPr>
      <w:r>
        <w:t>04C5.1.355</w:t>
      </w:r>
    </w:p>
    <w:p>
      <w:pPr>
        <w:jc w:val="both"/>
      </w:pPr>
      <w:r>
        <w:t>Điện di huyết sắc tố (định lượng)</w:t>
      </w:r>
    </w:p>
    <w:p>
      <w:pPr>
        <w:jc w:val="both"/>
      </w:pPr>
      <w:r>
        <w:t>366.000</w:t>
      </w:r>
    </w:p>
    <w:p>
      <w:pPr>
        <w:jc w:val="both"/>
      </w:pPr>
      <w:r>
        <w:t>415.000</w:t>
      </w:r>
    </w:p>
    <w:p>
      <w:pPr>
        <w:jc w:val="both"/>
      </w:pPr>
      <w:r>
        <w:t>1243</w:t>
      </w:r>
    </w:p>
    <w:p>
      <w:pPr>
        <w:jc w:val="both"/>
      </w:pPr>
      <w:r>
        <w:t>1228</w:t>
      </w:r>
    </w:p>
    <w:p>
      <w:pPr>
        <w:jc w:val="both"/>
      </w:pPr>
      <w:r>
        <w:t>04C5.1.352</w:t>
      </w:r>
    </w:p>
    <w:p>
      <w:pPr>
        <w:jc w:val="both"/>
      </w:pPr>
      <w:r>
        <w:t>Điện di miễn dịch huyết thanh</w:t>
      </w:r>
    </w:p>
    <w:p>
      <w:pPr>
        <w:jc w:val="both"/>
      </w:pPr>
      <w:r>
        <w:t>1.027.000</w:t>
      </w:r>
    </w:p>
    <w:p>
      <w:pPr>
        <w:jc w:val="both"/>
      </w:pPr>
      <w:r>
        <w:t>1.173.000</w:t>
      </w:r>
    </w:p>
    <w:p>
      <w:pPr>
        <w:jc w:val="both"/>
      </w:pPr>
      <w:r>
        <w:t>1244</w:t>
      </w:r>
    </w:p>
    <w:p>
      <w:pPr>
        <w:jc w:val="both"/>
      </w:pPr>
      <w:r>
        <w:t>1229</w:t>
      </w:r>
    </w:p>
    <w:p>
      <w:pPr>
        <w:jc w:val="both"/>
      </w:pPr>
      <w:r>
        <w:t>04C5.1.353</w:t>
      </w:r>
    </w:p>
    <w:p>
      <w:pPr>
        <w:jc w:val="both"/>
      </w:pPr>
      <w:r>
        <w:t>Điện di protein huyết thanh</w:t>
      </w:r>
    </w:p>
    <w:p>
      <w:pPr>
        <w:jc w:val="both"/>
      </w:pPr>
      <w:r>
        <w:t>382.000</w:t>
      </w:r>
    </w:p>
    <w:p>
      <w:pPr>
        <w:jc w:val="both"/>
      </w:pPr>
      <w:r>
        <w:t>430.000</w:t>
      </w:r>
    </w:p>
    <w:p>
      <w:pPr>
        <w:jc w:val="both"/>
      </w:pPr>
      <w:r>
        <w:t>1245</w:t>
      </w:r>
    </w:p>
    <w:p>
      <w:pPr>
        <w:jc w:val="both"/>
      </w:pPr>
      <w:r>
        <w:t>1230</w:t>
      </w:r>
    </w:p>
    <w:p>
      <w:pPr>
        <w:jc w:val="both"/>
      </w:pPr>
      <w:r>
        <w:t>03C3.1.HH111</w:t>
      </w:r>
    </w:p>
    <w:p>
      <w:pPr>
        <w:jc w:val="both"/>
      </w:pPr>
      <w:r>
        <w:t>Điều chế và lưu trữ tế bào gốc từ máu cuống rốn hoặc từ tủy xương</w:t>
      </w:r>
    </w:p>
    <w:p>
      <w:pPr>
        <w:jc w:val="both"/>
      </w:pPr>
      <w:r>
        <w:t>16.469.000</w:t>
      </w:r>
    </w:p>
    <w:p>
      <w:pPr>
        <w:jc w:val="both"/>
      </w:pPr>
      <w:r>
        <w:t>18.890.000</w:t>
      </w:r>
    </w:p>
    <w:p>
      <w:pPr>
        <w:jc w:val="both"/>
      </w:pPr>
      <w:r>
        <w:t>1246</w:t>
      </w:r>
    </w:p>
    <w:p>
      <w:pPr>
        <w:jc w:val="both"/>
      </w:pPr>
      <w:r>
        <w:t>1231</w:t>
      </w:r>
    </w:p>
    <w:p>
      <w:pPr>
        <w:jc w:val="both"/>
      </w:pPr>
      <w:r>
        <w:t>03C3.1.HH110</w:t>
      </w:r>
    </w:p>
    <w:p>
      <w:pPr>
        <w:jc w:val="both"/>
      </w:pPr>
      <w:r>
        <w:t>Điều chế và lưu trữ tế bào gốc từ máu ngoại vi</w:t>
      </w:r>
    </w:p>
    <w:p>
      <w:pPr>
        <w:jc w:val="both"/>
      </w:pPr>
      <w:r>
        <w:t>16.469.000</w:t>
      </w:r>
    </w:p>
    <w:p>
      <w:pPr>
        <w:jc w:val="both"/>
      </w:pPr>
      <w:r>
        <w:t>18.890.000</w:t>
      </w:r>
    </w:p>
    <w:p>
      <w:pPr>
        <w:jc w:val="both"/>
      </w:pPr>
      <w:r>
        <w:t>1247</w:t>
      </w:r>
    </w:p>
    <w:p>
      <w:pPr>
        <w:jc w:val="both"/>
      </w:pPr>
      <w:r>
        <w:t>1232</w:t>
      </w:r>
    </w:p>
    <w:p>
      <w:pPr>
        <w:jc w:val="both"/>
      </w:pPr>
      <w:r>
        <w:t>Định danh kháng thể Anti- HLA bằng kỹ thuật luminex</w:t>
      </w:r>
    </w:p>
    <w:p>
      <w:pPr>
        <w:jc w:val="both"/>
      </w:pPr>
      <w:r>
        <w:t>3.735.000</w:t>
      </w:r>
    </w:p>
    <w:p>
      <w:pPr>
        <w:jc w:val="both"/>
      </w:pPr>
      <w:r>
        <w:t>4.277.000</w:t>
      </w:r>
    </w:p>
    <w:p>
      <w:pPr>
        <w:jc w:val="both"/>
      </w:pPr>
      <w:r>
        <w:t>1248</w:t>
      </w:r>
    </w:p>
    <w:p>
      <w:pPr>
        <w:jc w:val="both"/>
      </w:pPr>
      <w:r>
        <w:t>1233</w:t>
      </w:r>
    </w:p>
    <w:p>
      <w:pPr>
        <w:jc w:val="both"/>
      </w:pPr>
      <w:r>
        <w:t>03C3.1.HH103</w:t>
      </w:r>
    </w:p>
    <w:p>
      <w:pPr>
        <w:jc w:val="both"/>
      </w:pPr>
      <w:r>
        <w:t>Định danh kháng thể bất thường</w:t>
      </w:r>
    </w:p>
    <w:p>
      <w:pPr>
        <w:jc w:val="both"/>
      </w:pPr>
      <w:r>
        <w:t>1.178.000</w:t>
      </w:r>
    </w:p>
    <w:p>
      <w:pPr>
        <w:jc w:val="both"/>
      </w:pPr>
      <w:r>
        <w:t>1.344.000</w:t>
      </w:r>
    </w:p>
    <w:p>
      <w:pPr>
        <w:jc w:val="both"/>
      </w:pPr>
      <w:r>
        <w:t>1249</w:t>
      </w:r>
    </w:p>
    <w:p>
      <w:pPr>
        <w:jc w:val="both"/>
      </w:pPr>
      <w:r>
        <w:t>1234</w:t>
      </w:r>
    </w:p>
    <w:p>
      <w:pPr>
        <w:jc w:val="both"/>
      </w:pPr>
      <w:r>
        <w:t>Định danh kháng thể kháng HLA bằng kỹ thuật ELISA</w:t>
      </w:r>
    </w:p>
    <w:p>
      <w:pPr>
        <w:jc w:val="both"/>
      </w:pPr>
      <w:r>
        <w:t>4.404.000</w:t>
      </w:r>
    </w:p>
    <w:p>
      <w:pPr>
        <w:jc w:val="both"/>
      </w:pPr>
      <w:r>
        <w:t>5.047.000</w:t>
      </w:r>
    </w:p>
    <w:p>
      <w:pPr>
        <w:jc w:val="both"/>
      </w:pPr>
      <w:r>
        <w:t>1250</w:t>
      </w:r>
    </w:p>
    <w:p>
      <w:pPr>
        <w:jc w:val="both"/>
      </w:pPr>
      <w:r>
        <w:t>1235</w:t>
      </w:r>
    </w:p>
    <w:p>
      <w:pPr>
        <w:jc w:val="both"/>
      </w:pPr>
      <w:r>
        <w:t>03C3.1.HH41</w:t>
      </w:r>
    </w:p>
    <w:p>
      <w:pPr>
        <w:jc w:val="both"/>
      </w:pPr>
      <w:r>
        <w:t>Định lượng anti Thrombin III</w:t>
      </w:r>
    </w:p>
    <w:p>
      <w:pPr>
        <w:jc w:val="both"/>
      </w:pPr>
      <w:r>
        <w:t>141.000</w:t>
      </w:r>
    </w:p>
    <w:p>
      <w:pPr>
        <w:jc w:val="both"/>
      </w:pPr>
      <w:r>
        <w:t>160.000</w:t>
      </w:r>
    </w:p>
    <w:p>
      <w:pPr>
        <w:jc w:val="both"/>
      </w:pPr>
      <w:r>
        <w:t>1251</w:t>
      </w:r>
    </w:p>
    <w:p>
      <w:pPr>
        <w:jc w:val="both"/>
      </w:pPr>
      <w:r>
        <w:t>1236</w:t>
      </w:r>
    </w:p>
    <w:p>
      <w:pPr>
        <w:jc w:val="both"/>
      </w:pPr>
      <w:r>
        <w:t>Định lượng CD25 (IL-2R) hòa tan trong huyết thanh</w:t>
      </w:r>
    </w:p>
    <w:p>
      <w:pPr>
        <w:jc w:val="both"/>
      </w:pPr>
      <w:r>
        <w:t>2.241.000</w:t>
      </w:r>
    </w:p>
    <w:p>
      <w:pPr>
        <w:jc w:val="both"/>
      </w:pPr>
      <w:r>
        <w:t>2.568.000</w:t>
      </w:r>
    </w:p>
    <w:p>
      <w:pPr>
        <w:jc w:val="both"/>
      </w:pPr>
      <w:r>
        <w:t>1252</w:t>
      </w:r>
    </w:p>
    <w:p>
      <w:pPr>
        <w:jc w:val="both"/>
      </w:pPr>
      <w:r>
        <w:t>1237</w:t>
      </w:r>
    </w:p>
    <w:p>
      <w:pPr>
        <w:jc w:val="both"/>
      </w:pPr>
      <w:r>
        <w:t>03C3.1.HH43</w:t>
      </w:r>
    </w:p>
    <w:p>
      <w:pPr>
        <w:jc w:val="both"/>
      </w:pPr>
      <w:r>
        <w:t>Định lượng chất ức chế C1</w:t>
      </w:r>
    </w:p>
    <w:p>
      <w:pPr>
        <w:jc w:val="both"/>
      </w:pPr>
      <w:r>
        <w:t>212.000</w:t>
      </w:r>
    </w:p>
    <w:p>
      <w:pPr>
        <w:jc w:val="both"/>
      </w:pPr>
      <w:r>
        <w:t>240.000</w:t>
      </w:r>
    </w:p>
    <w:p>
      <w:pPr>
        <w:jc w:val="both"/>
      </w:pPr>
      <w:r>
        <w:t>1253</w:t>
      </w:r>
    </w:p>
    <w:p>
      <w:pPr>
        <w:jc w:val="both"/>
      </w:pPr>
      <w:r>
        <w:t>1238</w:t>
      </w:r>
    </w:p>
    <w:p>
      <w:pPr>
        <w:jc w:val="both"/>
      </w:pPr>
      <w:r>
        <w:t>Định lượng D - Dimer bằng kỹ thuật miễn dịch hoá phát quang</w:t>
      </w:r>
    </w:p>
    <w:p>
      <w:pPr>
        <w:jc w:val="both"/>
      </w:pPr>
      <w:r>
        <w:t>527.000</w:t>
      </w:r>
    </w:p>
    <w:p>
      <w:pPr>
        <w:jc w:val="both"/>
      </w:pPr>
      <w:r>
        <w:t>597.000</w:t>
      </w:r>
    </w:p>
    <w:p>
      <w:pPr>
        <w:jc w:val="both"/>
      </w:pPr>
      <w:r>
        <w:t>1254</w:t>
      </w:r>
    </w:p>
    <w:p>
      <w:pPr>
        <w:jc w:val="both"/>
      </w:pPr>
      <w:r>
        <w:t>1239</w:t>
      </w:r>
    </w:p>
    <w:p>
      <w:pPr>
        <w:jc w:val="both"/>
      </w:pPr>
      <w:r>
        <w:t>03C3.1.HH30</w:t>
      </w:r>
    </w:p>
    <w:p>
      <w:pPr>
        <w:jc w:val="both"/>
      </w:pPr>
      <w:r>
        <w:t>Định lượng D- Dimer</w:t>
      </w:r>
    </w:p>
    <w:p>
      <w:pPr>
        <w:jc w:val="both"/>
      </w:pPr>
      <w:r>
        <w:t>260.000</w:t>
      </w:r>
    </w:p>
    <w:p>
      <w:pPr>
        <w:jc w:val="both"/>
      </w:pPr>
      <w:r>
        <w:t>293.000</w:t>
      </w:r>
    </w:p>
    <w:p>
      <w:pPr>
        <w:jc w:val="both"/>
      </w:pPr>
      <w:r>
        <w:t>1255</w:t>
      </w:r>
    </w:p>
    <w:p>
      <w:pPr>
        <w:jc w:val="both"/>
      </w:pPr>
      <w:r>
        <w:t>1240</w:t>
      </w:r>
    </w:p>
    <w:p>
      <w:pPr>
        <w:jc w:val="both"/>
      </w:pPr>
      <w:r>
        <w:t>03C3.1.HH34</w:t>
      </w:r>
    </w:p>
    <w:p>
      <w:pPr>
        <w:jc w:val="both"/>
      </w:pPr>
      <w:r>
        <w:t>Định lượng đồng yếu tố Ristocetin</w:t>
      </w:r>
    </w:p>
    <w:p>
      <w:pPr>
        <w:jc w:val="both"/>
      </w:pPr>
      <w:r>
        <w:t>212.000</w:t>
      </w:r>
    </w:p>
    <w:p>
      <w:pPr>
        <w:jc w:val="both"/>
      </w:pPr>
      <w:r>
        <w:t>240.000</w:t>
      </w:r>
    </w:p>
    <w:p>
      <w:pPr>
        <w:jc w:val="both"/>
      </w:pPr>
      <w:r>
        <w:t>1256</w:t>
      </w:r>
    </w:p>
    <w:p>
      <w:pPr>
        <w:jc w:val="both"/>
      </w:pPr>
      <w:r>
        <w:t>1241</w:t>
      </w:r>
    </w:p>
    <w:p>
      <w:pPr>
        <w:jc w:val="both"/>
      </w:pPr>
      <w:r>
        <w:t>03C3.1.HH47</w:t>
      </w:r>
    </w:p>
    <w:p>
      <w:pPr>
        <w:jc w:val="both"/>
      </w:pPr>
      <w:r>
        <w:t>Định lượng FDP</w:t>
      </w:r>
    </w:p>
    <w:p>
      <w:pPr>
        <w:jc w:val="both"/>
      </w:pPr>
      <w:r>
        <w:t>141.000</w:t>
      </w:r>
    </w:p>
    <w:p>
      <w:pPr>
        <w:jc w:val="both"/>
      </w:pPr>
      <w:r>
        <w:t>160.000</w:t>
      </w:r>
    </w:p>
    <w:p>
      <w:pPr>
        <w:jc w:val="both"/>
      </w:pPr>
      <w:r>
        <w:t>1257</w:t>
      </w:r>
    </w:p>
    <w:p>
      <w:pPr>
        <w:jc w:val="both"/>
      </w:pPr>
      <w:r>
        <w:t>1242</w:t>
      </w:r>
    </w:p>
    <w:p>
      <w:pPr>
        <w:jc w:val="both"/>
      </w:pPr>
      <w:r>
        <w:t>04C5.1.300</w:t>
      </w:r>
    </w:p>
    <w:p>
      <w:pPr>
        <w:jc w:val="both"/>
      </w:pPr>
      <w:r>
        <w:t>Định lượng Fibrinogen (Yếu tố I) bằng phương pháp trực tiếp</w:t>
      </w:r>
    </w:p>
    <w:p>
      <w:pPr>
        <w:jc w:val="both"/>
      </w:pPr>
      <w:r>
        <w:t>105.000</w:t>
      </w:r>
    </w:p>
    <w:p>
      <w:pPr>
        <w:jc w:val="both"/>
      </w:pPr>
      <w:r>
        <w:t>119.000</w:t>
      </w:r>
    </w:p>
    <w:p>
      <w:pPr>
        <w:jc w:val="both"/>
      </w:pPr>
      <w:r>
        <w:t>1258</w:t>
      </w:r>
    </w:p>
    <w:p>
      <w:pPr>
        <w:jc w:val="both"/>
      </w:pPr>
      <w:r>
        <w:t>1243</w:t>
      </w:r>
    </w:p>
    <w:p>
      <w:pPr>
        <w:jc w:val="both"/>
      </w:pPr>
      <w:r>
        <w:t>Định lượng gen bệnh máu ác tính</w:t>
      </w:r>
    </w:p>
    <w:p>
      <w:pPr>
        <w:jc w:val="both"/>
      </w:pPr>
      <w:r>
        <w:t>4.156.000</w:t>
      </w:r>
    </w:p>
    <w:p>
      <w:pPr>
        <w:jc w:val="both"/>
      </w:pPr>
      <w:r>
        <w:t>4.761.000</w:t>
      </w:r>
    </w:p>
    <w:p>
      <w:pPr>
        <w:jc w:val="both"/>
      </w:pPr>
      <w:r>
        <w:t>1259</w:t>
      </w:r>
    </w:p>
    <w:p>
      <w:pPr>
        <w:jc w:val="both"/>
      </w:pPr>
      <w:r>
        <w:t>1244</w:t>
      </w:r>
    </w:p>
    <w:p>
      <w:pPr>
        <w:jc w:val="both"/>
      </w:pPr>
      <w:r>
        <w:t>03C3.1.HH57</w:t>
      </w:r>
    </w:p>
    <w:p>
      <w:pPr>
        <w:jc w:val="both"/>
      </w:pPr>
      <w:r>
        <w:t>Định lượng men G6PD</w:t>
      </w:r>
    </w:p>
    <w:p>
      <w:pPr>
        <w:jc w:val="both"/>
      </w:pPr>
      <w:r>
        <w:t>83.100</w:t>
      </w:r>
    </w:p>
    <w:p>
      <w:pPr>
        <w:jc w:val="both"/>
      </w:pPr>
      <w:r>
        <w:t>93.700</w:t>
      </w:r>
    </w:p>
    <w:p>
      <w:pPr>
        <w:jc w:val="both"/>
      </w:pPr>
      <w:r>
        <w:t>1260</w:t>
      </w:r>
    </w:p>
    <w:p>
      <w:pPr>
        <w:jc w:val="both"/>
      </w:pPr>
      <w:r>
        <w:t>1245</w:t>
      </w:r>
    </w:p>
    <w:p>
      <w:pPr>
        <w:jc w:val="both"/>
      </w:pPr>
      <w:r>
        <w:t>03C3.1.HH58</w:t>
      </w:r>
    </w:p>
    <w:p>
      <w:pPr>
        <w:jc w:val="both"/>
      </w:pPr>
      <w:r>
        <w:t>Định lượng men Pyruvat kinase</w:t>
      </w:r>
    </w:p>
    <w:p>
      <w:pPr>
        <w:jc w:val="both"/>
      </w:pPr>
      <w:r>
        <w:t>178.000</w:t>
      </w:r>
    </w:p>
    <w:p>
      <w:pPr>
        <w:jc w:val="both"/>
      </w:pPr>
      <w:r>
        <w:t>200.000</w:t>
      </w:r>
    </w:p>
    <w:p>
      <w:pPr>
        <w:jc w:val="both"/>
      </w:pPr>
      <w:r>
        <w:t>1261</w:t>
      </w:r>
    </w:p>
    <w:p>
      <w:pPr>
        <w:jc w:val="both"/>
      </w:pPr>
      <w:r>
        <w:t>1246</w:t>
      </w:r>
    </w:p>
    <w:p>
      <w:pPr>
        <w:jc w:val="both"/>
      </w:pPr>
      <w:r>
        <w:t>03C3.1.HH37</w:t>
      </w:r>
    </w:p>
    <w:p>
      <w:pPr>
        <w:jc w:val="both"/>
      </w:pPr>
      <w:r>
        <w:t>Định lượng Plasminogen</w:t>
      </w:r>
    </w:p>
    <w:p>
      <w:pPr>
        <w:jc w:val="both"/>
      </w:pPr>
      <w:r>
        <w:t>212.000</w:t>
      </w:r>
    </w:p>
    <w:p>
      <w:pPr>
        <w:jc w:val="both"/>
      </w:pPr>
      <w:r>
        <w:t>240.000</w:t>
      </w:r>
    </w:p>
    <w:p>
      <w:pPr>
        <w:jc w:val="both"/>
      </w:pPr>
      <w:r>
        <w:t>1262</w:t>
      </w:r>
    </w:p>
    <w:p>
      <w:pPr>
        <w:jc w:val="both"/>
      </w:pPr>
      <w:r>
        <w:t>1247</w:t>
      </w:r>
    </w:p>
    <w:p>
      <w:pPr>
        <w:jc w:val="both"/>
      </w:pPr>
      <w:r>
        <w:t>03C3.1.HH32</w:t>
      </w:r>
    </w:p>
    <w:p>
      <w:pPr>
        <w:jc w:val="both"/>
      </w:pPr>
      <w:r>
        <w:t>Định lượng Protein C</w:t>
      </w:r>
    </w:p>
    <w:p>
      <w:pPr>
        <w:jc w:val="both"/>
      </w:pPr>
      <w:r>
        <w:t>237.000</w:t>
      </w:r>
    </w:p>
    <w:p>
      <w:pPr>
        <w:jc w:val="both"/>
      </w:pPr>
      <w:r>
        <w:t>267.000</w:t>
      </w:r>
    </w:p>
    <w:p>
      <w:pPr>
        <w:jc w:val="both"/>
      </w:pPr>
      <w:r>
        <w:t>1263</w:t>
      </w:r>
    </w:p>
    <w:p>
      <w:pPr>
        <w:jc w:val="both"/>
      </w:pPr>
      <w:r>
        <w:t>1248</w:t>
      </w:r>
    </w:p>
    <w:p>
      <w:pPr>
        <w:jc w:val="both"/>
      </w:pPr>
      <w:r>
        <w:t>03C3.1.HH31</w:t>
      </w:r>
    </w:p>
    <w:p>
      <w:pPr>
        <w:jc w:val="both"/>
      </w:pPr>
      <w:r>
        <w:t>Định lượng Protein S</w:t>
      </w:r>
    </w:p>
    <w:p>
      <w:pPr>
        <w:jc w:val="both"/>
      </w:pPr>
      <w:r>
        <w:t>237.000</w:t>
      </w:r>
    </w:p>
    <w:p>
      <w:pPr>
        <w:jc w:val="both"/>
      </w:pPr>
      <w:r>
        <w:t>267.000</w:t>
      </w:r>
    </w:p>
    <w:p>
      <w:pPr>
        <w:jc w:val="both"/>
      </w:pPr>
      <w:r>
        <w:t>1264</w:t>
      </w:r>
    </w:p>
    <w:p>
      <w:pPr>
        <w:jc w:val="both"/>
      </w:pPr>
      <w:r>
        <w:t>1249</w:t>
      </w:r>
    </w:p>
    <w:p>
      <w:pPr>
        <w:jc w:val="both"/>
      </w:pPr>
      <w:r>
        <w:t>03C3.1.HH40</w:t>
      </w:r>
    </w:p>
    <w:p>
      <w:pPr>
        <w:jc w:val="both"/>
      </w:pPr>
      <w:r>
        <w:t>Định lượng t- PA</w:t>
      </w:r>
    </w:p>
    <w:p>
      <w:pPr>
        <w:jc w:val="both"/>
      </w:pPr>
      <w:r>
        <w:t>212.000</w:t>
      </w:r>
    </w:p>
    <w:p>
      <w:pPr>
        <w:jc w:val="both"/>
      </w:pPr>
      <w:r>
        <w:t>240.000</w:t>
      </w:r>
    </w:p>
    <w:p>
      <w:pPr>
        <w:jc w:val="both"/>
      </w:pPr>
      <w:r>
        <w:t>1265</w:t>
      </w:r>
    </w:p>
    <w:p>
      <w:pPr>
        <w:jc w:val="both"/>
      </w:pPr>
      <w:r>
        <w:t>1250</w:t>
      </w:r>
    </w:p>
    <w:p>
      <w:pPr>
        <w:jc w:val="both"/>
      </w:pPr>
      <w:r>
        <w:t>Định lượng tế bào người cho ở người nhận sau ghép tế bào gốc tạo máu</w:t>
      </w:r>
    </w:p>
    <w:p>
      <w:pPr>
        <w:jc w:val="both"/>
      </w:pPr>
      <w:r>
        <w:t>5.434.000</w:t>
      </w:r>
    </w:p>
    <w:p>
      <w:pPr>
        <w:jc w:val="both"/>
      </w:pPr>
      <w:r>
        <w:t>6.221.000</w:t>
      </w:r>
    </w:p>
    <w:p>
      <w:pPr>
        <w:jc w:val="both"/>
      </w:pPr>
      <w:r>
        <w:t>1266</w:t>
      </w:r>
    </w:p>
    <w:p>
      <w:pPr>
        <w:jc w:val="both"/>
      </w:pPr>
      <w:r>
        <w:t>1251</w:t>
      </w:r>
    </w:p>
    <w:p>
      <w:pPr>
        <w:jc w:val="both"/>
      </w:pPr>
      <w:r>
        <w:t>Định lượng ức chế yếu tố IX</w:t>
      </w:r>
    </w:p>
    <w:p>
      <w:pPr>
        <w:jc w:val="both"/>
      </w:pPr>
      <w:r>
        <w:t>269.000</w:t>
      </w:r>
    </w:p>
    <w:p>
      <w:pPr>
        <w:jc w:val="both"/>
      </w:pPr>
      <w:r>
        <w:t>303.000</w:t>
      </w:r>
    </w:p>
    <w:p>
      <w:pPr>
        <w:jc w:val="both"/>
      </w:pPr>
      <w:r>
        <w:t>1267</w:t>
      </w:r>
    </w:p>
    <w:p>
      <w:pPr>
        <w:jc w:val="both"/>
      </w:pPr>
      <w:r>
        <w:t>1252</w:t>
      </w:r>
    </w:p>
    <w:p>
      <w:pPr>
        <w:jc w:val="both"/>
      </w:pPr>
      <w:r>
        <w:t>Định lượng ức chế yếu tố VIII</w:t>
      </w:r>
    </w:p>
    <w:p>
      <w:pPr>
        <w:jc w:val="both"/>
      </w:pPr>
      <w:r>
        <w:t>153.000</w:t>
      </w:r>
    </w:p>
    <w:p>
      <w:pPr>
        <w:jc w:val="both"/>
      </w:pPr>
      <w:r>
        <w:t>173.000</w:t>
      </w:r>
    </w:p>
    <w:p>
      <w:pPr>
        <w:jc w:val="both"/>
      </w:pPr>
      <w:r>
        <w:t>1268</w:t>
      </w:r>
    </w:p>
    <w:p>
      <w:pPr>
        <w:jc w:val="both"/>
      </w:pPr>
      <w:r>
        <w:t>1253</w:t>
      </w:r>
    </w:p>
    <w:p>
      <w:pPr>
        <w:jc w:val="both"/>
      </w:pPr>
      <w:r>
        <w:t>03C3.1.HH44</w:t>
      </w:r>
    </w:p>
    <w:p>
      <w:pPr>
        <w:jc w:val="both"/>
      </w:pPr>
      <w:r>
        <w:t>Định lượng yếu tố Heparin</w:t>
      </w:r>
    </w:p>
    <w:p>
      <w:pPr>
        <w:jc w:val="both"/>
      </w:pPr>
      <w:r>
        <w:t>212.000</w:t>
      </w:r>
    </w:p>
    <w:p>
      <w:pPr>
        <w:jc w:val="both"/>
      </w:pPr>
      <w:r>
        <w:t>240.000</w:t>
      </w:r>
    </w:p>
    <w:p>
      <w:pPr>
        <w:jc w:val="both"/>
      </w:pPr>
      <w:r>
        <w:t>1269</w:t>
      </w:r>
    </w:p>
    <w:p>
      <w:pPr>
        <w:jc w:val="both"/>
      </w:pPr>
      <w:r>
        <w:t>1254</w:t>
      </w:r>
    </w:p>
    <w:p>
      <w:pPr>
        <w:jc w:val="both"/>
      </w:pPr>
      <w:r>
        <w:t>04C5.1.299</w:t>
      </w:r>
    </w:p>
    <w:p>
      <w:pPr>
        <w:jc w:val="both"/>
      </w:pPr>
      <w:r>
        <w:t>Định lượng yếu tố I (fibrinogen)</w:t>
      </w:r>
    </w:p>
    <w:p>
      <w:pPr>
        <w:jc w:val="both"/>
      </w:pPr>
      <w:r>
        <w:t>58.000</w:t>
      </w:r>
    </w:p>
    <w:p>
      <w:pPr>
        <w:jc w:val="both"/>
      </w:pPr>
      <w:r>
        <w:t>65.400</w:t>
      </w:r>
    </w:p>
    <w:p>
      <w:pPr>
        <w:jc w:val="both"/>
      </w:pPr>
      <w:r>
        <w:t>1270</w:t>
      </w:r>
    </w:p>
    <w:p>
      <w:pPr>
        <w:jc w:val="both"/>
      </w:pPr>
      <w:r>
        <w:t>1255</w:t>
      </w:r>
    </w:p>
    <w:p>
      <w:pPr>
        <w:jc w:val="both"/>
      </w:pPr>
      <w:r>
        <w:t>04C5.1.327</w:t>
      </w:r>
    </w:p>
    <w:p>
      <w:pPr>
        <w:jc w:val="both"/>
      </w:pPr>
      <w:r>
        <w:t>Định lượng yếu tố II hoặc XII hoặc VonWillebrand (kháng nguyên) hoặc VonWillebrand (hoạt tính)</w:t>
      </w:r>
    </w:p>
    <w:p>
      <w:pPr>
        <w:jc w:val="both"/>
      </w:pPr>
      <w:r>
        <w:t>466.000</w:t>
      </w:r>
    </w:p>
    <w:p>
      <w:pPr>
        <w:jc w:val="both"/>
      </w:pPr>
      <w:r>
        <w:t>530.000</w:t>
      </w:r>
    </w:p>
    <w:p>
      <w:pPr>
        <w:jc w:val="both"/>
      </w:pPr>
      <w:r>
        <w:t>Giá cho mỗi yếu tố.</w:t>
      </w:r>
    </w:p>
    <w:p>
      <w:pPr>
        <w:jc w:val="both"/>
      </w:pPr>
      <w:r>
        <w:t>1271</w:t>
      </w:r>
    </w:p>
    <w:p>
      <w:pPr>
        <w:jc w:val="both"/>
      </w:pPr>
      <w:r>
        <w:t>1256</w:t>
      </w:r>
    </w:p>
    <w:p>
      <w:pPr>
        <w:jc w:val="both"/>
      </w:pPr>
      <w:r>
        <w:t>03C3.1.HH45</w:t>
      </w:r>
    </w:p>
    <w:p>
      <w:pPr>
        <w:jc w:val="both"/>
      </w:pPr>
      <w:r>
        <w:t>Định lượng yếu tố kháng Xa</w:t>
      </w:r>
    </w:p>
    <w:p>
      <w:pPr>
        <w:jc w:val="both"/>
      </w:pPr>
      <w:r>
        <w:t>260.000</w:t>
      </w:r>
    </w:p>
    <w:p>
      <w:pPr>
        <w:jc w:val="both"/>
      </w:pPr>
      <w:r>
        <w:t>293.000</w:t>
      </w:r>
    </w:p>
    <w:p>
      <w:pPr>
        <w:jc w:val="both"/>
      </w:pPr>
      <w:r>
        <w:t>1272</w:t>
      </w:r>
    </w:p>
    <w:p>
      <w:pPr>
        <w:jc w:val="both"/>
      </w:pPr>
      <w:r>
        <w:t>1257</w:t>
      </w:r>
    </w:p>
    <w:p>
      <w:pPr>
        <w:jc w:val="both"/>
      </w:pPr>
      <w:r>
        <w:t>03C3.1.HH33</w:t>
      </w:r>
    </w:p>
    <w:p>
      <w:pPr>
        <w:jc w:val="both"/>
      </w:pPr>
      <w:r>
        <w:t>Định lượng yếu tố Thrombomodulin</w:t>
      </w:r>
    </w:p>
    <w:p>
      <w:pPr>
        <w:jc w:val="both"/>
      </w:pPr>
      <w:r>
        <w:t>212.000</w:t>
      </w:r>
    </w:p>
    <w:p>
      <w:pPr>
        <w:jc w:val="both"/>
      </w:pPr>
      <w:r>
        <w:t>240.000</w:t>
      </w:r>
    </w:p>
    <w:p>
      <w:pPr>
        <w:jc w:val="both"/>
      </w:pPr>
      <w:r>
        <w:t>1273</w:t>
      </w:r>
    </w:p>
    <w:p>
      <w:pPr>
        <w:jc w:val="both"/>
      </w:pPr>
      <w:r>
        <w:t>1258</w:t>
      </w:r>
    </w:p>
    <w:p>
      <w:pPr>
        <w:jc w:val="both"/>
      </w:pPr>
      <w:r>
        <w:t>04C5.1.325</w:t>
      </w:r>
    </w:p>
    <w:p>
      <w:pPr>
        <w:jc w:val="both"/>
      </w:pPr>
      <w:r>
        <w:t>Định lượng yếu tố V hoặc yếu tố VII hoặc yếu tố X (Định lượng hoạt tính yếu tố V/yếu tố Vll/yếu tố X) (Định lượng yếu tố V; yếu tố VII, yếu tố X, yếu tố XI)</w:t>
      </w:r>
    </w:p>
    <w:p>
      <w:pPr>
        <w:jc w:val="both"/>
      </w:pPr>
      <w:r>
        <w:t>326.000</w:t>
      </w:r>
    </w:p>
    <w:p>
      <w:pPr>
        <w:jc w:val="both"/>
      </w:pPr>
      <w:r>
        <w:t>369.000</w:t>
      </w:r>
    </w:p>
    <w:p>
      <w:pPr>
        <w:jc w:val="both"/>
      </w:pPr>
      <w:r>
        <w:t>Giá cho mỗi yếu tố.</w:t>
      </w:r>
    </w:p>
    <w:p>
      <w:pPr>
        <w:jc w:val="both"/>
      </w:pPr>
      <w:r>
        <w:t>1274</w:t>
      </w:r>
    </w:p>
    <w:p>
      <w:pPr>
        <w:jc w:val="both"/>
      </w:pPr>
      <w:r>
        <w:t>1259</w:t>
      </w:r>
    </w:p>
    <w:p>
      <w:pPr>
        <w:jc w:val="both"/>
      </w:pPr>
      <w:r>
        <w:t>04C5.1.326</w:t>
      </w:r>
    </w:p>
    <w:p>
      <w:pPr>
        <w:jc w:val="both"/>
      </w:pPr>
      <w:r>
        <w:t>Định lượng yếu tố VIII/yếu tố IX; định lượng hoạt tính yếu tố IX</w:t>
      </w:r>
    </w:p>
    <w:p>
      <w:pPr>
        <w:jc w:val="both"/>
      </w:pPr>
      <w:r>
        <w:t>237.000</w:t>
      </w:r>
    </w:p>
    <w:p>
      <w:pPr>
        <w:jc w:val="both"/>
      </w:pPr>
      <w:r>
        <w:t>267.000</w:t>
      </w:r>
    </w:p>
    <w:p>
      <w:pPr>
        <w:jc w:val="both"/>
      </w:pPr>
      <w:r>
        <w:t>Giá cho mỗi yếu tố.</w:t>
      </w:r>
    </w:p>
    <w:p>
      <w:pPr>
        <w:jc w:val="both"/>
      </w:pPr>
      <w:r>
        <w:t>1275</w:t>
      </w:r>
    </w:p>
    <w:p>
      <w:pPr>
        <w:jc w:val="both"/>
      </w:pPr>
      <w:r>
        <w:t>1260</w:t>
      </w:r>
    </w:p>
    <w:p>
      <w:pPr>
        <w:jc w:val="both"/>
      </w:pPr>
      <w:r>
        <w:t>04C5.1.324</w:t>
      </w:r>
    </w:p>
    <w:p>
      <w:pPr>
        <w:jc w:val="both"/>
      </w:pPr>
      <w:r>
        <w:t>Định lượng yếu tố VIIIc hoặc yếu tố XI (yếu tố VIII hoặc yếu tố XI; Định lượng hoạt tính yếu tố VIII hoặc yếu tố XI</w:t>
      </w:r>
    </w:p>
    <w:p>
      <w:pPr>
        <w:jc w:val="both"/>
      </w:pPr>
      <w:r>
        <w:t>296.000</w:t>
      </w:r>
    </w:p>
    <w:p>
      <w:pPr>
        <w:jc w:val="both"/>
      </w:pPr>
      <w:r>
        <w:t>334.000</w:t>
      </w:r>
    </w:p>
    <w:p>
      <w:pPr>
        <w:jc w:val="both"/>
      </w:pPr>
      <w:r>
        <w:t>Giá cho mỗi yếu tố.</w:t>
      </w:r>
    </w:p>
    <w:p>
      <w:pPr>
        <w:jc w:val="both"/>
      </w:pPr>
      <w:r>
        <w:t>1276</w:t>
      </w:r>
    </w:p>
    <w:p>
      <w:pPr>
        <w:jc w:val="both"/>
      </w:pPr>
      <w:r>
        <w:t>1262</w:t>
      </w:r>
    </w:p>
    <w:p>
      <w:pPr>
        <w:jc w:val="both"/>
      </w:pPr>
      <w:r>
        <w:t>04C5.1.328</w:t>
      </w:r>
    </w:p>
    <w:p>
      <w:pPr>
        <w:jc w:val="both"/>
      </w:pPr>
      <w:r>
        <w:t>Định lượng yếu tố XIII (hoặc yếu tố ổn định sợi huyết)</w:t>
      </w:r>
    </w:p>
    <w:p>
      <w:pPr>
        <w:jc w:val="both"/>
      </w:pPr>
      <w:r>
        <w:t>1.068.000</w:t>
      </w:r>
    </w:p>
    <w:p>
      <w:pPr>
        <w:jc w:val="both"/>
      </w:pPr>
      <w:r>
        <w:t>1.218.000</w:t>
      </w:r>
    </w:p>
    <w:p>
      <w:pPr>
        <w:jc w:val="both"/>
      </w:pPr>
      <w:r>
        <w:t>1277</w:t>
      </w:r>
    </w:p>
    <w:p>
      <w:pPr>
        <w:jc w:val="both"/>
      </w:pPr>
      <w:r>
        <w:t>1263</w:t>
      </w:r>
    </w:p>
    <w:p>
      <w:pPr>
        <w:jc w:val="both"/>
      </w:pPr>
      <w:r>
        <w:t>03C3.1.HH36</w:t>
      </w:r>
    </w:p>
    <w:p>
      <w:pPr>
        <w:jc w:val="both"/>
      </w:pPr>
      <w:r>
        <w:t>Định lượng yếu tố: PAI- l/PAI-2</w:t>
      </w:r>
    </w:p>
    <w:p>
      <w:pPr>
        <w:jc w:val="both"/>
      </w:pPr>
      <w:r>
        <w:t>212.000</w:t>
      </w:r>
    </w:p>
    <w:p>
      <w:pPr>
        <w:jc w:val="both"/>
      </w:pPr>
      <w:r>
        <w:t>240.000</w:t>
      </w:r>
    </w:p>
    <w:p>
      <w:pPr>
        <w:jc w:val="both"/>
      </w:pPr>
      <w:r>
        <w:t>1278</w:t>
      </w:r>
    </w:p>
    <w:p>
      <w:pPr>
        <w:jc w:val="both"/>
      </w:pPr>
      <w:r>
        <w:t>1264</w:t>
      </w:r>
    </w:p>
    <w:p>
      <w:pPr>
        <w:jc w:val="both"/>
      </w:pPr>
      <w:r>
        <w:t>03C3.1.HH38</w:t>
      </w:r>
    </w:p>
    <w:p>
      <w:pPr>
        <w:jc w:val="both"/>
      </w:pPr>
      <w:r>
        <w:t>Định lượng α2 anti -plasmin (α2 AP)</w:t>
      </w:r>
    </w:p>
    <w:p>
      <w:pPr>
        <w:jc w:val="both"/>
      </w:pPr>
      <w:r>
        <w:t>212.000</w:t>
      </w:r>
    </w:p>
    <w:p>
      <w:pPr>
        <w:jc w:val="both"/>
      </w:pPr>
      <w:r>
        <w:t>240.000</w:t>
      </w:r>
    </w:p>
    <w:p>
      <w:pPr>
        <w:jc w:val="both"/>
      </w:pPr>
      <w:r>
        <w:t>1279</w:t>
      </w:r>
    </w:p>
    <w:p>
      <w:pPr>
        <w:jc w:val="both"/>
      </w:pPr>
      <w:r>
        <w:t>1265</w:t>
      </w:r>
    </w:p>
    <w:p>
      <w:pPr>
        <w:jc w:val="both"/>
      </w:pPr>
      <w:r>
        <w:t>03C3.1.HH39</w:t>
      </w:r>
    </w:p>
    <w:p>
      <w:pPr>
        <w:jc w:val="both"/>
      </w:pPr>
      <w:r>
        <w:t>Định lượng β Thromboglobulin (βTG)</w:t>
      </w:r>
    </w:p>
    <w:p>
      <w:pPr>
        <w:jc w:val="both"/>
      </w:pPr>
      <w:r>
        <w:t>212.000</w:t>
      </w:r>
    </w:p>
    <w:p>
      <w:pPr>
        <w:jc w:val="both"/>
      </w:pPr>
      <w:r>
        <w:t>240.000</w:t>
      </w:r>
    </w:p>
    <w:p>
      <w:pPr>
        <w:jc w:val="both"/>
      </w:pPr>
      <w:r>
        <w:t>1280</w:t>
      </w:r>
    </w:p>
    <w:p>
      <w:pPr>
        <w:jc w:val="both"/>
      </w:pPr>
      <w:r>
        <w:t>1266</w:t>
      </w:r>
    </w:p>
    <w:p>
      <w:pPr>
        <w:jc w:val="both"/>
      </w:pPr>
      <w:r>
        <w:t>03C3.1.HH90</w:t>
      </w:r>
    </w:p>
    <w:p>
      <w:pPr>
        <w:jc w:val="both"/>
      </w:pPr>
      <w:r>
        <w:t>Định nhóm máu A 1</w:t>
      </w:r>
    </w:p>
    <w:p>
      <w:pPr>
        <w:jc w:val="both"/>
      </w:pPr>
      <w:r>
        <w:t>35.600</w:t>
      </w:r>
    </w:p>
    <w:p>
      <w:pPr>
        <w:jc w:val="both"/>
      </w:pPr>
      <w:r>
        <w:t>40.100</w:t>
      </w:r>
    </w:p>
    <w:p>
      <w:pPr>
        <w:jc w:val="both"/>
      </w:pPr>
      <w:r>
        <w:t>1281</w:t>
      </w:r>
    </w:p>
    <w:p>
      <w:pPr>
        <w:jc w:val="both"/>
      </w:pPr>
      <w:r>
        <w:t>1267</w:t>
      </w:r>
    </w:p>
    <w:p>
      <w:pPr>
        <w:jc w:val="both"/>
      </w:pPr>
      <w:r>
        <w:t>04C5.1.287</w:t>
      </w:r>
    </w:p>
    <w:p>
      <w:pPr>
        <w:jc w:val="both"/>
      </w:pPr>
      <w:r>
        <w:t>Định nhóm máu hệ ABO bằng giấy định nhóm máu để truyền máu toàn phần: khối hồng cầu, khối bạch cầu</w:t>
      </w:r>
    </w:p>
    <w:p>
      <w:pPr>
        <w:jc w:val="both"/>
      </w:pPr>
      <w:r>
        <w:t>23.700</w:t>
      </w:r>
    </w:p>
    <w:p>
      <w:pPr>
        <w:jc w:val="both"/>
      </w:pPr>
      <w:r>
        <w:t>26.700</w:t>
      </w:r>
    </w:p>
    <w:p>
      <w:pPr>
        <w:jc w:val="both"/>
      </w:pPr>
      <w:r>
        <w:t>1282</w:t>
      </w:r>
    </w:p>
    <w:p>
      <w:pPr>
        <w:jc w:val="both"/>
      </w:pPr>
      <w:r>
        <w:t>1268</w:t>
      </w:r>
    </w:p>
    <w:p>
      <w:pPr>
        <w:jc w:val="both"/>
      </w:pPr>
      <w:r>
        <w:t>04C5.1.288</w:t>
      </w:r>
    </w:p>
    <w:p>
      <w:pPr>
        <w:jc w:val="both"/>
      </w:pPr>
      <w:r>
        <w:t>Định nhóm máu hệ ABO bằng giấy định nhóm máu để truyền: chế phẩm tiểu cầu hoặc huyết tương</w:t>
      </w:r>
    </w:p>
    <w:p>
      <w:pPr>
        <w:jc w:val="both"/>
      </w:pPr>
      <w:r>
        <w:t>21.200</w:t>
      </w:r>
    </w:p>
    <w:p>
      <w:pPr>
        <w:jc w:val="both"/>
      </w:pPr>
      <w:r>
        <w:t>24.000</w:t>
      </w:r>
    </w:p>
    <w:p>
      <w:pPr>
        <w:jc w:val="both"/>
      </w:pPr>
      <w:r>
        <w:t>1283</w:t>
      </w:r>
    </w:p>
    <w:p>
      <w:pPr>
        <w:jc w:val="both"/>
      </w:pPr>
      <w:r>
        <w:t>1269</w:t>
      </w:r>
    </w:p>
    <w:p>
      <w:pPr>
        <w:jc w:val="both"/>
      </w:pPr>
      <w:r>
        <w:t>04C5.1.286</w:t>
      </w:r>
    </w:p>
    <w:p>
      <w:pPr>
        <w:jc w:val="both"/>
      </w:pPr>
      <w:r>
        <w:t>Định nhóm máu hệ ABO bằng phương pháp ống nghiệm; trên phiến đá hoặc trên giấy</w:t>
      </w:r>
    </w:p>
    <w:p>
      <w:pPr>
        <w:jc w:val="both"/>
      </w:pPr>
      <w:r>
        <w:t>40.200</w:t>
      </w:r>
    </w:p>
    <w:p>
      <w:pPr>
        <w:jc w:val="both"/>
      </w:pPr>
      <w:r>
        <w:t>45.400</w:t>
      </w:r>
    </w:p>
    <w:p>
      <w:pPr>
        <w:jc w:val="both"/>
      </w:pPr>
      <w:r>
        <w:t>1284</w:t>
      </w:r>
    </w:p>
    <w:p>
      <w:pPr>
        <w:jc w:val="both"/>
      </w:pPr>
      <w:r>
        <w:t>1270</w:t>
      </w:r>
    </w:p>
    <w:p>
      <w:pPr>
        <w:jc w:val="both"/>
      </w:pPr>
      <w:r>
        <w:t>04C5.1.347</w:t>
      </w:r>
    </w:p>
    <w:p>
      <w:pPr>
        <w:jc w:val="both"/>
      </w:pPr>
      <w:r>
        <w:t>Định nhóm máu hệ ABO bằng thẻ định nhóm máu</w:t>
      </w:r>
    </w:p>
    <w:p>
      <w:pPr>
        <w:jc w:val="both"/>
      </w:pPr>
      <w:r>
        <w:t>59.300</w:t>
      </w:r>
    </w:p>
    <w:p>
      <w:pPr>
        <w:jc w:val="both"/>
      </w:pPr>
      <w:r>
        <w:t>66.900</w:t>
      </w:r>
    </w:p>
    <w:p>
      <w:pPr>
        <w:jc w:val="both"/>
      </w:pPr>
      <w:r>
        <w:t>1285</w:t>
      </w:r>
    </w:p>
    <w:p>
      <w:pPr>
        <w:jc w:val="both"/>
      </w:pPr>
      <w:r>
        <w:t>1271</w:t>
      </w:r>
    </w:p>
    <w:p>
      <w:pPr>
        <w:jc w:val="both"/>
      </w:pPr>
      <w:r>
        <w:t>04C5.1.291</w:t>
      </w:r>
    </w:p>
    <w:p>
      <w:pPr>
        <w:jc w:val="both"/>
      </w:pPr>
      <w:r>
        <w:t>Định nhóm máu hệ ABO trên thẻ định nhóm máu (đã có sẵn huyết thanh mẫu) để truyền chế phẩm tiểu cầu hoặc huyết tương</w:t>
      </w:r>
    </w:p>
    <w:p>
      <w:pPr>
        <w:jc w:val="both"/>
      </w:pPr>
      <w:r>
        <w:t>29.600</w:t>
      </w:r>
    </w:p>
    <w:p>
      <w:pPr>
        <w:jc w:val="both"/>
      </w:pPr>
      <w:r>
        <w:t>33.400</w:t>
      </w:r>
    </w:p>
    <w:p>
      <w:pPr>
        <w:jc w:val="both"/>
      </w:pPr>
      <w:r>
        <w:t>1286</w:t>
      </w:r>
    </w:p>
    <w:p>
      <w:pPr>
        <w:jc w:val="both"/>
      </w:pPr>
      <w:r>
        <w:t>1272</w:t>
      </w:r>
    </w:p>
    <w:p>
      <w:pPr>
        <w:jc w:val="both"/>
      </w:pPr>
      <w:r>
        <w:t>04C5.1.290</w:t>
      </w:r>
    </w:p>
    <w:p>
      <w:pPr>
        <w:jc w:val="both"/>
      </w:pPr>
      <w:r>
        <w:t>Định nhóm máu hệ ABO trên thẻ định nhóm máu (đã có sẵn huyết thanh mẫu) để truyền máu toàn phần, khối hồng cầu, bạch cầu</w:t>
      </w:r>
    </w:p>
    <w:p>
      <w:pPr>
        <w:jc w:val="both"/>
      </w:pPr>
      <w:r>
        <w:t>47.500</w:t>
      </w:r>
    </w:p>
    <w:p>
      <w:pPr>
        <w:jc w:val="both"/>
      </w:pPr>
      <w:r>
        <w:t>53.500</w:t>
      </w:r>
    </w:p>
    <w:p>
      <w:pPr>
        <w:jc w:val="both"/>
      </w:pPr>
      <w:r>
        <w:t>1287</w:t>
      </w:r>
    </w:p>
    <w:p>
      <w:pPr>
        <w:jc w:val="both"/>
      </w:pPr>
      <w:r>
        <w:t>1273</w:t>
      </w:r>
    </w:p>
    <w:p>
      <w:pPr>
        <w:jc w:val="both"/>
      </w:pPr>
      <w:r>
        <w:t>04C5.1.289</w:t>
      </w:r>
    </w:p>
    <w:p>
      <w:pPr>
        <w:jc w:val="both"/>
      </w:pPr>
      <w:r>
        <w:t>Định nhóm máu hệ ABO, Rh(D) trên máy tự động</w:t>
      </w:r>
    </w:p>
    <w:p>
      <w:pPr>
        <w:jc w:val="both"/>
      </w:pPr>
      <w:r>
        <w:t>39.100</w:t>
      </w:r>
    </w:p>
    <w:p>
      <w:pPr>
        <w:jc w:val="both"/>
      </w:pPr>
      <w:r>
        <w:t>44.000</w:t>
      </w:r>
    </w:p>
    <w:p>
      <w:pPr>
        <w:jc w:val="both"/>
      </w:pPr>
      <w:r>
        <w:t>1288</w:t>
      </w:r>
    </w:p>
    <w:p>
      <w:pPr>
        <w:jc w:val="both"/>
      </w:pPr>
      <w:r>
        <w:t>1274</w:t>
      </w:r>
    </w:p>
    <w:p>
      <w:pPr>
        <w:jc w:val="both"/>
      </w:pPr>
      <w:r>
        <w:t>04C5.1.337</w:t>
      </w:r>
    </w:p>
    <w:p>
      <w:pPr>
        <w:jc w:val="both"/>
      </w:pPr>
      <w:r>
        <w:t>Định nhóm máu hệ ABO, Rh(D) bằng công nghệ hồng cầu gắn từ</w:t>
      </w:r>
    </w:p>
    <w:p>
      <w:pPr>
        <w:jc w:val="both"/>
      </w:pPr>
      <w:r>
        <w:t>53.400</w:t>
      </w:r>
    </w:p>
    <w:p>
      <w:pPr>
        <w:jc w:val="both"/>
      </w:pPr>
      <w:r>
        <w:t>60.200</w:t>
      </w:r>
    </w:p>
    <w:p>
      <w:pPr>
        <w:jc w:val="both"/>
      </w:pPr>
      <w:r>
        <w:t>1289</w:t>
      </w:r>
    </w:p>
    <w:p>
      <w:pPr>
        <w:jc w:val="both"/>
      </w:pPr>
      <w:r>
        <w:t>1275</w:t>
      </w:r>
    </w:p>
    <w:p>
      <w:pPr>
        <w:jc w:val="both"/>
      </w:pPr>
      <w:r>
        <w:t>04C5.1.336</w:t>
      </w:r>
    </w:p>
    <w:p>
      <w:pPr>
        <w:jc w:val="both"/>
      </w:pPr>
      <w:r>
        <w:t>Định nhóm máu hệ ABO, Rh(D) bằng phương pháp gelcard/Scangel</w:t>
      </w:r>
    </w:p>
    <w:p>
      <w:pPr>
        <w:jc w:val="both"/>
      </w:pPr>
      <w:r>
        <w:t>89.000</w:t>
      </w:r>
    </w:p>
    <w:p>
      <w:pPr>
        <w:jc w:val="both"/>
      </w:pPr>
      <w:r>
        <w:t>100.000</w:t>
      </w:r>
    </w:p>
    <w:p>
      <w:pPr>
        <w:jc w:val="both"/>
      </w:pPr>
      <w:r>
        <w:t>1290</w:t>
      </w:r>
    </w:p>
    <w:p>
      <w:pPr>
        <w:jc w:val="both"/>
      </w:pPr>
      <w:r>
        <w:t>1276</w:t>
      </w:r>
    </w:p>
    <w:p>
      <w:pPr>
        <w:jc w:val="both"/>
      </w:pPr>
      <w:r>
        <w:t>03C3.1.HH101</w:t>
      </w:r>
    </w:p>
    <w:p>
      <w:pPr>
        <w:jc w:val="both"/>
      </w:pPr>
      <w:r>
        <w:t>Định nhóm máu hệ Diego (xác định kháng nguyên Diego)</w:t>
      </w:r>
    </w:p>
    <w:p>
      <w:pPr>
        <w:jc w:val="both"/>
      </w:pPr>
      <w:r>
        <w:t>189.000</w:t>
      </w:r>
    </w:p>
    <w:p>
      <w:pPr>
        <w:jc w:val="both"/>
      </w:pPr>
      <w:r>
        <w:t>213.000</w:t>
      </w:r>
    </w:p>
    <w:p>
      <w:pPr>
        <w:jc w:val="both"/>
      </w:pPr>
      <w:r>
        <w:t>1291</w:t>
      </w:r>
    </w:p>
    <w:p>
      <w:pPr>
        <w:jc w:val="both"/>
      </w:pPr>
      <w:r>
        <w:t>1277</w:t>
      </w:r>
    </w:p>
    <w:p>
      <w:pPr>
        <w:jc w:val="both"/>
      </w:pPr>
      <w:r>
        <w:t>03C3.1.HH100</w:t>
      </w:r>
    </w:p>
    <w:p>
      <w:pPr>
        <w:jc w:val="both"/>
      </w:pPr>
      <w:r>
        <w:t>Định nhóm máu hệ MNSs (xác định kháng nguyên Mi a )</w:t>
      </w:r>
    </w:p>
    <w:p>
      <w:pPr>
        <w:jc w:val="both"/>
      </w:pPr>
      <w:r>
        <w:t>160.000</w:t>
      </w:r>
    </w:p>
    <w:p>
      <w:pPr>
        <w:jc w:val="both"/>
      </w:pPr>
      <w:r>
        <w:t>180.000</w:t>
      </w:r>
    </w:p>
    <w:p>
      <w:pPr>
        <w:jc w:val="both"/>
      </w:pPr>
      <w:r>
        <w:t>1292</w:t>
      </w:r>
    </w:p>
    <w:p>
      <w:pPr>
        <w:jc w:val="both"/>
      </w:pPr>
      <w:r>
        <w:t>1278</w:t>
      </w:r>
    </w:p>
    <w:p>
      <w:pPr>
        <w:jc w:val="both"/>
      </w:pPr>
      <w:r>
        <w:t>03C3.1.HH94</w:t>
      </w:r>
    </w:p>
    <w:p>
      <w:pPr>
        <w:jc w:val="both"/>
      </w:pPr>
      <w:r>
        <w:t>Định nhóm máu hệ P (xác định kháng nguyên P 1 )</w:t>
      </w:r>
    </w:p>
    <w:p>
      <w:pPr>
        <w:jc w:val="both"/>
      </w:pPr>
      <w:r>
        <w:t>201.000</w:t>
      </w:r>
    </w:p>
    <w:p>
      <w:pPr>
        <w:jc w:val="both"/>
      </w:pPr>
      <w:r>
        <w:t>227.000</w:t>
      </w:r>
    </w:p>
    <w:p>
      <w:pPr>
        <w:jc w:val="both"/>
      </w:pPr>
      <w:r>
        <w:t>1293</w:t>
      </w:r>
    </w:p>
    <w:p>
      <w:pPr>
        <w:jc w:val="both"/>
      </w:pPr>
      <w:r>
        <w:t>1279</w:t>
      </w:r>
    </w:p>
    <w:p>
      <w:pPr>
        <w:jc w:val="both"/>
      </w:pPr>
      <w:r>
        <w:t>03C3.1.HH89</w:t>
      </w:r>
    </w:p>
    <w:p>
      <w:pPr>
        <w:jc w:val="both"/>
      </w:pPr>
      <w:r>
        <w:t>Định nhóm máu hệ Rh (D yếu , D từng phần)</w:t>
      </w:r>
    </w:p>
    <w:p>
      <w:pPr>
        <w:jc w:val="both"/>
      </w:pPr>
      <w:r>
        <w:t>178.000</w:t>
      </w:r>
    </w:p>
    <w:p>
      <w:pPr>
        <w:jc w:val="both"/>
      </w:pPr>
      <w:r>
        <w:t>200.000</w:t>
      </w:r>
    </w:p>
    <w:p>
      <w:pPr>
        <w:jc w:val="both"/>
      </w:pPr>
      <w:r>
        <w:t>1294</w:t>
      </w:r>
    </w:p>
    <w:p>
      <w:pPr>
        <w:jc w:val="both"/>
      </w:pPr>
      <w:r>
        <w:t>1280</w:t>
      </w:r>
    </w:p>
    <w:p>
      <w:pPr>
        <w:jc w:val="both"/>
      </w:pPr>
      <w:r>
        <w:t>04C5.1.292</w:t>
      </w:r>
    </w:p>
    <w:p>
      <w:pPr>
        <w:jc w:val="both"/>
      </w:pPr>
      <w:r>
        <w:t>Định nhóm máu hệ Rh(D) bằng phương pháp ống nghiệm, phiến đá</w:t>
      </w:r>
    </w:p>
    <w:p>
      <w:pPr>
        <w:jc w:val="both"/>
      </w:pPr>
      <w:r>
        <w:t>32.000</w:t>
      </w:r>
    </w:p>
    <w:p>
      <w:pPr>
        <w:jc w:val="both"/>
      </w:pPr>
      <w:r>
        <w:t>36.000</w:t>
      </w:r>
    </w:p>
    <w:p>
      <w:pPr>
        <w:jc w:val="both"/>
      </w:pPr>
      <w:r>
        <w:t>1295</w:t>
      </w:r>
    </w:p>
    <w:p>
      <w:pPr>
        <w:jc w:val="both"/>
      </w:pPr>
      <w:r>
        <w:t>1281</w:t>
      </w:r>
    </w:p>
    <w:p>
      <w:pPr>
        <w:jc w:val="both"/>
      </w:pPr>
      <w:r>
        <w:t>03C3.1.HH88</w:t>
      </w:r>
    </w:p>
    <w:p>
      <w:pPr>
        <w:jc w:val="both"/>
      </w:pPr>
      <w:r>
        <w:t>Định nhóm máu khó hệ ABO</w:t>
      </w:r>
    </w:p>
    <w:p>
      <w:pPr>
        <w:jc w:val="both"/>
      </w:pPr>
      <w:r>
        <w:t>212.000</w:t>
      </w:r>
    </w:p>
    <w:p>
      <w:pPr>
        <w:jc w:val="both"/>
      </w:pPr>
      <w:r>
        <w:t>240.000</w:t>
      </w:r>
    </w:p>
    <w:p>
      <w:pPr>
        <w:jc w:val="both"/>
      </w:pPr>
      <w:r>
        <w:t>1296</w:t>
      </w:r>
    </w:p>
    <w:p>
      <w:pPr>
        <w:jc w:val="both"/>
      </w:pPr>
      <w:r>
        <w:t>1282</w:t>
      </w:r>
    </w:p>
    <w:p>
      <w:pPr>
        <w:jc w:val="both"/>
      </w:pPr>
      <w:r>
        <w:t>Định tính ức chế yếu tố VIIIc/IX</w:t>
      </w:r>
    </w:p>
    <w:p>
      <w:pPr>
        <w:jc w:val="both"/>
      </w:pPr>
      <w:r>
        <w:t>237.000</w:t>
      </w:r>
    </w:p>
    <w:p>
      <w:pPr>
        <w:jc w:val="both"/>
      </w:pPr>
      <w:r>
        <w:t>267.000</w:t>
      </w:r>
    </w:p>
    <w:p>
      <w:pPr>
        <w:jc w:val="both"/>
      </w:pPr>
      <w:r>
        <w:t>1297</w:t>
      </w:r>
    </w:p>
    <w:p>
      <w:pPr>
        <w:jc w:val="both"/>
      </w:pPr>
      <w:r>
        <w:t>1283</w:t>
      </w:r>
    </w:p>
    <w:p>
      <w:pPr>
        <w:jc w:val="both"/>
      </w:pPr>
      <w:r>
        <w:t>Định type HLA cho 1 locus (Locus A, hoặc Locus B, hoặc Locus C, hoặc Locus DR, hoặc Locus DQ) bằng kỹ thuật PCR-SSP</w:t>
      </w:r>
    </w:p>
    <w:p>
      <w:pPr>
        <w:jc w:val="both"/>
      </w:pPr>
      <w:r>
        <w:t>1.278.000</w:t>
      </w:r>
    </w:p>
    <w:p>
      <w:pPr>
        <w:jc w:val="both"/>
      </w:pPr>
      <w:r>
        <w:t>1.459.000</w:t>
      </w:r>
    </w:p>
    <w:p>
      <w:pPr>
        <w:jc w:val="both"/>
      </w:pPr>
      <w:r>
        <w:t>1298</w:t>
      </w:r>
    </w:p>
    <w:p>
      <w:pPr>
        <w:jc w:val="both"/>
      </w:pPr>
      <w:r>
        <w:t>1284</w:t>
      </w:r>
    </w:p>
    <w:p>
      <w:pPr>
        <w:jc w:val="both"/>
      </w:pPr>
      <w:r>
        <w:t>Định type HLA độ phân giải cao cho 1 locus (A, B, C, DR, DQ, DP) bằng kỹ thuật PCR-SSO</w:t>
      </w:r>
    </w:p>
    <w:p>
      <w:pPr>
        <w:jc w:val="both"/>
      </w:pPr>
      <w:r>
        <w:t>1.912.000</w:t>
      </w:r>
    </w:p>
    <w:p>
      <w:pPr>
        <w:jc w:val="both"/>
      </w:pPr>
      <w:r>
        <w:t>2.189.000</w:t>
      </w:r>
    </w:p>
    <w:p>
      <w:pPr>
        <w:jc w:val="both"/>
      </w:pPr>
      <w:r>
        <w:t>1299</w:t>
      </w:r>
    </w:p>
    <w:p>
      <w:pPr>
        <w:jc w:val="both"/>
      </w:pPr>
      <w:r>
        <w:t>1285</w:t>
      </w:r>
    </w:p>
    <w:p>
      <w:pPr>
        <w:jc w:val="both"/>
      </w:pPr>
      <w:r>
        <w:t>Đo độ đàn hồi cục máu (ROTEM: Rotation ThromboElastoMetry) ức chế tiểu cầu (ROTEM- FIBTEM)/ ức chế tiêu sợi huyết (ROTEM-APTEM)/ trung hòa heparin (ROTEM- HEPTEM)</w:t>
      </w:r>
    </w:p>
    <w:p>
      <w:pPr>
        <w:jc w:val="both"/>
      </w:pPr>
      <w:r>
        <w:t>552.000</w:t>
      </w:r>
    </w:p>
    <w:p>
      <w:pPr>
        <w:jc w:val="both"/>
      </w:pPr>
      <w:r>
        <w:t>626.000</w:t>
      </w:r>
    </w:p>
    <w:p>
      <w:pPr>
        <w:jc w:val="both"/>
      </w:pPr>
      <w:r>
        <w:t>1300</w:t>
      </w:r>
    </w:p>
    <w:p>
      <w:pPr>
        <w:jc w:val="both"/>
      </w:pPr>
      <w:r>
        <w:t>1286</w:t>
      </w:r>
    </w:p>
    <w:p>
      <w:pPr>
        <w:jc w:val="both"/>
      </w:pPr>
      <w:r>
        <w:t>Đo độ đàn hồi cục máu (ROTEM: Rotation ThromboElastoMetry) nội sinh (ROTEM-INTEM)/ ngoại sinh (ROTEM- EXTEM)</w:t>
      </w:r>
    </w:p>
    <w:p>
      <w:pPr>
        <w:jc w:val="both"/>
      </w:pPr>
      <w:r>
        <w:t>426.000</w:t>
      </w:r>
    </w:p>
    <w:p>
      <w:pPr>
        <w:jc w:val="both"/>
      </w:pPr>
      <w:r>
        <w:t>481.000</w:t>
      </w:r>
    </w:p>
    <w:p>
      <w:pPr>
        <w:jc w:val="both"/>
      </w:pPr>
      <w:r>
        <w:t>1301</w:t>
      </w:r>
    </w:p>
    <w:p>
      <w:pPr>
        <w:jc w:val="both"/>
      </w:pPr>
      <w:r>
        <w:t>1287</w:t>
      </w:r>
    </w:p>
    <w:p>
      <w:pPr>
        <w:jc w:val="both"/>
      </w:pPr>
      <w:r>
        <w:t>04C5.1.329</w:t>
      </w:r>
    </w:p>
    <w:p>
      <w:pPr>
        <w:jc w:val="both"/>
      </w:pPr>
      <w:r>
        <w:t>Đo độ ngưng tập tiểu cầu với ADP/Collgen</w:t>
      </w:r>
    </w:p>
    <w:p>
      <w:pPr>
        <w:jc w:val="both"/>
      </w:pPr>
      <w:r>
        <w:t>112.000</w:t>
      </w:r>
    </w:p>
    <w:p>
      <w:pPr>
        <w:jc w:val="both"/>
      </w:pPr>
      <w:r>
        <w:t>126.000</w:t>
      </w:r>
    </w:p>
    <w:p>
      <w:pPr>
        <w:jc w:val="both"/>
      </w:pPr>
      <w:r>
        <w:t>Giá cho mỗi chất kích tập.</w:t>
      </w:r>
    </w:p>
    <w:p>
      <w:pPr>
        <w:jc w:val="both"/>
      </w:pPr>
      <w:r>
        <w:t>1302</w:t>
      </w:r>
    </w:p>
    <w:p>
      <w:pPr>
        <w:jc w:val="both"/>
      </w:pPr>
      <w:r>
        <w:t>1288</w:t>
      </w:r>
    </w:p>
    <w:p>
      <w:pPr>
        <w:jc w:val="both"/>
      </w:pPr>
      <w:r>
        <w:t>04C5.1.330</w:t>
      </w:r>
    </w:p>
    <w:p>
      <w:pPr>
        <w:jc w:val="both"/>
      </w:pPr>
      <w:r>
        <w:t>Đo độ ngưng tập tiểu cầu với Ristocetin/ Epinephrin/ ArachidonicAcide/ thrombin</w:t>
      </w:r>
    </w:p>
    <w:p>
      <w:pPr>
        <w:jc w:val="both"/>
      </w:pPr>
      <w:r>
        <w:t>212.000</w:t>
      </w:r>
    </w:p>
    <w:p>
      <w:pPr>
        <w:jc w:val="both"/>
      </w:pPr>
      <w:r>
        <w:t>240.000</w:t>
      </w:r>
    </w:p>
    <w:p>
      <w:pPr>
        <w:jc w:val="both"/>
      </w:pPr>
      <w:r>
        <w:t>Giá cho mỗi yếu tố.</w:t>
      </w:r>
    </w:p>
    <w:p>
      <w:pPr>
        <w:jc w:val="both"/>
      </w:pPr>
      <w:r>
        <w:t>1303</w:t>
      </w:r>
    </w:p>
    <w:p>
      <w:pPr>
        <w:jc w:val="both"/>
      </w:pPr>
      <w:r>
        <w:t>1289</w:t>
      </w:r>
    </w:p>
    <w:p>
      <w:pPr>
        <w:jc w:val="both"/>
      </w:pPr>
      <w:r>
        <w:t>Đo độ nhớt (độ quánh) máu toàn phần/huyết tương/ dịch khác (tính cho một loại)</w:t>
      </w:r>
    </w:p>
    <w:p>
      <w:pPr>
        <w:jc w:val="both"/>
      </w:pPr>
      <w:r>
        <w:t>53.400</w:t>
      </w:r>
    </w:p>
    <w:p>
      <w:pPr>
        <w:jc w:val="both"/>
      </w:pPr>
      <w:r>
        <w:t>60.200</w:t>
      </w:r>
    </w:p>
    <w:p>
      <w:pPr>
        <w:jc w:val="both"/>
      </w:pPr>
      <w:r>
        <w:t>1304</w:t>
      </w:r>
    </w:p>
    <w:p>
      <w:pPr>
        <w:jc w:val="both"/>
      </w:pPr>
      <w:r>
        <w:t>1290</w:t>
      </w:r>
    </w:p>
    <w:p>
      <w:pPr>
        <w:jc w:val="both"/>
      </w:pPr>
      <w:r>
        <w:t>Giải trình tự gen bằng phương pháp NGS (giá tính cho 01 gen)</w:t>
      </w:r>
    </w:p>
    <w:p>
      <w:pPr>
        <w:jc w:val="both"/>
      </w:pPr>
      <w:r>
        <w:t>8.113.000</w:t>
      </w:r>
    </w:p>
    <w:p>
      <w:pPr>
        <w:jc w:val="both"/>
      </w:pPr>
      <w:r>
        <w:t>9.293.000</w:t>
      </w:r>
    </w:p>
    <w:p>
      <w:pPr>
        <w:jc w:val="both"/>
      </w:pPr>
      <w:r>
        <w:t>1305</w:t>
      </w:r>
    </w:p>
    <w:p>
      <w:pPr>
        <w:jc w:val="both"/>
      </w:pPr>
      <w:r>
        <w:t>1291</w:t>
      </w:r>
    </w:p>
    <w:p>
      <w:pPr>
        <w:jc w:val="both"/>
      </w:pPr>
      <w:r>
        <w:t>Giải trình tự gen bằng phương pháp Sanger (giá tính cho 01 gen)</w:t>
      </w:r>
    </w:p>
    <w:p>
      <w:pPr>
        <w:jc w:val="both"/>
      </w:pPr>
      <w:r>
        <w:t>6.813.000</w:t>
      </w:r>
    </w:p>
    <w:p>
      <w:pPr>
        <w:jc w:val="both"/>
      </w:pPr>
      <w:r>
        <w:t>7.796.000</w:t>
      </w:r>
    </w:p>
    <w:p>
      <w:pPr>
        <w:jc w:val="both"/>
      </w:pPr>
      <w:r>
        <w:t>1306</w:t>
      </w:r>
    </w:p>
    <w:p>
      <w:pPr>
        <w:jc w:val="both"/>
      </w:pPr>
      <w:r>
        <w:t>1292</w:t>
      </w:r>
    </w:p>
    <w:p>
      <w:pPr>
        <w:jc w:val="both"/>
      </w:pPr>
      <w:r>
        <w:t>04C5.1.279</w:t>
      </w:r>
    </w:p>
    <w:p>
      <w:pPr>
        <w:jc w:val="both"/>
      </w:pPr>
      <w:r>
        <w:t>Hemoglobin Định lượng (bằng máy quang kế)</w:t>
      </w:r>
    </w:p>
    <w:p>
      <w:pPr>
        <w:jc w:val="both"/>
      </w:pPr>
      <w:r>
        <w:t>30.800</w:t>
      </w:r>
    </w:p>
    <w:p>
      <w:pPr>
        <w:jc w:val="both"/>
      </w:pPr>
      <w:r>
        <w:t>34.700</w:t>
      </w:r>
    </w:p>
    <w:p>
      <w:pPr>
        <w:jc w:val="both"/>
      </w:pPr>
      <w:r>
        <w:t>1307</w:t>
      </w:r>
    </w:p>
    <w:p>
      <w:pPr>
        <w:jc w:val="both"/>
      </w:pPr>
      <w:r>
        <w:t>1293</w:t>
      </w:r>
    </w:p>
    <w:p>
      <w:pPr>
        <w:jc w:val="both"/>
      </w:pPr>
      <w:r>
        <w:t>Hiệu giá kháng thể miễn dịch (Kỹ thuật Scangel/Gelcard trên máy bán tự động/tự động)</w:t>
      </w:r>
    </w:p>
    <w:p>
      <w:pPr>
        <w:jc w:val="both"/>
      </w:pPr>
      <w:r>
        <w:t>459.000</w:t>
      </w:r>
    </w:p>
    <w:p>
      <w:pPr>
        <w:jc w:val="both"/>
      </w:pPr>
      <w:r>
        <w:t>522.000</w:t>
      </w:r>
    </w:p>
    <w:p>
      <w:pPr>
        <w:jc w:val="both"/>
      </w:pPr>
      <w:r>
        <w:t>1308</w:t>
      </w:r>
    </w:p>
    <w:p>
      <w:pPr>
        <w:jc w:val="both"/>
      </w:pPr>
      <w:r>
        <w:t>1294</w:t>
      </w:r>
    </w:p>
    <w:p>
      <w:pPr>
        <w:jc w:val="both"/>
      </w:pPr>
      <w:r>
        <w:t>03C3.1.HH104</w:t>
      </w:r>
    </w:p>
    <w:p>
      <w:pPr>
        <w:jc w:val="both"/>
      </w:pPr>
      <w:r>
        <w:t>Hiệu giá kháng thể tự nhiên chống A, B/ Hiệu giá kháng thể bất thường 30-50)</w:t>
      </w:r>
    </w:p>
    <w:p>
      <w:pPr>
        <w:jc w:val="both"/>
      </w:pPr>
      <w:r>
        <w:t>41.500</w:t>
      </w:r>
    </w:p>
    <w:p>
      <w:pPr>
        <w:jc w:val="both"/>
      </w:pPr>
      <w:r>
        <w:t>46.800</w:t>
      </w:r>
    </w:p>
    <w:p>
      <w:pPr>
        <w:jc w:val="both"/>
      </w:pPr>
      <w:r>
        <w:t>1309</w:t>
      </w:r>
    </w:p>
    <w:p>
      <w:pPr>
        <w:jc w:val="both"/>
      </w:pPr>
      <w:r>
        <w:t>1295</w:t>
      </w:r>
    </w:p>
    <w:p>
      <w:pPr>
        <w:jc w:val="both"/>
      </w:pPr>
      <w:r>
        <w:t>03C3.1.HH21</w:t>
      </w:r>
    </w:p>
    <w:p>
      <w:pPr>
        <w:jc w:val="both"/>
      </w:pPr>
      <w:r>
        <w:t>Hoá mô miễn dịch tủy xương (01 marker)</w:t>
      </w:r>
    </w:p>
    <w:p>
      <w:pPr>
        <w:jc w:val="both"/>
      </w:pPr>
      <w:r>
        <w:t>189.000</w:t>
      </w:r>
    </w:p>
    <w:p>
      <w:pPr>
        <w:jc w:val="both"/>
      </w:pPr>
      <w:r>
        <w:t>213.000</w:t>
      </w:r>
    </w:p>
    <w:p>
      <w:pPr>
        <w:jc w:val="both"/>
      </w:pPr>
      <w:r>
        <w:t>1310</w:t>
      </w:r>
    </w:p>
    <w:p>
      <w:pPr>
        <w:jc w:val="both"/>
      </w:pPr>
      <w:r>
        <w:t>1296</w:t>
      </w:r>
    </w:p>
    <w:p>
      <w:pPr>
        <w:jc w:val="both"/>
      </w:pPr>
      <w:r>
        <w:t>04C5.1.281</w:t>
      </w:r>
    </w:p>
    <w:p>
      <w:pPr>
        <w:jc w:val="both"/>
      </w:pPr>
      <w:r>
        <w:t>Hồng cầu lưới (bằng phương pháp thủ công)</w:t>
      </w:r>
    </w:p>
    <w:p>
      <w:pPr>
        <w:jc w:val="both"/>
      </w:pPr>
      <w:r>
        <w:t>27.200</w:t>
      </w:r>
    </w:p>
    <w:p>
      <w:pPr>
        <w:jc w:val="both"/>
      </w:pPr>
      <w:r>
        <w:t>30.700</w:t>
      </w:r>
    </w:p>
    <w:p>
      <w:pPr>
        <w:jc w:val="both"/>
      </w:pPr>
      <w:r>
        <w:t>1311</w:t>
      </w:r>
    </w:p>
    <w:p>
      <w:pPr>
        <w:jc w:val="both"/>
      </w:pPr>
      <w:r>
        <w:t>1297</w:t>
      </w:r>
    </w:p>
    <w:p>
      <w:pPr>
        <w:jc w:val="both"/>
      </w:pPr>
      <w:r>
        <w:t>04C5.1.278</w:t>
      </w:r>
    </w:p>
    <w:p>
      <w:pPr>
        <w:jc w:val="both"/>
      </w:pPr>
      <w:r>
        <w:t>Huyết đồ (bằng phương pháp thủ công)</w:t>
      </w:r>
    </w:p>
    <w:p>
      <w:pPr>
        <w:jc w:val="both"/>
      </w:pPr>
      <w:r>
        <w:t>67.600</w:t>
      </w:r>
    </w:p>
    <w:p>
      <w:pPr>
        <w:jc w:val="both"/>
      </w:pPr>
      <w:r>
        <w:t>76.200</w:t>
      </w:r>
    </w:p>
    <w:p>
      <w:pPr>
        <w:jc w:val="both"/>
      </w:pPr>
      <w:r>
        <w:t>1312</w:t>
      </w:r>
    </w:p>
    <w:p>
      <w:pPr>
        <w:jc w:val="both"/>
      </w:pPr>
      <w:r>
        <w:t>1298</w:t>
      </w:r>
    </w:p>
    <w:p>
      <w:pPr>
        <w:jc w:val="both"/>
      </w:pPr>
      <w:r>
        <w:t>03C3.1.HH5</w:t>
      </w:r>
    </w:p>
    <w:p>
      <w:pPr>
        <w:jc w:val="both"/>
      </w:pPr>
      <w:r>
        <w:t>Huyết đồ (sử dụng máy đếm tự động)</w:t>
      </w:r>
    </w:p>
    <w:p>
      <w:pPr>
        <w:jc w:val="both"/>
      </w:pPr>
      <w:r>
        <w:t>71.200</w:t>
      </w:r>
    </w:p>
    <w:p>
      <w:pPr>
        <w:jc w:val="both"/>
      </w:pPr>
      <w:r>
        <w:t>80.300</w:t>
      </w:r>
    </w:p>
    <w:p>
      <w:pPr>
        <w:jc w:val="both"/>
      </w:pPr>
      <w:r>
        <w:t>1313</w:t>
      </w:r>
    </w:p>
    <w:p>
      <w:pPr>
        <w:jc w:val="both"/>
      </w:pPr>
      <w:r>
        <w:t>1299</w:t>
      </w:r>
    </w:p>
    <w:p>
      <w:pPr>
        <w:jc w:val="both"/>
      </w:pPr>
      <w:r>
        <w:t>Huyết đồ bằng hệ thống tự động hoàn toàn (có nhuộm lam)</w:t>
      </w:r>
    </w:p>
    <w:p>
      <w:pPr>
        <w:jc w:val="both"/>
      </w:pPr>
      <w:r>
        <w:t>154.000</w:t>
      </w:r>
    </w:p>
    <w:p>
      <w:pPr>
        <w:jc w:val="both"/>
      </w:pPr>
      <w:r>
        <w:t>173.000</w:t>
      </w:r>
    </w:p>
    <w:p>
      <w:pPr>
        <w:jc w:val="both"/>
      </w:pPr>
      <w:r>
        <w:t>1314</w:t>
      </w:r>
    </w:p>
    <w:p>
      <w:pPr>
        <w:jc w:val="both"/>
      </w:pPr>
      <w:r>
        <w:t>1300</w:t>
      </w:r>
    </w:p>
    <w:p>
      <w:pPr>
        <w:jc w:val="both"/>
      </w:pPr>
      <w:r>
        <w:t>03C3.1.HH20</w:t>
      </w:r>
    </w:p>
    <w:p>
      <w:pPr>
        <w:jc w:val="both"/>
      </w:pPr>
      <w:r>
        <w:t>Lách đồ</w:t>
      </w:r>
    </w:p>
    <w:p>
      <w:pPr>
        <w:jc w:val="both"/>
      </w:pPr>
      <w:r>
        <w:t>59.300</w:t>
      </w:r>
    </w:p>
    <w:p>
      <w:pPr>
        <w:jc w:val="both"/>
      </w:pPr>
      <w:r>
        <w:t>66.900</w:t>
      </w:r>
    </w:p>
    <w:p>
      <w:pPr>
        <w:jc w:val="both"/>
      </w:pPr>
      <w:r>
        <w:t>1315</w:t>
      </w:r>
    </w:p>
    <w:p>
      <w:pPr>
        <w:jc w:val="both"/>
      </w:pPr>
      <w:r>
        <w:t>1301</w:t>
      </w:r>
    </w:p>
    <w:p>
      <w:pPr>
        <w:jc w:val="both"/>
      </w:pPr>
      <w:r>
        <w:t>Lọc bạch cầu trong khối hồng cầu</w:t>
      </w:r>
    </w:p>
    <w:p>
      <w:pPr>
        <w:jc w:val="both"/>
      </w:pPr>
      <w:r>
        <w:t>577.000</w:t>
      </w:r>
    </w:p>
    <w:p>
      <w:pPr>
        <w:jc w:val="both"/>
      </w:pPr>
      <w:r>
        <w:t>658.000</w:t>
      </w:r>
    </w:p>
    <w:p>
      <w:pPr>
        <w:jc w:val="both"/>
      </w:pPr>
      <w:r>
        <w:t>Chưa bao gồm phin lọc bạch cầu</w:t>
      </w:r>
    </w:p>
    <w:p>
      <w:pPr>
        <w:jc w:val="both"/>
      </w:pPr>
      <w:r>
        <w:t>1316</w:t>
      </w:r>
    </w:p>
    <w:p>
      <w:pPr>
        <w:jc w:val="both"/>
      </w:pPr>
      <w:r>
        <w:t>1302</w:t>
      </w:r>
    </w:p>
    <w:p>
      <w:pPr>
        <w:jc w:val="both"/>
      </w:pPr>
      <w:r>
        <w:t>Lympho cross match bằng kỹ thuật Flow-cytometry</w:t>
      </w:r>
    </w:p>
    <w:p>
      <w:pPr>
        <w:jc w:val="both"/>
      </w:pPr>
      <w:r>
        <w:t>2.202.000</w:t>
      </w:r>
    </w:p>
    <w:p>
      <w:pPr>
        <w:jc w:val="both"/>
      </w:pPr>
      <w:r>
        <w:t>2.523.000</w:t>
      </w:r>
    </w:p>
    <w:p>
      <w:pPr>
        <w:jc w:val="both"/>
      </w:pPr>
      <w:r>
        <w:t>1317</w:t>
      </w:r>
    </w:p>
    <w:p>
      <w:pPr>
        <w:jc w:val="both"/>
      </w:pPr>
      <w:r>
        <w:t>1303</w:t>
      </w:r>
    </w:p>
    <w:p>
      <w:pPr>
        <w:jc w:val="both"/>
      </w:pPr>
      <w:r>
        <w:t>03C3.1.HH12</w:t>
      </w:r>
    </w:p>
    <w:p>
      <w:pPr>
        <w:jc w:val="both"/>
      </w:pPr>
      <w:r>
        <w:t>Máu lắng (bằng máy tự động)</w:t>
      </w:r>
    </w:p>
    <w:p>
      <w:pPr>
        <w:jc w:val="both"/>
      </w:pPr>
      <w:r>
        <w:t>35.600</w:t>
      </w:r>
    </w:p>
    <w:p>
      <w:pPr>
        <w:jc w:val="both"/>
      </w:pPr>
      <w:r>
        <w:t>40.100</w:t>
      </w:r>
    </w:p>
    <w:p>
      <w:pPr>
        <w:jc w:val="both"/>
      </w:pPr>
      <w:r>
        <w:t>1318</w:t>
      </w:r>
    </w:p>
    <w:p>
      <w:pPr>
        <w:jc w:val="both"/>
      </w:pPr>
      <w:r>
        <w:t>1304</w:t>
      </w:r>
    </w:p>
    <w:p>
      <w:pPr>
        <w:jc w:val="both"/>
      </w:pPr>
      <w:r>
        <w:t>04C5.1.283</w:t>
      </w:r>
    </w:p>
    <w:p>
      <w:pPr>
        <w:jc w:val="both"/>
      </w:pPr>
      <w:r>
        <w:t>Máu lắng (bằng phương pháp thủ công)</w:t>
      </w:r>
    </w:p>
    <w:p>
      <w:pPr>
        <w:jc w:val="both"/>
      </w:pPr>
      <w:r>
        <w:t>23.700</w:t>
      </w:r>
    </w:p>
    <w:p>
      <w:pPr>
        <w:jc w:val="both"/>
      </w:pPr>
      <w:r>
        <w:t>26.700</w:t>
      </w:r>
    </w:p>
    <w:p>
      <w:pPr>
        <w:jc w:val="both"/>
      </w:pPr>
      <w:r>
        <w:t>1319</w:t>
      </w:r>
    </w:p>
    <w:p>
      <w:pPr>
        <w:jc w:val="both"/>
      </w:pPr>
      <w:r>
        <w:t>1305</w:t>
      </w:r>
    </w:p>
    <w:p>
      <w:pPr>
        <w:jc w:val="both"/>
      </w:pPr>
      <w:r>
        <w:t>04C5.1.334</w:t>
      </w:r>
    </w:p>
    <w:p>
      <w:pPr>
        <w:jc w:val="both"/>
      </w:pPr>
      <w:r>
        <w:t>Nghiệm pháp Coombs gián tiếp (phương pháp hồng cầu gắn từ trên máy bán tự động)</w:t>
      </w:r>
    </w:p>
    <w:p>
      <w:pPr>
        <w:jc w:val="both"/>
      </w:pPr>
      <w:r>
        <w:t>115.000</w:t>
      </w:r>
    </w:p>
    <w:p>
      <w:pPr>
        <w:jc w:val="both"/>
      </w:pPr>
      <w:r>
        <w:t>130.000</w:t>
      </w:r>
    </w:p>
    <w:p>
      <w:pPr>
        <w:jc w:val="both"/>
      </w:pPr>
      <w:r>
        <w:t>1320</w:t>
      </w:r>
    </w:p>
    <w:p>
      <w:pPr>
        <w:jc w:val="both"/>
      </w:pPr>
      <w:r>
        <w:t>1306</w:t>
      </w:r>
    </w:p>
    <w:p>
      <w:pPr>
        <w:jc w:val="both"/>
      </w:pPr>
      <w:r>
        <w:t>04C5.1.332</w:t>
      </w:r>
    </w:p>
    <w:p>
      <w:pPr>
        <w:jc w:val="both"/>
      </w:pPr>
      <w:r>
        <w:t>Nghiệm pháp Coombs gián tiếp hoặc trực tiếp (bằng một trong các phương pháp: ống nghiệm, Gelcard/ Scangel);</w:t>
      </w:r>
    </w:p>
    <w:p>
      <w:pPr>
        <w:jc w:val="both"/>
      </w:pPr>
      <w:r>
        <w:t>83.100</w:t>
      </w:r>
    </w:p>
    <w:p>
      <w:pPr>
        <w:jc w:val="both"/>
      </w:pPr>
      <w:r>
        <w:t>93.700</w:t>
      </w:r>
    </w:p>
    <w:p>
      <w:pPr>
        <w:jc w:val="both"/>
      </w:pPr>
      <w:r>
        <w:t>1321</w:t>
      </w:r>
    </w:p>
    <w:p>
      <w:pPr>
        <w:jc w:val="both"/>
      </w:pPr>
      <w:r>
        <w:t>1307</w:t>
      </w:r>
    </w:p>
    <w:p>
      <w:pPr>
        <w:jc w:val="both"/>
      </w:pPr>
      <w:r>
        <w:t>04C5.1.333</w:t>
      </w:r>
    </w:p>
    <w:p>
      <w:pPr>
        <w:jc w:val="both"/>
      </w:pPr>
      <w:r>
        <w:t>Nghiệm pháp Coombs trực tiếp (phương pháp hồng cầu gắn từ trên máy bán tự động)</w:t>
      </w:r>
    </w:p>
    <w:p>
      <w:pPr>
        <w:jc w:val="both"/>
      </w:pPr>
      <w:r>
        <w:t>123.000</w:t>
      </w:r>
    </w:p>
    <w:p>
      <w:pPr>
        <w:jc w:val="both"/>
      </w:pPr>
      <w:r>
        <w:t>139.000</w:t>
      </w:r>
    </w:p>
    <w:p>
      <w:pPr>
        <w:jc w:val="both"/>
      </w:pPr>
      <w:r>
        <w:t>1322</w:t>
      </w:r>
    </w:p>
    <w:p>
      <w:pPr>
        <w:jc w:val="both"/>
      </w:pPr>
      <w:r>
        <w:t>1308</w:t>
      </w:r>
    </w:p>
    <w:p>
      <w:pPr>
        <w:jc w:val="both"/>
      </w:pPr>
      <w:r>
        <w:t>03C3.1.HH27</w:t>
      </w:r>
    </w:p>
    <w:p>
      <w:pPr>
        <w:jc w:val="both"/>
      </w:pPr>
      <w:r>
        <w:t>Nghiệm pháp rượu (nghiệm pháp Ethanol)</w:t>
      </w:r>
    </w:p>
    <w:p>
      <w:pPr>
        <w:jc w:val="both"/>
      </w:pPr>
      <w:r>
        <w:t>29.600</w:t>
      </w:r>
    </w:p>
    <w:p>
      <w:pPr>
        <w:jc w:val="both"/>
      </w:pPr>
      <w:r>
        <w:t>33.400</w:t>
      </w:r>
    </w:p>
    <w:p>
      <w:pPr>
        <w:jc w:val="both"/>
      </w:pPr>
      <w:r>
        <w:t>1323</w:t>
      </w:r>
    </w:p>
    <w:p>
      <w:pPr>
        <w:jc w:val="both"/>
      </w:pPr>
      <w:r>
        <w:t>1309</w:t>
      </w:r>
    </w:p>
    <w:p>
      <w:pPr>
        <w:jc w:val="both"/>
      </w:pPr>
      <w:r>
        <w:t>Nghiệm pháp sinh Thromboplastin (T.G.T: Thromboplastin Generation Test)</w:t>
      </w:r>
    </w:p>
    <w:p>
      <w:pPr>
        <w:jc w:val="both"/>
      </w:pPr>
      <w:r>
        <w:t>305.000</w:t>
      </w:r>
    </w:p>
    <w:p>
      <w:pPr>
        <w:jc w:val="both"/>
      </w:pPr>
      <w:r>
        <w:t>345.000</w:t>
      </w:r>
    </w:p>
    <w:p>
      <w:pPr>
        <w:jc w:val="both"/>
      </w:pPr>
      <w:r>
        <w:t>1324</w:t>
      </w:r>
    </w:p>
    <w:p>
      <w:pPr>
        <w:jc w:val="both"/>
      </w:pPr>
      <w:r>
        <w:t>1310</w:t>
      </w:r>
    </w:p>
    <w:p>
      <w:pPr>
        <w:jc w:val="both"/>
      </w:pPr>
      <w:r>
        <w:t>03C3.1.HH28</w:t>
      </w:r>
    </w:p>
    <w:p>
      <w:pPr>
        <w:jc w:val="both"/>
      </w:pPr>
      <w:r>
        <w:t>Nghiệm pháp von-Kaulla</w:t>
      </w:r>
    </w:p>
    <w:p>
      <w:pPr>
        <w:jc w:val="both"/>
      </w:pPr>
      <w:r>
        <w:t>53.400</w:t>
      </w:r>
    </w:p>
    <w:p>
      <w:pPr>
        <w:jc w:val="both"/>
      </w:pPr>
      <w:r>
        <w:t>60.200</w:t>
      </w:r>
    </w:p>
    <w:p>
      <w:pPr>
        <w:jc w:val="both"/>
      </w:pPr>
      <w:r>
        <w:t>1325</w:t>
      </w:r>
    </w:p>
    <w:p>
      <w:pPr>
        <w:jc w:val="both"/>
      </w:pPr>
      <w:r>
        <w:t>1311</w:t>
      </w:r>
    </w:p>
    <w:p>
      <w:pPr>
        <w:jc w:val="both"/>
      </w:pPr>
      <w:r>
        <w:t>04C5.1.307</w:t>
      </w:r>
    </w:p>
    <w:p>
      <w:pPr>
        <w:jc w:val="both"/>
      </w:pPr>
      <w:r>
        <w:t>Nhuộm Esterase không đặc hiệu</w:t>
      </w:r>
    </w:p>
    <w:p>
      <w:pPr>
        <w:jc w:val="both"/>
      </w:pPr>
      <w:r>
        <w:t>95.000</w:t>
      </w:r>
    </w:p>
    <w:p>
      <w:pPr>
        <w:jc w:val="both"/>
      </w:pPr>
      <w:r>
        <w:t>107.000</w:t>
      </w:r>
    </w:p>
    <w:p>
      <w:pPr>
        <w:jc w:val="both"/>
      </w:pPr>
      <w:r>
        <w:t>1326</w:t>
      </w:r>
    </w:p>
    <w:p>
      <w:pPr>
        <w:jc w:val="both"/>
      </w:pPr>
      <w:r>
        <w:t>1312</w:t>
      </w:r>
    </w:p>
    <w:p>
      <w:pPr>
        <w:jc w:val="both"/>
      </w:pPr>
      <w:r>
        <w:t>04C5.1.308</w:t>
      </w:r>
    </w:p>
    <w:p>
      <w:pPr>
        <w:jc w:val="both"/>
      </w:pPr>
      <w:r>
        <w:t>Nhuộm Esterase không đặc hiệu có ức chế Naf</w:t>
      </w:r>
    </w:p>
    <w:p>
      <w:pPr>
        <w:jc w:val="both"/>
      </w:pPr>
      <w:r>
        <w:t>105.000</w:t>
      </w:r>
    </w:p>
    <w:p>
      <w:pPr>
        <w:jc w:val="both"/>
      </w:pPr>
      <w:r>
        <w:t>119.000</w:t>
      </w:r>
    </w:p>
    <w:p>
      <w:pPr>
        <w:jc w:val="both"/>
      </w:pPr>
      <w:r>
        <w:t>1327</w:t>
      </w:r>
    </w:p>
    <w:p>
      <w:pPr>
        <w:jc w:val="both"/>
      </w:pPr>
      <w:r>
        <w:t>1313</w:t>
      </w:r>
    </w:p>
    <w:p>
      <w:pPr>
        <w:jc w:val="both"/>
      </w:pPr>
      <w:r>
        <w:t>03C3.1.HH4</w:t>
      </w:r>
    </w:p>
    <w:p>
      <w:pPr>
        <w:jc w:val="both"/>
      </w:pPr>
      <w:r>
        <w:t>Nhuộm hồng cầu lưới trên máy tự động</w:t>
      </w:r>
    </w:p>
    <w:p>
      <w:pPr>
        <w:jc w:val="both"/>
      </w:pPr>
      <w:r>
        <w:t>41.500</w:t>
      </w:r>
    </w:p>
    <w:p>
      <w:pPr>
        <w:jc w:val="both"/>
      </w:pPr>
      <w:r>
        <w:t>46.800</w:t>
      </w:r>
    </w:p>
    <w:p>
      <w:pPr>
        <w:jc w:val="both"/>
      </w:pPr>
      <w:r>
        <w:t>1328</w:t>
      </w:r>
    </w:p>
    <w:p>
      <w:pPr>
        <w:jc w:val="both"/>
      </w:pPr>
      <w:r>
        <w:t>1314</w:t>
      </w:r>
    </w:p>
    <w:p>
      <w:pPr>
        <w:jc w:val="both"/>
      </w:pPr>
      <w:r>
        <w:t>03C3.1.HH13</w:t>
      </w:r>
    </w:p>
    <w:p>
      <w:pPr>
        <w:jc w:val="both"/>
      </w:pPr>
      <w:r>
        <w:t>Nhuộm hồng cầu sắt (Nhuộm Perls)</w:t>
      </w:r>
    </w:p>
    <w:p>
      <w:pPr>
        <w:jc w:val="both"/>
      </w:pPr>
      <w:r>
        <w:t>35.600</w:t>
      </w:r>
    </w:p>
    <w:p>
      <w:pPr>
        <w:jc w:val="both"/>
      </w:pPr>
      <w:r>
        <w:t>40.100</w:t>
      </w:r>
    </w:p>
    <w:p>
      <w:pPr>
        <w:jc w:val="both"/>
      </w:pPr>
      <w:r>
        <w:t>1329</w:t>
      </w:r>
    </w:p>
    <w:p>
      <w:pPr>
        <w:jc w:val="both"/>
      </w:pPr>
      <w:r>
        <w:t>1315</w:t>
      </w:r>
    </w:p>
    <w:p>
      <w:pPr>
        <w:jc w:val="both"/>
      </w:pPr>
      <w:r>
        <w:t>04C5.1.309</w:t>
      </w:r>
    </w:p>
    <w:p>
      <w:pPr>
        <w:jc w:val="both"/>
      </w:pPr>
      <w:r>
        <w:t>Nhuộm Periodic Acide Schiff (PAS)</w:t>
      </w:r>
    </w:p>
    <w:p>
      <w:pPr>
        <w:jc w:val="both"/>
      </w:pPr>
      <w:r>
        <w:t>95.000</w:t>
      </w:r>
    </w:p>
    <w:p>
      <w:pPr>
        <w:jc w:val="both"/>
      </w:pPr>
      <w:r>
        <w:t>107.000</w:t>
      </w:r>
    </w:p>
    <w:p>
      <w:pPr>
        <w:jc w:val="both"/>
      </w:pPr>
      <w:r>
        <w:t>1330</w:t>
      </w:r>
    </w:p>
    <w:p>
      <w:pPr>
        <w:jc w:val="both"/>
      </w:pPr>
      <w:r>
        <w:t>1316</w:t>
      </w:r>
    </w:p>
    <w:p>
      <w:pPr>
        <w:jc w:val="both"/>
      </w:pPr>
      <w:r>
        <w:t>04C5.1.305</w:t>
      </w:r>
    </w:p>
    <w:p>
      <w:pPr>
        <w:jc w:val="both"/>
      </w:pPr>
      <w:r>
        <w:t>Nhuộm Peroxydase (MPO)</w:t>
      </w:r>
    </w:p>
    <w:p>
      <w:pPr>
        <w:jc w:val="both"/>
      </w:pPr>
      <w:r>
        <w:t>79.500</w:t>
      </w:r>
    </w:p>
    <w:p>
      <w:pPr>
        <w:jc w:val="both"/>
      </w:pPr>
      <w:r>
        <w:t>89.600</w:t>
      </w:r>
    </w:p>
    <w:p>
      <w:pPr>
        <w:jc w:val="both"/>
      </w:pPr>
      <w:r>
        <w:t>1331</w:t>
      </w:r>
    </w:p>
    <w:p>
      <w:pPr>
        <w:jc w:val="both"/>
      </w:pPr>
      <w:r>
        <w:t>1317</w:t>
      </w:r>
    </w:p>
    <w:p>
      <w:pPr>
        <w:jc w:val="both"/>
      </w:pPr>
      <w:r>
        <w:t>03C3.1.HH15</w:t>
      </w:r>
    </w:p>
    <w:p>
      <w:pPr>
        <w:jc w:val="both"/>
      </w:pPr>
      <w:r>
        <w:t>Nhuộm Phosphatase acid</w:t>
      </w:r>
    </w:p>
    <w:p>
      <w:pPr>
        <w:jc w:val="both"/>
      </w:pPr>
      <w:r>
        <w:t>77.200</w:t>
      </w:r>
    </w:p>
    <w:p>
      <w:pPr>
        <w:jc w:val="both"/>
      </w:pPr>
      <w:r>
        <w:t>87.000</w:t>
      </w:r>
    </w:p>
    <w:p>
      <w:pPr>
        <w:jc w:val="both"/>
      </w:pPr>
      <w:r>
        <w:t>1332</w:t>
      </w:r>
    </w:p>
    <w:p>
      <w:pPr>
        <w:jc w:val="both"/>
      </w:pPr>
      <w:r>
        <w:t>1318</w:t>
      </w:r>
    </w:p>
    <w:p>
      <w:pPr>
        <w:jc w:val="both"/>
      </w:pPr>
      <w:r>
        <w:t>03C3.1.HH14</w:t>
      </w:r>
    </w:p>
    <w:p>
      <w:pPr>
        <w:jc w:val="both"/>
      </w:pPr>
      <w:r>
        <w:t>Nhuộm Phosphatase kiềm bạch cầu</w:t>
      </w:r>
    </w:p>
    <w:p>
      <w:pPr>
        <w:jc w:val="both"/>
      </w:pPr>
      <w:r>
        <w:t>71.200</w:t>
      </w:r>
    </w:p>
    <w:p>
      <w:pPr>
        <w:jc w:val="both"/>
      </w:pPr>
      <w:r>
        <w:t>80.300</w:t>
      </w:r>
    </w:p>
    <w:p>
      <w:pPr>
        <w:jc w:val="both"/>
      </w:pPr>
      <w:r>
        <w:t>1333</w:t>
      </w:r>
    </w:p>
    <w:p>
      <w:pPr>
        <w:jc w:val="both"/>
      </w:pPr>
      <w:r>
        <w:t>1319</w:t>
      </w:r>
    </w:p>
    <w:p>
      <w:pPr>
        <w:jc w:val="both"/>
      </w:pPr>
      <w:r>
        <w:t>03C3.1.HH19</w:t>
      </w:r>
    </w:p>
    <w:p>
      <w:pPr>
        <w:jc w:val="both"/>
      </w:pPr>
      <w:r>
        <w:t>Nhuộm sợi xơ liên võng trong mô tủy xương</w:t>
      </w:r>
    </w:p>
    <w:p>
      <w:pPr>
        <w:jc w:val="both"/>
      </w:pPr>
      <w:r>
        <w:t>83.100</w:t>
      </w:r>
    </w:p>
    <w:p>
      <w:pPr>
        <w:jc w:val="both"/>
      </w:pPr>
      <w:r>
        <w:t>93.700</w:t>
      </w:r>
    </w:p>
    <w:p>
      <w:pPr>
        <w:jc w:val="both"/>
      </w:pPr>
      <w:r>
        <w:t>1334</w:t>
      </w:r>
    </w:p>
    <w:p>
      <w:pPr>
        <w:jc w:val="both"/>
      </w:pPr>
      <w:r>
        <w:t>1320</w:t>
      </w:r>
    </w:p>
    <w:p>
      <w:pPr>
        <w:jc w:val="both"/>
      </w:pPr>
      <w:r>
        <w:t>03C3.1.HH18</w:t>
      </w:r>
    </w:p>
    <w:p>
      <w:pPr>
        <w:jc w:val="both"/>
      </w:pPr>
      <w:r>
        <w:t>Nhuộm sợi xơ trong mô tủy xương</w:t>
      </w:r>
    </w:p>
    <w:p>
      <w:pPr>
        <w:jc w:val="both"/>
      </w:pPr>
      <w:r>
        <w:t>83.100</w:t>
      </w:r>
    </w:p>
    <w:p>
      <w:pPr>
        <w:jc w:val="both"/>
      </w:pPr>
      <w:r>
        <w:t>93.700</w:t>
      </w:r>
    </w:p>
    <w:p>
      <w:pPr>
        <w:jc w:val="both"/>
      </w:pPr>
      <w:r>
        <w:t>1335</w:t>
      </w:r>
    </w:p>
    <w:p>
      <w:pPr>
        <w:jc w:val="both"/>
      </w:pPr>
      <w:r>
        <w:t>1321</w:t>
      </w:r>
    </w:p>
    <w:p>
      <w:pPr>
        <w:jc w:val="both"/>
      </w:pPr>
      <w:r>
        <w:t>04C5.1.306</w:t>
      </w:r>
    </w:p>
    <w:p>
      <w:pPr>
        <w:jc w:val="both"/>
      </w:pPr>
      <w:r>
        <w:t>Nhuộm sudan den</w:t>
      </w:r>
    </w:p>
    <w:p>
      <w:pPr>
        <w:jc w:val="both"/>
      </w:pPr>
      <w:r>
        <w:t>79.500</w:t>
      </w:r>
    </w:p>
    <w:p>
      <w:pPr>
        <w:jc w:val="both"/>
      </w:pPr>
      <w:r>
        <w:t>89.600</w:t>
      </w:r>
    </w:p>
    <w:p>
      <w:pPr>
        <w:jc w:val="both"/>
      </w:pPr>
      <w:r>
        <w:t>1336</w:t>
      </w:r>
    </w:p>
    <w:p>
      <w:pPr>
        <w:jc w:val="both"/>
      </w:pPr>
      <w:r>
        <w:t>1322</w:t>
      </w:r>
    </w:p>
    <w:p>
      <w:pPr>
        <w:jc w:val="both"/>
      </w:pPr>
      <w:r>
        <w:t>Nuôi cấy cụm tế bào gốc (colony forming culture)</w:t>
      </w:r>
    </w:p>
    <w:p>
      <w:pPr>
        <w:jc w:val="both"/>
      </w:pPr>
      <w:r>
        <w:t>1.301.000</w:t>
      </w:r>
    </w:p>
    <w:p>
      <w:pPr>
        <w:jc w:val="both"/>
      </w:pPr>
      <w:r>
        <w:t>1.486.000</w:t>
      </w:r>
    </w:p>
    <w:p>
      <w:pPr>
        <w:jc w:val="both"/>
      </w:pPr>
      <w:r>
        <w:t>1337</w:t>
      </w:r>
    </w:p>
    <w:p>
      <w:pPr>
        <w:jc w:val="both"/>
      </w:pPr>
      <w:r>
        <w:t>1323</w:t>
      </w:r>
    </w:p>
    <w:p>
      <w:pPr>
        <w:jc w:val="both"/>
      </w:pPr>
      <w:r>
        <w:t>OF test (test sàng lọc Thalassemia)</w:t>
      </w:r>
    </w:p>
    <w:p>
      <w:pPr>
        <w:jc w:val="both"/>
      </w:pPr>
      <w:r>
        <w:t>48.800</w:t>
      </w:r>
    </w:p>
    <w:p>
      <w:pPr>
        <w:jc w:val="both"/>
      </w:pPr>
      <w:r>
        <w:t>55.100</w:t>
      </w:r>
    </w:p>
    <w:p>
      <w:pPr>
        <w:jc w:val="both"/>
      </w:pPr>
      <w:r>
        <w:t>1338</w:t>
      </w:r>
    </w:p>
    <w:p>
      <w:pPr>
        <w:jc w:val="both"/>
      </w:pPr>
      <w:r>
        <w:t>1324</w:t>
      </w:r>
    </w:p>
    <w:p>
      <w:pPr>
        <w:jc w:val="both"/>
      </w:pPr>
      <w:r>
        <w:t>Phân tích dấu ấn/CD/marker miễn dịch máu ngoại vi, hoặc dịch khác bằng kỹ thuật flow cytometry (cho 1 dấu ấn/CD/marker)</w:t>
      </w:r>
    </w:p>
    <w:p>
      <w:pPr>
        <w:jc w:val="both"/>
      </w:pPr>
      <w:r>
        <w:t>400.000</w:t>
      </w:r>
    </w:p>
    <w:p>
      <w:pPr>
        <w:jc w:val="both"/>
      </w:pPr>
      <w:r>
        <w:t>454.000</w:t>
      </w:r>
    </w:p>
    <w:p>
      <w:pPr>
        <w:jc w:val="both"/>
      </w:pPr>
      <w:r>
        <w:t>1339</w:t>
      </w:r>
    </w:p>
    <w:p>
      <w:pPr>
        <w:jc w:val="both"/>
      </w:pPr>
      <w:r>
        <w:t>1325</w:t>
      </w:r>
    </w:p>
    <w:p>
      <w:pPr>
        <w:jc w:val="both"/>
      </w:pPr>
      <w:r>
        <w:t>Phân tích dấu ấn/CD/marker miễn dịch mẫu tủy xương, hoặc mẫu hạch, hoặc mẫu tổ chức khác bằng kỹ thuật flow cytometry (cho 1 dấu ấn/CD/marker)</w:t>
      </w:r>
    </w:p>
    <w:p>
      <w:pPr>
        <w:jc w:val="both"/>
      </w:pPr>
      <w:r>
        <w:t>439.000</w:t>
      </w:r>
    </w:p>
    <w:p>
      <w:pPr>
        <w:jc w:val="both"/>
      </w:pPr>
      <w:r>
        <w:t>496.000</w:t>
      </w:r>
    </w:p>
    <w:p>
      <w:pPr>
        <w:jc w:val="both"/>
      </w:pPr>
      <w:r>
        <w:t>1340</w:t>
      </w:r>
    </w:p>
    <w:p>
      <w:pPr>
        <w:jc w:val="both"/>
      </w:pPr>
      <w:r>
        <w:t>1326</w:t>
      </w:r>
    </w:p>
    <w:p>
      <w:pPr>
        <w:jc w:val="both"/>
      </w:pPr>
      <w:r>
        <w:t>Phản ứng hòa hợp có sử dụng kháng globulin người (Kỹ thuật ống nghiệm)</w:t>
      </w:r>
    </w:p>
    <w:p>
      <w:pPr>
        <w:jc w:val="both"/>
      </w:pPr>
      <w:r>
        <w:t>76.900</w:t>
      </w:r>
    </w:p>
    <w:p>
      <w:pPr>
        <w:jc w:val="both"/>
      </w:pPr>
      <w:r>
        <w:t>86.700</w:t>
      </w:r>
    </w:p>
    <w:p>
      <w:pPr>
        <w:jc w:val="both"/>
      </w:pPr>
      <w:r>
        <w:t>1341</w:t>
      </w:r>
    </w:p>
    <w:p>
      <w:pPr>
        <w:jc w:val="both"/>
      </w:pPr>
      <w:r>
        <w:t>1327</w:t>
      </w:r>
    </w:p>
    <w:p>
      <w:pPr>
        <w:jc w:val="both"/>
      </w:pPr>
      <w:r>
        <w:t>Phản ứng hòa hợp có sử dụng kháng globulin người (Kỹ thuật Scangel/ Gelcard trên máy bán tự động/ tự động)</w:t>
      </w:r>
    </w:p>
    <w:p>
      <w:pPr>
        <w:jc w:val="both"/>
      </w:pPr>
      <w:r>
        <w:t>76.900</w:t>
      </w:r>
    </w:p>
    <w:p>
      <w:pPr>
        <w:jc w:val="both"/>
      </w:pPr>
      <w:r>
        <w:t>86.700</w:t>
      </w:r>
    </w:p>
    <w:p>
      <w:pPr>
        <w:jc w:val="both"/>
      </w:pPr>
      <w:r>
        <w:t>1342</w:t>
      </w:r>
    </w:p>
    <w:p>
      <w:pPr>
        <w:jc w:val="both"/>
      </w:pPr>
      <w:r>
        <w:t>1328</w:t>
      </w:r>
    </w:p>
    <w:p>
      <w:pPr>
        <w:jc w:val="both"/>
      </w:pPr>
      <w:r>
        <w:t>Phản ứng hòa hợp tiểu cầu (Kỹ thuật pha rắn)</w:t>
      </w:r>
    </w:p>
    <w:p>
      <w:pPr>
        <w:jc w:val="both"/>
      </w:pPr>
      <w:r>
        <w:t>56.900</w:t>
      </w:r>
    </w:p>
    <w:p>
      <w:pPr>
        <w:jc w:val="both"/>
      </w:pPr>
      <w:r>
        <w:t>64.100</w:t>
      </w:r>
    </w:p>
    <w:p>
      <w:pPr>
        <w:jc w:val="both"/>
      </w:pPr>
      <w:r>
        <w:t>1343</w:t>
      </w:r>
    </w:p>
    <w:p>
      <w:pPr>
        <w:jc w:val="both"/>
      </w:pPr>
      <w:r>
        <w:t>1329</w:t>
      </w:r>
    </w:p>
    <w:p>
      <w:pPr>
        <w:jc w:val="both"/>
      </w:pPr>
      <w:r>
        <w:t>Phản ứng hòa hợp trong môi trường nước muối ở 22°C (Kỹ thuật Scangel/ Gelcard trên máy bán tự động/ tự động)</w:t>
      </w:r>
    </w:p>
    <w:p>
      <w:pPr>
        <w:jc w:val="both"/>
      </w:pPr>
      <w:r>
        <w:t>69.900</w:t>
      </w:r>
    </w:p>
    <w:p>
      <w:pPr>
        <w:jc w:val="both"/>
      </w:pPr>
      <w:r>
        <w:t>78.800</w:t>
      </w:r>
    </w:p>
    <w:p>
      <w:pPr>
        <w:jc w:val="both"/>
      </w:pPr>
      <w:r>
        <w:t>1344</w:t>
      </w:r>
    </w:p>
    <w:p>
      <w:pPr>
        <w:jc w:val="both"/>
      </w:pPr>
      <w:r>
        <w:t>1330</w:t>
      </w:r>
    </w:p>
    <w:p>
      <w:pPr>
        <w:jc w:val="both"/>
      </w:pPr>
      <w:r>
        <w:t>03C3.1.HH17</w:t>
      </w:r>
    </w:p>
    <w:p>
      <w:pPr>
        <w:jc w:val="both"/>
      </w:pPr>
      <w:r>
        <w:t>Phản ứng hòa hợp trong môi trường nước muối ở 22°C (kỹ thuật ống nghiệm)</w:t>
      </w:r>
    </w:p>
    <w:p>
      <w:pPr>
        <w:jc w:val="both"/>
      </w:pPr>
      <w:r>
        <w:t>29.600</w:t>
      </w:r>
    </w:p>
    <w:p>
      <w:pPr>
        <w:jc w:val="both"/>
      </w:pPr>
      <w:r>
        <w:t>33.400</w:t>
      </w:r>
    </w:p>
    <w:p>
      <w:pPr>
        <w:jc w:val="both"/>
      </w:pPr>
      <w:r>
        <w:t>1345</w:t>
      </w:r>
    </w:p>
    <w:p>
      <w:pPr>
        <w:jc w:val="both"/>
      </w:pPr>
      <w:r>
        <w:t>1331</w:t>
      </w:r>
    </w:p>
    <w:p>
      <w:pPr>
        <w:jc w:val="both"/>
      </w:pPr>
      <w:r>
        <w:t>Phát hiện chất ức chế đường đông máu nội sinh không phụ thuộc thời gian và nhiệt độ</w:t>
      </w:r>
    </w:p>
    <w:p>
      <w:pPr>
        <w:jc w:val="both"/>
      </w:pPr>
      <w:r>
        <w:t>296.000</w:t>
      </w:r>
    </w:p>
    <w:p>
      <w:pPr>
        <w:jc w:val="both"/>
      </w:pPr>
      <w:r>
        <w:t>334.000</w:t>
      </w:r>
    </w:p>
    <w:p>
      <w:pPr>
        <w:jc w:val="both"/>
      </w:pPr>
      <w:r>
        <w:t>1346</w:t>
      </w:r>
    </w:p>
    <w:p>
      <w:pPr>
        <w:jc w:val="both"/>
      </w:pPr>
      <w:r>
        <w:t>1332</w:t>
      </w:r>
    </w:p>
    <w:p>
      <w:pPr>
        <w:jc w:val="both"/>
      </w:pPr>
      <w:r>
        <w:t>Phát hiện chất ức chế đường đông máu nội sinh phụ thuộc thời gian và nhiệt độ</w:t>
      </w:r>
    </w:p>
    <w:p>
      <w:pPr>
        <w:jc w:val="both"/>
      </w:pPr>
      <w:r>
        <w:t>366.000</w:t>
      </w:r>
    </w:p>
    <w:p>
      <w:pPr>
        <w:jc w:val="both"/>
      </w:pPr>
      <w:r>
        <w:t>415.000</w:t>
      </w:r>
    </w:p>
    <w:p>
      <w:pPr>
        <w:jc w:val="both"/>
      </w:pPr>
      <w:r>
        <w:t>1347</w:t>
      </w:r>
    </w:p>
    <w:p>
      <w:pPr>
        <w:jc w:val="both"/>
      </w:pPr>
      <w:r>
        <w:t>1333</w:t>
      </w:r>
    </w:p>
    <w:p>
      <w:pPr>
        <w:jc w:val="both"/>
      </w:pPr>
      <w:r>
        <w:t>Phát hiện đảo đoạn intron22 của gen yếu tố VIII bệnh Hemophilia bằng kỹ thuật longrange PCR</w:t>
      </w:r>
    </w:p>
    <w:p>
      <w:pPr>
        <w:jc w:val="both"/>
      </w:pPr>
      <w:r>
        <w:t>1.391.000</w:t>
      </w:r>
    </w:p>
    <w:p>
      <w:pPr>
        <w:jc w:val="both"/>
      </w:pPr>
      <w:r>
        <w:t>1.588.000</w:t>
      </w:r>
    </w:p>
    <w:p>
      <w:pPr>
        <w:jc w:val="both"/>
      </w:pPr>
      <w:r>
        <w:t>1348</w:t>
      </w:r>
    </w:p>
    <w:p>
      <w:pPr>
        <w:jc w:val="both"/>
      </w:pPr>
      <w:r>
        <w:t>1334</w:t>
      </w:r>
    </w:p>
    <w:p>
      <w:pPr>
        <w:jc w:val="both"/>
      </w:pPr>
      <w:r>
        <w:t>Phát hiện gen bệnh Thalassemia bằng kỹ thuật PCR-RFLP</w:t>
      </w:r>
    </w:p>
    <w:p>
      <w:pPr>
        <w:jc w:val="both"/>
      </w:pPr>
      <w:r>
        <w:t>600.000</w:t>
      </w:r>
    </w:p>
    <w:p>
      <w:pPr>
        <w:jc w:val="both"/>
      </w:pPr>
      <w:r>
        <w:t>684.000</w:t>
      </w:r>
    </w:p>
    <w:p>
      <w:pPr>
        <w:jc w:val="both"/>
      </w:pPr>
      <w:r>
        <w:t>1349</w:t>
      </w:r>
    </w:p>
    <w:p>
      <w:pPr>
        <w:jc w:val="both"/>
      </w:pPr>
      <w:r>
        <w:t>1335</w:t>
      </w:r>
    </w:p>
    <w:p>
      <w:pPr>
        <w:jc w:val="both"/>
      </w:pPr>
      <w:r>
        <w:t>Phát hiện kháng đông đường chung</w:t>
      </w:r>
    </w:p>
    <w:p>
      <w:pPr>
        <w:jc w:val="both"/>
      </w:pPr>
      <w:r>
        <w:t>91.100</w:t>
      </w:r>
    </w:p>
    <w:p>
      <w:pPr>
        <w:jc w:val="both"/>
      </w:pPr>
      <w:r>
        <w:t>102.000</w:t>
      </w:r>
    </w:p>
    <w:p>
      <w:pPr>
        <w:jc w:val="both"/>
      </w:pPr>
      <w:r>
        <w:t>1350</w:t>
      </w:r>
    </w:p>
    <w:p>
      <w:pPr>
        <w:jc w:val="both"/>
      </w:pPr>
      <w:r>
        <w:t>1336</w:t>
      </w:r>
    </w:p>
    <w:p>
      <w:pPr>
        <w:jc w:val="both"/>
      </w:pPr>
      <w:r>
        <w:t>Phát hiện kháng đông lupus (LAC/ LA screen: Lupus Anticoagulant screen)</w:t>
      </w:r>
    </w:p>
    <w:p>
      <w:pPr>
        <w:jc w:val="both"/>
      </w:pPr>
      <w:r>
        <w:t>251.000</w:t>
      </w:r>
    </w:p>
    <w:p>
      <w:pPr>
        <w:jc w:val="both"/>
      </w:pPr>
      <w:r>
        <w:t>283.000</w:t>
      </w:r>
    </w:p>
    <w:p>
      <w:pPr>
        <w:jc w:val="both"/>
      </w:pPr>
      <w:r>
        <w:t>1351</w:t>
      </w:r>
    </w:p>
    <w:p>
      <w:pPr>
        <w:jc w:val="both"/>
      </w:pPr>
      <w:r>
        <w:t>1337</w:t>
      </w:r>
    </w:p>
    <w:p>
      <w:pPr>
        <w:jc w:val="both"/>
      </w:pPr>
      <w:r>
        <w:t>Phát hiện kháng thể kháng tiểu cầu bằng kỹ thuật Flow-cytometry</w:t>
      </w:r>
    </w:p>
    <w:p>
      <w:pPr>
        <w:jc w:val="both"/>
      </w:pPr>
      <w:r>
        <w:t>2.143.000</w:t>
      </w:r>
    </w:p>
    <w:p>
      <w:pPr>
        <w:jc w:val="both"/>
      </w:pPr>
      <w:r>
        <w:t>2.455.000</w:t>
      </w:r>
    </w:p>
    <w:p>
      <w:pPr>
        <w:jc w:val="both"/>
      </w:pPr>
      <w:r>
        <w:t>1352</w:t>
      </w:r>
    </w:p>
    <w:p>
      <w:pPr>
        <w:jc w:val="both"/>
      </w:pPr>
      <w:r>
        <w:t>1338</w:t>
      </w:r>
    </w:p>
    <w:p>
      <w:pPr>
        <w:jc w:val="both"/>
      </w:pPr>
      <w:r>
        <w:t>Rửa hồng cầu/tiểu cầu bằng máy ly tâm lạnh</w:t>
      </w:r>
    </w:p>
    <w:p>
      <w:pPr>
        <w:jc w:val="both"/>
      </w:pPr>
      <w:r>
        <w:t>139.000</w:t>
      </w:r>
    </w:p>
    <w:p>
      <w:pPr>
        <w:jc w:val="both"/>
      </w:pPr>
      <w:r>
        <w:t>157.000</w:t>
      </w:r>
    </w:p>
    <w:p>
      <w:pPr>
        <w:jc w:val="both"/>
      </w:pPr>
      <w:r>
        <w:t>1353</w:t>
      </w:r>
    </w:p>
    <w:p>
      <w:pPr>
        <w:jc w:val="both"/>
      </w:pPr>
      <w:r>
        <w:t>1339</w:t>
      </w:r>
    </w:p>
    <w:p>
      <w:pPr>
        <w:jc w:val="both"/>
      </w:pPr>
      <w:r>
        <w:t>03C3.1.HH102</w:t>
      </w:r>
    </w:p>
    <w:p>
      <w:pPr>
        <w:jc w:val="both"/>
      </w:pPr>
      <w:r>
        <w:t>Sàng lọc kháng thể bất thường (kỹ thuật ống nghiệm)</w:t>
      </w:r>
    </w:p>
    <w:p>
      <w:pPr>
        <w:jc w:val="both"/>
      </w:pPr>
      <w:r>
        <w:t>95.000</w:t>
      </w:r>
    </w:p>
    <w:p>
      <w:pPr>
        <w:jc w:val="both"/>
      </w:pPr>
      <w:r>
        <w:t>107.000</w:t>
      </w:r>
    </w:p>
    <w:p>
      <w:pPr>
        <w:jc w:val="both"/>
      </w:pPr>
      <w:r>
        <w:t>1354</w:t>
      </w:r>
    </w:p>
    <w:p>
      <w:pPr>
        <w:jc w:val="both"/>
      </w:pPr>
      <w:r>
        <w:t>1340</w:t>
      </w:r>
    </w:p>
    <w:p>
      <w:pPr>
        <w:jc w:val="both"/>
      </w:pPr>
      <w:r>
        <w:t>Sàng lọc kháng thể bất thường (Kỹ thuật Scangel/ Gelcard trên máy bán tự động/ tự động)</w:t>
      </w:r>
    </w:p>
    <w:p>
      <w:pPr>
        <w:jc w:val="both"/>
      </w:pPr>
      <w:r>
        <w:t>251.000</w:t>
      </w:r>
    </w:p>
    <w:p>
      <w:pPr>
        <w:jc w:val="both"/>
      </w:pPr>
      <w:r>
        <w:t>283.000</w:t>
      </w:r>
    </w:p>
    <w:p>
      <w:pPr>
        <w:jc w:val="both"/>
      </w:pPr>
      <w:r>
        <w:t>1355</w:t>
      </w:r>
    </w:p>
    <w:p>
      <w:pPr>
        <w:jc w:val="both"/>
      </w:pPr>
      <w:r>
        <w:t>1341</w:t>
      </w:r>
    </w:p>
    <w:p>
      <w:pPr>
        <w:jc w:val="both"/>
      </w:pPr>
      <w:r>
        <w:t>04C5.1.284</w:t>
      </w:r>
    </w:p>
    <w:p>
      <w:pPr>
        <w:jc w:val="both"/>
      </w:pPr>
      <w:r>
        <w:t>Sức bền thẩm thấu hồng cầu</w:t>
      </w:r>
    </w:p>
    <w:p>
      <w:pPr>
        <w:jc w:val="both"/>
      </w:pPr>
      <w:r>
        <w:t>39.100</w:t>
      </w:r>
    </w:p>
    <w:p>
      <w:pPr>
        <w:jc w:val="both"/>
      </w:pPr>
      <w:r>
        <w:t>44.000</w:t>
      </w:r>
    </w:p>
    <w:p>
      <w:pPr>
        <w:jc w:val="both"/>
      </w:pPr>
      <w:r>
        <w:t>1356</w:t>
      </w:r>
    </w:p>
    <w:p>
      <w:pPr>
        <w:jc w:val="both"/>
      </w:pPr>
      <w:r>
        <w:t>1342</w:t>
      </w:r>
    </w:p>
    <w:p>
      <w:pPr>
        <w:jc w:val="both"/>
      </w:pPr>
      <w:r>
        <w:t>03C3.1.HH106</w:t>
      </w:r>
    </w:p>
    <w:p>
      <w:pPr>
        <w:jc w:val="both"/>
      </w:pPr>
      <w:r>
        <w:t>Gạn tế bào máu/ huyết tương điều trị</w:t>
      </w:r>
    </w:p>
    <w:p>
      <w:pPr>
        <w:jc w:val="both"/>
      </w:pPr>
      <w:r>
        <w:t>878.000</w:t>
      </w:r>
    </w:p>
    <w:p>
      <w:pPr>
        <w:jc w:val="both"/>
      </w:pPr>
      <w:r>
        <w:t>999.000</w:t>
      </w:r>
    </w:p>
    <w:p>
      <w:pPr>
        <w:jc w:val="both"/>
      </w:pPr>
      <w:r>
        <w:t>Chưa bao gồm kít tách tế bào máu</w:t>
      </w:r>
    </w:p>
    <w:p>
      <w:pPr>
        <w:jc w:val="both"/>
      </w:pPr>
      <w:r>
        <w:t>1357</w:t>
      </w:r>
    </w:p>
    <w:p>
      <w:pPr>
        <w:jc w:val="both"/>
      </w:pPr>
      <w:r>
        <w:t>1343</w:t>
      </w:r>
    </w:p>
    <w:p>
      <w:pPr>
        <w:jc w:val="both"/>
      </w:pPr>
      <w:r>
        <w:t>03C3.1.HH11</w:t>
      </w:r>
    </w:p>
    <w:p>
      <w:pPr>
        <w:jc w:val="both"/>
      </w:pPr>
      <w:r>
        <w:t>Tập trung bạch cầu</w:t>
      </w:r>
    </w:p>
    <w:p>
      <w:pPr>
        <w:jc w:val="both"/>
      </w:pPr>
      <w:r>
        <w:t>29.600</w:t>
      </w:r>
    </w:p>
    <w:p>
      <w:pPr>
        <w:jc w:val="both"/>
      </w:pPr>
      <w:r>
        <w:t>33.400</w:t>
      </w:r>
    </w:p>
    <w:p>
      <w:pPr>
        <w:jc w:val="both"/>
      </w:pPr>
      <w:r>
        <w:t>1358</w:t>
      </w:r>
    </w:p>
    <w:p>
      <w:pPr>
        <w:jc w:val="both"/>
      </w:pPr>
      <w:r>
        <w:t>1344</w:t>
      </w:r>
    </w:p>
    <w:p>
      <w:pPr>
        <w:jc w:val="both"/>
      </w:pPr>
      <w:r>
        <w:t>03C3.1.HH50</w:t>
      </w:r>
    </w:p>
    <w:p>
      <w:pPr>
        <w:jc w:val="both"/>
      </w:pPr>
      <w:r>
        <w:t>Test đường + Ham</w:t>
      </w:r>
    </w:p>
    <w:p>
      <w:pPr>
        <w:jc w:val="both"/>
      </w:pPr>
      <w:r>
        <w:t>71.200</w:t>
      </w:r>
    </w:p>
    <w:p>
      <w:pPr>
        <w:jc w:val="both"/>
      </w:pPr>
      <w:r>
        <w:t>80.300</w:t>
      </w:r>
    </w:p>
    <w:p>
      <w:pPr>
        <w:jc w:val="both"/>
      </w:pPr>
      <w:r>
        <w:t>1359</w:t>
      </w:r>
    </w:p>
    <w:p>
      <w:pPr>
        <w:jc w:val="both"/>
      </w:pPr>
      <w:r>
        <w:t>1345</w:t>
      </w:r>
    </w:p>
    <w:p>
      <w:pPr>
        <w:jc w:val="both"/>
      </w:pPr>
      <w:r>
        <w:t>04C5.1.282</w:t>
      </w:r>
    </w:p>
    <w:p>
      <w:pPr>
        <w:jc w:val="both"/>
      </w:pPr>
      <w:r>
        <w:t>Thể tích khối hồng cầu (Hematocrit)</w:t>
      </w:r>
    </w:p>
    <w:p>
      <w:pPr>
        <w:jc w:val="both"/>
      </w:pPr>
      <w:r>
        <w:t>17.800</w:t>
      </w:r>
    </w:p>
    <w:p>
      <w:pPr>
        <w:jc w:val="both"/>
      </w:pPr>
      <w:r>
        <w:t>20.000</w:t>
      </w:r>
    </w:p>
    <w:p>
      <w:pPr>
        <w:jc w:val="both"/>
      </w:pPr>
      <w:r>
        <w:t>1360</w:t>
      </w:r>
    </w:p>
    <w:p>
      <w:pPr>
        <w:jc w:val="both"/>
      </w:pPr>
      <w:r>
        <w:t>1346</w:t>
      </w:r>
    </w:p>
    <w:p>
      <w:pPr>
        <w:jc w:val="both"/>
      </w:pPr>
      <w:r>
        <w:t>04C5.1.297</w:t>
      </w:r>
    </w:p>
    <w:p>
      <w:pPr>
        <w:jc w:val="both"/>
      </w:pPr>
      <w:r>
        <w:t>Thời gian Howell</w:t>
      </w:r>
    </w:p>
    <w:p>
      <w:pPr>
        <w:jc w:val="both"/>
      </w:pPr>
      <w:r>
        <w:t>32.000</w:t>
      </w:r>
    </w:p>
    <w:p>
      <w:pPr>
        <w:jc w:val="both"/>
      </w:pPr>
      <w:r>
        <w:t>36.000</w:t>
      </w:r>
    </w:p>
    <w:p>
      <w:pPr>
        <w:jc w:val="both"/>
      </w:pPr>
      <w:r>
        <w:t>1361</w:t>
      </w:r>
    </w:p>
    <w:p>
      <w:pPr>
        <w:jc w:val="both"/>
      </w:pPr>
      <w:r>
        <w:t>1347</w:t>
      </w:r>
    </w:p>
    <w:p>
      <w:pPr>
        <w:jc w:val="both"/>
      </w:pPr>
      <w:r>
        <w:t>04C5.1.348</w:t>
      </w:r>
    </w:p>
    <w:p>
      <w:pPr>
        <w:jc w:val="both"/>
      </w:pPr>
      <w:r>
        <w:t>Thời gian máu chảy (phương pháp Ivy)</w:t>
      </w:r>
    </w:p>
    <w:p>
      <w:pPr>
        <w:jc w:val="both"/>
      </w:pPr>
      <w:r>
        <w:t>49.800</w:t>
      </w:r>
    </w:p>
    <w:p>
      <w:pPr>
        <w:jc w:val="both"/>
      </w:pPr>
      <w:r>
        <w:t>56.100</w:t>
      </w:r>
    </w:p>
    <w:p>
      <w:pPr>
        <w:jc w:val="both"/>
      </w:pPr>
      <w:r>
        <w:t>1362</w:t>
      </w:r>
    </w:p>
    <w:p>
      <w:pPr>
        <w:jc w:val="both"/>
      </w:pPr>
      <w:r>
        <w:t>1348</w:t>
      </w:r>
    </w:p>
    <w:p>
      <w:pPr>
        <w:jc w:val="both"/>
      </w:pPr>
      <w:r>
        <w:t>04C5.1.295</w:t>
      </w:r>
    </w:p>
    <w:p>
      <w:pPr>
        <w:jc w:val="both"/>
      </w:pPr>
      <w:r>
        <w:t>Thời gian máu chảy/(phương pháp Duke)</w:t>
      </w:r>
    </w:p>
    <w:p>
      <w:pPr>
        <w:jc w:val="both"/>
      </w:pPr>
      <w:r>
        <w:t>13.000</w:t>
      </w:r>
    </w:p>
    <w:p>
      <w:pPr>
        <w:jc w:val="both"/>
      </w:pPr>
      <w:r>
        <w:t>14.600</w:t>
      </w:r>
    </w:p>
    <w:p>
      <w:pPr>
        <w:jc w:val="both"/>
      </w:pPr>
      <w:r>
        <w:t>1363</w:t>
      </w:r>
    </w:p>
    <w:p>
      <w:pPr>
        <w:jc w:val="both"/>
      </w:pPr>
      <w:r>
        <w:t>1349</w:t>
      </w:r>
    </w:p>
    <w:p>
      <w:pPr>
        <w:jc w:val="both"/>
      </w:pPr>
      <w:r>
        <w:t>Thời gian máu đông</w:t>
      </w:r>
    </w:p>
    <w:p>
      <w:pPr>
        <w:jc w:val="both"/>
      </w:pPr>
      <w:r>
        <w:t>13.000</w:t>
      </w:r>
    </w:p>
    <w:p>
      <w:pPr>
        <w:jc w:val="both"/>
      </w:pPr>
      <w:r>
        <w:t>14.600</w:t>
      </w:r>
    </w:p>
    <w:p>
      <w:pPr>
        <w:jc w:val="both"/>
      </w:pPr>
      <w:r>
        <w:t>1364</w:t>
      </w:r>
    </w:p>
    <w:p>
      <w:pPr>
        <w:jc w:val="both"/>
      </w:pPr>
      <w:r>
        <w:t>1350</w:t>
      </w:r>
    </w:p>
    <w:p>
      <w:pPr>
        <w:jc w:val="both"/>
      </w:pPr>
      <w:r>
        <w:t>03C3.1.HH22</w:t>
      </w:r>
    </w:p>
    <w:p>
      <w:pPr>
        <w:jc w:val="both"/>
      </w:pPr>
      <w:r>
        <w:t>Thời gian Prothombin (PT%, PTs, INR)</w:t>
      </w:r>
    </w:p>
    <w:p>
      <w:pPr>
        <w:jc w:val="both"/>
      </w:pPr>
      <w:r>
        <w:t>41.500</w:t>
      </w:r>
    </w:p>
    <w:p>
      <w:pPr>
        <w:jc w:val="both"/>
      </w:pPr>
      <w:r>
        <w:t>46.800</w:t>
      </w:r>
    </w:p>
    <w:p>
      <w:pPr>
        <w:jc w:val="both"/>
      </w:pPr>
      <w:r>
        <w:t>1365</w:t>
      </w:r>
    </w:p>
    <w:p>
      <w:pPr>
        <w:jc w:val="both"/>
      </w:pPr>
      <w:r>
        <w:t>1351</w:t>
      </w:r>
    </w:p>
    <w:p>
      <w:pPr>
        <w:jc w:val="both"/>
      </w:pPr>
      <w:r>
        <w:t>04C5.1.301</w:t>
      </w:r>
    </w:p>
    <w:p>
      <w:pPr>
        <w:jc w:val="both"/>
      </w:pPr>
      <w:r>
        <w:t>Thời gian Prothrombin (PT,TQ) bằng thủ công</w:t>
      </w:r>
    </w:p>
    <w:p>
      <w:pPr>
        <w:jc w:val="both"/>
      </w:pPr>
      <w:r>
        <w:t>56.900</w:t>
      </w:r>
    </w:p>
    <w:p>
      <w:pPr>
        <w:jc w:val="both"/>
      </w:pPr>
      <w:r>
        <w:t>64.100</w:t>
      </w:r>
    </w:p>
    <w:p>
      <w:pPr>
        <w:jc w:val="both"/>
      </w:pPr>
      <w:r>
        <w:t>1366</w:t>
      </w:r>
    </w:p>
    <w:p>
      <w:pPr>
        <w:jc w:val="both"/>
      </w:pPr>
      <w:r>
        <w:t>1352</w:t>
      </w:r>
    </w:p>
    <w:p>
      <w:pPr>
        <w:jc w:val="both"/>
      </w:pPr>
      <w:r>
        <w:t>04C5.1.302</w:t>
      </w:r>
    </w:p>
    <w:p>
      <w:pPr>
        <w:jc w:val="both"/>
      </w:pPr>
      <w:r>
        <w:t>Thời gian Prothrombin (PT,TQ) bằng máy bán tự động, tự động</w:t>
      </w:r>
    </w:p>
    <w:p>
      <w:pPr>
        <w:jc w:val="both"/>
      </w:pPr>
      <w:r>
        <w:t>65.300</w:t>
      </w:r>
    </w:p>
    <w:p>
      <w:pPr>
        <w:jc w:val="both"/>
      </w:pPr>
      <w:r>
        <w:t>73.600</w:t>
      </w:r>
    </w:p>
    <w:p>
      <w:pPr>
        <w:jc w:val="both"/>
      </w:pPr>
      <w:r>
        <w:t>1367</w:t>
      </w:r>
    </w:p>
    <w:p>
      <w:pPr>
        <w:jc w:val="both"/>
      </w:pPr>
      <w:r>
        <w:t>1353</w:t>
      </w:r>
    </w:p>
    <w:p>
      <w:pPr>
        <w:jc w:val="both"/>
      </w:pPr>
      <w:r>
        <w:t>03C3.1.HH24</w:t>
      </w:r>
    </w:p>
    <w:p>
      <w:pPr>
        <w:jc w:val="both"/>
      </w:pPr>
      <w:r>
        <w:t>Thời gian thrombin (TT)</w:t>
      </w:r>
    </w:p>
    <w:p>
      <w:pPr>
        <w:jc w:val="both"/>
      </w:pPr>
      <w:r>
        <w:t>41.500</w:t>
      </w:r>
    </w:p>
    <w:p>
      <w:pPr>
        <w:jc w:val="both"/>
      </w:pPr>
      <w:r>
        <w:t>46.800</w:t>
      </w:r>
    </w:p>
    <w:p>
      <w:pPr>
        <w:jc w:val="both"/>
      </w:pPr>
      <w:r>
        <w:t>1368</w:t>
      </w:r>
    </w:p>
    <w:p>
      <w:pPr>
        <w:jc w:val="both"/>
      </w:pPr>
      <w:r>
        <w:t>1354</w:t>
      </w:r>
    </w:p>
    <w:p>
      <w:pPr>
        <w:jc w:val="both"/>
      </w:pPr>
      <w:r>
        <w:t>03C3.1.HH23</w:t>
      </w:r>
    </w:p>
    <w:p>
      <w:pPr>
        <w:jc w:val="both"/>
      </w:pPr>
      <w:r>
        <w:t>Thời gian thromboplastin hoạt hóa từng phần (APTT)</w:t>
      </w:r>
    </w:p>
    <w:p>
      <w:pPr>
        <w:jc w:val="both"/>
      </w:pPr>
      <w:r>
        <w:t>41.500</w:t>
      </w:r>
    </w:p>
    <w:p>
      <w:pPr>
        <w:jc w:val="both"/>
      </w:pPr>
      <w:r>
        <w:t>46.800</w:t>
      </w:r>
    </w:p>
    <w:p>
      <w:pPr>
        <w:jc w:val="both"/>
      </w:pPr>
      <w:r>
        <w:t>1369</w:t>
      </w:r>
    </w:p>
    <w:p>
      <w:pPr>
        <w:jc w:val="both"/>
      </w:pPr>
      <w:r>
        <w:t>1356</w:t>
      </w:r>
    </w:p>
    <w:p>
      <w:pPr>
        <w:jc w:val="both"/>
      </w:pPr>
      <w:r>
        <w:t>03C3.1.HH108</w:t>
      </w:r>
    </w:p>
    <w:p>
      <w:pPr>
        <w:jc w:val="both"/>
      </w:pPr>
      <w:r>
        <w:t>Thu thập và chiết tách tế bào gốc từ máu cuống rốn</w:t>
      </w:r>
    </w:p>
    <w:p>
      <w:pPr>
        <w:jc w:val="both"/>
      </w:pPr>
      <w:r>
        <w:t>2.578.000</w:t>
      </w:r>
    </w:p>
    <w:p>
      <w:pPr>
        <w:jc w:val="both"/>
      </w:pPr>
      <w:r>
        <w:t>2.956.000</w:t>
      </w:r>
    </w:p>
    <w:p>
      <w:pPr>
        <w:jc w:val="both"/>
      </w:pPr>
      <w:r>
        <w:t>Chưa bao gồm kít tách tế bào máu.</w:t>
      </w:r>
    </w:p>
    <w:p>
      <w:pPr>
        <w:jc w:val="both"/>
      </w:pPr>
      <w:r>
        <w:t>1370</w:t>
      </w:r>
    </w:p>
    <w:p>
      <w:pPr>
        <w:jc w:val="both"/>
      </w:pPr>
      <w:r>
        <w:t>1357</w:t>
      </w:r>
    </w:p>
    <w:p>
      <w:pPr>
        <w:jc w:val="both"/>
      </w:pPr>
      <w:r>
        <w:t>03C3.1.HH107</w:t>
      </w:r>
    </w:p>
    <w:p>
      <w:pPr>
        <w:jc w:val="both"/>
      </w:pPr>
      <w:r>
        <w:t>Thu thập và chiết tách tế bào gốc từ máu ngoại vi</w:t>
      </w:r>
    </w:p>
    <w:p>
      <w:pPr>
        <w:jc w:val="both"/>
      </w:pPr>
      <w:r>
        <w:t>2.578.000</w:t>
      </w:r>
    </w:p>
    <w:p>
      <w:pPr>
        <w:jc w:val="both"/>
      </w:pPr>
      <w:r>
        <w:t>2.956.000</w:t>
      </w:r>
    </w:p>
    <w:p>
      <w:pPr>
        <w:jc w:val="both"/>
      </w:pPr>
      <w:r>
        <w:t>Chưa bao gồm kít tách tế bào máu.</w:t>
      </w:r>
    </w:p>
    <w:p>
      <w:pPr>
        <w:jc w:val="both"/>
      </w:pPr>
      <w:r>
        <w:t>1371</w:t>
      </w:r>
    </w:p>
    <w:p>
      <w:pPr>
        <w:jc w:val="both"/>
      </w:pPr>
      <w:r>
        <w:t>1358</w:t>
      </w:r>
    </w:p>
    <w:p>
      <w:pPr>
        <w:jc w:val="both"/>
      </w:pPr>
      <w:r>
        <w:t>03C3.1.HH109</w:t>
      </w:r>
    </w:p>
    <w:p>
      <w:pPr>
        <w:jc w:val="both"/>
      </w:pPr>
      <w:r>
        <w:t>Thu thập và chiết tách tế bào gốc từ tủy xương</w:t>
      </w:r>
    </w:p>
    <w:p>
      <w:pPr>
        <w:jc w:val="both"/>
      </w:pPr>
      <w:r>
        <w:t>3.078.000</w:t>
      </w:r>
    </w:p>
    <w:p>
      <w:pPr>
        <w:jc w:val="both"/>
      </w:pPr>
      <w:r>
        <w:t>3.532.000</w:t>
      </w:r>
    </w:p>
    <w:p>
      <w:pPr>
        <w:jc w:val="both"/>
      </w:pPr>
      <w:r>
        <w:t>Chưa bao gồm kít tách tế bào.</w:t>
      </w:r>
    </w:p>
    <w:p>
      <w:pPr>
        <w:jc w:val="both"/>
      </w:pPr>
      <w:r>
        <w:t>1372</w:t>
      </w:r>
    </w:p>
    <w:p>
      <w:pPr>
        <w:jc w:val="both"/>
      </w:pPr>
      <w:r>
        <w:t>1359</w:t>
      </w:r>
    </w:p>
    <w:p>
      <w:pPr>
        <w:jc w:val="both"/>
      </w:pPr>
      <w:r>
        <w:t>Tinh dịch đồ</w:t>
      </w:r>
    </w:p>
    <w:p>
      <w:pPr>
        <w:jc w:val="both"/>
      </w:pPr>
      <w:r>
        <w:t>324.000</w:t>
      </w:r>
    </w:p>
    <w:p>
      <w:pPr>
        <w:jc w:val="both"/>
      </w:pPr>
      <w:r>
        <w:t>367.000</w:t>
      </w:r>
    </w:p>
    <w:p>
      <w:pPr>
        <w:jc w:val="both"/>
      </w:pPr>
      <w:r>
        <w:t>1373</w:t>
      </w:r>
    </w:p>
    <w:p>
      <w:pPr>
        <w:jc w:val="both"/>
      </w:pPr>
      <w:r>
        <w:t>1360</w:t>
      </w:r>
    </w:p>
    <w:p>
      <w:pPr>
        <w:jc w:val="both"/>
      </w:pPr>
      <w:r>
        <w:t>03C3.1.HH10</w:t>
      </w:r>
    </w:p>
    <w:p>
      <w:pPr>
        <w:jc w:val="both"/>
      </w:pPr>
      <w:r>
        <w:t>Tìm ấu trùng giun chỉ trong máu</w:t>
      </w:r>
    </w:p>
    <w:p>
      <w:pPr>
        <w:jc w:val="both"/>
      </w:pPr>
      <w:r>
        <w:t>35.600</w:t>
      </w:r>
    </w:p>
    <w:p>
      <w:pPr>
        <w:jc w:val="both"/>
      </w:pPr>
      <w:r>
        <w:t>40.100</w:t>
      </w:r>
    </w:p>
    <w:p>
      <w:pPr>
        <w:jc w:val="both"/>
      </w:pPr>
      <w:r>
        <w:t>1374</w:t>
      </w:r>
    </w:p>
    <w:p>
      <w:pPr>
        <w:jc w:val="both"/>
      </w:pPr>
      <w:r>
        <w:t>1361</w:t>
      </w:r>
    </w:p>
    <w:p>
      <w:pPr>
        <w:jc w:val="both"/>
      </w:pPr>
      <w:r>
        <w:t>03C3.1.HH9</w:t>
      </w:r>
    </w:p>
    <w:p>
      <w:pPr>
        <w:jc w:val="both"/>
      </w:pPr>
      <w:r>
        <w:t>Tìm hồng cầu có chấm ưa base (bằng máy)</w:t>
      </w:r>
    </w:p>
    <w:p>
      <w:pPr>
        <w:jc w:val="both"/>
      </w:pPr>
      <w:r>
        <w:t>17.800</w:t>
      </w:r>
    </w:p>
    <w:p>
      <w:pPr>
        <w:jc w:val="both"/>
      </w:pPr>
      <w:r>
        <w:t>20.000</w:t>
      </w:r>
    </w:p>
    <w:p>
      <w:pPr>
        <w:jc w:val="both"/>
      </w:pPr>
      <w:r>
        <w:t>1375</w:t>
      </w:r>
    </w:p>
    <w:p>
      <w:pPr>
        <w:jc w:val="both"/>
      </w:pPr>
      <w:r>
        <w:t>1362</w:t>
      </w:r>
    </w:p>
    <w:p>
      <w:pPr>
        <w:jc w:val="both"/>
      </w:pPr>
      <w:r>
        <w:t>04C5.1.319</w:t>
      </w:r>
    </w:p>
    <w:p>
      <w:pPr>
        <w:jc w:val="both"/>
      </w:pPr>
      <w:r>
        <w:t>Tìm ký sinh trùng sốt rét trong máu bằng phương pháp thủ công</w:t>
      </w:r>
    </w:p>
    <w:p>
      <w:pPr>
        <w:jc w:val="both"/>
      </w:pPr>
      <w:r>
        <w:t>37.900</w:t>
      </w:r>
    </w:p>
    <w:p>
      <w:pPr>
        <w:jc w:val="both"/>
      </w:pPr>
      <w:r>
        <w:t>42.700</w:t>
      </w:r>
    </w:p>
    <w:p>
      <w:pPr>
        <w:jc w:val="both"/>
      </w:pPr>
      <w:r>
        <w:t>1376</w:t>
      </w:r>
    </w:p>
    <w:p>
      <w:pPr>
        <w:jc w:val="both"/>
      </w:pPr>
      <w:r>
        <w:t>1363</w:t>
      </w:r>
    </w:p>
    <w:p>
      <w:pPr>
        <w:jc w:val="both"/>
      </w:pPr>
      <w:r>
        <w:t>03C3.1.HH8</w:t>
      </w:r>
    </w:p>
    <w:p>
      <w:pPr>
        <w:jc w:val="both"/>
      </w:pPr>
      <w:r>
        <w:t>Tìm mảnh vỡ hồng cầu (bằng máy)</w:t>
      </w:r>
    </w:p>
    <w:p>
      <w:pPr>
        <w:jc w:val="both"/>
      </w:pPr>
      <w:r>
        <w:t>17.800</w:t>
      </w:r>
    </w:p>
    <w:p>
      <w:pPr>
        <w:jc w:val="both"/>
      </w:pPr>
      <w:r>
        <w:t>20.000</w:t>
      </w:r>
    </w:p>
    <w:p>
      <w:pPr>
        <w:jc w:val="both"/>
      </w:pPr>
      <w:r>
        <w:t>1377</w:t>
      </w:r>
    </w:p>
    <w:p>
      <w:pPr>
        <w:jc w:val="both"/>
      </w:pPr>
      <w:r>
        <w:t>1364</w:t>
      </w:r>
    </w:p>
    <w:p>
      <w:pPr>
        <w:jc w:val="both"/>
      </w:pPr>
      <w:r>
        <w:t>04C5.1.294</w:t>
      </w:r>
    </w:p>
    <w:p>
      <w:pPr>
        <w:jc w:val="both"/>
      </w:pPr>
      <w:r>
        <w:t>Tìm tế bào Hargraves</w:t>
      </w:r>
    </w:p>
    <w:p>
      <w:pPr>
        <w:jc w:val="both"/>
      </w:pPr>
      <w:r>
        <w:t>66.400</w:t>
      </w:r>
    </w:p>
    <w:p>
      <w:pPr>
        <w:jc w:val="both"/>
      </w:pPr>
      <w:r>
        <w:t>74.900</w:t>
      </w:r>
    </w:p>
    <w:p>
      <w:pPr>
        <w:jc w:val="both"/>
      </w:pPr>
      <w:r>
        <w:t>1378</w:t>
      </w:r>
    </w:p>
    <w:p>
      <w:pPr>
        <w:jc w:val="both"/>
      </w:pPr>
      <w:r>
        <w:t>1365</w:t>
      </w:r>
    </w:p>
    <w:p>
      <w:pPr>
        <w:jc w:val="both"/>
      </w:pPr>
      <w:r>
        <w:t>03C3.1.HH25</w:t>
      </w:r>
    </w:p>
    <w:p>
      <w:pPr>
        <w:jc w:val="both"/>
      </w:pPr>
      <w:r>
        <w:t>Tìm yếu tố kháng đông đường ngoại sinh</w:t>
      </w:r>
    </w:p>
    <w:p>
      <w:pPr>
        <w:jc w:val="both"/>
      </w:pPr>
      <w:r>
        <w:t>83.100</w:t>
      </w:r>
    </w:p>
    <w:p>
      <w:pPr>
        <w:jc w:val="both"/>
      </w:pPr>
      <w:r>
        <w:t>93.700</w:t>
      </w:r>
    </w:p>
    <w:p>
      <w:pPr>
        <w:jc w:val="both"/>
      </w:pPr>
      <w:r>
        <w:t>1379</w:t>
      </w:r>
    </w:p>
    <w:p>
      <w:pPr>
        <w:jc w:val="both"/>
      </w:pPr>
      <w:r>
        <w:t>1366</w:t>
      </w:r>
    </w:p>
    <w:p>
      <w:pPr>
        <w:jc w:val="both"/>
      </w:pPr>
      <w:r>
        <w:t>03C3.1.HH26</w:t>
      </w:r>
    </w:p>
    <w:p>
      <w:pPr>
        <w:jc w:val="both"/>
      </w:pPr>
      <w:r>
        <w:t>Tìm yếu tố kháng đông đường nội sinh</w:t>
      </w:r>
    </w:p>
    <w:p>
      <w:pPr>
        <w:jc w:val="both"/>
      </w:pPr>
      <w:r>
        <w:t>118.000</w:t>
      </w:r>
    </w:p>
    <w:p>
      <w:pPr>
        <w:jc w:val="both"/>
      </w:pPr>
      <w:r>
        <w:t>133.000</w:t>
      </w:r>
    </w:p>
    <w:p>
      <w:pPr>
        <w:jc w:val="both"/>
      </w:pPr>
      <w:r>
        <w:t>1380</w:t>
      </w:r>
    </w:p>
    <w:p>
      <w:pPr>
        <w:jc w:val="both"/>
      </w:pPr>
      <w:r>
        <w:t>1367</w:t>
      </w:r>
    </w:p>
    <w:p>
      <w:pPr>
        <w:jc w:val="both"/>
      </w:pPr>
      <w:r>
        <w:t>04C5.1.323</w:t>
      </w:r>
    </w:p>
    <w:p>
      <w:pPr>
        <w:jc w:val="both"/>
      </w:pPr>
      <w:r>
        <w:t>Tổng phân tích tế bào máu ngoại vi (bằng hệ thống tự động hoàn toàn)</w:t>
      </w:r>
    </w:p>
    <w:p>
      <w:pPr>
        <w:jc w:val="both"/>
      </w:pPr>
      <w:r>
        <w:t>109.000</w:t>
      </w:r>
    </w:p>
    <w:p>
      <w:pPr>
        <w:jc w:val="both"/>
      </w:pPr>
      <w:r>
        <w:t>123.000</w:t>
      </w:r>
    </w:p>
    <w:p>
      <w:pPr>
        <w:jc w:val="both"/>
      </w:pPr>
      <w:r>
        <w:t>Cho tất cả các thông số. Áp dụng trong trường hợp thực hiện xét nghiệm bằng hệ thống 2 máy gồm máy đếm tự động được kết nối với máy kéo lam kính tự động.</w:t>
      </w:r>
    </w:p>
    <w:p>
      <w:pPr>
        <w:jc w:val="both"/>
      </w:pPr>
      <w:r>
        <w:t>1381</w:t>
      </w:r>
    </w:p>
    <w:p>
      <w:pPr>
        <w:jc w:val="both"/>
      </w:pPr>
      <w:r>
        <w:t>1368</w:t>
      </w:r>
    </w:p>
    <w:p>
      <w:pPr>
        <w:jc w:val="both"/>
      </w:pPr>
      <w:r>
        <w:t>04C5.1.280</w:t>
      </w:r>
    </w:p>
    <w:p>
      <w:pPr>
        <w:jc w:val="both"/>
      </w:pPr>
      <w:r>
        <w:t>Tổng phân tích tế bào máu ngoại vi (bằng phương pháp thủ công)</w:t>
      </w:r>
    </w:p>
    <w:p>
      <w:pPr>
        <w:jc w:val="both"/>
      </w:pPr>
      <w:r>
        <w:t>37.900</w:t>
      </w:r>
    </w:p>
    <w:p>
      <w:pPr>
        <w:jc w:val="both"/>
      </w:pPr>
      <w:r>
        <w:t>42.700</w:t>
      </w:r>
    </w:p>
    <w:p>
      <w:pPr>
        <w:jc w:val="both"/>
      </w:pPr>
      <w:r>
        <w:t>1382</w:t>
      </w:r>
    </w:p>
    <w:p>
      <w:pPr>
        <w:jc w:val="both"/>
      </w:pPr>
      <w:r>
        <w:t>1369</w:t>
      </w:r>
    </w:p>
    <w:p>
      <w:pPr>
        <w:jc w:val="both"/>
      </w:pPr>
      <w:r>
        <w:t>03C3.1.HH3</w:t>
      </w:r>
    </w:p>
    <w:p>
      <w:pPr>
        <w:jc w:val="both"/>
      </w:pPr>
      <w:r>
        <w:t>Tổng phân tích tế bào máu ngoại vi bằng máy đếm laser</w:t>
      </w:r>
    </w:p>
    <w:p>
      <w:pPr>
        <w:jc w:val="both"/>
      </w:pPr>
      <w:r>
        <w:t>47.500</w:t>
      </w:r>
    </w:p>
    <w:p>
      <w:pPr>
        <w:jc w:val="both"/>
      </w:pPr>
      <w:r>
        <w:t>53.500</w:t>
      </w:r>
    </w:p>
    <w:p>
      <w:pPr>
        <w:jc w:val="both"/>
      </w:pPr>
      <w:r>
        <w:t>1383</w:t>
      </w:r>
    </w:p>
    <w:p>
      <w:pPr>
        <w:jc w:val="both"/>
      </w:pPr>
      <w:r>
        <w:t>1370</w:t>
      </w:r>
    </w:p>
    <w:p>
      <w:pPr>
        <w:jc w:val="both"/>
      </w:pPr>
      <w:r>
        <w:t>Tổng phân tích tế bào máu ngoại vi bằng máy đếm tự động</w:t>
      </w:r>
    </w:p>
    <w:p>
      <w:pPr>
        <w:jc w:val="both"/>
      </w:pPr>
      <w:r>
        <w:t>41.500</w:t>
      </w:r>
    </w:p>
    <w:p>
      <w:pPr>
        <w:jc w:val="both"/>
      </w:pPr>
      <w:r>
        <w:t>46.800</w:t>
      </w:r>
    </w:p>
    <w:p>
      <w:pPr>
        <w:jc w:val="both"/>
      </w:pPr>
      <w:r>
        <w:t>1384</w:t>
      </w:r>
    </w:p>
    <w:p>
      <w:pPr>
        <w:jc w:val="both"/>
      </w:pPr>
      <w:r>
        <w:t>1371</w:t>
      </w:r>
    </w:p>
    <w:p>
      <w:pPr>
        <w:jc w:val="both"/>
      </w:pPr>
      <w:r>
        <w:t>04C5.1.335</w:t>
      </w:r>
    </w:p>
    <w:p>
      <w:pPr>
        <w:jc w:val="both"/>
      </w:pPr>
      <w:r>
        <w:t>Xác định bản chất kháng thể đặc hiệu (IgG, IgA, IgM, C3d, C3c) (phương pháp gelcard/ scangel khi nghiệm pháp Coombs trực tiếp/ gián tiếp dương tính)</w:t>
      </w:r>
    </w:p>
    <w:p>
      <w:pPr>
        <w:jc w:val="both"/>
      </w:pPr>
      <w:r>
        <w:t>446.000</w:t>
      </w:r>
    </w:p>
    <w:p>
      <w:pPr>
        <w:jc w:val="both"/>
      </w:pPr>
      <w:r>
        <w:t>507.000</w:t>
      </w:r>
    </w:p>
    <w:p>
      <w:pPr>
        <w:jc w:val="both"/>
      </w:pPr>
      <w:r>
        <w:t>1385</w:t>
      </w:r>
    </w:p>
    <w:p>
      <w:pPr>
        <w:jc w:val="both"/>
      </w:pPr>
      <w:r>
        <w:t>1372</w:t>
      </w:r>
    </w:p>
    <w:p>
      <w:pPr>
        <w:jc w:val="both"/>
      </w:pPr>
      <w:r>
        <w:t>03C3.1.HH105</w:t>
      </w:r>
    </w:p>
    <w:p>
      <w:pPr>
        <w:jc w:val="both"/>
      </w:pPr>
      <w:r>
        <w:t>Xác định bất đồng nhóm máu mẹ con</w:t>
      </w:r>
    </w:p>
    <w:p>
      <w:pPr>
        <w:jc w:val="both"/>
      </w:pPr>
      <w:r>
        <w:t>95.000</w:t>
      </w:r>
    </w:p>
    <w:p>
      <w:pPr>
        <w:jc w:val="both"/>
      </w:pPr>
      <w:r>
        <w:t>107.000</w:t>
      </w:r>
    </w:p>
    <w:p>
      <w:pPr>
        <w:jc w:val="both"/>
      </w:pPr>
      <w:r>
        <w:t>1386</w:t>
      </w:r>
    </w:p>
    <w:p>
      <w:pPr>
        <w:jc w:val="both"/>
      </w:pPr>
      <w:r>
        <w:t>1373</w:t>
      </w:r>
    </w:p>
    <w:p>
      <w:pPr>
        <w:jc w:val="both"/>
      </w:pPr>
      <w:r>
        <w:t>03C3.1.HH121</w:t>
      </w:r>
    </w:p>
    <w:p>
      <w:pPr>
        <w:jc w:val="both"/>
      </w:pPr>
      <w:r>
        <w:t>Xác định gen bằng kỹ thuật FISH</w:t>
      </w:r>
    </w:p>
    <w:p>
      <w:pPr>
        <w:jc w:val="both"/>
      </w:pPr>
      <w:r>
        <w:t>3.356.000</w:t>
      </w:r>
    </w:p>
    <w:p>
      <w:pPr>
        <w:jc w:val="both"/>
      </w:pPr>
      <w:r>
        <w:t>3.840.000</w:t>
      </w:r>
    </w:p>
    <w:p>
      <w:pPr>
        <w:jc w:val="both"/>
      </w:pPr>
      <w:r>
        <w:t>1387</w:t>
      </w:r>
    </w:p>
    <w:p>
      <w:pPr>
        <w:jc w:val="both"/>
      </w:pPr>
      <w:r>
        <w:t>1374</w:t>
      </w:r>
    </w:p>
    <w:p>
      <w:pPr>
        <w:jc w:val="both"/>
      </w:pPr>
      <w:r>
        <w:t>03C3.1.HH61</w:t>
      </w:r>
    </w:p>
    <w:p>
      <w:pPr>
        <w:jc w:val="both"/>
      </w:pPr>
      <w:r>
        <w:t>Xác định gen bệnh máu ác tính bằng RT-PCR</w:t>
      </w:r>
    </w:p>
    <w:p>
      <w:pPr>
        <w:jc w:val="both"/>
      </w:pPr>
      <w:r>
        <w:t>878.000</w:t>
      </w:r>
    </w:p>
    <w:p>
      <w:pPr>
        <w:jc w:val="both"/>
      </w:pPr>
      <w:r>
        <w:t>999.000</w:t>
      </w:r>
    </w:p>
    <w:p>
      <w:pPr>
        <w:jc w:val="both"/>
      </w:pPr>
      <w:r>
        <w:t>Cho 1 gen</w:t>
      </w:r>
    </w:p>
    <w:p>
      <w:pPr>
        <w:jc w:val="both"/>
      </w:pPr>
      <w:r>
        <w:t>1388</w:t>
      </w:r>
    </w:p>
    <w:p>
      <w:pPr>
        <w:jc w:val="both"/>
      </w:pPr>
      <w:r>
        <w:t>1375</w:t>
      </w:r>
    </w:p>
    <w:p>
      <w:pPr>
        <w:jc w:val="both"/>
      </w:pPr>
      <w:r>
        <w:t>Xác định gen bệnh máu bằng kỹ thuật cIg FISH (giá tính cho 1 gen)</w:t>
      </w:r>
    </w:p>
    <w:p>
      <w:pPr>
        <w:jc w:val="both"/>
      </w:pPr>
      <w:r>
        <w:t>4.155.000</w:t>
      </w:r>
    </w:p>
    <w:p>
      <w:pPr>
        <w:jc w:val="both"/>
      </w:pPr>
      <w:r>
        <w:t>4.767.000</w:t>
      </w:r>
    </w:p>
    <w:p>
      <w:pPr>
        <w:jc w:val="both"/>
      </w:pPr>
      <w:r>
        <w:t>1389</w:t>
      </w:r>
    </w:p>
    <w:p>
      <w:pPr>
        <w:jc w:val="both"/>
      </w:pPr>
      <w:r>
        <w:t>1376</w:t>
      </w:r>
    </w:p>
    <w:p>
      <w:pPr>
        <w:jc w:val="both"/>
      </w:pPr>
      <w:r>
        <w:t>Xác định kháng nguyên c của hệ của nhóm máu Rh (Kỹ thuật Scangel/ Gelcard trên máy tự động)</w:t>
      </w:r>
    </w:p>
    <w:p>
      <w:pPr>
        <w:jc w:val="both"/>
      </w:pPr>
      <w:r>
        <w:t>113.000</w:t>
      </w:r>
    </w:p>
    <w:p>
      <w:pPr>
        <w:jc w:val="both"/>
      </w:pPr>
      <w:r>
        <w:t>127.000</w:t>
      </w:r>
    </w:p>
    <w:p>
      <w:pPr>
        <w:jc w:val="both"/>
      </w:pPr>
      <w:r>
        <w:t>1390</w:t>
      </w:r>
    </w:p>
    <w:p>
      <w:pPr>
        <w:jc w:val="both"/>
      </w:pPr>
      <w:r>
        <w:t>1377</w:t>
      </w:r>
    </w:p>
    <w:p>
      <w:pPr>
        <w:jc w:val="both"/>
      </w:pPr>
      <w:r>
        <w:t>Xác định kháng nguyên C của hệ nhóm máu Rh (Kỹ thuật ống nghiệm)</w:t>
      </w:r>
    </w:p>
    <w:p>
      <w:pPr>
        <w:jc w:val="both"/>
      </w:pPr>
      <w:r>
        <w:t>117.000</w:t>
      </w:r>
    </w:p>
    <w:p>
      <w:pPr>
        <w:jc w:val="both"/>
      </w:pPr>
      <w:r>
        <w:t>132.000</w:t>
      </w:r>
    </w:p>
    <w:p>
      <w:pPr>
        <w:jc w:val="both"/>
      </w:pPr>
      <w:r>
        <w:t>1391</w:t>
      </w:r>
    </w:p>
    <w:p>
      <w:pPr>
        <w:jc w:val="both"/>
      </w:pPr>
      <w:r>
        <w:t>1378</w:t>
      </w:r>
    </w:p>
    <w:p>
      <w:pPr>
        <w:jc w:val="both"/>
      </w:pPr>
      <w:r>
        <w:t>Xác định kháng nguyên c của hệ nhóm máu Rh (Kỹ thuật ống nghiệm)</w:t>
      </w:r>
    </w:p>
    <w:p>
      <w:pPr>
        <w:jc w:val="both"/>
      </w:pPr>
      <w:r>
        <w:t>87.200</w:t>
      </w:r>
    </w:p>
    <w:p>
      <w:pPr>
        <w:jc w:val="both"/>
      </w:pPr>
      <w:r>
        <w:t>98.300</w:t>
      </w:r>
    </w:p>
    <w:p>
      <w:pPr>
        <w:jc w:val="both"/>
      </w:pPr>
      <w:r>
        <w:t>1392</w:t>
      </w:r>
    </w:p>
    <w:p>
      <w:pPr>
        <w:jc w:val="both"/>
      </w:pPr>
      <w:r>
        <w:t>1379</w:t>
      </w:r>
    </w:p>
    <w:p>
      <w:pPr>
        <w:jc w:val="both"/>
      </w:pPr>
      <w:r>
        <w:t>Xác định kháng nguyên C của hệ nhóm máu Rh (Kỹ thuật Scangel/Gelcard trên máy tự động)</w:t>
      </w:r>
    </w:p>
    <w:p>
      <w:pPr>
        <w:jc w:val="both"/>
      </w:pPr>
      <w:r>
        <w:t>132.000</w:t>
      </w:r>
    </w:p>
    <w:p>
      <w:pPr>
        <w:jc w:val="both"/>
      </w:pPr>
      <w:r>
        <w:t>149.000</w:t>
      </w:r>
    </w:p>
    <w:p>
      <w:pPr>
        <w:jc w:val="both"/>
      </w:pPr>
      <w:r>
        <w:t>1393</w:t>
      </w:r>
    </w:p>
    <w:p>
      <w:pPr>
        <w:jc w:val="both"/>
      </w:pPr>
      <w:r>
        <w:t>1381</w:t>
      </w:r>
    </w:p>
    <w:p>
      <w:pPr>
        <w:jc w:val="both"/>
      </w:pPr>
      <w:r>
        <w:t>Xác định kháng nguyên E của hệ nhóm máu Rh (Kỹ thuật ống nghiệm)</w:t>
      </w:r>
    </w:p>
    <w:p>
      <w:pPr>
        <w:jc w:val="both"/>
      </w:pPr>
      <w:r>
        <w:t>92.600</w:t>
      </w:r>
    </w:p>
    <w:p>
      <w:pPr>
        <w:jc w:val="both"/>
      </w:pPr>
      <w:r>
        <w:t>104.000</w:t>
      </w:r>
    </w:p>
    <w:p>
      <w:pPr>
        <w:jc w:val="both"/>
      </w:pPr>
      <w:r>
        <w:t>1394</w:t>
      </w:r>
    </w:p>
    <w:p>
      <w:pPr>
        <w:jc w:val="both"/>
      </w:pPr>
      <w:r>
        <w:t>1382</w:t>
      </w:r>
    </w:p>
    <w:p>
      <w:pPr>
        <w:jc w:val="both"/>
      </w:pPr>
      <w:r>
        <w:t>Xác định kháng nguyên e của hệ nhóm máu Rh (Kỹ thuật ống nghiệm)</w:t>
      </w:r>
    </w:p>
    <w:p>
      <w:pPr>
        <w:jc w:val="both"/>
      </w:pPr>
      <w:r>
        <w:t>117.000</w:t>
      </w:r>
    </w:p>
    <w:p>
      <w:pPr>
        <w:jc w:val="both"/>
      </w:pPr>
      <w:r>
        <w:t>132.000</w:t>
      </w:r>
    </w:p>
    <w:p>
      <w:pPr>
        <w:jc w:val="both"/>
      </w:pPr>
      <w:r>
        <w:t>1395</w:t>
      </w:r>
    </w:p>
    <w:p>
      <w:pPr>
        <w:jc w:val="both"/>
      </w:pPr>
      <w:r>
        <w:t>1383</w:t>
      </w:r>
    </w:p>
    <w:p>
      <w:pPr>
        <w:jc w:val="both"/>
      </w:pPr>
      <w:r>
        <w:t>Xác định kháng nguyên E của hệ nhóm máu Rh (Kỹ thuật Scangel/Gelcard trên máy tự động)</w:t>
      </w:r>
    </w:p>
    <w:p>
      <w:pPr>
        <w:jc w:val="both"/>
      </w:pPr>
      <w:r>
        <w:t>116.000</w:t>
      </w:r>
    </w:p>
    <w:p>
      <w:pPr>
        <w:jc w:val="both"/>
      </w:pPr>
      <w:r>
        <w:t>131.000</w:t>
      </w:r>
    </w:p>
    <w:p>
      <w:pPr>
        <w:jc w:val="both"/>
      </w:pPr>
      <w:r>
        <w:t>1396</w:t>
      </w:r>
    </w:p>
    <w:p>
      <w:pPr>
        <w:jc w:val="both"/>
      </w:pPr>
      <w:r>
        <w:t>1384</w:t>
      </w:r>
    </w:p>
    <w:p>
      <w:pPr>
        <w:jc w:val="both"/>
      </w:pPr>
      <w:r>
        <w:t>Xác định kháng nguyên e của hệ nhóm máu Rh (Kỹ thuật Scangel/ Gelcard trên máy tự động)</w:t>
      </w:r>
    </w:p>
    <w:p>
      <w:pPr>
        <w:jc w:val="both"/>
      </w:pPr>
      <w:r>
        <w:t>132.000</w:t>
      </w:r>
    </w:p>
    <w:p>
      <w:pPr>
        <w:jc w:val="both"/>
      </w:pPr>
      <w:r>
        <w:t>149.000</w:t>
      </w:r>
    </w:p>
    <w:p>
      <w:pPr>
        <w:jc w:val="both"/>
      </w:pPr>
      <w:r>
        <w:t>1397</w:t>
      </w:r>
    </w:p>
    <w:p>
      <w:pPr>
        <w:jc w:val="both"/>
      </w:pPr>
      <w:r>
        <w:t>1385</w:t>
      </w:r>
    </w:p>
    <w:p>
      <w:pPr>
        <w:jc w:val="both"/>
      </w:pPr>
      <w:r>
        <w:t>Xác định kháng nguyên Fy a của hệ nhóm máu Duffy (Kỹ thuật Scangel/ Gelcard trên máy tự động)</w:t>
      </w:r>
    </w:p>
    <w:p>
      <w:pPr>
        <w:jc w:val="both"/>
      </w:pPr>
      <w:r>
        <w:t>121.000</w:t>
      </w:r>
    </w:p>
    <w:p>
      <w:pPr>
        <w:jc w:val="both"/>
      </w:pPr>
      <w:r>
        <w:t>137.000</w:t>
      </w:r>
    </w:p>
    <w:p>
      <w:pPr>
        <w:jc w:val="both"/>
      </w:pPr>
      <w:r>
        <w:t>1398</w:t>
      </w:r>
    </w:p>
    <w:p>
      <w:pPr>
        <w:jc w:val="both"/>
      </w:pPr>
      <w:r>
        <w:t>1386</w:t>
      </w:r>
    </w:p>
    <w:p>
      <w:pPr>
        <w:jc w:val="both"/>
      </w:pPr>
      <w:r>
        <w:t>Xác định kháng nguyên Fy b của hệ nhóm máu Duffy (Kỹ thuật Scangel/ Gelcard trên máy tự động)</w:t>
      </w:r>
    </w:p>
    <w:p>
      <w:pPr>
        <w:jc w:val="both"/>
      </w:pPr>
      <w:r>
        <w:t>158.000</w:t>
      </w:r>
    </w:p>
    <w:p>
      <w:pPr>
        <w:jc w:val="both"/>
      </w:pPr>
      <w:r>
        <w:t>178.000</w:t>
      </w:r>
    </w:p>
    <w:p>
      <w:pPr>
        <w:jc w:val="both"/>
      </w:pPr>
      <w:r>
        <w:t>1399</w:t>
      </w:r>
    </w:p>
    <w:p>
      <w:pPr>
        <w:jc w:val="both"/>
      </w:pPr>
      <w:r>
        <w:t>1387</w:t>
      </w:r>
    </w:p>
    <w:p>
      <w:pPr>
        <w:jc w:val="both"/>
      </w:pPr>
      <w:r>
        <w:t>03C3.1.HH91</w:t>
      </w:r>
    </w:p>
    <w:p>
      <w:pPr>
        <w:jc w:val="both"/>
      </w:pPr>
      <w:r>
        <w:t>Xác định kháng nguyên H</w:t>
      </w:r>
    </w:p>
    <w:p>
      <w:pPr>
        <w:jc w:val="both"/>
      </w:pPr>
      <w:r>
        <w:t>35.600</w:t>
      </w:r>
    </w:p>
    <w:p>
      <w:pPr>
        <w:jc w:val="both"/>
      </w:pPr>
      <w:r>
        <w:t>40.100</w:t>
      </w:r>
    </w:p>
    <w:p>
      <w:pPr>
        <w:jc w:val="both"/>
      </w:pPr>
      <w:r>
        <w:t>1400</w:t>
      </w:r>
    </w:p>
    <w:p>
      <w:pPr>
        <w:jc w:val="both"/>
      </w:pPr>
      <w:r>
        <w:t>1388</w:t>
      </w:r>
    </w:p>
    <w:p>
      <w:pPr>
        <w:jc w:val="both"/>
      </w:pPr>
      <w:r>
        <w:t>Xác định kháng nguyên Jk a của hệ nhóm máu Kidd</w:t>
      </w:r>
    </w:p>
    <w:p>
      <w:pPr>
        <w:jc w:val="both"/>
      </w:pPr>
      <w:r>
        <w:t>213.000</w:t>
      </w:r>
    </w:p>
    <w:p>
      <w:pPr>
        <w:jc w:val="both"/>
      </w:pPr>
      <w:r>
        <w:t>240.000</w:t>
      </w:r>
    </w:p>
    <w:p>
      <w:pPr>
        <w:jc w:val="both"/>
      </w:pPr>
      <w:r>
        <w:t>1401</w:t>
      </w:r>
    </w:p>
    <w:p>
      <w:pPr>
        <w:jc w:val="both"/>
      </w:pPr>
      <w:r>
        <w:t>1389</w:t>
      </w:r>
    </w:p>
    <w:p>
      <w:pPr>
        <w:jc w:val="both"/>
      </w:pPr>
      <w:r>
        <w:t>Xác định kháng nguyên Jk b của hệ nhóm máu Kidd</w:t>
      </w:r>
    </w:p>
    <w:p>
      <w:pPr>
        <w:jc w:val="both"/>
      </w:pPr>
      <w:r>
        <w:t>211.000</w:t>
      </w:r>
    </w:p>
    <w:p>
      <w:pPr>
        <w:jc w:val="both"/>
      </w:pPr>
      <w:r>
        <w:t>238.000</w:t>
      </w:r>
    </w:p>
    <w:p>
      <w:pPr>
        <w:jc w:val="both"/>
      </w:pPr>
      <w:r>
        <w:t>1402</w:t>
      </w:r>
    </w:p>
    <w:p>
      <w:pPr>
        <w:jc w:val="both"/>
      </w:pPr>
      <w:r>
        <w:t>1390</w:t>
      </w:r>
    </w:p>
    <w:p>
      <w:pPr>
        <w:jc w:val="both"/>
      </w:pPr>
      <w:r>
        <w:t>Xác định kháng nguyên k của hệ nhóm máu Kell</w:t>
      </w:r>
    </w:p>
    <w:p>
      <w:pPr>
        <w:jc w:val="both"/>
      </w:pPr>
      <w:r>
        <w:t>61.900</w:t>
      </w:r>
    </w:p>
    <w:p>
      <w:pPr>
        <w:jc w:val="both"/>
      </w:pPr>
      <w:r>
        <w:t>69.800</w:t>
      </w:r>
    </w:p>
    <w:p>
      <w:pPr>
        <w:jc w:val="both"/>
      </w:pPr>
      <w:r>
        <w:t>1403</w:t>
      </w:r>
    </w:p>
    <w:p>
      <w:pPr>
        <w:jc w:val="both"/>
      </w:pPr>
      <w:r>
        <w:t>1391</w:t>
      </w:r>
    </w:p>
    <w:p>
      <w:pPr>
        <w:jc w:val="both"/>
      </w:pPr>
      <w:r>
        <w:t>Xác định kháng nguyên K của hệ nhóm máu Kell</w:t>
      </w:r>
    </w:p>
    <w:p>
      <w:pPr>
        <w:jc w:val="both"/>
      </w:pPr>
      <w:r>
        <w:t>107.000</w:t>
      </w:r>
    </w:p>
    <w:p>
      <w:pPr>
        <w:jc w:val="both"/>
      </w:pPr>
      <w:r>
        <w:t>121.000</w:t>
      </w:r>
    </w:p>
    <w:p>
      <w:pPr>
        <w:jc w:val="both"/>
      </w:pPr>
      <w:r>
        <w:t>1404</w:t>
      </w:r>
    </w:p>
    <w:p>
      <w:pPr>
        <w:jc w:val="both"/>
      </w:pPr>
      <w:r>
        <w:t>1392</w:t>
      </w:r>
    </w:p>
    <w:p>
      <w:pPr>
        <w:jc w:val="both"/>
      </w:pPr>
      <w:r>
        <w:t>Xác định kháng nguyên Le a của hệ nhóm máu Lewis</w:t>
      </w:r>
    </w:p>
    <w:p>
      <w:pPr>
        <w:jc w:val="both"/>
      </w:pPr>
      <w:r>
        <w:t>181.000</w:t>
      </w:r>
    </w:p>
    <w:p>
      <w:pPr>
        <w:jc w:val="both"/>
      </w:pPr>
      <w:r>
        <w:t>204.000</w:t>
      </w:r>
    </w:p>
    <w:p>
      <w:pPr>
        <w:jc w:val="both"/>
      </w:pPr>
      <w:r>
        <w:t>1405</w:t>
      </w:r>
    </w:p>
    <w:p>
      <w:pPr>
        <w:jc w:val="both"/>
      </w:pPr>
      <w:r>
        <w:t>1393</w:t>
      </w:r>
    </w:p>
    <w:p>
      <w:pPr>
        <w:jc w:val="both"/>
      </w:pPr>
      <w:r>
        <w:t>Xác định kháng nguyên Le b của hệ, nhóm máu Lewis</w:t>
      </w:r>
    </w:p>
    <w:p>
      <w:pPr>
        <w:jc w:val="both"/>
      </w:pPr>
      <w:r>
        <w:t>211.000</w:t>
      </w:r>
    </w:p>
    <w:p>
      <w:pPr>
        <w:jc w:val="both"/>
      </w:pPr>
      <w:r>
        <w:t>238.000</w:t>
      </w:r>
    </w:p>
    <w:p>
      <w:pPr>
        <w:jc w:val="both"/>
      </w:pPr>
      <w:r>
        <w:t>1406</w:t>
      </w:r>
    </w:p>
    <w:p>
      <w:pPr>
        <w:jc w:val="both"/>
      </w:pPr>
      <w:r>
        <w:t>1394</w:t>
      </w:r>
    </w:p>
    <w:p>
      <w:pPr>
        <w:jc w:val="both"/>
      </w:pPr>
      <w:r>
        <w:t>Xác định kháng nguyên Lu a của hệ nhóm máu Lutheran</w:t>
      </w:r>
    </w:p>
    <w:p>
      <w:pPr>
        <w:jc w:val="both"/>
      </w:pPr>
      <w:r>
        <w:t>168.000</w:t>
      </w:r>
    </w:p>
    <w:p>
      <w:pPr>
        <w:jc w:val="both"/>
      </w:pPr>
      <w:r>
        <w:t>190.000</w:t>
      </w:r>
    </w:p>
    <w:p>
      <w:pPr>
        <w:jc w:val="both"/>
      </w:pPr>
      <w:r>
        <w:t>1407</w:t>
      </w:r>
    </w:p>
    <w:p>
      <w:pPr>
        <w:jc w:val="both"/>
      </w:pPr>
      <w:r>
        <w:t>1395</w:t>
      </w:r>
    </w:p>
    <w:p>
      <w:pPr>
        <w:jc w:val="both"/>
      </w:pPr>
      <w:r>
        <w:t>Xác định kháng nguyên Lu b của hệ nhóm máu Lutheran</w:t>
      </w:r>
    </w:p>
    <w:p>
      <w:pPr>
        <w:jc w:val="both"/>
      </w:pPr>
      <w:r>
        <w:t>95.000</w:t>
      </w:r>
    </w:p>
    <w:p>
      <w:pPr>
        <w:jc w:val="both"/>
      </w:pPr>
      <w:r>
        <w:t>107.000</w:t>
      </w:r>
    </w:p>
    <w:p>
      <w:pPr>
        <w:jc w:val="both"/>
      </w:pPr>
      <w:r>
        <w:t>1408</w:t>
      </w:r>
    </w:p>
    <w:p>
      <w:pPr>
        <w:jc w:val="both"/>
      </w:pPr>
      <w:r>
        <w:t>1396</w:t>
      </w:r>
    </w:p>
    <w:p>
      <w:pPr>
        <w:jc w:val="both"/>
      </w:pPr>
      <w:r>
        <w:t>Xác định kháng nguyên M của hệ nhóm máu MNS</w:t>
      </w:r>
    </w:p>
    <w:p>
      <w:pPr>
        <w:jc w:val="both"/>
      </w:pPr>
      <w:r>
        <w:t>156.000</w:t>
      </w:r>
    </w:p>
    <w:p>
      <w:pPr>
        <w:jc w:val="both"/>
      </w:pPr>
      <w:r>
        <w:t>175.000</w:t>
      </w:r>
    </w:p>
    <w:p>
      <w:pPr>
        <w:jc w:val="both"/>
      </w:pPr>
      <w:r>
        <w:t>1409</w:t>
      </w:r>
    </w:p>
    <w:p>
      <w:pPr>
        <w:jc w:val="both"/>
      </w:pPr>
      <w:r>
        <w:t>1397</w:t>
      </w:r>
    </w:p>
    <w:p>
      <w:pPr>
        <w:jc w:val="both"/>
      </w:pPr>
      <w:r>
        <w:t>Xác định kháng nguyên N của hệ nhóm máu MNS</w:t>
      </w:r>
    </w:p>
    <w:p>
      <w:pPr>
        <w:jc w:val="both"/>
      </w:pPr>
      <w:r>
        <w:t>174.000</w:t>
      </w:r>
    </w:p>
    <w:p>
      <w:pPr>
        <w:jc w:val="both"/>
      </w:pPr>
      <w:r>
        <w:t>196.000</w:t>
      </w:r>
    </w:p>
    <w:p>
      <w:pPr>
        <w:jc w:val="both"/>
      </w:pPr>
      <w:r>
        <w:t>1410</w:t>
      </w:r>
    </w:p>
    <w:p>
      <w:pPr>
        <w:jc w:val="both"/>
      </w:pPr>
      <w:r>
        <w:t>1398</w:t>
      </w:r>
    </w:p>
    <w:p>
      <w:pPr>
        <w:jc w:val="both"/>
      </w:pPr>
      <w:r>
        <w:t>Xác định kháng nguyên nhóm máu hệ hồng cầu bằng phương pháp sinh học phân tử (giá cho một loại kháng nguyên)</w:t>
      </w:r>
    </w:p>
    <w:p>
      <w:pPr>
        <w:jc w:val="both"/>
      </w:pPr>
      <w:r>
        <w:t>1.494.000</w:t>
      </w:r>
    </w:p>
    <w:p>
      <w:pPr>
        <w:jc w:val="both"/>
      </w:pPr>
      <w:r>
        <w:t>1.708.000</w:t>
      </w:r>
    </w:p>
    <w:p>
      <w:pPr>
        <w:jc w:val="both"/>
      </w:pPr>
      <w:r>
        <w:t>1411</w:t>
      </w:r>
    </w:p>
    <w:p>
      <w:pPr>
        <w:jc w:val="both"/>
      </w:pPr>
      <w:r>
        <w:t>1399</w:t>
      </w:r>
    </w:p>
    <w:p>
      <w:pPr>
        <w:jc w:val="both"/>
      </w:pPr>
      <w:r>
        <w:t>Xác định kháng nguyên S của hệ nhóm máu MNS</w:t>
      </w:r>
    </w:p>
    <w:p>
      <w:pPr>
        <w:jc w:val="both"/>
      </w:pPr>
      <w:r>
        <w:t>226.000</w:t>
      </w:r>
    </w:p>
    <w:p>
      <w:pPr>
        <w:jc w:val="both"/>
      </w:pPr>
      <w:r>
        <w:t>254.000</w:t>
      </w:r>
    </w:p>
    <w:p>
      <w:pPr>
        <w:jc w:val="both"/>
      </w:pPr>
      <w:r>
        <w:t>1412</w:t>
      </w:r>
    </w:p>
    <w:p>
      <w:pPr>
        <w:jc w:val="both"/>
      </w:pPr>
      <w:r>
        <w:t>1400</w:t>
      </w:r>
    </w:p>
    <w:p>
      <w:pPr>
        <w:jc w:val="both"/>
      </w:pPr>
      <w:r>
        <w:t>Xác định kháng nguyên S của hệ nhóm máu MNS</w:t>
      </w:r>
    </w:p>
    <w:p>
      <w:pPr>
        <w:jc w:val="both"/>
      </w:pPr>
      <w:r>
        <w:t>59.000</w:t>
      </w:r>
    </w:p>
    <w:p>
      <w:pPr>
        <w:jc w:val="both"/>
      </w:pPr>
      <w:r>
        <w:t>66.600</w:t>
      </w:r>
    </w:p>
    <w:p>
      <w:pPr>
        <w:jc w:val="both"/>
      </w:pPr>
      <w:r>
        <w:t>1413</w:t>
      </w:r>
    </w:p>
    <w:p>
      <w:pPr>
        <w:jc w:val="both"/>
      </w:pPr>
      <w:r>
        <w:t>1401</w:t>
      </w:r>
    </w:p>
    <w:p>
      <w:pPr>
        <w:jc w:val="both"/>
      </w:pPr>
      <w:r>
        <w:t>Xét nghiệm CD55/59 bạch cầu (chẩn đoán bệnh Đái huyết sắc tố) niệu kịch phát ban đêm)</w:t>
      </w:r>
    </w:p>
    <w:p>
      <w:pPr>
        <w:jc w:val="both"/>
      </w:pPr>
      <w:r>
        <w:t>889.000</w:t>
      </w:r>
    </w:p>
    <w:p>
      <w:pPr>
        <w:jc w:val="both"/>
      </w:pPr>
      <w:r>
        <w:t>1.011.000</w:t>
      </w:r>
    </w:p>
    <w:p>
      <w:pPr>
        <w:jc w:val="both"/>
      </w:pPr>
      <w:r>
        <w:t>1414</w:t>
      </w:r>
    </w:p>
    <w:p>
      <w:pPr>
        <w:jc w:val="both"/>
      </w:pPr>
      <w:r>
        <w:t>1402</w:t>
      </w:r>
    </w:p>
    <w:p>
      <w:pPr>
        <w:jc w:val="both"/>
      </w:pPr>
      <w:r>
        <w:t>Xét nghiệm CD55/59 hồng cầu (chẩn đoán bệnh Đái huyết sắc tố) niệu kịch phát ban đêm)</w:t>
      </w:r>
    </w:p>
    <w:p>
      <w:pPr>
        <w:jc w:val="both"/>
      </w:pPr>
      <w:r>
        <w:t>574.000</w:t>
      </w:r>
    </w:p>
    <w:p>
      <w:pPr>
        <w:jc w:val="both"/>
      </w:pPr>
      <w:r>
        <w:t>654.000</w:t>
      </w:r>
    </w:p>
    <w:p>
      <w:pPr>
        <w:jc w:val="both"/>
      </w:pPr>
      <w:r>
        <w:t>1415</w:t>
      </w:r>
    </w:p>
    <w:p>
      <w:pPr>
        <w:jc w:val="both"/>
      </w:pPr>
      <w:r>
        <w:t>1403</w:t>
      </w:r>
    </w:p>
    <w:p>
      <w:pPr>
        <w:jc w:val="both"/>
      </w:pPr>
      <w:r>
        <w:t>03C3.1.HH63</w:t>
      </w:r>
    </w:p>
    <w:p>
      <w:pPr>
        <w:jc w:val="both"/>
      </w:pPr>
      <w:r>
        <w:t>Xét nghiệm chuyển dạng lympho với PHA</w:t>
      </w:r>
    </w:p>
    <w:p>
      <w:pPr>
        <w:jc w:val="both"/>
      </w:pPr>
      <w:r>
        <w:t>296.000</w:t>
      </w:r>
    </w:p>
    <w:p>
      <w:pPr>
        <w:jc w:val="both"/>
      </w:pPr>
      <w:r>
        <w:t>334.000</w:t>
      </w:r>
    </w:p>
    <w:p>
      <w:pPr>
        <w:jc w:val="both"/>
      </w:pPr>
      <w:r>
        <w:t>1416</w:t>
      </w:r>
    </w:p>
    <w:p>
      <w:pPr>
        <w:jc w:val="both"/>
      </w:pPr>
      <w:r>
        <w:t>1404</w:t>
      </w:r>
    </w:p>
    <w:p>
      <w:pPr>
        <w:jc w:val="both"/>
      </w:pPr>
      <w:r>
        <w:t>03C3.1.HH113</w:t>
      </w:r>
    </w:p>
    <w:p>
      <w:pPr>
        <w:jc w:val="both"/>
      </w:pPr>
      <w:r>
        <w:t>Xét nghiệm độ chéo (Cross-Match) trong ghép cơ quan</w:t>
      </w:r>
    </w:p>
    <w:p>
      <w:pPr>
        <w:jc w:val="both"/>
      </w:pPr>
      <w:r>
        <w:t>446.000</w:t>
      </w:r>
    </w:p>
    <w:p>
      <w:pPr>
        <w:jc w:val="both"/>
      </w:pPr>
      <w:r>
        <w:t>507.000</w:t>
      </w:r>
    </w:p>
    <w:p>
      <w:pPr>
        <w:jc w:val="both"/>
      </w:pPr>
      <w:r>
        <w:t>1417</w:t>
      </w:r>
    </w:p>
    <w:p>
      <w:pPr>
        <w:jc w:val="both"/>
      </w:pPr>
      <w:r>
        <w:t>1405</w:t>
      </w:r>
    </w:p>
    <w:p>
      <w:pPr>
        <w:jc w:val="both"/>
      </w:pPr>
      <w:r>
        <w:t>Xét nghiệm HIT (Heparin Induced Thrombocytopenia) - Ab)</w:t>
      </w:r>
    </w:p>
    <w:p>
      <w:pPr>
        <w:jc w:val="both"/>
      </w:pPr>
      <w:r>
        <w:t>1.789.000</w:t>
      </w:r>
    </w:p>
    <w:p>
      <w:pPr>
        <w:jc w:val="both"/>
      </w:pPr>
      <w:r>
        <w:t>2.048.000</w:t>
      </w:r>
    </w:p>
    <w:p>
      <w:pPr>
        <w:jc w:val="both"/>
      </w:pPr>
      <w:r>
        <w:t>1418</w:t>
      </w:r>
    </w:p>
    <w:p>
      <w:pPr>
        <w:jc w:val="both"/>
      </w:pPr>
      <w:r>
        <w:t>1406</w:t>
      </w:r>
    </w:p>
    <w:p>
      <w:pPr>
        <w:jc w:val="both"/>
      </w:pPr>
      <w:r>
        <w:t>Xét nghiệm HIT (Heparin Induced Thrombocytopenia)- IgG)</w:t>
      </w:r>
    </w:p>
    <w:p>
      <w:pPr>
        <w:jc w:val="both"/>
      </w:pPr>
      <w:r>
        <w:t>1.789.000</w:t>
      </w:r>
    </w:p>
    <w:p>
      <w:pPr>
        <w:jc w:val="both"/>
      </w:pPr>
      <w:r>
        <w:t>2.048.000</w:t>
      </w:r>
    </w:p>
    <w:p>
      <w:pPr>
        <w:jc w:val="both"/>
      </w:pPr>
      <w:r>
        <w:t>1419</w:t>
      </w:r>
    </w:p>
    <w:p>
      <w:pPr>
        <w:jc w:val="both"/>
      </w:pPr>
      <w:r>
        <w:t>1407</w:t>
      </w:r>
    </w:p>
    <w:p>
      <w:pPr>
        <w:jc w:val="both"/>
      </w:pPr>
      <w:r>
        <w:t>Xét nghiệm HLA-B27 bằng kỹ thuật Flow-cytometry</w:t>
      </w:r>
    </w:p>
    <w:p>
      <w:pPr>
        <w:jc w:val="both"/>
      </w:pPr>
      <w:r>
        <w:t>400.000</w:t>
      </w:r>
    </w:p>
    <w:p>
      <w:pPr>
        <w:jc w:val="both"/>
      </w:pPr>
      <w:r>
        <w:t>454.000</w:t>
      </w:r>
    </w:p>
    <w:p>
      <w:pPr>
        <w:jc w:val="both"/>
      </w:pPr>
      <w:r>
        <w:t>1420</w:t>
      </w:r>
    </w:p>
    <w:p>
      <w:pPr>
        <w:jc w:val="both"/>
      </w:pPr>
      <w:r>
        <w:t>1408</w:t>
      </w:r>
    </w:p>
    <w:p>
      <w:pPr>
        <w:jc w:val="both"/>
      </w:pPr>
      <w:r>
        <w:t>Xét nghiệm lựa chọn đơn vị máu phù hợp (10 đơn vị máu trong 3 điều kiện 22°C, 37°C, kháng globulin người) bằng phương pháp Scangel/Gelcard</w:t>
      </w:r>
    </w:p>
    <w:p>
      <w:pPr>
        <w:jc w:val="both"/>
      </w:pPr>
      <w:r>
        <w:t>475.000</w:t>
      </w:r>
    </w:p>
    <w:p>
      <w:pPr>
        <w:jc w:val="both"/>
      </w:pPr>
      <w:r>
        <w:t>538.000</w:t>
      </w:r>
    </w:p>
    <w:p>
      <w:pPr>
        <w:jc w:val="both"/>
      </w:pPr>
      <w:r>
        <w:t>1421</w:t>
      </w:r>
    </w:p>
    <w:p>
      <w:pPr>
        <w:jc w:val="both"/>
      </w:pPr>
      <w:r>
        <w:t>1409</w:t>
      </w:r>
    </w:p>
    <w:p>
      <w:pPr>
        <w:jc w:val="both"/>
      </w:pPr>
      <w:r>
        <w:t>04C5.1.349</w:t>
      </w:r>
    </w:p>
    <w:p>
      <w:pPr>
        <w:jc w:val="both"/>
      </w:pPr>
      <w:r>
        <w:t>Xét nghiệm mô bệnh học tủy xương</w:t>
      </w:r>
    </w:p>
    <w:p>
      <w:pPr>
        <w:jc w:val="both"/>
      </w:pPr>
      <w:r>
        <w:t>346.000</w:t>
      </w:r>
    </w:p>
    <w:p>
      <w:pPr>
        <w:jc w:val="both"/>
      </w:pPr>
      <w:r>
        <w:t>392.000</w:t>
      </w:r>
    </w:p>
    <w:p>
      <w:pPr>
        <w:jc w:val="both"/>
      </w:pPr>
      <w:r>
        <w:t>1422</w:t>
      </w:r>
    </w:p>
    <w:p>
      <w:pPr>
        <w:jc w:val="both"/>
      </w:pPr>
      <w:r>
        <w:t>1410</w:t>
      </w:r>
    </w:p>
    <w:p>
      <w:pPr>
        <w:jc w:val="both"/>
      </w:pPr>
      <w:r>
        <w:t>Xét nghiệm PFA (Platelet Funtion Analyzer) bằng Collagen/ADP trên máy tự động (Tên khác: PFA bằng Col/ADP)</w:t>
      </w:r>
    </w:p>
    <w:p>
      <w:pPr>
        <w:jc w:val="both"/>
      </w:pPr>
      <w:r>
        <w:t>880.000</w:t>
      </w:r>
    </w:p>
    <w:p>
      <w:pPr>
        <w:jc w:val="both"/>
      </w:pPr>
      <w:r>
        <w:t>1.001.000</w:t>
      </w:r>
    </w:p>
    <w:p>
      <w:pPr>
        <w:jc w:val="both"/>
      </w:pPr>
      <w:r>
        <w:t>1423</w:t>
      </w:r>
    </w:p>
    <w:p>
      <w:pPr>
        <w:jc w:val="both"/>
      </w:pPr>
      <w:r>
        <w:t>1411</w:t>
      </w:r>
    </w:p>
    <w:p>
      <w:pPr>
        <w:jc w:val="both"/>
      </w:pPr>
      <w:r>
        <w:t>Xét nghiệm PFA (Platelet Funtion Analyzer) bằng Collagen/Epinephrine trên máy tự động (Tên khác: PFA bằng Col/Epi)</w:t>
      </w:r>
    </w:p>
    <w:p>
      <w:pPr>
        <w:jc w:val="both"/>
      </w:pPr>
      <w:r>
        <w:t>880.000</w:t>
      </w:r>
    </w:p>
    <w:p>
      <w:pPr>
        <w:jc w:val="both"/>
      </w:pPr>
      <w:r>
        <w:t>1.001.000</w:t>
      </w:r>
    </w:p>
    <w:p>
      <w:pPr>
        <w:jc w:val="both"/>
      </w:pPr>
      <w:r>
        <w:t>1424</w:t>
      </w:r>
    </w:p>
    <w:p>
      <w:pPr>
        <w:jc w:val="both"/>
      </w:pPr>
      <w:r>
        <w:t>1412</w:t>
      </w:r>
    </w:p>
    <w:p>
      <w:pPr>
        <w:jc w:val="both"/>
      </w:pPr>
      <w:r>
        <w:t>04C5.1.285</w:t>
      </w:r>
    </w:p>
    <w:p>
      <w:pPr>
        <w:jc w:val="both"/>
      </w:pPr>
      <w:r>
        <w:t>Xét nghiệm số lượng tiểu cầu (thủ công)</w:t>
      </w:r>
    </w:p>
    <w:p>
      <w:pPr>
        <w:jc w:val="both"/>
      </w:pPr>
      <w:r>
        <w:t>35.600</w:t>
      </w:r>
    </w:p>
    <w:p>
      <w:pPr>
        <w:jc w:val="both"/>
      </w:pPr>
      <w:r>
        <w:t>40.100</w:t>
      </w:r>
    </w:p>
    <w:p>
      <w:pPr>
        <w:jc w:val="both"/>
      </w:pPr>
      <w:r>
        <w:t>1425</w:t>
      </w:r>
    </w:p>
    <w:p>
      <w:pPr>
        <w:jc w:val="both"/>
      </w:pPr>
      <w:r>
        <w:t>1413</w:t>
      </w:r>
    </w:p>
    <w:p>
      <w:pPr>
        <w:jc w:val="both"/>
      </w:pPr>
      <w:r>
        <w:t>03C3.1.HH115</w:t>
      </w:r>
    </w:p>
    <w:p>
      <w:pPr>
        <w:jc w:val="both"/>
      </w:pPr>
      <w:r>
        <w:t>Xét nghiệm tế bào gốc CD 34+</w:t>
      </w:r>
    </w:p>
    <w:p>
      <w:pPr>
        <w:jc w:val="both"/>
      </w:pPr>
      <w:r>
        <w:t>1.778.000</w:t>
      </w:r>
    </w:p>
    <w:p>
      <w:pPr>
        <w:jc w:val="both"/>
      </w:pPr>
      <w:r>
        <w:t>2.035.000</w:t>
      </w:r>
    </w:p>
    <w:p>
      <w:pPr>
        <w:jc w:val="both"/>
      </w:pPr>
      <w:r>
        <w:t>1426</w:t>
      </w:r>
    </w:p>
    <w:p>
      <w:pPr>
        <w:jc w:val="both"/>
      </w:pPr>
      <w:r>
        <w:t>1414</w:t>
      </w:r>
    </w:p>
    <w:p>
      <w:pPr>
        <w:jc w:val="both"/>
      </w:pPr>
      <w:r>
        <w:t>04C5.1.304</w:t>
      </w:r>
    </w:p>
    <w:p>
      <w:pPr>
        <w:jc w:val="both"/>
      </w:pPr>
      <w:r>
        <w:t>Xét nghiệm tế bào hạch</w:t>
      </w:r>
    </w:p>
    <w:p>
      <w:pPr>
        <w:jc w:val="both"/>
      </w:pPr>
      <w:r>
        <w:t>49.800</w:t>
      </w:r>
    </w:p>
    <w:p>
      <w:pPr>
        <w:jc w:val="both"/>
      </w:pPr>
      <w:r>
        <w:t>56.100</w:t>
      </w:r>
    </w:p>
    <w:p>
      <w:pPr>
        <w:jc w:val="both"/>
      </w:pPr>
      <w:r>
        <w:t>1427</w:t>
      </w:r>
    </w:p>
    <w:p>
      <w:pPr>
        <w:jc w:val="both"/>
      </w:pPr>
      <w:r>
        <w:t>1415</w:t>
      </w:r>
    </w:p>
    <w:p>
      <w:pPr>
        <w:jc w:val="both"/>
      </w:pPr>
      <w:r>
        <w:t>04C5.1.303</w:t>
      </w:r>
    </w:p>
    <w:p>
      <w:pPr>
        <w:jc w:val="both"/>
      </w:pPr>
      <w:r>
        <w:t>Xét nghiệm tế bào học tủy xương</w:t>
      </w:r>
    </w:p>
    <w:p>
      <w:pPr>
        <w:jc w:val="both"/>
      </w:pPr>
      <w:r>
        <w:t>151.000</w:t>
      </w:r>
    </w:p>
    <w:p>
      <w:pPr>
        <w:jc w:val="both"/>
      </w:pPr>
      <w:r>
        <w:t>170.000</w:t>
      </w:r>
    </w:p>
    <w:p>
      <w:pPr>
        <w:jc w:val="both"/>
      </w:pPr>
      <w:r>
        <w:t>1428</w:t>
      </w:r>
    </w:p>
    <w:p>
      <w:pPr>
        <w:jc w:val="both"/>
      </w:pPr>
      <w:r>
        <w:t>1416</w:t>
      </w:r>
    </w:p>
    <w:p>
      <w:pPr>
        <w:jc w:val="both"/>
      </w:pPr>
      <w:r>
        <w:t>03C3.1.HH59</w:t>
      </w:r>
    </w:p>
    <w:p>
      <w:pPr>
        <w:jc w:val="both"/>
      </w:pPr>
      <w:r>
        <w:t>Xét nghiệm trao đổi nhiễm sắc thể chị em</w:t>
      </w:r>
    </w:p>
    <w:p>
      <w:pPr>
        <w:jc w:val="both"/>
      </w:pPr>
      <w:r>
        <w:t>512.000</w:t>
      </w:r>
    </w:p>
    <w:p>
      <w:pPr>
        <w:jc w:val="both"/>
      </w:pPr>
      <w:r>
        <w:t>580.000</w:t>
      </w:r>
    </w:p>
    <w:p>
      <w:pPr>
        <w:jc w:val="both"/>
      </w:pPr>
      <w:r>
        <w:t>1429</w:t>
      </w:r>
    </w:p>
    <w:p>
      <w:pPr>
        <w:jc w:val="both"/>
      </w:pPr>
      <w:r>
        <w:t>1417</w:t>
      </w:r>
    </w:p>
    <w:p>
      <w:pPr>
        <w:jc w:val="both"/>
      </w:pPr>
      <w:r>
        <w:t>Xét nghiệm và chẩn đoán hóa mô miễn dịch tủy xương cho một dấu ấn (marker) trên máy nhuộm tự động.</w:t>
      </w:r>
    </w:p>
    <w:p>
      <w:pPr>
        <w:jc w:val="both"/>
      </w:pPr>
      <w:r>
        <w:t>965.000</w:t>
      </w:r>
    </w:p>
    <w:p>
      <w:pPr>
        <w:jc w:val="both"/>
      </w:pPr>
      <w:r>
        <w:t>1.099.000</w:t>
      </w:r>
    </w:p>
    <w:p>
      <w:pPr>
        <w:jc w:val="both"/>
      </w:pPr>
      <w:r>
        <w:t>1430</w:t>
      </w:r>
    </w:p>
    <w:p>
      <w:pPr>
        <w:jc w:val="both"/>
      </w:pPr>
      <w:r>
        <w:t>1418</w:t>
      </w:r>
    </w:p>
    <w:p>
      <w:pPr>
        <w:jc w:val="both"/>
      </w:pPr>
      <w:r>
        <w:t>Xét nghiệm và chẩn đoán mô bệnh học tủy xương trên máy nhuộm tự động.</w:t>
      </w:r>
    </w:p>
    <w:p>
      <w:pPr>
        <w:jc w:val="both"/>
      </w:pPr>
      <w:r>
        <w:t>303.000</w:t>
      </w:r>
    </w:p>
    <w:p>
      <w:pPr>
        <w:jc w:val="both"/>
      </w:pPr>
      <w:r>
        <w:t>342.000</w:t>
      </w:r>
    </w:p>
    <w:p>
      <w:pPr>
        <w:jc w:val="both"/>
      </w:pPr>
      <w:r>
        <w:t>1431</w:t>
      </w:r>
    </w:p>
    <w:p>
      <w:pPr>
        <w:jc w:val="both"/>
      </w:pPr>
      <w:r>
        <w:t>1419</w:t>
      </w:r>
    </w:p>
    <w:p>
      <w:pPr>
        <w:jc w:val="both"/>
      </w:pPr>
      <w:r>
        <w:t>Xét nghiệm xác định đột biến thalassemia (phát hiện đồng thời 21 đột biến alpha-thalassemia hoặc 22 đột biến β-thalasemia)</w:t>
      </w:r>
    </w:p>
    <w:p>
      <w:pPr>
        <w:jc w:val="both"/>
      </w:pPr>
      <w:r>
        <w:t>4.405.000</w:t>
      </w:r>
    </w:p>
    <w:p>
      <w:pPr>
        <w:jc w:val="both"/>
      </w:pPr>
      <w:r>
        <w:t>5.048.000</w:t>
      </w:r>
    </w:p>
    <w:p>
      <w:pPr>
        <w:jc w:val="both"/>
      </w:pPr>
      <w:r>
        <w:t>1432</w:t>
      </w:r>
    </w:p>
    <w:p>
      <w:pPr>
        <w:jc w:val="both"/>
      </w:pPr>
      <w:r>
        <w:t>1420</w:t>
      </w:r>
    </w:p>
    <w:p>
      <w:pPr>
        <w:jc w:val="both"/>
      </w:pPr>
      <w:r>
        <w:t>03C3.1.HH62</w:t>
      </w:r>
    </w:p>
    <w:p>
      <w:pPr>
        <w:jc w:val="both"/>
      </w:pPr>
      <w:r>
        <w:t>Xét nghiệm xác định gen Hemophilia</w:t>
      </w:r>
    </w:p>
    <w:p>
      <w:pPr>
        <w:jc w:val="both"/>
      </w:pPr>
      <w:r>
        <w:t>1.078.000</w:t>
      </w:r>
    </w:p>
    <w:p>
      <w:pPr>
        <w:jc w:val="both"/>
      </w:pPr>
      <w:r>
        <w:t>1.229.000</w:t>
      </w:r>
    </w:p>
    <w:p>
      <w:pPr>
        <w:jc w:val="both"/>
      </w:pPr>
      <w:r>
        <w:t>II</w:t>
      </w:r>
    </w:p>
    <w:p>
      <w:pPr>
        <w:jc w:val="both"/>
      </w:pPr>
      <w:r>
        <w:t>II</w:t>
      </w:r>
    </w:p>
    <w:p>
      <w:pPr>
        <w:jc w:val="both"/>
      </w:pPr>
      <w:r>
        <w:t>Dị ứng miễn dịch</w:t>
      </w:r>
    </w:p>
    <w:p>
      <w:pPr>
        <w:jc w:val="both"/>
      </w:pPr>
      <w:r>
        <w:t>1433</w:t>
      </w:r>
    </w:p>
    <w:p>
      <w:pPr>
        <w:jc w:val="both"/>
      </w:pPr>
      <w:r>
        <w:t>1421</w:t>
      </w:r>
    </w:p>
    <w:p>
      <w:pPr>
        <w:jc w:val="both"/>
      </w:pPr>
      <w:r>
        <w:t>DƯ-MDLS</w:t>
      </w:r>
    </w:p>
    <w:p>
      <w:pPr>
        <w:jc w:val="both"/>
      </w:pPr>
      <w:r>
        <w:t>Định lượng ELISA chẩn đoán dị ứng thuốc (Đối với 1 loại thuốc)</w:t>
      </w:r>
    </w:p>
    <w:p>
      <w:pPr>
        <w:jc w:val="both"/>
      </w:pPr>
      <w:r>
        <w:t>446.000</w:t>
      </w:r>
    </w:p>
    <w:p>
      <w:pPr>
        <w:jc w:val="both"/>
      </w:pPr>
      <w:r>
        <w:t>507.000</w:t>
      </w:r>
    </w:p>
    <w:p>
      <w:pPr>
        <w:jc w:val="both"/>
      </w:pPr>
      <w:r>
        <w:t>1434</w:t>
      </w:r>
    </w:p>
    <w:p>
      <w:pPr>
        <w:jc w:val="both"/>
      </w:pPr>
      <w:r>
        <w:t>1422</w:t>
      </w:r>
    </w:p>
    <w:p>
      <w:pPr>
        <w:jc w:val="both"/>
      </w:pPr>
      <w:r>
        <w:t>DƯ-MDLS</w:t>
      </w:r>
    </w:p>
    <w:p>
      <w:pPr>
        <w:jc w:val="both"/>
      </w:pPr>
      <w:r>
        <w:t>Định lượng ERYTHROPOIETIN (EPO)</w:t>
      </w:r>
    </w:p>
    <w:p>
      <w:pPr>
        <w:jc w:val="both"/>
      </w:pPr>
      <w:r>
        <w:t>416.000</w:t>
      </w:r>
    </w:p>
    <w:p>
      <w:pPr>
        <w:jc w:val="both"/>
      </w:pPr>
      <w:r>
        <w:t>473.000</w:t>
      </w:r>
    </w:p>
    <w:p>
      <w:pPr>
        <w:jc w:val="both"/>
      </w:pPr>
      <w:r>
        <w:t>1435</w:t>
      </w:r>
    </w:p>
    <w:p>
      <w:pPr>
        <w:jc w:val="both"/>
      </w:pPr>
      <w:r>
        <w:t>1423</w:t>
      </w:r>
    </w:p>
    <w:p>
      <w:pPr>
        <w:jc w:val="both"/>
      </w:pPr>
      <w:r>
        <w:t>DƯ-MDLS</w:t>
      </w:r>
    </w:p>
    <w:p>
      <w:pPr>
        <w:jc w:val="both"/>
      </w:pPr>
      <w:r>
        <w:t>Định lượng Histamine</w:t>
      </w:r>
    </w:p>
    <w:p>
      <w:pPr>
        <w:jc w:val="both"/>
      </w:pPr>
      <w:r>
        <w:t>1.003.000</w:t>
      </w:r>
    </w:p>
    <w:p>
      <w:pPr>
        <w:jc w:val="both"/>
      </w:pPr>
      <w:r>
        <w:t>1.143.000</w:t>
      </w:r>
    </w:p>
    <w:p>
      <w:pPr>
        <w:jc w:val="both"/>
      </w:pPr>
      <w:r>
        <w:t>1436</w:t>
      </w:r>
    </w:p>
    <w:p>
      <w:pPr>
        <w:jc w:val="both"/>
      </w:pPr>
      <w:r>
        <w:t>1424</w:t>
      </w:r>
    </w:p>
    <w:p>
      <w:pPr>
        <w:jc w:val="both"/>
      </w:pPr>
      <w:r>
        <w:t>DƯ-MDLS</w:t>
      </w:r>
    </w:p>
    <w:p>
      <w:pPr>
        <w:jc w:val="both"/>
      </w:pPr>
      <w:r>
        <w:t>Định lượng IgE đặc hiệu với 1 loại dị nguyên</w:t>
      </w:r>
    </w:p>
    <w:p>
      <w:pPr>
        <w:jc w:val="both"/>
      </w:pPr>
      <w:r>
        <w:t>572.000</w:t>
      </w:r>
    </w:p>
    <w:p>
      <w:pPr>
        <w:jc w:val="both"/>
      </w:pPr>
      <w:r>
        <w:t>650.000</w:t>
      </w:r>
    </w:p>
    <w:p>
      <w:pPr>
        <w:jc w:val="both"/>
      </w:pPr>
      <w:r>
        <w:t>1437</w:t>
      </w:r>
    </w:p>
    <w:p>
      <w:pPr>
        <w:jc w:val="both"/>
      </w:pPr>
      <w:r>
        <w:t>1425</w:t>
      </w:r>
    </w:p>
    <w:p>
      <w:pPr>
        <w:jc w:val="both"/>
      </w:pPr>
      <w:r>
        <w:t>DƯ-MDLS</w:t>
      </w:r>
    </w:p>
    <w:p>
      <w:pPr>
        <w:jc w:val="both"/>
      </w:pPr>
      <w:r>
        <w:t>Định lượng Interleukin</w:t>
      </w:r>
    </w:p>
    <w:p>
      <w:pPr>
        <w:jc w:val="both"/>
      </w:pPr>
      <w:r>
        <w:t>781.000</w:t>
      </w:r>
    </w:p>
    <w:p>
      <w:pPr>
        <w:jc w:val="both"/>
      </w:pPr>
      <w:r>
        <w:t>887.000</w:t>
      </w:r>
    </w:p>
    <w:p>
      <w:pPr>
        <w:jc w:val="both"/>
      </w:pPr>
      <w:r>
        <w:t>1438</w:t>
      </w:r>
    </w:p>
    <w:p>
      <w:pPr>
        <w:jc w:val="both"/>
      </w:pPr>
      <w:r>
        <w:t>1426</w:t>
      </w:r>
    </w:p>
    <w:p>
      <w:pPr>
        <w:jc w:val="both"/>
      </w:pPr>
      <w:r>
        <w:t>DƯ-MDLS</w:t>
      </w:r>
    </w:p>
    <w:p>
      <w:pPr>
        <w:jc w:val="both"/>
      </w:pPr>
      <w:r>
        <w:t>Định lượng kháng thể C1INH/ kháng thể GBM ab/ Tryptase</w:t>
      </w:r>
    </w:p>
    <w:p>
      <w:pPr>
        <w:jc w:val="both"/>
      </w:pPr>
      <w:r>
        <w:t>757.000</w:t>
      </w:r>
    </w:p>
    <w:p>
      <w:pPr>
        <w:jc w:val="both"/>
      </w:pPr>
      <w:r>
        <w:t>860.000</w:t>
      </w:r>
    </w:p>
    <w:p>
      <w:pPr>
        <w:jc w:val="both"/>
      </w:pPr>
      <w:r>
        <w:t>1439</w:t>
      </w:r>
    </w:p>
    <w:p>
      <w:pPr>
        <w:jc w:val="both"/>
      </w:pPr>
      <w:r>
        <w:t>1427</w:t>
      </w:r>
    </w:p>
    <w:p>
      <w:pPr>
        <w:jc w:val="both"/>
      </w:pPr>
      <w:r>
        <w:t>DƯ-MDLS</w:t>
      </w:r>
    </w:p>
    <w:p>
      <w:pPr>
        <w:jc w:val="both"/>
      </w:pPr>
      <w:r>
        <w:t>Định lượng kháng thể IgG1/IgG2/IgG3/IgG4</w:t>
      </w:r>
    </w:p>
    <w:p>
      <w:pPr>
        <w:jc w:val="both"/>
      </w:pPr>
      <w:r>
        <w:t>704.000</w:t>
      </w:r>
    </w:p>
    <w:p>
      <w:pPr>
        <w:jc w:val="both"/>
      </w:pPr>
      <w:r>
        <w:t>800.000</w:t>
      </w:r>
    </w:p>
    <w:p>
      <w:pPr>
        <w:jc w:val="both"/>
      </w:pPr>
      <w:r>
        <w:t>1440</w:t>
      </w:r>
    </w:p>
    <w:p>
      <w:pPr>
        <w:jc w:val="both"/>
      </w:pPr>
      <w:r>
        <w:t>1428</w:t>
      </w:r>
    </w:p>
    <w:p>
      <w:pPr>
        <w:jc w:val="both"/>
      </w:pPr>
      <w:r>
        <w:t>DƯ-MDLS</w:t>
      </w:r>
    </w:p>
    <w:p>
      <w:pPr>
        <w:jc w:val="both"/>
      </w:pPr>
      <w:r>
        <w:t>Định lượng kháng thể kháng C5a</w:t>
      </w:r>
    </w:p>
    <w:p>
      <w:pPr>
        <w:jc w:val="both"/>
      </w:pPr>
      <w:r>
        <w:t>842.000</w:t>
      </w:r>
    </w:p>
    <w:p>
      <w:pPr>
        <w:jc w:val="both"/>
      </w:pPr>
      <w:r>
        <w:t>957.000</w:t>
      </w:r>
    </w:p>
    <w:p>
      <w:pPr>
        <w:jc w:val="both"/>
      </w:pPr>
      <w:r>
        <w:t>1441</w:t>
      </w:r>
    </w:p>
    <w:p>
      <w:pPr>
        <w:jc w:val="both"/>
      </w:pPr>
      <w:r>
        <w:t>1429</w:t>
      </w:r>
    </w:p>
    <w:p>
      <w:pPr>
        <w:jc w:val="both"/>
      </w:pPr>
      <w:r>
        <w:t>DƯ-MDLS</w:t>
      </w:r>
    </w:p>
    <w:p>
      <w:pPr>
        <w:jc w:val="both"/>
      </w:pPr>
      <w:r>
        <w:t>Định lượng kháng thể kháng C1q</w:t>
      </w:r>
    </w:p>
    <w:p>
      <w:pPr>
        <w:jc w:val="both"/>
      </w:pPr>
      <w:r>
        <w:t>442.000</w:t>
      </w:r>
    </w:p>
    <w:p>
      <w:pPr>
        <w:jc w:val="both"/>
      </w:pPr>
      <w:r>
        <w:t>503.000</w:t>
      </w:r>
    </w:p>
    <w:p>
      <w:pPr>
        <w:jc w:val="both"/>
      </w:pPr>
      <w:r>
        <w:t>1442</w:t>
      </w:r>
    </w:p>
    <w:p>
      <w:pPr>
        <w:jc w:val="both"/>
      </w:pPr>
      <w:r>
        <w:t>1430</w:t>
      </w:r>
    </w:p>
    <w:p>
      <w:pPr>
        <w:jc w:val="both"/>
      </w:pPr>
      <w:r>
        <w:t>DƯ-MDLS</w:t>
      </w:r>
    </w:p>
    <w:p>
      <w:pPr>
        <w:jc w:val="both"/>
      </w:pPr>
      <w:r>
        <w:t>Định lượng kháng thể kháng C3a/C3bi/C3d/C4a</w:t>
      </w:r>
    </w:p>
    <w:p>
      <w:pPr>
        <w:jc w:val="both"/>
      </w:pPr>
      <w:r>
        <w:t>1.077.000</w:t>
      </w:r>
    </w:p>
    <w:p>
      <w:pPr>
        <w:jc w:val="both"/>
      </w:pPr>
      <w:r>
        <w:t>1.228.000</w:t>
      </w:r>
    </w:p>
    <w:p>
      <w:pPr>
        <w:jc w:val="both"/>
      </w:pPr>
      <w:r>
        <w:t>1443</w:t>
      </w:r>
    </w:p>
    <w:p>
      <w:pPr>
        <w:jc w:val="both"/>
      </w:pPr>
      <w:r>
        <w:t>1431</w:t>
      </w:r>
    </w:p>
    <w:p>
      <w:pPr>
        <w:jc w:val="both"/>
      </w:pPr>
      <w:r>
        <w:t>DƯ-MDLS</w:t>
      </w:r>
    </w:p>
    <w:p>
      <w:pPr>
        <w:jc w:val="both"/>
      </w:pPr>
      <w:r>
        <w:t>Định lượng kháng thể kháng CCP</w:t>
      </w:r>
    </w:p>
    <w:p>
      <w:pPr>
        <w:jc w:val="both"/>
      </w:pPr>
      <w:r>
        <w:t>603.000</w:t>
      </w:r>
    </w:p>
    <w:p>
      <w:pPr>
        <w:jc w:val="both"/>
      </w:pPr>
      <w:r>
        <w:t>685.000</w:t>
      </w:r>
    </w:p>
    <w:p>
      <w:pPr>
        <w:jc w:val="both"/>
      </w:pPr>
      <w:r>
        <w:t>1444</w:t>
      </w:r>
    </w:p>
    <w:p>
      <w:pPr>
        <w:jc w:val="both"/>
      </w:pPr>
      <w:r>
        <w:t>1432</w:t>
      </w:r>
    </w:p>
    <w:p>
      <w:pPr>
        <w:jc w:val="both"/>
      </w:pPr>
      <w:r>
        <w:t>DƯ-MDLS</w:t>
      </w:r>
    </w:p>
    <w:p>
      <w:pPr>
        <w:jc w:val="both"/>
      </w:pPr>
      <w:r>
        <w:t>Định lượng kháng thể kháng Centromere</w:t>
      </w:r>
    </w:p>
    <w:p>
      <w:pPr>
        <w:jc w:val="both"/>
      </w:pPr>
      <w:r>
        <w:t>459.000</w:t>
      </w:r>
    </w:p>
    <w:p>
      <w:pPr>
        <w:jc w:val="both"/>
      </w:pPr>
      <w:r>
        <w:t>522.000</w:t>
      </w:r>
    </w:p>
    <w:p>
      <w:pPr>
        <w:jc w:val="both"/>
      </w:pPr>
      <w:r>
        <w:t>1445</w:t>
      </w:r>
    </w:p>
    <w:p>
      <w:pPr>
        <w:jc w:val="both"/>
      </w:pPr>
      <w:r>
        <w:t>1433</w:t>
      </w:r>
    </w:p>
    <w:p>
      <w:pPr>
        <w:jc w:val="both"/>
      </w:pPr>
      <w:r>
        <w:t>DƯ-MDLS</w:t>
      </w:r>
    </w:p>
    <w:p>
      <w:pPr>
        <w:jc w:val="both"/>
      </w:pPr>
      <w:r>
        <w:t>Định lượng kháng thể kháng ENA</w:t>
      </w:r>
    </w:p>
    <w:p>
      <w:pPr>
        <w:jc w:val="both"/>
      </w:pPr>
      <w:r>
        <w:t>430.000</w:t>
      </w:r>
    </w:p>
    <w:p>
      <w:pPr>
        <w:jc w:val="both"/>
      </w:pPr>
      <w:r>
        <w:t>489.000</w:t>
      </w:r>
    </w:p>
    <w:p>
      <w:pPr>
        <w:jc w:val="both"/>
      </w:pPr>
      <w:r>
        <w:t>1446</w:t>
      </w:r>
    </w:p>
    <w:p>
      <w:pPr>
        <w:jc w:val="both"/>
      </w:pPr>
      <w:r>
        <w:t>1434</w:t>
      </w:r>
    </w:p>
    <w:p>
      <w:pPr>
        <w:jc w:val="both"/>
      </w:pPr>
      <w:r>
        <w:t>DƯ-MDLS</w:t>
      </w:r>
    </w:p>
    <w:p>
      <w:pPr>
        <w:jc w:val="both"/>
      </w:pPr>
      <w:r>
        <w:t>Định lượng kháng thể kháng Histone</w:t>
      </w:r>
    </w:p>
    <w:p>
      <w:pPr>
        <w:jc w:val="both"/>
      </w:pPr>
      <w:r>
        <w:t>378.000</w:t>
      </w:r>
    </w:p>
    <w:p>
      <w:pPr>
        <w:jc w:val="both"/>
      </w:pPr>
      <w:r>
        <w:t>430.000</w:t>
      </w:r>
    </w:p>
    <w:p>
      <w:pPr>
        <w:jc w:val="both"/>
      </w:pPr>
      <w:r>
        <w:t>1447</w:t>
      </w:r>
    </w:p>
    <w:p>
      <w:pPr>
        <w:jc w:val="both"/>
      </w:pPr>
      <w:r>
        <w:t>1435</w:t>
      </w:r>
    </w:p>
    <w:p>
      <w:pPr>
        <w:jc w:val="both"/>
      </w:pPr>
      <w:r>
        <w:t>DƯ-MDLS</w:t>
      </w:r>
    </w:p>
    <w:p>
      <w:pPr>
        <w:jc w:val="both"/>
      </w:pPr>
      <w:r>
        <w:t>Định lượng kháng thể kháng Insulin</w:t>
      </w:r>
    </w:p>
    <w:p>
      <w:pPr>
        <w:jc w:val="both"/>
      </w:pPr>
      <w:r>
        <w:t>394.000</w:t>
      </w:r>
    </w:p>
    <w:p>
      <w:pPr>
        <w:jc w:val="both"/>
      </w:pPr>
      <w:r>
        <w:t>447.000</w:t>
      </w:r>
    </w:p>
    <w:p>
      <w:pPr>
        <w:jc w:val="both"/>
      </w:pPr>
      <w:r>
        <w:t>1448</w:t>
      </w:r>
    </w:p>
    <w:p>
      <w:pPr>
        <w:jc w:val="both"/>
      </w:pPr>
      <w:r>
        <w:t>1436</w:t>
      </w:r>
    </w:p>
    <w:p>
      <w:pPr>
        <w:jc w:val="both"/>
      </w:pPr>
      <w:r>
        <w:t>DƯ-MDLS</w:t>
      </w:r>
    </w:p>
    <w:p>
      <w:pPr>
        <w:jc w:val="both"/>
      </w:pPr>
      <w:r>
        <w:t>Định lượng kháng thể kháng Jo - 1</w:t>
      </w:r>
    </w:p>
    <w:p>
      <w:pPr>
        <w:jc w:val="both"/>
      </w:pPr>
      <w:r>
        <w:t>441.000</w:t>
      </w:r>
    </w:p>
    <w:p>
      <w:pPr>
        <w:jc w:val="both"/>
      </w:pPr>
      <w:r>
        <w:t>502.000</w:t>
      </w:r>
    </w:p>
    <w:p>
      <w:pPr>
        <w:jc w:val="both"/>
      </w:pPr>
      <w:r>
        <w:t>1449</w:t>
      </w:r>
    </w:p>
    <w:p>
      <w:pPr>
        <w:jc w:val="both"/>
      </w:pPr>
      <w:r>
        <w:t>1437</w:t>
      </w:r>
    </w:p>
    <w:p>
      <w:pPr>
        <w:jc w:val="both"/>
      </w:pPr>
      <w:r>
        <w:t>DƯ-MDLS</w:t>
      </w:r>
    </w:p>
    <w:p>
      <w:pPr>
        <w:jc w:val="both"/>
      </w:pPr>
      <w:r>
        <w:t>Định lượng kháng thể kháng nhân và kháng thể kháng chuỗi kép (ANA&amp;DsDNA)</w:t>
      </w:r>
    </w:p>
    <w:p>
      <w:pPr>
        <w:jc w:val="both"/>
      </w:pPr>
      <w:r>
        <w:t>526.000</w:t>
      </w:r>
    </w:p>
    <w:p>
      <w:pPr>
        <w:jc w:val="both"/>
      </w:pPr>
      <w:r>
        <w:t>596.000</w:t>
      </w:r>
    </w:p>
    <w:p>
      <w:pPr>
        <w:jc w:val="both"/>
      </w:pPr>
      <w:r>
        <w:t>1450</w:t>
      </w:r>
    </w:p>
    <w:p>
      <w:pPr>
        <w:jc w:val="both"/>
      </w:pPr>
      <w:r>
        <w:t>1438</w:t>
      </w:r>
    </w:p>
    <w:p>
      <w:pPr>
        <w:jc w:val="both"/>
      </w:pPr>
      <w:r>
        <w:t>Định lượng kháng thể kháng DNA chuỗi kép (Anti dsDNA) bằng máy tự động/bán tự động</w:t>
      </w:r>
    </w:p>
    <w:p>
      <w:pPr>
        <w:jc w:val="both"/>
      </w:pPr>
      <w:r>
        <w:t>260.000</w:t>
      </w:r>
    </w:p>
    <w:p>
      <w:pPr>
        <w:jc w:val="both"/>
      </w:pPr>
      <w:r>
        <w:t>293.000</w:t>
      </w:r>
    </w:p>
    <w:p>
      <w:pPr>
        <w:jc w:val="both"/>
      </w:pPr>
      <w:r>
        <w:t>1451</w:t>
      </w:r>
    </w:p>
    <w:p>
      <w:pPr>
        <w:jc w:val="both"/>
      </w:pPr>
      <w:r>
        <w:t>1439</w:t>
      </w:r>
    </w:p>
    <w:p>
      <w:pPr>
        <w:jc w:val="both"/>
      </w:pPr>
      <w:r>
        <w:t>Định lượng kháng thể kháng DNA chuỗi kép (Anti dsDNA) test nhanh</w:t>
      </w:r>
    </w:p>
    <w:p>
      <w:pPr>
        <w:jc w:val="both"/>
      </w:pPr>
      <w:r>
        <w:t>118.000</w:t>
      </w:r>
    </w:p>
    <w:p>
      <w:pPr>
        <w:jc w:val="both"/>
      </w:pPr>
      <w:r>
        <w:t>133.000</w:t>
      </w:r>
    </w:p>
    <w:p>
      <w:pPr>
        <w:jc w:val="both"/>
      </w:pPr>
      <w:r>
        <w:t>1452</w:t>
      </w:r>
    </w:p>
    <w:p>
      <w:pPr>
        <w:jc w:val="both"/>
      </w:pPr>
      <w:r>
        <w:t>1440</w:t>
      </w:r>
    </w:p>
    <w:p>
      <w:pPr>
        <w:jc w:val="both"/>
      </w:pPr>
      <w:r>
        <w:t>Định lượng kháng thể kháng nhân (ANA) bằng máy tự động/bán tự động</w:t>
      </w:r>
    </w:p>
    <w:p>
      <w:pPr>
        <w:jc w:val="both"/>
      </w:pPr>
      <w:r>
        <w:t>296.000</w:t>
      </w:r>
    </w:p>
    <w:p>
      <w:pPr>
        <w:jc w:val="both"/>
      </w:pPr>
      <w:r>
        <w:t>334.000</w:t>
      </w:r>
    </w:p>
    <w:p>
      <w:pPr>
        <w:jc w:val="both"/>
      </w:pPr>
      <w:r>
        <w:t>1453</w:t>
      </w:r>
    </w:p>
    <w:p>
      <w:pPr>
        <w:jc w:val="both"/>
      </w:pPr>
      <w:r>
        <w:t>1441</w:t>
      </w:r>
    </w:p>
    <w:p>
      <w:pPr>
        <w:jc w:val="both"/>
      </w:pPr>
      <w:r>
        <w:t>Định lượng kháng thể kháng nhân (ANA) test nhanh</w:t>
      </w:r>
    </w:p>
    <w:p>
      <w:pPr>
        <w:jc w:val="both"/>
      </w:pPr>
      <w:r>
        <w:t>178.000</w:t>
      </w:r>
    </w:p>
    <w:p>
      <w:pPr>
        <w:jc w:val="both"/>
      </w:pPr>
      <w:r>
        <w:t>200.000</w:t>
      </w:r>
    </w:p>
    <w:p>
      <w:pPr>
        <w:jc w:val="both"/>
      </w:pPr>
      <w:r>
        <w:t>1454</w:t>
      </w:r>
    </w:p>
    <w:p>
      <w:pPr>
        <w:jc w:val="both"/>
      </w:pPr>
      <w:r>
        <w:t>1442</w:t>
      </w:r>
    </w:p>
    <w:p>
      <w:pPr>
        <w:jc w:val="both"/>
      </w:pPr>
      <w:r>
        <w:t>DƯ-MDLS</w:t>
      </w:r>
    </w:p>
    <w:p>
      <w:pPr>
        <w:jc w:val="both"/>
      </w:pPr>
      <w:r>
        <w:t>Định lượng kháng thể kháng Phospholipid (IgG/IgM)/ Cardiolipin (IgG/IgM)/ Beta2-Glycoprotein (IgG/IgM)</w:t>
      </w:r>
    </w:p>
    <w:p>
      <w:pPr>
        <w:jc w:val="both"/>
      </w:pPr>
      <w:r>
        <w:t>590.000</w:t>
      </w:r>
    </w:p>
    <w:p>
      <w:pPr>
        <w:jc w:val="both"/>
      </w:pPr>
      <w:r>
        <w:t>671.000</w:t>
      </w:r>
    </w:p>
    <w:p>
      <w:pPr>
        <w:jc w:val="both"/>
      </w:pPr>
      <w:r>
        <w:t>1455</w:t>
      </w:r>
    </w:p>
    <w:p>
      <w:pPr>
        <w:jc w:val="both"/>
      </w:pPr>
      <w:r>
        <w:t>1443</w:t>
      </w:r>
    </w:p>
    <w:p>
      <w:pPr>
        <w:jc w:val="both"/>
      </w:pPr>
      <w:r>
        <w:t>DƯ-MDLS</w:t>
      </w:r>
    </w:p>
    <w:p>
      <w:pPr>
        <w:jc w:val="both"/>
      </w:pPr>
      <w:r>
        <w:t>Định lượng kháng thể kháng Prothrombin</w:t>
      </w:r>
    </w:p>
    <w:p>
      <w:pPr>
        <w:jc w:val="both"/>
      </w:pPr>
      <w:r>
        <w:t>456.000</w:t>
      </w:r>
    </w:p>
    <w:p>
      <w:pPr>
        <w:jc w:val="both"/>
      </w:pPr>
      <w:r>
        <w:t>518.000</w:t>
      </w:r>
    </w:p>
    <w:p>
      <w:pPr>
        <w:jc w:val="both"/>
      </w:pPr>
      <w:r>
        <w:t>1456</w:t>
      </w:r>
    </w:p>
    <w:p>
      <w:pPr>
        <w:jc w:val="both"/>
      </w:pPr>
      <w:r>
        <w:t>1444</w:t>
      </w:r>
    </w:p>
    <w:p>
      <w:pPr>
        <w:jc w:val="both"/>
      </w:pPr>
      <w:r>
        <w:t>DƯ-MDLS</w:t>
      </w:r>
    </w:p>
    <w:p>
      <w:pPr>
        <w:jc w:val="both"/>
      </w:pPr>
      <w:r>
        <w:t>Định lượng kháng thể kháng RNP-70</w:t>
      </w:r>
    </w:p>
    <w:p>
      <w:pPr>
        <w:jc w:val="both"/>
      </w:pPr>
      <w:r>
        <w:t>426.000</w:t>
      </w:r>
    </w:p>
    <w:p>
      <w:pPr>
        <w:jc w:val="both"/>
      </w:pPr>
      <w:r>
        <w:t>484.000</w:t>
      </w:r>
    </w:p>
    <w:p>
      <w:pPr>
        <w:jc w:val="both"/>
      </w:pPr>
      <w:r>
        <w:t>1457</w:t>
      </w:r>
    </w:p>
    <w:p>
      <w:pPr>
        <w:jc w:val="both"/>
      </w:pPr>
      <w:r>
        <w:t>1445</w:t>
      </w:r>
    </w:p>
    <w:p>
      <w:pPr>
        <w:jc w:val="both"/>
      </w:pPr>
      <w:r>
        <w:t>DƯ-MDLS</w:t>
      </w:r>
    </w:p>
    <w:p>
      <w:pPr>
        <w:jc w:val="both"/>
      </w:pPr>
      <w:r>
        <w:t>Định lượng kháng thể kháng Scl-70</w:t>
      </w:r>
    </w:p>
    <w:p>
      <w:pPr>
        <w:jc w:val="both"/>
      </w:pPr>
      <w:r>
        <w:t>378.000</w:t>
      </w:r>
    </w:p>
    <w:p>
      <w:pPr>
        <w:jc w:val="both"/>
      </w:pPr>
      <w:r>
        <w:t>430.000</w:t>
      </w:r>
    </w:p>
    <w:p>
      <w:pPr>
        <w:jc w:val="both"/>
      </w:pPr>
      <w:r>
        <w:t>1458</w:t>
      </w:r>
    </w:p>
    <w:p>
      <w:pPr>
        <w:jc w:val="both"/>
      </w:pPr>
      <w:r>
        <w:t>1446</w:t>
      </w:r>
    </w:p>
    <w:p>
      <w:pPr>
        <w:jc w:val="both"/>
      </w:pPr>
      <w:r>
        <w:t>DƯ-MDLS</w:t>
      </w:r>
    </w:p>
    <w:p>
      <w:pPr>
        <w:jc w:val="both"/>
      </w:pPr>
      <w:r>
        <w:t>Định lượng kháng thể kháng Sm</w:t>
      </w:r>
    </w:p>
    <w:p>
      <w:pPr>
        <w:jc w:val="both"/>
      </w:pPr>
      <w:r>
        <w:t>407.000</w:t>
      </w:r>
    </w:p>
    <w:p>
      <w:pPr>
        <w:jc w:val="both"/>
      </w:pPr>
      <w:r>
        <w:t>462.000</w:t>
      </w:r>
    </w:p>
    <w:p>
      <w:pPr>
        <w:jc w:val="both"/>
      </w:pPr>
      <w:r>
        <w:t>1459</w:t>
      </w:r>
    </w:p>
    <w:p>
      <w:pPr>
        <w:jc w:val="both"/>
      </w:pPr>
      <w:r>
        <w:t>1447</w:t>
      </w:r>
    </w:p>
    <w:p>
      <w:pPr>
        <w:jc w:val="both"/>
      </w:pPr>
      <w:r>
        <w:t>DƯ-MDLS</w:t>
      </w:r>
    </w:p>
    <w:p>
      <w:pPr>
        <w:jc w:val="both"/>
      </w:pPr>
      <w:r>
        <w:t>Định lượng kháng thể kháng SSA(Ro)/SSB(La)/SSA-p200</w:t>
      </w:r>
    </w:p>
    <w:p>
      <w:pPr>
        <w:jc w:val="both"/>
      </w:pPr>
      <w:r>
        <w:t>441.000</w:t>
      </w:r>
    </w:p>
    <w:p>
      <w:pPr>
        <w:jc w:val="both"/>
      </w:pPr>
      <w:r>
        <w:t>502.000</w:t>
      </w:r>
    </w:p>
    <w:p>
      <w:pPr>
        <w:jc w:val="both"/>
      </w:pPr>
      <w:r>
        <w:t>1460</w:t>
      </w:r>
    </w:p>
    <w:p>
      <w:pPr>
        <w:jc w:val="both"/>
      </w:pPr>
      <w:r>
        <w:t>1448</w:t>
      </w:r>
    </w:p>
    <w:p>
      <w:pPr>
        <w:jc w:val="both"/>
      </w:pPr>
      <w:r>
        <w:t>DƯ-MDLS</w:t>
      </w:r>
    </w:p>
    <w:p>
      <w:pPr>
        <w:jc w:val="both"/>
      </w:pPr>
      <w:r>
        <w:t>Định lượng kháng thể kháng tiểu cầu</w:t>
      </w:r>
    </w:p>
    <w:p>
      <w:pPr>
        <w:jc w:val="both"/>
      </w:pPr>
      <w:r>
        <w:t>721.000</w:t>
      </w:r>
    </w:p>
    <w:p>
      <w:pPr>
        <w:jc w:val="both"/>
      </w:pPr>
      <w:r>
        <w:t>819.000</w:t>
      </w:r>
    </w:p>
    <w:p>
      <w:pPr>
        <w:jc w:val="both"/>
      </w:pPr>
      <w:r>
        <w:t>1461</w:t>
      </w:r>
    </w:p>
    <w:p>
      <w:pPr>
        <w:jc w:val="both"/>
      </w:pPr>
      <w:r>
        <w:t>1449</w:t>
      </w:r>
    </w:p>
    <w:p>
      <w:pPr>
        <w:jc w:val="both"/>
      </w:pPr>
      <w:r>
        <w:t>DƯ-MDLS</w:t>
      </w:r>
    </w:p>
    <w:p>
      <w:pPr>
        <w:jc w:val="both"/>
      </w:pPr>
      <w:r>
        <w:t>Định lượng kháng thể kháng tinh trùng</w:t>
      </w:r>
    </w:p>
    <w:p>
      <w:pPr>
        <w:jc w:val="both"/>
      </w:pPr>
      <w:r>
        <w:t>1.030.000</w:t>
      </w:r>
    </w:p>
    <w:p>
      <w:pPr>
        <w:jc w:val="both"/>
      </w:pPr>
      <w:r>
        <w:t>1.174.000</w:t>
      </w:r>
    </w:p>
    <w:p>
      <w:pPr>
        <w:jc w:val="both"/>
      </w:pPr>
      <w:r>
        <w:t>1462</w:t>
      </w:r>
    </w:p>
    <w:p>
      <w:pPr>
        <w:jc w:val="both"/>
      </w:pPr>
      <w:r>
        <w:t>1450</w:t>
      </w:r>
    </w:p>
    <w:p>
      <w:pPr>
        <w:jc w:val="both"/>
      </w:pPr>
      <w:r>
        <w:t>DƯ-MDLS</w:t>
      </w:r>
    </w:p>
    <w:p>
      <w:pPr>
        <w:jc w:val="both"/>
      </w:pPr>
      <w:r>
        <w:t>Định lượng kháng thể kháng tương bào bạch cầu đa nhân trung tính (ANCA)</w:t>
      </w:r>
    </w:p>
    <w:p>
      <w:pPr>
        <w:jc w:val="both"/>
      </w:pPr>
      <w:r>
        <w:t>500.000</w:t>
      </w:r>
    </w:p>
    <w:p>
      <w:pPr>
        <w:jc w:val="both"/>
      </w:pPr>
      <w:r>
        <w:t>569.000</w:t>
      </w:r>
    </w:p>
    <w:p>
      <w:pPr>
        <w:jc w:val="both"/>
      </w:pPr>
      <w:r>
        <w:t>1463</w:t>
      </w:r>
    </w:p>
    <w:p>
      <w:pPr>
        <w:jc w:val="both"/>
      </w:pPr>
      <w:r>
        <w:t>1451</w:t>
      </w:r>
    </w:p>
    <w:p>
      <w:pPr>
        <w:jc w:val="both"/>
      </w:pPr>
      <w:r>
        <w:t>DƯ-MDLS</w:t>
      </w:r>
    </w:p>
    <w:p>
      <w:pPr>
        <w:jc w:val="both"/>
      </w:pPr>
      <w:r>
        <w:t>Định lượng kháng thể kháng ty lạp thể (AMA-M2) /kháng thể kháng tương bào gan typel (LC1) / kháng thể kháng tiểu vi thể gan thận type 1 (LKM1) / kháng thể kháng thụ thể GLYCOPROTEIN trên màng tế bào gan người châu Á (ASGPR)</w:t>
      </w:r>
    </w:p>
    <w:p>
      <w:pPr>
        <w:jc w:val="both"/>
      </w:pPr>
      <w:r>
        <w:t>492.000</w:t>
      </w:r>
    </w:p>
    <w:p>
      <w:pPr>
        <w:jc w:val="both"/>
      </w:pPr>
      <w:r>
        <w:t>559.000</w:t>
      </w:r>
    </w:p>
    <w:p>
      <w:pPr>
        <w:jc w:val="both"/>
      </w:pPr>
      <w:r>
        <w:t>1464</w:t>
      </w:r>
    </w:p>
    <w:p>
      <w:pPr>
        <w:jc w:val="both"/>
      </w:pPr>
      <w:r>
        <w:t>1452</w:t>
      </w:r>
    </w:p>
    <w:p>
      <w:pPr>
        <w:jc w:val="both"/>
      </w:pPr>
      <w:r>
        <w:t>DƯ-MDLS</w:t>
      </w:r>
    </w:p>
    <w:p>
      <w:pPr>
        <w:jc w:val="both"/>
      </w:pPr>
      <w:r>
        <w:t>Định lượng MPO (pANCA)/PR3 (cANCA)</w:t>
      </w:r>
    </w:p>
    <w:p>
      <w:pPr>
        <w:jc w:val="both"/>
      </w:pPr>
      <w:r>
        <w:t>441.000</w:t>
      </w:r>
    </w:p>
    <w:p>
      <w:pPr>
        <w:jc w:val="both"/>
      </w:pPr>
      <w:r>
        <w:t>502.000</w:t>
      </w:r>
    </w:p>
    <w:p>
      <w:pPr>
        <w:jc w:val="both"/>
      </w:pPr>
      <w:r>
        <w:t>1465</w:t>
      </w:r>
    </w:p>
    <w:p>
      <w:pPr>
        <w:jc w:val="both"/>
      </w:pPr>
      <w:r>
        <w:t>1453</w:t>
      </w:r>
    </w:p>
    <w:p>
      <w:pPr>
        <w:jc w:val="both"/>
      </w:pPr>
      <w:r>
        <w:t>Khẳng định kháng đông lupus (LAC/ LA confirm: Lupus Anticoagulant confirm)</w:t>
      </w:r>
    </w:p>
    <w:p>
      <w:pPr>
        <w:jc w:val="both"/>
      </w:pPr>
      <w:r>
        <w:t>251.000</w:t>
      </w:r>
    </w:p>
    <w:p>
      <w:pPr>
        <w:jc w:val="both"/>
      </w:pPr>
      <w:r>
        <w:t>283.000</w:t>
      </w:r>
    </w:p>
    <w:p>
      <w:pPr>
        <w:jc w:val="both"/>
      </w:pPr>
      <w:r>
        <w:t>III</w:t>
      </w:r>
    </w:p>
    <w:p>
      <w:pPr>
        <w:jc w:val="both"/>
      </w:pPr>
      <w:r>
        <w:t>III</w:t>
      </w:r>
    </w:p>
    <w:p>
      <w:pPr>
        <w:jc w:val="both"/>
      </w:pPr>
      <w:r>
        <w:t>Hóa sinh</w:t>
      </w:r>
    </w:p>
    <w:p>
      <w:pPr>
        <w:jc w:val="both"/>
      </w:pPr>
      <w:r>
        <w:t>Máu</w:t>
      </w:r>
    </w:p>
    <w:p>
      <w:pPr>
        <w:jc w:val="both"/>
      </w:pPr>
      <w:r>
        <w:t>1466</w:t>
      </w:r>
    </w:p>
    <w:p>
      <w:pPr>
        <w:jc w:val="both"/>
      </w:pPr>
      <w:r>
        <w:t>1454</w:t>
      </w:r>
    </w:p>
    <w:p>
      <w:pPr>
        <w:jc w:val="both"/>
      </w:pPr>
      <w:r>
        <w:t>03C3.1.HS5</w:t>
      </w:r>
    </w:p>
    <w:p>
      <w:pPr>
        <w:jc w:val="both"/>
      </w:pPr>
      <w:r>
        <w:t>ACTH</w:t>
      </w:r>
    </w:p>
    <w:p>
      <w:pPr>
        <w:jc w:val="both"/>
      </w:pPr>
      <w:r>
        <w:t>82.000</w:t>
      </w:r>
    </w:p>
    <w:p>
      <w:pPr>
        <w:jc w:val="both"/>
      </w:pPr>
      <w:r>
        <w:t>93.300</w:t>
      </w:r>
    </w:p>
    <w:p>
      <w:pPr>
        <w:jc w:val="both"/>
      </w:pPr>
      <w:r>
        <w:t>1467</w:t>
      </w:r>
    </w:p>
    <w:p>
      <w:pPr>
        <w:jc w:val="both"/>
      </w:pPr>
      <w:r>
        <w:t>1455</w:t>
      </w:r>
    </w:p>
    <w:p>
      <w:pPr>
        <w:jc w:val="both"/>
      </w:pPr>
      <w:r>
        <w:t>03C3.1.HS6</w:t>
      </w:r>
    </w:p>
    <w:p>
      <w:pPr>
        <w:jc w:val="both"/>
      </w:pPr>
      <w:r>
        <w:t>ADH</w:t>
      </w:r>
    </w:p>
    <w:p>
      <w:pPr>
        <w:jc w:val="both"/>
      </w:pPr>
      <w:r>
        <w:t>147.000</w:t>
      </w:r>
    </w:p>
    <w:p>
      <w:pPr>
        <w:jc w:val="both"/>
      </w:pPr>
      <w:r>
        <w:t>167.000</w:t>
      </w:r>
    </w:p>
    <w:p>
      <w:pPr>
        <w:jc w:val="both"/>
      </w:pPr>
      <w:r>
        <w:t>1468</w:t>
      </w:r>
    </w:p>
    <w:p>
      <w:pPr>
        <w:jc w:val="both"/>
      </w:pPr>
      <w:r>
        <w:t>1456</w:t>
      </w:r>
    </w:p>
    <w:p>
      <w:pPr>
        <w:jc w:val="both"/>
      </w:pPr>
      <w:r>
        <w:t>03C3.1.HS23</w:t>
      </w:r>
    </w:p>
    <w:p>
      <w:pPr>
        <w:jc w:val="both"/>
      </w:pPr>
      <w:r>
        <w:t>ALA</w:t>
      </w:r>
    </w:p>
    <w:p>
      <w:pPr>
        <w:jc w:val="both"/>
      </w:pPr>
      <w:r>
        <w:t>92.900</w:t>
      </w:r>
    </w:p>
    <w:p>
      <w:pPr>
        <w:jc w:val="both"/>
      </w:pPr>
      <w:r>
        <w:t>105.000</w:t>
      </w:r>
    </w:p>
    <w:p>
      <w:pPr>
        <w:jc w:val="both"/>
      </w:pPr>
      <w:r>
        <w:t>1469</w:t>
      </w:r>
    </w:p>
    <w:p>
      <w:pPr>
        <w:jc w:val="both"/>
      </w:pPr>
      <w:r>
        <w:t>1457</w:t>
      </w:r>
    </w:p>
    <w:p>
      <w:pPr>
        <w:jc w:val="both"/>
      </w:pPr>
      <w:r>
        <w:t>03C3.1.HS46</w:t>
      </w:r>
    </w:p>
    <w:p>
      <w:pPr>
        <w:jc w:val="both"/>
      </w:pPr>
      <w:r>
        <w:t>Alpha FP (AFP)</w:t>
      </w:r>
    </w:p>
    <w:p>
      <w:pPr>
        <w:jc w:val="both"/>
      </w:pPr>
      <w:r>
        <w:t>92.900</w:t>
      </w:r>
    </w:p>
    <w:p>
      <w:pPr>
        <w:jc w:val="both"/>
      </w:pPr>
      <w:r>
        <w:t>105.000</w:t>
      </w:r>
    </w:p>
    <w:p>
      <w:pPr>
        <w:jc w:val="both"/>
      </w:pPr>
      <w:r>
        <w:t>1470</w:t>
      </w:r>
    </w:p>
    <w:p>
      <w:pPr>
        <w:jc w:val="both"/>
      </w:pPr>
      <w:r>
        <w:t>1458</w:t>
      </w:r>
    </w:p>
    <w:p>
      <w:pPr>
        <w:jc w:val="both"/>
      </w:pPr>
      <w:r>
        <w:t>03C3.1.HS78</w:t>
      </w:r>
    </w:p>
    <w:p>
      <w:pPr>
        <w:jc w:val="both"/>
      </w:pPr>
      <w:r>
        <w:t>Alpha Microglobulin</w:t>
      </w:r>
    </w:p>
    <w:p>
      <w:pPr>
        <w:jc w:val="both"/>
      </w:pPr>
      <w:r>
        <w:t>98.400</w:t>
      </w:r>
    </w:p>
    <w:p>
      <w:pPr>
        <w:jc w:val="both"/>
      </w:pPr>
      <w:r>
        <w:t>112.000</w:t>
      </w:r>
    </w:p>
    <w:p>
      <w:pPr>
        <w:jc w:val="both"/>
      </w:pPr>
      <w:r>
        <w:t>1471</w:t>
      </w:r>
    </w:p>
    <w:p>
      <w:pPr>
        <w:jc w:val="both"/>
      </w:pPr>
      <w:r>
        <w:t>1459</w:t>
      </w:r>
    </w:p>
    <w:p>
      <w:pPr>
        <w:jc w:val="both"/>
      </w:pPr>
      <w:r>
        <w:t>03C3.1.HS3</w:t>
      </w:r>
    </w:p>
    <w:p>
      <w:pPr>
        <w:jc w:val="both"/>
      </w:pPr>
      <w:r>
        <w:t>Amoniac</w:t>
      </w:r>
    </w:p>
    <w:p>
      <w:pPr>
        <w:jc w:val="both"/>
      </w:pPr>
      <w:r>
        <w:t>76.500</w:t>
      </w:r>
    </w:p>
    <w:p>
      <w:pPr>
        <w:jc w:val="both"/>
      </w:pPr>
      <w:r>
        <w:t>87.100</w:t>
      </w:r>
    </w:p>
    <w:p>
      <w:pPr>
        <w:jc w:val="both"/>
      </w:pPr>
      <w:r>
        <w:t>1472</w:t>
      </w:r>
    </w:p>
    <w:p>
      <w:pPr>
        <w:jc w:val="both"/>
      </w:pPr>
      <w:r>
        <w:t>1460</w:t>
      </w:r>
    </w:p>
    <w:p>
      <w:pPr>
        <w:jc w:val="both"/>
      </w:pPr>
      <w:r>
        <w:t>03C3.1.HS70</w:t>
      </w:r>
    </w:p>
    <w:p>
      <w:pPr>
        <w:jc w:val="both"/>
      </w:pPr>
      <w:r>
        <w:t>Anti - TG</w:t>
      </w:r>
    </w:p>
    <w:p>
      <w:pPr>
        <w:jc w:val="both"/>
      </w:pPr>
      <w:r>
        <w:t>273.000</w:t>
      </w:r>
    </w:p>
    <w:p>
      <w:pPr>
        <w:jc w:val="both"/>
      </w:pPr>
      <w:r>
        <w:t>311.000</w:t>
      </w:r>
    </w:p>
    <w:p>
      <w:pPr>
        <w:jc w:val="both"/>
      </w:pPr>
      <w:r>
        <w:t>1473</w:t>
      </w:r>
    </w:p>
    <w:p>
      <w:pPr>
        <w:jc w:val="both"/>
      </w:pPr>
      <w:r>
        <w:t>1461</w:t>
      </w:r>
    </w:p>
    <w:p>
      <w:pPr>
        <w:jc w:val="both"/>
      </w:pPr>
      <w:r>
        <w:t>Anti - TPO (Anti- thyroid Peroxidase antibodies) định lượng</w:t>
      </w:r>
    </w:p>
    <w:p>
      <w:pPr>
        <w:jc w:val="both"/>
      </w:pPr>
      <w:r>
        <w:t>207.000</w:t>
      </w:r>
    </w:p>
    <w:p>
      <w:pPr>
        <w:jc w:val="both"/>
      </w:pPr>
      <w:r>
        <w:t>235.000</w:t>
      </w:r>
    </w:p>
    <w:p>
      <w:pPr>
        <w:jc w:val="both"/>
      </w:pPr>
      <w:r>
        <w:t>1474</w:t>
      </w:r>
    </w:p>
    <w:p>
      <w:pPr>
        <w:jc w:val="both"/>
      </w:pPr>
      <w:r>
        <w:t>1462</w:t>
      </w:r>
    </w:p>
    <w:p>
      <w:pPr>
        <w:jc w:val="both"/>
      </w:pPr>
      <w:r>
        <w:t>03C3.1.HS34</w:t>
      </w:r>
    </w:p>
    <w:p>
      <w:pPr>
        <w:jc w:val="both"/>
      </w:pPr>
      <w:r>
        <w:t>Apolipoprotein A/B (1 loại)</w:t>
      </w:r>
    </w:p>
    <w:p>
      <w:pPr>
        <w:jc w:val="both"/>
      </w:pPr>
      <w:r>
        <w:t>49.200</w:t>
      </w:r>
    </w:p>
    <w:p>
      <w:pPr>
        <w:jc w:val="both"/>
      </w:pPr>
      <w:r>
        <w:t>56.000</w:t>
      </w:r>
    </w:p>
    <w:p>
      <w:pPr>
        <w:jc w:val="both"/>
      </w:pPr>
      <w:r>
        <w:t>1475</w:t>
      </w:r>
    </w:p>
    <w:p>
      <w:pPr>
        <w:jc w:val="both"/>
      </w:pPr>
      <w:r>
        <w:t>1463</w:t>
      </w:r>
    </w:p>
    <w:p>
      <w:pPr>
        <w:jc w:val="both"/>
      </w:pPr>
      <w:r>
        <w:t>03C3.1.HS20</w:t>
      </w:r>
    </w:p>
    <w:p>
      <w:pPr>
        <w:jc w:val="both"/>
      </w:pPr>
      <w:r>
        <w:t>Benzodiazepam (BZD)</w:t>
      </w:r>
    </w:p>
    <w:p>
      <w:pPr>
        <w:jc w:val="both"/>
      </w:pPr>
      <w:r>
        <w:t>38.200</w:t>
      </w:r>
    </w:p>
    <w:p>
      <w:pPr>
        <w:jc w:val="both"/>
      </w:pPr>
      <w:r>
        <w:t>43.500</w:t>
      </w:r>
    </w:p>
    <w:p>
      <w:pPr>
        <w:jc w:val="both"/>
      </w:pPr>
      <w:r>
        <w:t>1476</w:t>
      </w:r>
    </w:p>
    <w:p>
      <w:pPr>
        <w:jc w:val="both"/>
      </w:pPr>
      <w:r>
        <w:t>1464</w:t>
      </w:r>
    </w:p>
    <w:p>
      <w:pPr>
        <w:jc w:val="both"/>
      </w:pPr>
      <w:r>
        <w:t>03C3.1.HS51</w:t>
      </w:r>
    </w:p>
    <w:p>
      <w:pPr>
        <w:jc w:val="both"/>
      </w:pPr>
      <w:r>
        <w:t>Beta - HCG</w:t>
      </w:r>
    </w:p>
    <w:p>
      <w:pPr>
        <w:jc w:val="both"/>
      </w:pPr>
      <w:r>
        <w:t>87.500</w:t>
      </w:r>
    </w:p>
    <w:p>
      <w:pPr>
        <w:jc w:val="both"/>
      </w:pPr>
      <w:r>
        <w:t>99.600</w:t>
      </w:r>
    </w:p>
    <w:p>
      <w:pPr>
        <w:jc w:val="both"/>
      </w:pPr>
      <w:r>
        <w:t>1477</w:t>
      </w:r>
    </w:p>
    <w:p>
      <w:pPr>
        <w:jc w:val="both"/>
      </w:pPr>
      <w:r>
        <w:t>1465</w:t>
      </w:r>
    </w:p>
    <w:p>
      <w:pPr>
        <w:jc w:val="both"/>
      </w:pPr>
      <w:r>
        <w:t>03C3.1.HS38</w:t>
      </w:r>
    </w:p>
    <w:p>
      <w:pPr>
        <w:jc w:val="both"/>
      </w:pPr>
      <w:r>
        <w:t>Beta2 Microglobulin</w:t>
      </w:r>
    </w:p>
    <w:p>
      <w:pPr>
        <w:jc w:val="both"/>
      </w:pPr>
      <w:r>
        <w:t>76.500</w:t>
      </w:r>
    </w:p>
    <w:p>
      <w:pPr>
        <w:jc w:val="both"/>
      </w:pPr>
      <w:r>
        <w:t>87.100</w:t>
      </w:r>
    </w:p>
    <w:p>
      <w:pPr>
        <w:jc w:val="both"/>
      </w:pPr>
      <w:r>
        <w:t>1478</w:t>
      </w:r>
    </w:p>
    <w:p>
      <w:pPr>
        <w:jc w:val="both"/>
      </w:pPr>
      <w:r>
        <w:t>1466</w:t>
      </w:r>
    </w:p>
    <w:p>
      <w:pPr>
        <w:jc w:val="both"/>
      </w:pPr>
      <w:r>
        <w:t>04C5.1.340</w:t>
      </w:r>
    </w:p>
    <w:p>
      <w:pPr>
        <w:jc w:val="both"/>
      </w:pPr>
      <w:r>
        <w:t>BNP (B - Type Natriuretic Peptide)</w:t>
      </w:r>
    </w:p>
    <w:p>
      <w:pPr>
        <w:jc w:val="both"/>
      </w:pPr>
      <w:r>
        <w:t>590.000</w:t>
      </w:r>
    </w:p>
    <w:p>
      <w:pPr>
        <w:jc w:val="both"/>
      </w:pPr>
      <w:r>
        <w:t>671.000</w:t>
      </w:r>
    </w:p>
    <w:p>
      <w:pPr>
        <w:jc w:val="both"/>
      </w:pPr>
      <w:r>
        <w:t>1479</w:t>
      </w:r>
    </w:p>
    <w:p>
      <w:pPr>
        <w:jc w:val="both"/>
      </w:pPr>
      <w:r>
        <w:t>1467</w:t>
      </w:r>
    </w:p>
    <w:p>
      <w:pPr>
        <w:jc w:val="both"/>
      </w:pPr>
      <w:r>
        <w:t>04C5.1.320</w:t>
      </w:r>
    </w:p>
    <w:p>
      <w:pPr>
        <w:jc w:val="both"/>
      </w:pPr>
      <w:r>
        <w:t>Bổ thể trong huyết thanh</w:t>
      </w:r>
    </w:p>
    <w:p>
      <w:pPr>
        <w:jc w:val="both"/>
      </w:pPr>
      <w:r>
        <w:t>32.800</w:t>
      </w:r>
    </w:p>
    <w:p>
      <w:pPr>
        <w:jc w:val="both"/>
      </w:pPr>
      <w:r>
        <w:t>37.300</w:t>
      </w:r>
    </w:p>
    <w:p>
      <w:pPr>
        <w:jc w:val="both"/>
      </w:pPr>
      <w:r>
        <w:t>1480</w:t>
      </w:r>
    </w:p>
    <w:p>
      <w:pPr>
        <w:jc w:val="both"/>
      </w:pPr>
      <w:r>
        <w:t>1468</w:t>
      </w:r>
    </w:p>
    <w:p>
      <w:pPr>
        <w:jc w:val="both"/>
      </w:pPr>
      <w:r>
        <w:t>03C3.1.HS65</w:t>
      </w:r>
    </w:p>
    <w:p>
      <w:pPr>
        <w:jc w:val="both"/>
      </w:pPr>
      <w:r>
        <w:t>CA 125</w:t>
      </w:r>
    </w:p>
    <w:p>
      <w:pPr>
        <w:jc w:val="both"/>
      </w:pPr>
      <w:r>
        <w:t>140.000</w:t>
      </w:r>
    </w:p>
    <w:p>
      <w:pPr>
        <w:jc w:val="both"/>
      </w:pPr>
      <w:r>
        <w:t>160.000</w:t>
      </w:r>
    </w:p>
    <w:p>
      <w:pPr>
        <w:jc w:val="both"/>
      </w:pPr>
      <w:r>
        <w:t>1481</w:t>
      </w:r>
    </w:p>
    <w:p>
      <w:pPr>
        <w:jc w:val="both"/>
      </w:pPr>
      <w:r>
        <w:t>1469</w:t>
      </w:r>
    </w:p>
    <w:p>
      <w:pPr>
        <w:jc w:val="both"/>
      </w:pPr>
      <w:r>
        <w:t>03C3.1.HS63</w:t>
      </w:r>
    </w:p>
    <w:p>
      <w:pPr>
        <w:jc w:val="both"/>
      </w:pPr>
      <w:r>
        <w:t>CA 15 - 3</w:t>
      </w:r>
    </w:p>
    <w:p>
      <w:pPr>
        <w:jc w:val="both"/>
      </w:pPr>
      <w:r>
        <w:t>152.000</w:t>
      </w:r>
    </w:p>
    <w:p>
      <w:pPr>
        <w:jc w:val="both"/>
      </w:pPr>
      <w:r>
        <w:t>173.000</w:t>
      </w:r>
    </w:p>
    <w:p>
      <w:pPr>
        <w:jc w:val="both"/>
      </w:pPr>
      <w:r>
        <w:t>1482</w:t>
      </w:r>
    </w:p>
    <w:p>
      <w:pPr>
        <w:jc w:val="both"/>
      </w:pPr>
      <w:r>
        <w:t>1470</w:t>
      </w:r>
    </w:p>
    <w:p>
      <w:pPr>
        <w:jc w:val="both"/>
      </w:pPr>
      <w:r>
        <w:t>03C3.1.HS62</w:t>
      </w:r>
    </w:p>
    <w:p>
      <w:pPr>
        <w:jc w:val="both"/>
      </w:pPr>
      <w:r>
        <w:t>CA 19-9</w:t>
      </w:r>
    </w:p>
    <w:p>
      <w:pPr>
        <w:jc w:val="both"/>
      </w:pPr>
      <w:r>
        <w:t>140.000</w:t>
      </w:r>
    </w:p>
    <w:p>
      <w:pPr>
        <w:jc w:val="both"/>
      </w:pPr>
      <w:r>
        <w:t>160.000</w:t>
      </w:r>
    </w:p>
    <w:p>
      <w:pPr>
        <w:jc w:val="both"/>
      </w:pPr>
      <w:r>
        <w:t>1483</w:t>
      </w:r>
    </w:p>
    <w:p>
      <w:pPr>
        <w:jc w:val="both"/>
      </w:pPr>
      <w:r>
        <w:t>1471</w:t>
      </w:r>
    </w:p>
    <w:p>
      <w:pPr>
        <w:jc w:val="both"/>
      </w:pPr>
      <w:r>
        <w:t>03C3.1.HS64</w:t>
      </w:r>
    </w:p>
    <w:p>
      <w:pPr>
        <w:jc w:val="both"/>
      </w:pPr>
      <w:r>
        <w:t>CA 72 -4</w:t>
      </w:r>
    </w:p>
    <w:p>
      <w:pPr>
        <w:jc w:val="both"/>
      </w:pPr>
      <w:r>
        <w:t>135.000</w:t>
      </w:r>
    </w:p>
    <w:p>
      <w:pPr>
        <w:jc w:val="both"/>
      </w:pPr>
      <w:r>
        <w:t>154.000</w:t>
      </w:r>
    </w:p>
    <w:p>
      <w:pPr>
        <w:jc w:val="both"/>
      </w:pPr>
      <w:r>
        <w:t>1484</w:t>
      </w:r>
    </w:p>
    <w:p>
      <w:pPr>
        <w:jc w:val="both"/>
      </w:pPr>
      <w:r>
        <w:t>1472</w:t>
      </w:r>
    </w:p>
    <w:p>
      <w:pPr>
        <w:jc w:val="both"/>
      </w:pPr>
      <w:r>
        <w:t>04C5.1.312</w:t>
      </w:r>
    </w:p>
    <w:p>
      <w:pPr>
        <w:jc w:val="both"/>
      </w:pPr>
      <w:r>
        <w:t>Ca++ máu</w:t>
      </w:r>
    </w:p>
    <w:p>
      <w:pPr>
        <w:jc w:val="both"/>
      </w:pPr>
      <w:r>
        <w:t>16.400</w:t>
      </w:r>
    </w:p>
    <w:p>
      <w:pPr>
        <w:jc w:val="both"/>
      </w:pPr>
      <w:r>
        <w:t>18.600</w:t>
      </w:r>
    </w:p>
    <w:p>
      <w:pPr>
        <w:jc w:val="both"/>
      </w:pPr>
      <w:r>
        <w:t>Chỉ thanh toán khi định lượng trực tiếp.</w:t>
      </w:r>
    </w:p>
    <w:p>
      <w:pPr>
        <w:jc w:val="both"/>
      </w:pPr>
      <w:r>
        <w:t>1485</w:t>
      </w:r>
    </w:p>
    <w:p>
      <w:pPr>
        <w:jc w:val="both"/>
      </w:pPr>
      <w:r>
        <w:t>1473</w:t>
      </w:r>
    </w:p>
    <w:p>
      <w:pPr>
        <w:jc w:val="both"/>
      </w:pPr>
      <w:r>
        <w:t>03C3.1.HS25</w:t>
      </w:r>
    </w:p>
    <w:p>
      <w:pPr>
        <w:jc w:val="both"/>
      </w:pPr>
      <w:r>
        <w:t>Calci</w:t>
      </w:r>
    </w:p>
    <w:p>
      <w:pPr>
        <w:jc w:val="both"/>
      </w:pPr>
      <w:r>
        <w:t>13.000</w:t>
      </w:r>
    </w:p>
    <w:p>
      <w:pPr>
        <w:jc w:val="both"/>
      </w:pPr>
      <w:r>
        <w:t>14.900</w:t>
      </w:r>
    </w:p>
    <w:p>
      <w:pPr>
        <w:jc w:val="both"/>
      </w:pPr>
      <w:r>
        <w:t>1486</w:t>
      </w:r>
    </w:p>
    <w:p>
      <w:pPr>
        <w:jc w:val="both"/>
      </w:pPr>
      <w:r>
        <w:t>1474</w:t>
      </w:r>
    </w:p>
    <w:p>
      <w:pPr>
        <w:jc w:val="both"/>
      </w:pPr>
      <w:r>
        <w:t>03C3.1.HS12</w:t>
      </w:r>
    </w:p>
    <w:p>
      <w:pPr>
        <w:jc w:val="both"/>
      </w:pPr>
      <w:r>
        <w:t>Calcitonin</w:t>
      </w:r>
    </w:p>
    <w:p>
      <w:pPr>
        <w:jc w:val="both"/>
      </w:pPr>
      <w:r>
        <w:t>135.000</w:t>
      </w:r>
    </w:p>
    <w:p>
      <w:pPr>
        <w:jc w:val="both"/>
      </w:pPr>
      <w:r>
        <w:t>154.000</w:t>
      </w:r>
    </w:p>
    <w:p>
      <w:pPr>
        <w:jc w:val="both"/>
      </w:pPr>
      <w:r>
        <w:t>1487</w:t>
      </w:r>
    </w:p>
    <w:p>
      <w:pPr>
        <w:jc w:val="both"/>
      </w:pPr>
      <w:r>
        <w:t>1475</w:t>
      </w:r>
    </w:p>
    <w:p>
      <w:pPr>
        <w:jc w:val="both"/>
      </w:pPr>
      <w:r>
        <w:t>03C3.1.HS43</w:t>
      </w:r>
    </w:p>
    <w:p>
      <w:pPr>
        <w:jc w:val="both"/>
      </w:pPr>
      <w:r>
        <w:t>Catecholamin</w:t>
      </w:r>
    </w:p>
    <w:p>
      <w:pPr>
        <w:jc w:val="both"/>
      </w:pPr>
      <w:r>
        <w:t>218.000</w:t>
      </w:r>
    </w:p>
    <w:p>
      <w:pPr>
        <w:jc w:val="both"/>
      </w:pPr>
      <w:r>
        <w:t>249.000</w:t>
      </w:r>
    </w:p>
    <w:p>
      <w:pPr>
        <w:jc w:val="both"/>
      </w:pPr>
      <w:r>
        <w:t>1488</w:t>
      </w:r>
    </w:p>
    <w:p>
      <w:pPr>
        <w:jc w:val="both"/>
      </w:pPr>
      <w:r>
        <w:t>1476</w:t>
      </w:r>
    </w:p>
    <w:p>
      <w:pPr>
        <w:jc w:val="both"/>
      </w:pPr>
      <w:r>
        <w:t>03C3.1.HS50</w:t>
      </w:r>
    </w:p>
    <w:p>
      <w:pPr>
        <w:jc w:val="both"/>
      </w:pPr>
      <w:r>
        <w:t>CEA</w:t>
      </w:r>
    </w:p>
    <w:p>
      <w:pPr>
        <w:jc w:val="both"/>
      </w:pPr>
      <w:r>
        <w:t>87.500</w:t>
      </w:r>
    </w:p>
    <w:p>
      <w:pPr>
        <w:jc w:val="both"/>
      </w:pPr>
      <w:r>
        <w:t>99.600</w:t>
      </w:r>
    </w:p>
    <w:p>
      <w:pPr>
        <w:jc w:val="both"/>
      </w:pPr>
      <w:r>
        <w:t>1489</w:t>
      </w:r>
    </w:p>
    <w:p>
      <w:pPr>
        <w:jc w:val="both"/>
      </w:pPr>
      <w:r>
        <w:t>1477</w:t>
      </w:r>
    </w:p>
    <w:p>
      <w:pPr>
        <w:jc w:val="both"/>
      </w:pPr>
      <w:r>
        <w:t>03C3.1.HS32</w:t>
      </w:r>
    </w:p>
    <w:p>
      <w:pPr>
        <w:jc w:val="both"/>
      </w:pPr>
      <w:r>
        <w:t>Ceruloplasmin</w:t>
      </w:r>
    </w:p>
    <w:p>
      <w:pPr>
        <w:jc w:val="both"/>
      </w:pPr>
      <w:r>
        <w:t>71.100</w:t>
      </w:r>
    </w:p>
    <w:p>
      <w:pPr>
        <w:jc w:val="both"/>
      </w:pPr>
      <w:r>
        <w:t>80.900</w:t>
      </w:r>
    </w:p>
    <w:p>
      <w:pPr>
        <w:jc w:val="both"/>
      </w:pPr>
      <w:r>
        <w:t>1490</w:t>
      </w:r>
    </w:p>
    <w:p>
      <w:pPr>
        <w:jc w:val="both"/>
      </w:pPr>
      <w:r>
        <w:t>1478</w:t>
      </w:r>
    </w:p>
    <w:p>
      <w:pPr>
        <w:jc w:val="both"/>
      </w:pPr>
      <w:r>
        <w:t>03C3.1.HS28</w:t>
      </w:r>
    </w:p>
    <w:p>
      <w:pPr>
        <w:jc w:val="both"/>
      </w:pPr>
      <w:r>
        <w:t>CK-MB</w:t>
      </w:r>
    </w:p>
    <w:p>
      <w:pPr>
        <w:jc w:val="both"/>
      </w:pPr>
      <w:r>
        <w:t>38.200</w:t>
      </w:r>
    </w:p>
    <w:p>
      <w:pPr>
        <w:jc w:val="both"/>
      </w:pPr>
      <w:r>
        <w:t>43.500</w:t>
      </w:r>
    </w:p>
    <w:p>
      <w:pPr>
        <w:jc w:val="both"/>
      </w:pPr>
      <w:r>
        <w:t>1491</w:t>
      </w:r>
    </w:p>
    <w:p>
      <w:pPr>
        <w:jc w:val="both"/>
      </w:pPr>
      <w:r>
        <w:t>1479</w:t>
      </w:r>
    </w:p>
    <w:p>
      <w:pPr>
        <w:jc w:val="both"/>
      </w:pPr>
      <w:r>
        <w:t>03C3.1.HS37</w:t>
      </w:r>
    </w:p>
    <w:p>
      <w:pPr>
        <w:jc w:val="both"/>
      </w:pPr>
      <w:r>
        <w:t>Complement 3 (C3)/4 (C4) (1 loại)</w:t>
      </w:r>
    </w:p>
    <w:p>
      <w:pPr>
        <w:jc w:val="both"/>
      </w:pPr>
      <w:r>
        <w:t>60.100</w:t>
      </w:r>
    </w:p>
    <w:p>
      <w:pPr>
        <w:jc w:val="both"/>
      </w:pPr>
      <w:r>
        <w:t>68.400</w:t>
      </w:r>
    </w:p>
    <w:p>
      <w:pPr>
        <w:jc w:val="both"/>
      </w:pPr>
      <w:r>
        <w:t>1492</w:t>
      </w:r>
    </w:p>
    <w:p>
      <w:pPr>
        <w:jc w:val="both"/>
      </w:pPr>
      <w:r>
        <w:t>1480</w:t>
      </w:r>
    </w:p>
    <w:p>
      <w:pPr>
        <w:jc w:val="both"/>
      </w:pPr>
      <w:r>
        <w:t>03C3.1.HS7</w:t>
      </w:r>
    </w:p>
    <w:p>
      <w:pPr>
        <w:jc w:val="both"/>
      </w:pPr>
      <w:r>
        <w:t>Cortison</w:t>
      </w:r>
    </w:p>
    <w:p>
      <w:pPr>
        <w:jc w:val="both"/>
      </w:pPr>
      <w:r>
        <w:t>92.900</w:t>
      </w:r>
    </w:p>
    <w:p>
      <w:pPr>
        <w:jc w:val="both"/>
      </w:pPr>
      <w:r>
        <w:t>105.000</w:t>
      </w:r>
    </w:p>
    <w:p>
      <w:pPr>
        <w:jc w:val="both"/>
      </w:pPr>
      <w:r>
        <w:t>1493</w:t>
      </w:r>
    </w:p>
    <w:p>
      <w:pPr>
        <w:jc w:val="both"/>
      </w:pPr>
      <w:r>
        <w:t>1481</w:t>
      </w:r>
    </w:p>
    <w:p>
      <w:pPr>
        <w:jc w:val="both"/>
      </w:pPr>
      <w:r>
        <w:t>C-Peptid</w:t>
      </w:r>
    </w:p>
    <w:p>
      <w:pPr>
        <w:jc w:val="both"/>
      </w:pPr>
      <w:r>
        <w:t>174.000</w:t>
      </w:r>
    </w:p>
    <w:p>
      <w:pPr>
        <w:jc w:val="both"/>
      </w:pPr>
      <w:r>
        <w:t>198.000</w:t>
      </w:r>
    </w:p>
    <w:p>
      <w:pPr>
        <w:jc w:val="both"/>
      </w:pPr>
      <w:r>
        <w:t>1494</w:t>
      </w:r>
    </w:p>
    <w:p>
      <w:pPr>
        <w:jc w:val="both"/>
      </w:pPr>
      <w:r>
        <w:t>1482</w:t>
      </w:r>
    </w:p>
    <w:p>
      <w:pPr>
        <w:jc w:val="both"/>
      </w:pPr>
      <w:r>
        <w:t>03C3.1.HS4</w:t>
      </w:r>
    </w:p>
    <w:p>
      <w:pPr>
        <w:jc w:val="both"/>
      </w:pPr>
      <w:r>
        <w:t>CPK</w:t>
      </w:r>
    </w:p>
    <w:p>
      <w:pPr>
        <w:jc w:val="both"/>
      </w:pPr>
      <w:r>
        <w:t>27.300</w:t>
      </w:r>
    </w:p>
    <w:p>
      <w:pPr>
        <w:jc w:val="both"/>
      </w:pPr>
      <w:r>
        <w:t>31.100</w:t>
      </w:r>
    </w:p>
    <w:p>
      <w:pPr>
        <w:jc w:val="both"/>
      </w:pPr>
      <w:r>
        <w:t>1495</w:t>
      </w:r>
    </w:p>
    <w:p>
      <w:pPr>
        <w:jc w:val="both"/>
      </w:pPr>
      <w:r>
        <w:t>1483</w:t>
      </w:r>
    </w:p>
    <w:p>
      <w:pPr>
        <w:jc w:val="both"/>
      </w:pPr>
      <w:r>
        <w:t>CRP định lượng</w:t>
      </w:r>
    </w:p>
    <w:p>
      <w:pPr>
        <w:jc w:val="both"/>
      </w:pPr>
      <w:r>
        <w:t>54.600</w:t>
      </w:r>
    </w:p>
    <w:p>
      <w:pPr>
        <w:jc w:val="both"/>
      </w:pPr>
      <w:r>
        <w:t>62.200</w:t>
      </w:r>
    </w:p>
    <w:p>
      <w:pPr>
        <w:jc w:val="both"/>
      </w:pPr>
      <w:r>
        <w:t>1496</w:t>
      </w:r>
    </w:p>
    <w:p>
      <w:pPr>
        <w:jc w:val="both"/>
      </w:pPr>
      <w:r>
        <w:t>1484</w:t>
      </w:r>
    </w:p>
    <w:p>
      <w:pPr>
        <w:jc w:val="both"/>
      </w:pPr>
      <w:r>
        <w:t>03C3.1.HS31</w:t>
      </w:r>
    </w:p>
    <w:p>
      <w:pPr>
        <w:jc w:val="both"/>
      </w:pPr>
      <w:r>
        <w:t>CRP hs</w:t>
      </w:r>
    </w:p>
    <w:p>
      <w:pPr>
        <w:jc w:val="both"/>
      </w:pPr>
      <w:r>
        <w:t>54.600</w:t>
      </w:r>
    </w:p>
    <w:p>
      <w:pPr>
        <w:jc w:val="both"/>
      </w:pPr>
      <w:r>
        <w:t>62.200</w:t>
      </w:r>
    </w:p>
    <w:p>
      <w:pPr>
        <w:jc w:val="both"/>
      </w:pPr>
      <w:r>
        <w:t>1497</w:t>
      </w:r>
    </w:p>
    <w:p>
      <w:pPr>
        <w:jc w:val="both"/>
      </w:pPr>
      <w:r>
        <w:t>1485</w:t>
      </w:r>
    </w:p>
    <w:p>
      <w:pPr>
        <w:jc w:val="both"/>
      </w:pPr>
      <w:r>
        <w:t>03C3.1.HS60</w:t>
      </w:r>
    </w:p>
    <w:p>
      <w:pPr>
        <w:jc w:val="both"/>
      </w:pPr>
      <w:r>
        <w:t>Cyclosporine</w:t>
      </w:r>
    </w:p>
    <w:p>
      <w:pPr>
        <w:jc w:val="both"/>
      </w:pPr>
      <w:r>
        <w:t>328.000</w:t>
      </w:r>
    </w:p>
    <w:p>
      <w:pPr>
        <w:jc w:val="both"/>
      </w:pPr>
      <w:r>
        <w:t>373.000</w:t>
      </w:r>
    </w:p>
    <w:p>
      <w:pPr>
        <w:jc w:val="both"/>
      </w:pPr>
      <w:r>
        <w:t>1498</w:t>
      </w:r>
    </w:p>
    <w:p>
      <w:pPr>
        <w:jc w:val="both"/>
      </w:pPr>
      <w:r>
        <w:t>1486</w:t>
      </w:r>
    </w:p>
    <w:p>
      <w:pPr>
        <w:jc w:val="both"/>
      </w:pPr>
      <w:r>
        <w:t>03C3.1.HS66</w:t>
      </w:r>
    </w:p>
    <w:p>
      <w:pPr>
        <w:jc w:val="both"/>
      </w:pPr>
      <w:r>
        <w:t>Cyfra 21 - 1</w:t>
      </w:r>
    </w:p>
    <w:p>
      <w:pPr>
        <w:jc w:val="both"/>
      </w:pPr>
      <w:r>
        <w:t>98.400</w:t>
      </w:r>
    </w:p>
    <w:p>
      <w:pPr>
        <w:jc w:val="both"/>
      </w:pPr>
      <w:r>
        <w:t>112.000</w:t>
      </w:r>
    </w:p>
    <w:p>
      <w:pPr>
        <w:jc w:val="both"/>
      </w:pPr>
      <w:r>
        <w:t>1499</w:t>
      </w:r>
    </w:p>
    <w:p>
      <w:pPr>
        <w:jc w:val="both"/>
      </w:pPr>
      <w:r>
        <w:t>1487</w:t>
      </w:r>
    </w:p>
    <w:p>
      <w:pPr>
        <w:jc w:val="both"/>
      </w:pPr>
      <w:r>
        <w:t>04C5.1.311</w:t>
      </w:r>
    </w:p>
    <w:p>
      <w:pPr>
        <w:jc w:val="both"/>
      </w:pPr>
      <w:r>
        <w:t>Điện giải đồ (Na, K, CL)</w:t>
      </w:r>
    </w:p>
    <w:p>
      <w:pPr>
        <w:jc w:val="both"/>
      </w:pPr>
      <w:r>
        <w:t>29.500</w:t>
      </w:r>
    </w:p>
    <w:p>
      <w:pPr>
        <w:jc w:val="both"/>
      </w:pPr>
      <w:r>
        <w:t>33.500</w:t>
      </w:r>
    </w:p>
    <w:p>
      <w:pPr>
        <w:jc w:val="both"/>
      </w:pPr>
      <w:r>
        <w:t>Áp dụng cho cả trường hợp cho kết quả nhiều hơn 3 chỉ số</w:t>
      </w:r>
    </w:p>
    <w:p>
      <w:pPr>
        <w:jc w:val="both"/>
      </w:pPr>
      <w:r>
        <w:t>1500</w:t>
      </w:r>
    </w:p>
    <w:p>
      <w:pPr>
        <w:jc w:val="both"/>
      </w:pPr>
      <w:r>
        <w:t>1488</w:t>
      </w:r>
    </w:p>
    <w:p>
      <w:pPr>
        <w:jc w:val="both"/>
      </w:pPr>
      <w:r>
        <w:t>03C3.1.HS69</w:t>
      </w:r>
    </w:p>
    <w:p>
      <w:pPr>
        <w:jc w:val="both"/>
      </w:pPr>
      <w:r>
        <w:t>Digoxin</w:t>
      </w:r>
    </w:p>
    <w:p>
      <w:pPr>
        <w:jc w:val="both"/>
      </w:pPr>
      <w:r>
        <w:t>87.500</w:t>
      </w:r>
    </w:p>
    <w:p>
      <w:pPr>
        <w:jc w:val="both"/>
      </w:pPr>
      <w:r>
        <w:t>99.600</w:t>
      </w:r>
    </w:p>
    <w:p>
      <w:pPr>
        <w:jc w:val="both"/>
      </w:pPr>
      <w:r>
        <w:t>1501</w:t>
      </w:r>
    </w:p>
    <w:p>
      <w:pPr>
        <w:jc w:val="both"/>
      </w:pPr>
      <w:r>
        <w:t>1489</w:t>
      </w:r>
    </w:p>
    <w:p>
      <w:pPr>
        <w:jc w:val="both"/>
      </w:pPr>
      <w:r>
        <w:t>Định lượng 25OH Vitamin D (D3)</w:t>
      </w:r>
    </w:p>
    <w:p>
      <w:pPr>
        <w:jc w:val="both"/>
      </w:pPr>
      <w:r>
        <w:t>295.000</w:t>
      </w:r>
    </w:p>
    <w:p>
      <w:pPr>
        <w:jc w:val="both"/>
      </w:pPr>
      <w:r>
        <w:t>335.000</w:t>
      </w:r>
    </w:p>
    <w:p>
      <w:pPr>
        <w:jc w:val="both"/>
      </w:pPr>
      <w:r>
        <w:t>1502</w:t>
      </w:r>
    </w:p>
    <w:p>
      <w:pPr>
        <w:jc w:val="both"/>
      </w:pPr>
      <w:r>
        <w:t>1490</w:t>
      </w:r>
    </w:p>
    <w:p>
      <w:pPr>
        <w:jc w:val="both"/>
      </w:pPr>
      <w:r>
        <w:t>Định lượng Alphal Antitrypsin</w:t>
      </w:r>
    </w:p>
    <w:p>
      <w:pPr>
        <w:jc w:val="both"/>
      </w:pPr>
      <w:r>
        <w:t>65.600</w:t>
      </w:r>
    </w:p>
    <w:p>
      <w:pPr>
        <w:jc w:val="both"/>
      </w:pPr>
      <w:r>
        <w:t>74.700</w:t>
      </w:r>
    </w:p>
    <w:p>
      <w:pPr>
        <w:jc w:val="both"/>
      </w:pPr>
      <w:r>
        <w:t>1503</w:t>
      </w:r>
    </w:p>
    <w:p>
      <w:pPr>
        <w:jc w:val="both"/>
      </w:pPr>
      <w:r>
        <w:t>1491</w:t>
      </w:r>
    </w:p>
    <w:p>
      <w:pPr>
        <w:jc w:val="both"/>
      </w:pPr>
      <w:r>
        <w:t>Định lượng Anti CCP</w:t>
      </w:r>
    </w:p>
    <w:p>
      <w:pPr>
        <w:jc w:val="both"/>
      </w:pPr>
      <w:r>
        <w:t>316.000</w:t>
      </w:r>
    </w:p>
    <w:p>
      <w:pPr>
        <w:jc w:val="both"/>
      </w:pPr>
      <w:r>
        <w:t>360.000</w:t>
      </w:r>
    </w:p>
    <w:p>
      <w:pPr>
        <w:jc w:val="both"/>
      </w:pPr>
      <w:r>
        <w:t>1504</w:t>
      </w:r>
    </w:p>
    <w:p>
      <w:pPr>
        <w:jc w:val="both"/>
      </w:pPr>
      <w:r>
        <w:t>1492</w:t>
      </w:r>
    </w:p>
    <w:p>
      <w:pPr>
        <w:jc w:val="both"/>
      </w:pPr>
      <w:r>
        <w:t>Định lượng Beta Crosslap</w:t>
      </w:r>
    </w:p>
    <w:p>
      <w:pPr>
        <w:jc w:val="both"/>
      </w:pPr>
      <w:r>
        <w:t>140.000</w:t>
      </w:r>
    </w:p>
    <w:p>
      <w:pPr>
        <w:jc w:val="both"/>
      </w:pPr>
      <w:r>
        <w:t>160.000</w:t>
      </w:r>
    </w:p>
    <w:p>
      <w:pPr>
        <w:jc w:val="both"/>
      </w:pPr>
      <w:r>
        <w:t>1505</w:t>
      </w:r>
    </w:p>
    <w:p>
      <w:pPr>
        <w:jc w:val="both"/>
      </w:pPr>
      <w:r>
        <w:t>1493</w:t>
      </w:r>
    </w:p>
    <w:p>
      <w:pPr>
        <w:jc w:val="both"/>
      </w:pPr>
      <w:r>
        <w:t>04C5.1.315</w:t>
      </w:r>
    </w:p>
    <w:p>
      <w:pPr>
        <w:jc w:val="both"/>
      </w:pPr>
      <w:r>
        <w:t>Định lượng Bilirubin toàn phần hoặc trực tiếp; các enzym: phosphataze kiềm hoặc GOT hoặc GPT...</w:t>
      </w:r>
    </w:p>
    <w:p>
      <w:pPr>
        <w:jc w:val="both"/>
      </w:pPr>
      <w:r>
        <w:t>21.800</w:t>
      </w:r>
    </w:p>
    <w:p>
      <w:pPr>
        <w:jc w:val="both"/>
      </w:pPr>
      <w:r>
        <w:t>24.900</w:t>
      </w:r>
    </w:p>
    <w:p>
      <w:pPr>
        <w:jc w:val="both"/>
      </w:pPr>
      <w:r>
        <w:t>Không thanh toán đối với các xét nghiệm Bilirubin gián tiếp; Tỷ lệ A/G là những xét nghiệm có thể ngoại suy được.</w:t>
      </w:r>
    </w:p>
    <w:p>
      <w:pPr>
        <w:jc w:val="both"/>
      </w:pPr>
      <w:r>
        <w:t>1506</w:t>
      </w:r>
    </w:p>
    <w:p>
      <w:pPr>
        <w:jc w:val="both"/>
      </w:pPr>
      <w:r>
        <w:t>1494</w:t>
      </w:r>
    </w:p>
    <w:p>
      <w:pPr>
        <w:jc w:val="both"/>
      </w:pPr>
      <w:r>
        <w:t>04C5.1.313</w:t>
      </w:r>
    </w:p>
    <w:p>
      <w:pPr>
        <w:jc w:val="both"/>
      </w:pPr>
      <w:r>
        <w:t>Định lượng các chất Albumine; Creatine; Globuline; Glucose; Phospho, Protein toàn phần, Ure, Axit Uric, Amylase,...</w:t>
      </w:r>
    </w:p>
    <w:p>
      <w:pPr>
        <w:jc w:val="both"/>
      </w:pPr>
      <w:r>
        <w:t>21.800</w:t>
      </w:r>
    </w:p>
    <w:p>
      <w:pPr>
        <w:jc w:val="both"/>
      </w:pPr>
      <w:r>
        <w:t>24.900</w:t>
      </w:r>
    </w:p>
    <w:p>
      <w:pPr>
        <w:jc w:val="both"/>
      </w:pPr>
      <w:r>
        <w:t>Mỗi chất</w:t>
      </w:r>
    </w:p>
    <w:p>
      <w:pPr>
        <w:jc w:val="both"/>
      </w:pPr>
      <w:r>
        <w:t>1507</w:t>
      </w:r>
    </w:p>
    <w:p>
      <w:pPr>
        <w:jc w:val="both"/>
      </w:pPr>
      <w:r>
        <w:t>1495</w:t>
      </w:r>
    </w:p>
    <w:p>
      <w:pPr>
        <w:jc w:val="both"/>
      </w:pPr>
      <w:r>
        <w:t>Định lượng Cystatine C</w:t>
      </w:r>
    </w:p>
    <w:p>
      <w:pPr>
        <w:jc w:val="both"/>
      </w:pPr>
      <w:r>
        <w:t>87.500</w:t>
      </w:r>
    </w:p>
    <w:p>
      <w:pPr>
        <w:jc w:val="both"/>
      </w:pPr>
      <w:r>
        <w:t>99.600</w:t>
      </w:r>
    </w:p>
    <w:p>
      <w:pPr>
        <w:jc w:val="both"/>
      </w:pPr>
      <w:r>
        <w:t>1508</w:t>
      </w:r>
    </w:p>
    <w:p>
      <w:pPr>
        <w:jc w:val="both"/>
      </w:pPr>
      <w:r>
        <w:t>1496</w:t>
      </w:r>
    </w:p>
    <w:p>
      <w:pPr>
        <w:jc w:val="both"/>
      </w:pPr>
      <w:r>
        <w:t>Định lượng Ethanol (cồn)</w:t>
      </w:r>
    </w:p>
    <w:p>
      <w:pPr>
        <w:jc w:val="both"/>
      </w:pPr>
      <w:r>
        <w:t>32.800</w:t>
      </w:r>
    </w:p>
    <w:p>
      <w:pPr>
        <w:jc w:val="both"/>
      </w:pPr>
      <w:r>
        <w:t>37.300</w:t>
      </w:r>
    </w:p>
    <w:p>
      <w:pPr>
        <w:jc w:val="both"/>
      </w:pPr>
      <w:r>
        <w:t>1509</w:t>
      </w:r>
    </w:p>
    <w:p>
      <w:pPr>
        <w:jc w:val="both"/>
      </w:pPr>
      <w:r>
        <w:t>1497</w:t>
      </w:r>
    </w:p>
    <w:p>
      <w:pPr>
        <w:jc w:val="both"/>
      </w:pPr>
      <w:r>
        <w:t>Định lượng Free Kappa niệu/huyết thanh</w:t>
      </w:r>
    </w:p>
    <w:p>
      <w:pPr>
        <w:jc w:val="both"/>
      </w:pPr>
      <w:r>
        <w:t>529.000</w:t>
      </w:r>
    </w:p>
    <w:p>
      <w:pPr>
        <w:jc w:val="both"/>
      </w:pPr>
      <w:r>
        <w:t>602.000</w:t>
      </w:r>
    </w:p>
    <w:p>
      <w:pPr>
        <w:jc w:val="both"/>
      </w:pPr>
      <w:r>
        <w:t>1510</w:t>
      </w:r>
    </w:p>
    <w:p>
      <w:pPr>
        <w:jc w:val="both"/>
      </w:pPr>
      <w:r>
        <w:t>1498</w:t>
      </w:r>
    </w:p>
    <w:p>
      <w:pPr>
        <w:jc w:val="both"/>
      </w:pPr>
      <w:r>
        <w:t>Định lượng Free Lambda niệu/huyết thanh</w:t>
      </w:r>
    </w:p>
    <w:p>
      <w:pPr>
        <w:jc w:val="both"/>
      </w:pPr>
      <w:r>
        <w:t>529.000</w:t>
      </w:r>
    </w:p>
    <w:p>
      <w:pPr>
        <w:jc w:val="both"/>
      </w:pPr>
      <w:r>
        <w:t>602.000</w:t>
      </w:r>
    </w:p>
    <w:p>
      <w:pPr>
        <w:jc w:val="both"/>
      </w:pPr>
      <w:r>
        <w:t>1511</w:t>
      </w:r>
    </w:p>
    <w:p>
      <w:pPr>
        <w:jc w:val="both"/>
      </w:pPr>
      <w:r>
        <w:t>1499</w:t>
      </w:r>
    </w:p>
    <w:p>
      <w:pPr>
        <w:jc w:val="both"/>
      </w:pPr>
      <w:r>
        <w:t>Định lượng Gentamicin</w:t>
      </w:r>
    </w:p>
    <w:p>
      <w:pPr>
        <w:jc w:val="both"/>
      </w:pPr>
      <w:r>
        <w:t>98.400</w:t>
      </w:r>
    </w:p>
    <w:p>
      <w:pPr>
        <w:jc w:val="both"/>
      </w:pPr>
      <w:r>
        <w:t>112.000</w:t>
      </w:r>
    </w:p>
    <w:p>
      <w:pPr>
        <w:jc w:val="both"/>
      </w:pPr>
      <w:r>
        <w:t>1512</w:t>
      </w:r>
    </w:p>
    <w:p>
      <w:pPr>
        <w:jc w:val="both"/>
      </w:pPr>
      <w:r>
        <w:t>1500</w:t>
      </w:r>
    </w:p>
    <w:p>
      <w:pPr>
        <w:jc w:val="both"/>
      </w:pPr>
      <w:r>
        <w:t>Định lượng Methotrexat</w:t>
      </w:r>
    </w:p>
    <w:p>
      <w:pPr>
        <w:jc w:val="both"/>
      </w:pPr>
      <w:r>
        <w:t>404.000</w:t>
      </w:r>
    </w:p>
    <w:p>
      <w:pPr>
        <w:jc w:val="both"/>
      </w:pPr>
      <w:r>
        <w:t>460.000</w:t>
      </w:r>
    </w:p>
    <w:p>
      <w:pPr>
        <w:jc w:val="both"/>
      </w:pPr>
      <w:r>
        <w:t>1513</w:t>
      </w:r>
    </w:p>
    <w:p>
      <w:pPr>
        <w:jc w:val="both"/>
      </w:pPr>
      <w:r>
        <w:t>1501</w:t>
      </w:r>
    </w:p>
    <w:p>
      <w:pPr>
        <w:jc w:val="both"/>
      </w:pPr>
      <w:r>
        <w:t>Định lượng p2PSA</w:t>
      </w:r>
    </w:p>
    <w:p>
      <w:pPr>
        <w:jc w:val="both"/>
      </w:pPr>
      <w:r>
        <w:t>699.000</w:t>
      </w:r>
    </w:p>
    <w:p>
      <w:pPr>
        <w:jc w:val="both"/>
      </w:pPr>
      <w:r>
        <w:t>796.000</w:t>
      </w:r>
    </w:p>
    <w:p>
      <w:pPr>
        <w:jc w:val="both"/>
      </w:pPr>
      <w:r>
        <w:t>1514</w:t>
      </w:r>
    </w:p>
    <w:p>
      <w:pPr>
        <w:jc w:val="both"/>
      </w:pPr>
      <w:r>
        <w:t>1502</w:t>
      </w:r>
    </w:p>
    <w:p>
      <w:pPr>
        <w:jc w:val="both"/>
      </w:pPr>
      <w:r>
        <w:t>Định lượng sắt chưa bão hòa huyết thanh</w:t>
      </w:r>
    </w:p>
    <w:p>
      <w:pPr>
        <w:jc w:val="both"/>
      </w:pPr>
      <w:r>
        <w:t>76.500</w:t>
      </w:r>
    </w:p>
    <w:p>
      <w:pPr>
        <w:jc w:val="both"/>
      </w:pPr>
      <w:r>
        <w:t>87.100</w:t>
      </w:r>
    </w:p>
    <w:p>
      <w:pPr>
        <w:jc w:val="both"/>
      </w:pPr>
      <w:r>
        <w:t>1515</w:t>
      </w:r>
    </w:p>
    <w:p>
      <w:pPr>
        <w:jc w:val="both"/>
      </w:pPr>
      <w:r>
        <w:t>1503</w:t>
      </w:r>
    </w:p>
    <w:p>
      <w:pPr>
        <w:jc w:val="both"/>
      </w:pPr>
      <w:r>
        <w:t>04C5.1.314</w:t>
      </w:r>
    </w:p>
    <w:p>
      <w:pPr>
        <w:jc w:val="both"/>
      </w:pPr>
      <w:r>
        <w:t>Định lượng sắt huyết thanh hoặc Mg ++ huyết thanh</w:t>
      </w:r>
    </w:p>
    <w:p>
      <w:pPr>
        <w:jc w:val="both"/>
      </w:pPr>
      <w:r>
        <w:t>32.800</w:t>
      </w:r>
    </w:p>
    <w:p>
      <w:pPr>
        <w:jc w:val="both"/>
      </w:pPr>
      <w:r>
        <w:t>37.300</w:t>
      </w:r>
    </w:p>
    <w:p>
      <w:pPr>
        <w:jc w:val="both"/>
      </w:pPr>
      <w:r>
        <w:t>1516</w:t>
      </w:r>
    </w:p>
    <w:p>
      <w:pPr>
        <w:jc w:val="both"/>
      </w:pPr>
      <w:r>
        <w:t>1504</w:t>
      </w:r>
    </w:p>
    <w:p>
      <w:pPr>
        <w:jc w:val="both"/>
      </w:pPr>
      <w:r>
        <w:t>Định lượng Tobramycin</w:t>
      </w:r>
    </w:p>
    <w:p>
      <w:pPr>
        <w:jc w:val="both"/>
      </w:pPr>
      <w:r>
        <w:t>98.400</w:t>
      </w:r>
    </w:p>
    <w:p>
      <w:pPr>
        <w:jc w:val="both"/>
      </w:pPr>
      <w:r>
        <w:t>112.000</w:t>
      </w:r>
    </w:p>
    <w:p>
      <w:pPr>
        <w:jc w:val="both"/>
      </w:pPr>
      <w:r>
        <w:t>1517</w:t>
      </w:r>
    </w:p>
    <w:p>
      <w:pPr>
        <w:jc w:val="both"/>
      </w:pPr>
      <w:r>
        <w:t>1505</w:t>
      </w:r>
    </w:p>
    <w:p>
      <w:pPr>
        <w:jc w:val="both"/>
      </w:pPr>
      <w:r>
        <w:t>Định lượng Tranferin Receptor</w:t>
      </w:r>
    </w:p>
    <w:p>
      <w:pPr>
        <w:jc w:val="both"/>
      </w:pPr>
      <w:r>
        <w:t>109.000</w:t>
      </w:r>
    </w:p>
    <w:p>
      <w:pPr>
        <w:jc w:val="both"/>
      </w:pPr>
      <w:r>
        <w:t>124.000</w:t>
      </w:r>
    </w:p>
    <w:p>
      <w:pPr>
        <w:jc w:val="both"/>
      </w:pPr>
      <w:r>
        <w:t>1518</w:t>
      </w:r>
    </w:p>
    <w:p>
      <w:pPr>
        <w:jc w:val="both"/>
      </w:pPr>
      <w:r>
        <w:t>1506</w:t>
      </w:r>
    </w:p>
    <w:p>
      <w:pPr>
        <w:jc w:val="both"/>
      </w:pPr>
      <w:r>
        <w:t>04C5.1.316</w:t>
      </w:r>
    </w:p>
    <w:p>
      <w:pPr>
        <w:jc w:val="both"/>
      </w:pPr>
      <w:r>
        <w:t>Định lượng Tryglyceride hoặc Phospholipid hoặc Lipid toàn phần hoặc Cholesterol toàn phần hoặc HDL-Cholesterol hoặc LDL - Cholesterol</w:t>
      </w:r>
    </w:p>
    <w:p>
      <w:pPr>
        <w:jc w:val="both"/>
      </w:pPr>
      <w:r>
        <w:t>27.300</w:t>
      </w:r>
    </w:p>
    <w:p>
      <w:pPr>
        <w:jc w:val="both"/>
      </w:pPr>
      <w:r>
        <w:t>31.100</w:t>
      </w:r>
    </w:p>
    <w:p>
      <w:pPr>
        <w:jc w:val="both"/>
      </w:pPr>
      <w:r>
        <w:t>1519</w:t>
      </w:r>
    </w:p>
    <w:p>
      <w:pPr>
        <w:jc w:val="both"/>
      </w:pPr>
      <w:r>
        <w:t>1507</w:t>
      </w:r>
    </w:p>
    <w:p>
      <w:pPr>
        <w:jc w:val="both"/>
      </w:pPr>
      <w:r>
        <w:t>Đo hoạt độ Cholinesterase (ChE)</w:t>
      </w:r>
    </w:p>
    <w:p>
      <w:pPr>
        <w:jc w:val="both"/>
      </w:pPr>
      <w:r>
        <w:t>27.300</w:t>
      </w:r>
    </w:p>
    <w:p>
      <w:pPr>
        <w:jc w:val="both"/>
      </w:pPr>
      <w:r>
        <w:t>31.100</w:t>
      </w:r>
    </w:p>
    <w:p>
      <w:pPr>
        <w:jc w:val="both"/>
      </w:pPr>
      <w:r>
        <w:t>1520</w:t>
      </w:r>
    </w:p>
    <w:p>
      <w:pPr>
        <w:jc w:val="both"/>
      </w:pPr>
      <w:r>
        <w:t>1508</w:t>
      </w:r>
    </w:p>
    <w:p>
      <w:pPr>
        <w:jc w:val="both"/>
      </w:pPr>
      <w:r>
        <w:t>Đo hoạt độ P-Amylase</w:t>
      </w:r>
    </w:p>
    <w:p>
      <w:pPr>
        <w:jc w:val="both"/>
      </w:pPr>
      <w:r>
        <w:t>65.600</w:t>
      </w:r>
    </w:p>
    <w:p>
      <w:pPr>
        <w:jc w:val="both"/>
      </w:pPr>
      <w:r>
        <w:t>74.700</w:t>
      </w:r>
    </w:p>
    <w:p>
      <w:pPr>
        <w:jc w:val="both"/>
      </w:pPr>
      <w:r>
        <w:t>1521</w:t>
      </w:r>
    </w:p>
    <w:p>
      <w:pPr>
        <w:jc w:val="both"/>
      </w:pPr>
      <w:r>
        <w:t>1509</w:t>
      </w:r>
    </w:p>
    <w:p>
      <w:pPr>
        <w:jc w:val="both"/>
      </w:pPr>
      <w:r>
        <w:t>Đo khả năng gắn sắt toàn thể</w:t>
      </w:r>
    </w:p>
    <w:p>
      <w:pPr>
        <w:jc w:val="both"/>
      </w:pPr>
      <w:r>
        <w:t>76.500</w:t>
      </w:r>
    </w:p>
    <w:p>
      <w:pPr>
        <w:jc w:val="both"/>
      </w:pPr>
      <w:r>
        <w:t>87.100</w:t>
      </w:r>
    </w:p>
    <w:p>
      <w:pPr>
        <w:jc w:val="both"/>
      </w:pPr>
      <w:r>
        <w:t>1522</w:t>
      </w:r>
    </w:p>
    <w:p>
      <w:pPr>
        <w:jc w:val="both"/>
      </w:pPr>
      <w:r>
        <w:t>1510</w:t>
      </w:r>
    </w:p>
    <w:p>
      <w:pPr>
        <w:jc w:val="both"/>
      </w:pPr>
      <w:r>
        <w:t>04C5.1.346</w:t>
      </w:r>
    </w:p>
    <w:p>
      <w:pPr>
        <w:jc w:val="both"/>
      </w:pPr>
      <w:r>
        <w:t>Đường máu mao mạch</w:t>
      </w:r>
    </w:p>
    <w:p>
      <w:pPr>
        <w:jc w:val="both"/>
      </w:pPr>
      <w:r>
        <w:t>15.500</w:t>
      </w:r>
    </w:p>
    <w:p>
      <w:pPr>
        <w:jc w:val="both"/>
      </w:pPr>
      <w:r>
        <w:t>17.600</w:t>
      </w:r>
    </w:p>
    <w:p>
      <w:pPr>
        <w:jc w:val="both"/>
      </w:pPr>
      <w:r>
        <w:t>1523</w:t>
      </w:r>
    </w:p>
    <w:p>
      <w:pPr>
        <w:jc w:val="both"/>
      </w:pPr>
      <w:r>
        <w:t>1511</w:t>
      </w:r>
    </w:p>
    <w:p>
      <w:pPr>
        <w:jc w:val="both"/>
      </w:pPr>
      <w:r>
        <w:t>E3 không liên hợp (Unconjugated Estriol)</w:t>
      </w:r>
    </w:p>
    <w:p>
      <w:pPr>
        <w:jc w:val="both"/>
      </w:pPr>
      <w:r>
        <w:t>185.000</w:t>
      </w:r>
    </w:p>
    <w:p>
      <w:pPr>
        <w:jc w:val="both"/>
      </w:pPr>
      <w:r>
        <w:t>211.000</w:t>
      </w:r>
    </w:p>
    <w:p>
      <w:pPr>
        <w:jc w:val="both"/>
      </w:pPr>
      <w:r>
        <w:t>1524</w:t>
      </w:r>
    </w:p>
    <w:p>
      <w:pPr>
        <w:jc w:val="both"/>
      </w:pPr>
      <w:r>
        <w:t>1512</w:t>
      </w:r>
    </w:p>
    <w:p>
      <w:pPr>
        <w:jc w:val="both"/>
      </w:pPr>
      <w:r>
        <w:t>03C3.1.HS10</w:t>
      </w:r>
    </w:p>
    <w:p>
      <w:pPr>
        <w:jc w:val="both"/>
      </w:pPr>
      <w:r>
        <w:t>Erythropoietin</w:t>
      </w:r>
    </w:p>
    <w:p>
      <w:pPr>
        <w:jc w:val="both"/>
      </w:pPr>
      <w:r>
        <w:t>82.000</w:t>
      </w:r>
    </w:p>
    <w:p>
      <w:pPr>
        <w:jc w:val="both"/>
      </w:pPr>
      <w:r>
        <w:t>93.300</w:t>
      </w:r>
    </w:p>
    <w:p>
      <w:pPr>
        <w:jc w:val="both"/>
      </w:pPr>
      <w:r>
        <w:t>1525</w:t>
      </w:r>
    </w:p>
    <w:p>
      <w:pPr>
        <w:jc w:val="both"/>
      </w:pPr>
      <w:r>
        <w:t>1513</w:t>
      </w:r>
    </w:p>
    <w:p>
      <w:pPr>
        <w:jc w:val="both"/>
      </w:pPr>
      <w:r>
        <w:t>03C3.1.HS52</w:t>
      </w:r>
    </w:p>
    <w:p>
      <w:pPr>
        <w:jc w:val="both"/>
      </w:pPr>
      <w:r>
        <w:t>Estradiol</w:t>
      </w:r>
    </w:p>
    <w:p>
      <w:pPr>
        <w:jc w:val="both"/>
      </w:pPr>
      <w:r>
        <w:t>82.000</w:t>
      </w:r>
    </w:p>
    <w:p>
      <w:pPr>
        <w:jc w:val="both"/>
      </w:pPr>
      <w:r>
        <w:t>93.300</w:t>
      </w:r>
    </w:p>
    <w:p>
      <w:pPr>
        <w:jc w:val="both"/>
      </w:pPr>
      <w:r>
        <w:t>1526</w:t>
      </w:r>
    </w:p>
    <w:p>
      <w:pPr>
        <w:jc w:val="both"/>
      </w:pPr>
      <w:r>
        <w:t>1514</w:t>
      </w:r>
    </w:p>
    <w:p>
      <w:pPr>
        <w:jc w:val="both"/>
      </w:pPr>
      <w:r>
        <w:t>03C3.1.HS48</w:t>
      </w:r>
    </w:p>
    <w:p>
      <w:pPr>
        <w:jc w:val="both"/>
      </w:pPr>
      <w:r>
        <w:t>Ferritin</w:t>
      </w:r>
    </w:p>
    <w:p>
      <w:pPr>
        <w:jc w:val="both"/>
      </w:pPr>
      <w:r>
        <w:t>82.000</w:t>
      </w:r>
    </w:p>
    <w:p>
      <w:pPr>
        <w:jc w:val="both"/>
      </w:pPr>
      <w:r>
        <w:t>93.300</w:t>
      </w:r>
    </w:p>
    <w:p>
      <w:pPr>
        <w:jc w:val="both"/>
      </w:pPr>
      <w:r>
        <w:t>1527</w:t>
      </w:r>
    </w:p>
    <w:p>
      <w:pPr>
        <w:jc w:val="both"/>
      </w:pPr>
      <w:r>
        <w:t>1515</w:t>
      </w:r>
    </w:p>
    <w:p>
      <w:pPr>
        <w:jc w:val="both"/>
      </w:pPr>
      <w:r>
        <w:t>03C3.1.HS67</w:t>
      </w:r>
    </w:p>
    <w:p>
      <w:pPr>
        <w:jc w:val="both"/>
      </w:pPr>
      <w:r>
        <w:t>Folate</w:t>
      </w:r>
    </w:p>
    <w:p>
      <w:pPr>
        <w:jc w:val="both"/>
      </w:pPr>
      <w:r>
        <w:t>87.500</w:t>
      </w:r>
    </w:p>
    <w:p>
      <w:pPr>
        <w:jc w:val="both"/>
      </w:pPr>
      <w:r>
        <w:t>99.600</w:t>
      </w:r>
    </w:p>
    <w:p>
      <w:pPr>
        <w:jc w:val="both"/>
      </w:pPr>
      <w:r>
        <w:t>1528</w:t>
      </w:r>
    </w:p>
    <w:p>
      <w:pPr>
        <w:jc w:val="both"/>
      </w:pPr>
      <w:r>
        <w:t>1516</w:t>
      </w:r>
    </w:p>
    <w:p>
      <w:pPr>
        <w:jc w:val="both"/>
      </w:pPr>
      <w:r>
        <w:t>Free bHCG (Free Beta Human Chorionic Gonadotropin)</w:t>
      </w:r>
    </w:p>
    <w:p>
      <w:pPr>
        <w:jc w:val="both"/>
      </w:pPr>
      <w:r>
        <w:t>185.000</w:t>
      </w:r>
    </w:p>
    <w:p>
      <w:pPr>
        <w:jc w:val="both"/>
      </w:pPr>
      <w:r>
        <w:t>211.000</w:t>
      </w:r>
    </w:p>
    <w:p>
      <w:pPr>
        <w:jc w:val="both"/>
      </w:pPr>
      <w:r>
        <w:t>1529</w:t>
      </w:r>
    </w:p>
    <w:p>
      <w:pPr>
        <w:jc w:val="both"/>
      </w:pPr>
      <w:r>
        <w:t>1517</w:t>
      </w:r>
    </w:p>
    <w:p>
      <w:pPr>
        <w:jc w:val="both"/>
      </w:pPr>
      <w:r>
        <w:t>03C3.1.HS54</w:t>
      </w:r>
    </w:p>
    <w:p>
      <w:pPr>
        <w:jc w:val="both"/>
      </w:pPr>
      <w:r>
        <w:t>FSH</w:t>
      </w:r>
    </w:p>
    <w:p>
      <w:pPr>
        <w:jc w:val="both"/>
      </w:pPr>
      <w:r>
        <w:t>82.000</w:t>
      </w:r>
    </w:p>
    <w:p>
      <w:pPr>
        <w:jc w:val="both"/>
      </w:pPr>
      <w:r>
        <w:t>93.300</w:t>
      </w:r>
    </w:p>
    <w:p>
      <w:pPr>
        <w:jc w:val="both"/>
      </w:pPr>
      <w:r>
        <w:t>1530</w:t>
      </w:r>
    </w:p>
    <w:p>
      <w:pPr>
        <w:jc w:val="both"/>
      </w:pPr>
      <w:r>
        <w:t>1518</w:t>
      </w:r>
    </w:p>
    <w:p>
      <w:pPr>
        <w:jc w:val="both"/>
      </w:pPr>
      <w:r>
        <w:t>03C3.1.HS30</w:t>
      </w:r>
    </w:p>
    <w:p>
      <w:pPr>
        <w:jc w:val="both"/>
      </w:pPr>
      <w:r>
        <w:t>Gama GT</w:t>
      </w:r>
    </w:p>
    <w:p>
      <w:pPr>
        <w:jc w:val="both"/>
      </w:pPr>
      <w:r>
        <w:t>19.500</w:t>
      </w:r>
    </w:p>
    <w:p>
      <w:pPr>
        <w:jc w:val="both"/>
      </w:pPr>
      <w:r>
        <w:t>22.200</w:t>
      </w:r>
    </w:p>
    <w:p>
      <w:pPr>
        <w:jc w:val="both"/>
      </w:pPr>
      <w:r>
        <w:t>1531</w:t>
      </w:r>
    </w:p>
    <w:p>
      <w:pPr>
        <w:jc w:val="both"/>
      </w:pPr>
      <w:r>
        <w:t>1519</w:t>
      </w:r>
    </w:p>
    <w:p>
      <w:pPr>
        <w:jc w:val="both"/>
      </w:pPr>
      <w:r>
        <w:t>03C3.1.HS8</w:t>
      </w:r>
    </w:p>
    <w:p>
      <w:pPr>
        <w:jc w:val="both"/>
      </w:pPr>
      <w:r>
        <w:t>GH</w:t>
      </w:r>
    </w:p>
    <w:p>
      <w:pPr>
        <w:jc w:val="both"/>
      </w:pPr>
      <w:r>
        <w:t>164.000</w:t>
      </w:r>
    </w:p>
    <w:p>
      <w:pPr>
        <w:jc w:val="both"/>
      </w:pPr>
      <w:r>
        <w:t>186.000</w:t>
      </w:r>
    </w:p>
    <w:p>
      <w:pPr>
        <w:jc w:val="both"/>
      </w:pPr>
      <w:r>
        <w:t>1532</w:t>
      </w:r>
    </w:p>
    <w:p>
      <w:pPr>
        <w:jc w:val="both"/>
      </w:pPr>
      <w:r>
        <w:t>1520</w:t>
      </w:r>
    </w:p>
    <w:p>
      <w:pPr>
        <w:jc w:val="both"/>
      </w:pPr>
      <w:r>
        <w:t>03C3.1.HS77</w:t>
      </w:r>
    </w:p>
    <w:p>
      <w:pPr>
        <w:jc w:val="both"/>
      </w:pPr>
      <w:r>
        <w:t>GLDH</w:t>
      </w:r>
    </w:p>
    <w:p>
      <w:pPr>
        <w:jc w:val="both"/>
      </w:pPr>
      <w:r>
        <w:t>98.400</w:t>
      </w:r>
    </w:p>
    <w:p>
      <w:pPr>
        <w:jc w:val="both"/>
      </w:pPr>
      <w:r>
        <w:t>112.000</w:t>
      </w:r>
    </w:p>
    <w:p>
      <w:pPr>
        <w:jc w:val="both"/>
      </w:pPr>
      <w:r>
        <w:t>1533</w:t>
      </w:r>
    </w:p>
    <w:p>
      <w:pPr>
        <w:jc w:val="both"/>
      </w:pPr>
      <w:r>
        <w:t>1521</w:t>
      </w:r>
    </w:p>
    <w:p>
      <w:pPr>
        <w:jc w:val="both"/>
      </w:pPr>
      <w:r>
        <w:t>03C3.1.HS1</w:t>
      </w:r>
    </w:p>
    <w:p>
      <w:pPr>
        <w:jc w:val="both"/>
      </w:pPr>
      <w:r>
        <w:t>Gross</w:t>
      </w:r>
    </w:p>
    <w:p>
      <w:pPr>
        <w:jc w:val="both"/>
      </w:pPr>
      <w:r>
        <w:t>16.400</w:t>
      </w:r>
    </w:p>
    <w:p>
      <w:pPr>
        <w:jc w:val="both"/>
      </w:pPr>
      <w:r>
        <w:t>18.600</w:t>
      </w:r>
    </w:p>
    <w:p>
      <w:pPr>
        <w:jc w:val="both"/>
      </w:pPr>
      <w:r>
        <w:t>1534</w:t>
      </w:r>
    </w:p>
    <w:p>
      <w:pPr>
        <w:jc w:val="both"/>
      </w:pPr>
      <w:r>
        <w:t>1522</w:t>
      </w:r>
    </w:p>
    <w:p>
      <w:pPr>
        <w:jc w:val="both"/>
      </w:pPr>
      <w:r>
        <w:t>03C3.1.HS76</w:t>
      </w:r>
    </w:p>
    <w:p>
      <w:pPr>
        <w:jc w:val="both"/>
      </w:pPr>
      <w:r>
        <w:t>Haptoglobin</w:t>
      </w:r>
    </w:p>
    <w:p>
      <w:pPr>
        <w:jc w:val="both"/>
      </w:pPr>
      <w:r>
        <w:t>98.400</w:t>
      </w:r>
    </w:p>
    <w:p>
      <w:pPr>
        <w:jc w:val="both"/>
      </w:pPr>
      <w:r>
        <w:t>112.000</w:t>
      </w:r>
    </w:p>
    <w:p>
      <w:pPr>
        <w:jc w:val="both"/>
      </w:pPr>
      <w:r>
        <w:t>1535</w:t>
      </w:r>
    </w:p>
    <w:p>
      <w:pPr>
        <w:jc w:val="both"/>
      </w:pPr>
      <w:r>
        <w:t>1523</w:t>
      </w:r>
    </w:p>
    <w:p>
      <w:pPr>
        <w:jc w:val="both"/>
      </w:pPr>
      <w:r>
        <w:t>04C5.1.351</w:t>
      </w:r>
    </w:p>
    <w:p>
      <w:pPr>
        <w:jc w:val="both"/>
      </w:pPr>
      <w:r>
        <w:t>HbA1C</w:t>
      </w:r>
    </w:p>
    <w:p>
      <w:pPr>
        <w:jc w:val="both"/>
      </w:pPr>
      <w:r>
        <w:t>102.000</w:t>
      </w:r>
    </w:p>
    <w:p>
      <w:pPr>
        <w:jc w:val="both"/>
      </w:pPr>
      <w:r>
        <w:t>116.000</w:t>
      </w:r>
    </w:p>
    <w:p>
      <w:pPr>
        <w:jc w:val="both"/>
      </w:pPr>
      <w:r>
        <w:t>1536</w:t>
      </w:r>
    </w:p>
    <w:p>
      <w:pPr>
        <w:jc w:val="both"/>
      </w:pPr>
      <w:r>
        <w:t>1524</w:t>
      </w:r>
    </w:p>
    <w:p>
      <w:pPr>
        <w:jc w:val="both"/>
      </w:pPr>
      <w:r>
        <w:t>03C3.1.HS75</w:t>
      </w:r>
    </w:p>
    <w:p>
      <w:pPr>
        <w:jc w:val="both"/>
      </w:pPr>
      <w:r>
        <w:t>HBDH</w:t>
      </w:r>
    </w:p>
    <w:p>
      <w:pPr>
        <w:jc w:val="both"/>
      </w:pPr>
      <w:r>
        <w:t>98.400</w:t>
      </w:r>
    </w:p>
    <w:p>
      <w:pPr>
        <w:jc w:val="both"/>
      </w:pPr>
      <w:r>
        <w:t>112.000</w:t>
      </w:r>
    </w:p>
    <w:p>
      <w:pPr>
        <w:jc w:val="both"/>
      </w:pPr>
      <w:r>
        <w:t>1537</w:t>
      </w:r>
    </w:p>
    <w:p>
      <w:pPr>
        <w:jc w:val="both"/>
      </w:pPr>
      <w:r>
        <w:t>1525</w:t>
      </w:r>
    </w:p>
    <w:p>
      <w:pPr>
        <w:jc w:val="both"/>
      </w:pPr>
      <w:r>
        <w:t>HE4</w:t>
      </w:r>
    </w:p>
    <w:p>
      <w:pPr>
        <w:jc w:val="both"/>
      </w:pPr>
      <w:r>
        <w:t>305.000</w:t>
      </w:r>
    </w:p>
    <w:p>
      <w:pPr>
        <w:jc w:val="both"/>
      </w:pPr>
      <w:r>
        <w:t>347.000</w:t>
      </w:r>
    </w:p>
    <w:p>
      <w:pPr>
        <w:jc w:val="both"/>
      </w:pPr>
      <w:r>
        <w:t>1538</w:t>
      </w:r>
    </w:p>
    <w:p>
      <w:pPr>
        <w:jc w:val="both"/>
      </w:pPr>
      <w:r>
        <w:t>1526</w:t>
      </w:r>
    </w:p>
    <w:p>
      <w:pPr>
        <w:jc w:val="both"/>
      </w:pPr>
      <w:r>
        <w:t>03C3.1.HS57</w:t>
      </w:r>
    </w:p>
    <w:p>
      <w:pPr>
        <w:jc w:val="both"/>
      </w:pPr>
      <w:r>
        <w:t>Homocysteine</w:t>
      </w:r>
    </w:p>
    <w:p>
      <w:pPr>
        <w:jc w:val="both"/>
      </w:pPr>
      <w:r>
        <w:t>147.000</w:t>
      </w:r>
    </w:p>
    <w:p>
      <w:pPr>
        <w:jc w:val="both"/>
      </w:pPr>
      <w:r>
        <w:t>167.000</w:t>
      </w:r>
    </w:p>
    <w:p>
      <w:pPr>
        <w:jc w:val="both"/>
      </w:pPr>
      <w:r>
        <w:t>1539</w:t>
      </w:r>
    </w:p>
    <w:p>
      <w:pPr>
        <w:jc w:val="both"/>
      </w:pPr>
      <w:r>
        <w:t>1527</w:t>
      </w:r>
    </w:p>
    <w:p>
      <w:pPr>
        <w:jc w:val="both"/>
      </w:pPr>
      <w:r>
        <w:t>03C3.1.HS35</w:t>
      </w:r>
    </w:p>
    <w:p>
      <w:pPr>
        <w:jc w:val="both"/>
      </w:pPr>
      <w:r>
        <w:t>IgA/IgG/IgM/IgE (1 loại)</w:t>
      </w:r>
    </w:p>
    <w:p>
      <w:pPr>
        <w:jc w:val="both"/>
      </w:pPr>
      <w:r>
        <w:t>65.600</w:t>
      </w:r>
    </w:p>
    <w:p>
      <w:pPr>
        <w:jc w:val="both"/>
      </w:pPr>
      <w:r>
        <w:t>74.700</w:t>
      </w:r>
    </w:p>
    <w:p>
      <w:pPr>
        <w:jc w:val="both"/>
      </w:pPr>
      <w:r>
        <w:t>1540</w:t>
      </w:r>
    </w:p>
    <w:p>
      <w:pPr>
        <w:jc w:val="both"/>
      </w:pPr>
      <w:r>
        <w:t>1528</w:t>
      </w:r>
    </w:p>
    <w:p>
      <w:pPr>
        <w:jc w:val="both"/>
      </w:pPr>
      <w:r>
        <w:t>Inhibin A</w:t>
      </w:r>
    </w:p>
    <w:p>
      <w:pPr>
        <w:jc w:val="both"/>
      </w:pPr>
      <w:r>
        <w:t>240.000</w:t>
      </w:r>
    </w:p>
    <w:p>
      <w:pPr>
        <w:jc w:val="both"/>
      </w:pPr>
      <w:r>
        <w:t>273.000</w:t>
      </w:r>
    </w:p>
    <w:p>
      <w:pPr>
        <w:jc w:val="both"/>
      </w:pPr>
      <w:r>
        <w:t>1541</w:t>
      </w:r>
    </w:p>
    <w:p>
      <w:pPr>
        <w:jc w:val="both"/>
      </w:pPr>
      <w:r>
        <w:t>1529</w:t>
      </w:r>
    </w:p>
    <w:p>
      <w:pPr>
        <w:jc w:val="both"/>
      </w:pPr>
      <w:r>
        <w:t>03C3.1.HS49</w:t>
      </w:r>
    </w:p>
    <w:p>
      <w:pPr>
        <w:jc w:val="both"/>
      </w:pPr>
      <w:r>
        <w:t>Insuline</w:t>
      </w:r>
    </w:p>
    <w:p>
      <w:pPr>
        <w:jc w:val="both"/>
      </w:pPr>
      <w:r>
        <w:t>82.000</w:t>
      </w:r>
    </w:p>
    <w:p>
      <w:pPr>
        <w:jc w:val="both"/>
      </w:pPr>
      <w:r>
        <w:t>93.300</w:t>
      </w:r>
    </w:p>
    <w:p>
      <w:pPr>
        <w:jc w:val="both"/>
      </w:pPr>
      <w:r>
        <w:t>1542</w:t>
      </w:r>
    </w:p>
    <w:p>
      <w:pPr>
        <w:jc w:val="both"/>
      </w:pPr>
      <w:r>
        <w:t>1530</w:t>
      </w:r>
    </w:p>
    <w:p>
      <w:pPr>
        <w:jc w:val="both"/>
      </w:pPr>
      <w:r>
        <w:t>03C3.1.HS74</w:t>
      </w:r>
    </w:p>
    <w:p>
      <w:pPr>
        <w:jc w:val="both"/>
      </w:pPr>
      <w:r>
        <w:t>Kappa định tính</w:t>
      </w:r>
    </w:p>
    <w:p>
      <w:pPr>
        <w:jc w:val="both"/>
      </w:pPr>
      <w:r>
        <w:t>98.400</w:t>
      </w:r>
    </w:p>
    <w:p>
      <w:pPr>
        <w:jc w:val="both"/>
      </w:pPr>
      <w:r>
        <w:t>112.000</w:t>
      </w:r>
    </w:p>
    <w:p>
      <w:pPr>
        <w:jc w:val="both"/>
      </w:pPr>
      <w:r>
        <w:t>1543</w:t>
      </w:r>
    </w:p>
    <w:p>
      <w:pPr>
        <w:jc w:val="both"/>
      </w:pPr>
      <w:r>
        <w:t>1531</w:t>
      </w:r>
    </w:p>
    <w:p>
      <w:pPr>
        <w:jc w:val="both"/>
      </w:pPr>
      <w:r>
        <w:t>03C3.1.HS42</w:t>
      </w:r>
    </w:p>
    <w:p>
      <w:pPr>
        <w:jc w:val="both"/>
      </w:pPr>
      <w:r>
        <w:t>Khí máu</w:t>
      </w:r>
    </w:p>
    <w:p>
      <w:pPr>
        <w:jc w:val="both"/>
      </w:pPr>
      <w:r>
        <w:t>218.000</w:t>
      </w:r>
    </w:p>
    <w:p>
      <w:pPr>
        <w:jc w:val="both"/>
      </w:pPr>
      <w:r>
        <w:t>249.000</w:t>
      </w:r>
    </w:p>
    <w:p>
      <w:pPr>
        <w:jc w:val="both"/>
      </w:pPr>
      <w:r>
        <w:t>1544</w:t>
      </w:r>
    </w:p>
    <w:p>
      <w:pPr>
        <w:jc w:val="both"/>
      </w:pPr>
      <w:r>
        <w:t>1532</w:t>
      </w:r>
    </w:p>
    <w:p>
      <w:pPr>
        <w:jc w:val="both"/>
      </w:pPr>
      <w:r>
        <w:t>03C3.1.HS72</w:t>
      </w:r>
    </w:p>
    <w:p>
      <w:pPr>
        <w:jc w:val="both"/>
      </w:pPr>
      <w:r>
        <w:t>Lactat</w:t>
      </w:r>
    </w:p>
    <w:p>
      <w:pPr>
        <w:jc w:val="both"/>
      </w:pPr>
      <w:r>
        <w:t>98.400</w:t>
      </w:r>
    </w:p>
    <w:p>
      <w:pPr>
        <w:jc w:val="both"/>
      </w:pPr>
      <w:r>
        <w:t>112.000</w:t>
      </w:r>
    </w:p>
    <w:p>
      <w:pPr>
        <w:jc w:val="both"/>
      </w:pPr>
      <w:r>
        <w:t>1545</w:t>
      </w:r>
    </w:p>
    <w:p>
      <w:pPr>
        <w:jc w:val="both"/>
      </w:pPr>
      <w:r>
        <w:t>1533</w:t>
      </w:r>
    </w:p>
    <w:p>
      <w:pPr>
        <w:jc w:val="both"/>
      </w:pPr>
      <w:r>
        <w:t>03C3.1.HS73</w:t>
      </w:r>
    </w:p>
    <w:p>
      <w:pPr>
        <w:jc w:val="both"/>
      </w:pPr>
      <w:r>
        <w:t>Lambda định tính</w:t>
      </w:r>
    </w:p>
    <w:p>
      <w:pPr>
        <w:jc w:val="both"/>
      </w:pPr>
      <w:r>
        <w:t>98.400</w:t>
      </w:r>
    </w:p>
    <w:p>
      <w:pPr>
        <w:jc w:val="both"/>
      </w:pPr>
      <w:r>
        <w:t>112.000</w:t>
      </w:r>
    </w:p>
    <w:p>
      <w:pPr>
        <w:jc w:val="both"/>
      </w:pPr>
      <w:r>
        <w:t>1546</w:t>
      </w:r>
    </w:p>
    <w:p>
      <w:pPr>
        <w:jc w:val="both"/>
      </w:pPr>
      <w:r>
        <w:t>1534</w:t>
      </w:r>
    </w:p>
    <w:p>
      <w:pPr>
        <w:jc w:val="both"/>
      </w:pPr>
      <w:r>
        <w:t>03C3.1.HS29</w:t>
      </w:r>
    </w:p>
    <w:p>
      <w:pPr>
        <w:jc w:val="both"/>
      </w:pPr>
      <w:r>
        <w:t>LDH</w:t>
      </w:r>
    </w:p>
    <w:p>
      <w:pPr>
        <w:jc w:val="both"/>
      </w:pPr>
      <w:r>
        <w:t>27.300</w:t>
      </w:r>
    </w:p>
    <w:p>
      <w:pPr>
        <w:jc w:val="both"/>
      </w:pPr>
      <w:r>
        <w:t>31.100</w:t>
      </w:r>
    </w:p>
    <w:p>
      <w:pPr>
        <w:jc w:val="both"/>
      </w:pPr>
      <w:r>
        <w:t>1547</w:t>
      </w:r>
    </w:p>
    <w:p>
      <w:pPr>
        <w:jc w:val="both"/>
      </w:pPr>
      <w:r>
        <w:t>1535</w:t>
      </w:r>
    </w:p>
    <w:p>
      <w:pPr>
        <w:jc w:val="both"/>
      </w:pPr>
      <w:r>
        <w:t>03C3.1.HS53</w:t>
      </w:r>
    </w:p>
    <w:p>
      <w:pPr>
        <w:jc w:val="both"/>
      </w:pPr>
      <w:r>
        <w:t>LH</w:t>
      </w:r>
    </w:p>
    <w:p>
      <w:pPr>
        <w:jc w:val="both"/>
      </w:pPr>
      <w:r>
        <w:t>82.000</w:t>
      </w:r>
    </w:p>
    <w:p>
      <w:pPr>
        <w:jc w:val="both"/>
      </w:pPr>
      <w:r>
        <w:t>93.300</w:t>
      </w:r>
    </w:p>
    <w:p>
      <w:pPr>
        <w:jc w:val="both"/>
      </w:pPr>
      <w:r>
        <w:t>1548</w:t>
      </w:r>
    </w:p>
    <w:p>
      <w:pPr>
        <w:jc w:val="both"/>
      </w:pPr>
      <w:r>
        <w:t>1536</w:t>
      </w:r>
    </w:p>
    <w:p>
      <w:pPr>
        <w:jc w:val="both"/>
      </w:pPr>
      <w:r>
        <w:t>03C3.1.HS36</w:t>
      </w:r>
    </w:p>
    <w:p>
      <w:pPr>
        <w:jc w:val="both"/>
      </w:pPr>
      <w:r>
        <w:t>Lipase</w:t>
      </w:r>
    </w:p>
    <w:p>
      <w:pPr>
        <w:jc w:val="both"/>
      </w:pPr>
      <w:r>
        <w:t>60.100</w:t>
      </w:r>
    </w:p>
    <w:p>
      <w:pPr>
        <w:jc w:val="both"/>
      </w:pPr>
      <w:r>
        <w:t>68.400</w:t>
      </w:r>
    </w:p>
    <w:p>
      <w:pPr>
        <w:jc w:val="both"/>
      </w:pPr>
      <w:r>
        <w:t>1549</w:t>
      </w:r>
    </w:p>
    <w:p>
      <w:pPr>
        <w:jc w:val="both"/>
      </w:pPr>
      <w:r>
        <w:t>1537</w:t>
      </w:r>
    </w:p>
    <w:p>
      <w:pPr>
        <w:jc w:val="both"/>
      </w:pPr>
      <w:r>
        <w:t>03C3.1.HS2</w:t>
      </w:r>
    </w:p>
    <w:p>
      <w:pPr>
        <w:jc w:val="both"/>
      </w:pPr>
      <w:r>
        <w:t>Maclagan</w:t>
      </w:r>
    </w:p>
    <w:p>
      <w:pPr>
        <w:jc w:val="both"/>
      </w:pPr>
      <w:r>
        <w:t>16.400</w:t>
      </w:r>
    </w:p>
    <w:p>
      <w:pPr>
        <w:jc w:val="both"/>
      </w:pPr>
      <w:r>
        <w:t>18.600</w:t>
      </w:r>
    </w:p>
    <w:p>
      <w:pPr>
        <w:jc w:val="both"/>
      </w:pPr>
      <w:r>
        <w:t>1550</w:t>
      </w:r>
    </w:p>
    <w:p>
      <w:pPr>
        <w:jc w:val="both"/>
      </w:pPr>
      <w:r>
        <w:t>1538</w:t>
      </w:r>
    </w:p>
    <w:p>
      <w:pPr>
        <w:jc w:val="both"/>
      </w:pPr>
      <w:r>
        <w:t>03C3.1.HS58</w:t>
      </w:r>
    </w:p>
    <w:p>
      <w:pPr>
        <w:jc w:val="both"/>
      </w:pPr>
      <w:r>
        <w:t>Myoglobin</w:t>
      </w:r>
    </w:p>
    <w:p>
      <w:pPr>
        <w:jc w:val="both"/>
      </w:pPr>
      <w:r>
        <w:t>92.900</w:t>
      </w:r>
    </w:p>
    <w:p>
      <w:pPr>
        <w:jc w:val="both"/>
      </w:pPr>
      <w:r>
        <w:t>105.000</w:t>
      </w:r>
    </w:p>
    <w:p>
      <w:pPr>
        <w:jc w:val="both"/>
      </w:pPr>
      <w:r>
        <w:t>1551</w:t>
      </w:r>
    </w:p>
    <w:p>
      <w:pPr>
        <w:jc w:val="both"/>
      </w:pPr>
      <w:r>
        <w:t>1539</w:t>
      </w:r>
    </w:p>
    <w:p>
      <w:pPr>
        <w:jc w:val="both"/>
      </w:pPr>
      <w:r>
        <w:t>03C3.1.HS21</w:t>
      </w:r>
    </w:p>
    <w:p>
      <w:pPr>
        <w:jc w:val="both"/>
      </w:pPr>
      <w:r>
        <w:t>Ngộ độc thuốc</w:t>
      </w:r>
    </w:p>
    <w:p>
      <w:pPr>
        <w:jc w:val="both"/>
      </w:pPr>
      <w:r>
        <w:t>65.600</w:t>
      </w:r>
    </w:p>
    <w:p>
      <w:pPr>
        <w:jc w:val="both"/>
      </w:pPr>
      <w:r>
        <w:t>74.700</w:t>
      </w:r>
    </w:p>
    <w:p>
      <w:pPr>
        <w:jc w:val="both"/>
      </w:pPr>
      <w:r>
        <w:t>1552</w:t>
      </w:r>
    </w:p>
    <w:p>
      <w:pPr>
        <w:jc w:val="both"/>
      </w:pPr>
      <w:r>
        <w:t>1540</w:t>
      </w:r>
    </w:p>
    <w:p>
      <w:pPr>
        <w:jc w:val="both"/>
      </w:pPr>
      <w:r>
        <w:t>03C3.1.HS18</w:t>
      </w:r>
    </w:p>
    <w:p>
      <w:pPr>
        <w:jc w:val="both"/>
      </w:pPr>
      <w:r>
        <w:t>Nồng độ rượu trong máu</w:t>
      </w:r>
    </w:p>
    <w:p>
      <w:pPr>
        <w:jc w:val="both"/>
      </w:pPr>
      <w:r>
        <w:t>30.500</w:t>
      </w:r>
    </w:p>
    <w:p>
      <w:pPr>
        <w:jc w:val="both"/>
      </w:pPr>
      <w:r>
        <w:t>34.700</w:t>
      </w:r>
    </w:p>
    <w:p>
      <w:pPr>
        <w:jc w:val="both"/>
      </w:pPr>
      <w:r>
        <w:t>1553</w:t>
      </w:r>
    </w:p>
    <w:p>
      <w:pPr>
        <w:jc w:val="both"/>
      </w:pPr>
      <w:r>
        <w:t>1541</w:t>
      </w:r>
    </w:p>
    <w:p>
      <w:pPr>
        <w:jc w:val="both"/>
      </w:pPr>
      <w:r>
        <w:t>NSE (Neuron Specific Enolase)</w:t>
      </w:r>
    </w:p>
    <w:p>
      <w:pPr>
        <w:jc w:val="both"/>
      </w:pPr>
      <w:r>
        <w:t>195.000</w:t>
      </w:r>
    </w:p>
    <w:p>
      <w:pPr>
        <w:jc w:val="both"/>
      </w:pPr>
      <w:r>
        <w:t>222.000</w:t>
      </w:r>
    </w:p>
    <w:p>
      <w:pPr>
        <w:jc w:val="both"/>
      </w:pPr>
      <w:r>
        <w:t>1554</w:t>
      </w:r>
    </w:p>
    <w:p>
      <w:pPr>
        <w:jc w:val="both"/>
      </w:pPr>
      <w:r>
        <w:t>1542</w:t>
      </w:r>
    </w:p>
    <w:p>
      <w:pPr>
        <w:jc w:val="both"/>
      </w:pPr>
      <w:r>
        <w:t>03C3.1.HS19</w:t>
      </w:r>
    </w:p>
    <w:p>
      <w:pPr>
        <w:jc w:val="both"/>
      </w:pPr>
      <w:r>
        <w:t>Paracetamol</w:t>
      </w:r>
    </w:p>
    <w:p>
      <w:pPr>
        <w:jc w:val="both"/>
      </w:pPr>
      <w:r>
        <w:t>38.200</w:t>
      </w:r>
    </w:p>
    <w:p>
      <w:pPr>
        <w:jc w:val="both"/>
      </w:pPr>
      <w:r>
        <w:t>43.500</w:t>
      </w:r>
    </w:p>
    <w:p>
      <w:pPr>
        <w:jc w:val="both"/>
      </w:pPr>
      <w:r>
        <w:t>1555</w:t>
      </w:r>
    </w:p>
    <w:p>
      <w:pPr>
        <w:jc w:val="both"/>
      </w:pPr>
      <w:r>
        <w:t>1543</w:t>
      </w:r>
    </w:p>
    <w:p>
      <w:pPr>
        <w:jc w:val="both"/>
      </w:pPr>
      <w:r>
        <w:t>04C5.1.321</w:t>
      </w:r>
    </w:p>
    <w:p>
      <w:pPr>
        <w:jc w:val="both"/>
      </w:pPr>
      <w:r>
        <w:t>Phản ứng cố định bổ thể</w:t>
      </w:r>
    </w:p>
    <w:p>
      <w:pPr>
        <w:jc w:val="both"/>
      </w:pPr>
      <w:r>
        <w:t>32.800</w:t>
      </w:r>
    </w:p>
    <w:p>
      <w:pPr>
        <w:jc w:val="both"/>
      </w:pPr>
      <w:r>
        <w:t>37.300</w:t>
      </w:r>
    </w:p>
    <w:p>
      <w:pPr>
        <w:jc w:val="both"/>
      </w:pPr>
      <w:r>
        <w:t>1556</w:t>
      </w:r>
    </w:p>
    <w:p>
      <w:pPr>
        <w:jc w:val="both"/>
      </w:pPr>
      <w:r>
        <w:t>1544</w:t>
      </w:r>
    </w:p>
    <w:p>
      <w:pPr>
        <w:jc w:val="both"/>
      </w:pPr>
      <w:r>
        <w:t>03C3.1.VS7</w:t>
      </w:r>
    </w:p>
    <w:p>
      <w:pPr>
        <w:jc w:val="both"/>
      </w:pPr>
      <w:r>
        <w:t>Phản ứng CRP</w:t>
      </w:r>
    </w:p>
    <w:p>
      <w:pPr>
        <w:jc w:val="both"/>
      </w:pPr>
      <w:r>
        <w:t>21.800</w:t>
      </w:r>
    </w:p>
    <w:p>
      <w:pPr>
        <w:jc w:val="both"/>
      </w:pPr>
      <w:r>
        <w:t>24.900</w:t>
      </w:r>
    </w:p>
    <w:p>
      <w:pPr>
        <w:jc w:val="both"/>
      </w:pPr>
      <w:r>
        <w:t>1557</w:t>
      </w:r>
    </w:p>
    <w:p>
      <w:pPr>
        <w:jc w:val="both"/>
      </w:pPr>
      <w:r>
        <w:t>1545</w:t>
      </w:r>
    </w:p>
    <w:p>
      <w:pPr>
        <w:jc w:val="both"/>
      </w:pPr>
      <w:r>
        <w:t>03C3.1.HS14</w:t>
      </w:r>
    </w:p>
    <w:p>
      <w:pPr>
        <w:jc w:val="both"/>
      </w:pPr>
      <w:r>
        <w:t>Phenytoin</w:t>
      </w:r>
    </w:p>
    <w:p>
      <w:pPr>
        <w:jc w:val="both"/>
      </w:pPr>
      <w:r>
        <w:t>82.000</w:t>
      </w:r>
    </w:p>
    <w:p>
      <w:pPr>
        <w:jc w:val="both"/>
      </w:pPr>
      <w:r>
        <w:t>93.300</w:t>
      </w:r>
    </w:p>
    <w:p>
      <w:pPr>
        <w:jc w:val="both"/>
      </w:pPr>
      <w:r>
        <w:t>1558</w:t>
      </w:r>
    </w:p>
    <w:p>
      <w:pPr>
        <w:jc w:val="both"/>
      </w:pPr>
      <w:r>
        <w:t>1546</w:t>
      </w:r>
    </w:p>
    <w:p>
      <w:pPr>
        <w:jc w:val="both"/>
      </w:pPr>
      <w:r>
        <w:t>04C5.1.344</w:t>
      </w:r>
    </w:p>
    <w:p>
      <w:pPr>
        <w:jc w:val="both"/>
      </w:pPr>
      <w:r>
        <w:t>PLGF</w:t>
      </w:r>
    </w:p>
    <w:p>
      <w:pPr>
        <w:jc w:val="both"/>
      </w:pPr>
      <w:r>
        <w:t>742.000</w:t>
      </w:r>
    </w:p>
    <w:p>
      <w:pPr>
        <w:jc w:val="both"/>
      </w:pPr>
      <w:r>
        <w:t>845.000</w:t>
      </w:r>
    </w:p>
    <w:p>
      <w:pPr>
        <w:jc w:val="both"/>
      </w:pPr>
      <w:r>
        <w:t>1559</w:t>
      </w:r>
    </w:p>
    <w:p>
      <w:pPr>
        <w:jc w:val="both"/>
      </w:pPr>
      <w:r>
        <w:t>1547</w:t>
      </w:r>
    </w:p>
    <w:p>
      <w:pPr>
        <w:jc w:val="both"/>
      </w:pPr>
      <w:r>
        <w:t>03C3.1.HS71</w:t>
      </w:r>
    </w:p>
    <w:p>
      <w:pPr>
        <w:jc w:val="both"/>
      </w:pPr>
      <w:r>
        <w:t>Pre albumin</w:t>
      </w:r>
    </w:p>
    <w:p>
      <w:pPr>
        <w:jc w:val="both"/>
      </w:pPr>
      <w:r>
        <w:t>98.400</w:t>
      </w:r>
    </w:p>
    <w:p>
      <w:pPr>
        <w:jc w:val="both"/>
      </w:pPr>
      <w:r>
        <w:t>112.000</w:t>
      </w:r>
    </w:p>
    <w:p>
      <w:pPr>
        <w:jc w:val="both"/>
      </w:pPr>
      <w:r>
        <w:t>1560</w:t>
      </w:r>
    </w:p>
    <w:p>
      <w:pPr>
        <w:jc w:val="both"/>
      </w:pPr>
      <w:r>
        <w:t>1548</w:t>
      </w:r>
    </w:p>
    <w:p>
      <w:pPr>
        <w:jc w:val="both"/>
      </w:pPr>
      <w:r>
        <w:t>04C5.1.339</w:t>
      </w:r>
    </w:p>
    <w:p>
      <w:pPr>
        <w:jc w:val="both"/>
      </w:pPr>
      <w:r>
        <w:t>Pro-BNP (N-terminal pro B-type natriuretic peptid)</w:t>
      </w:r>
    </w:p>
    <w:p>
      <w:pPr>
        <w:jc w:val="both"/>
      </w:pPr>
      <w:r>
        <w:t>414.000</w:t>
      </w:r>
    </w:p>
    <w:p>
      <w:pPr>
        <w:jc w:val="both"/>
      </w:pPr>
      <w:r>
        <w:t>471.000</w:t>
      </w:r>
    </w:p>
    <w:p>
      <w:pPr>
        <w:jc w:val="both"/>
      </w:pPr>
      <w:r>
        <w:t>1561</w:t>
      </w:r>
    </w:p>
    <w:p>
      <w:pPr>
        <w:jc w:val="both"/>
      </w:pPr>
      <w:r>
        <w:t>1549</w:t>
      </w:r>
    </w:p>
    <w:p>
      <w:pPr>
        <w:jc w:val="both"/>
      </w:pPr>
      <w:r>
        <w:t>04C5.1.338</w:t>
      </w:r>
    </w:p>
    <w:p>
      <w:pPr>
        <w:jc w:val="both"/>
      </w:pPr>
      <w:r>
        <w:t>Pro-calcitonin</w:t>
      </w:r>
    </w:p>
    <w:p>
      <w:pPr>
        <w:jc w:val="both"/>
      </w:pPr>
      <w:r>
        <w:t>404.000</w:t>
      </w:r>
    </w:p>
    <w:p>
      <w:pPr>
        <w:jc w:val="both"/>
      </w:pPr>
      <w:r>
        <w:t>460.000</w:t>
      </w:r>
    </w:p>
    <w:p>
      <w:pPr>
        <w:jc w:val="both"/>
      </w:pPr>
      <w:r>
        <w:t>1562</w:t>
      </w:r>
    </w:p>
    <w:p>
      <w:pPr>
        <w:jc w:val="both"/>
      </w:pPr>
      <w:r>
        <w:t>1550</w:t>
      </w:r>
    </w:p>
    <w:p>
      <w:pPr>
        <w:jc w:val="both"/>
      </w:pPr>
      <w:r>
        <w:t>03C3.1.HS56</w:t>
      </w:r>
    </w:p>
    <w:p>
      <w:pPr>
        <w:jc w:val="both"/>
      </w:pPr>
      <w:r>
        <w:t>Progesteron</w:t>
      </w:r>
    </w:p>
    <w:p>
      <w:pPr>
        <w:jc w:val="both"/>
      </w:pPr>
      <w:r>
        <w:t>82.000</w:t>
      </w:r>
    </w:p>
    <w:p>
      <w:pPr>
        <w:jc w:val="both"/>
      </w:pPr>
      <w:r>
        <w:t>93.300</w:t>
      </w:r>
    </w:p>
    <w:p>
      <w:pPr>
        <w:jc w:val="both"/>
      </w:pPr>
      <w:r>
        <w:t>1563</w:t>
      </w:r>
    </w:p>
    <w:p>
      <w:pPr>
        <w:jc w:val="both"/>
      </w:pPr>
      <w:r>
        <w:t>1551</w:t>
      </w:r>
    </w:p>
    <w:p>
      <w:pPr>
        <w:jc w:val="both"/>
      </w:pPr>
      <w:r>
        <w:t>04C5.1.342</w:t>
      </w:r>
    </w:p>
    <w:p>
      <w:pPr>
        <w:jc w:val="both"/>
      </w:pPr>
      <w:r>
        <w:t>PRO-GRP</w:t>
      </w:r>
    </w:p>
    <w:p>
      <w:pPr>
        <w:jc w:val="both"/>
      </w:pPr>
      <w:r>
        <w:t>354.000</w:t>
      </w:r>
    </w:p>
    <w:p>
      <w:pPr>
        <w:jc w:val="both"/>
      </w:pPr>
      <w:r>
        <w:t>403.000</w:t>
      </w:r>
    </w:p>
    <w:p>
      <w:pPr>
        <w:jc w:val="both"/>
      </w:pPr>
      <w:r>
        <w:t>1564</w:t>
      </w:r>
    </w:p>
    <w:p>
      <w:pPr>
        <w:jc w:val="both"/>
      </w:pPr>
      <w:r>
        <w:t>1552</w:t>
      </w:r>
    </w:p>
    <w:p>
      <w:pPr>
        <w:jc w:val="both"/>
      </w:pPr>
      <w:r>
        <w:t>03C3.1.HS55</w:t>
      </w:r>
    </w:p>
    <w:p>
      <w:pPr>
        <w:jc w:val="both"/>
      </w:pPr>
      <w:r>
        <w:t>Prolactin</w:t>
      </w:r>
    </w:p>
    <w:p>
      <w:pPr>
        <w:jc w:val="both"/>
      </w:pPr>
      <w:r>
        <w:t>76.500</w:t>
      </w:r>
    </w:p>
    <w:p>
      <w:pPr>
        <w:jc w:val="both"/>
      </w:pPr>
      <w:r>
        <w:t>87.100</w:t>
      </w:r>
    </w:p>
    <w:p>
      <w:pPr>
        <w:jc w:val="both"/>
      </w:pPr>
      <w:r>
        <w:t>1565</w:t>
      </w:r>
    </w:p>
    <w:p>
      <w:pPr>
        <w:jc w:val="both"/>
      </w:pPr>
      <w:r>
        <w:t>1553</w:t>
      </w:r>
    </w:p>
    <w:p>
      <w:pPr>
        <w:jc w:val="both"/>
      </w:pPr>
      <w:r>
        <w:t>03C3.1.HS47</w:t>
      </w:r>
    </w:p>
    <w:p>
      <w:pPr>
        <w:jc w:val="both"/>
      </w:pPr>
      <w:r>
        <w:t>PSA</w:t>
      </w:r>
    </w:p>
    <w:p>
      <w:pPr>
        <w:jc w:val="both"/>
      </w:pPr>
      <w:r>
        <w:t>92.900</w:t>
      </w:r>
    </w:p>
    <w:p>
      <w:pPr>
        <w:jc w:val="both"/>
      </w:pPr>
      <w:r>
        <w:t>105.000</w:t>
      </w:r>
    </w:p>
    <w:p>
      <w:pPr>
        <w:jc w:val="both"/>
      </w:pPr>
      <w:r>
        <w:t>1566</w:t>
      </w:r>
    </w:p>
    <w:p>
      <w:pPr>
        <w:jc w:val="both"/>
      </w:pPr>
      <w:r>
        <w:t>1554</w:t>
      </w:r>
    </w:p>
    <w:p>
      <w:pPr>
        <w:jc w:val="both"/>
      </w:pPr>
      <w:r>
        <w:t>PSA tự do (Free prostate- Specific Antigen)</w:t>
      </w:r>
    </w:p>
    <w:p>
      <w:pPr>
        <w:jc w:val="both"/>
      </w:pPr>
      <w:r>
        <w:t>87.500</w:t>
      </w:r>
    </w:p>
    <w:p>
      <w:pPr>
        <w:jc w:val="both"/>
      </w:pPr>
      <w:r>
        <w:t>99.600</w:t>
      </w:r>
    </w:p>
    <w:p>
      <w:pPr>
        <w:jc w:val="both"/>
      </w:pPr>
      <w:r>
        <w:t>1567</w:t>
      </w:r>
    </w:p>
    <w:p>
      <w:pPr>
        <w:jc w:val="both"/>
      </w:pPr>
      <w:r>
        <w:t>1555</w:t>
      </w:r>
    </w:p>
    <w:p>
      <w:pPr>
        <w:jc w:val="both"/>
      </w:pPr>
      <w:r>
        <w:t>03C3.1.HS61</w:t>
      </w:r>
    </w:p>
    <w:p>
      <w:pPr>
        <w:jc w:val="both"/>
      </w:pPr>
      <w:r>
        <w:t>PTH</w:t>
      </w:r>
    </w:p>
    <w:p>
      <w:pPr>
        <w:jc w:val="both"/>
      </w:pPr>
      <w:r>
        <w:t>240.000</w:t>
      </w:r>
    </w:p>
    <w:p>
      <w:pPr>
        <w:jc w:val="both"/>
      </w:pPr>
      <w:r>
        <w:t>273.000</w:t>
      </w:r>
    </w:p>
    <w:p>
      <w:pPr>
        <w:jc w:val="both"/>
      </w:pPr>
      <w:r>
        <w:t>1568</w:t>
      </w:r>
    </w:p>
    <w:p>
      <w:pPr>
        <w:jc w:val="both"/>
      </w:pPr>
      <w:r>
        <w:t>1556</w:t>
      </w:r>
    </w:p>
    <w:p>
      <w:pPr>
        <w:jc w:val="both"/>
      </w:pPr>
      <w:r>
        <w:t>03C3.1.HS17</w:t>
      </w:r>
    </w:p>
    <w:p>
      <w:pPr>
        <w:jc w:val="both"/>
      </w:pPr>
      <w:r>
        <w:t>Quinin/ Cloroquin/ Mefloquin</w:t>
      </w:r>
    </w:p>
    <w:p>
      <w:pPr>
        <w:jc w:val="both"/>
      </w:pPr>
      <w:r>
        <w:t>82.000</w:t>
      </w:r>
    </w:p>
    <w:p>
      <w:pPr>
        <w:jc w:val="both"/>
      </w:pPr>
      <w:r>
        <w:t>93.300</w:t>
      </w:r>
    </w:p>
    <w:p>
      <w:pPr>
        <w:jc w:val="both"/>
      </w:pPr>
      <w:r>
        <w:t>1569</w:t>
      </w:r>
    </w:p>
    <w:p>
      <w:pPr>
        <w:jc w:val="both"/>
      </w:pPr>
      <w:r>
        <w:t>1557</w:t>
      </w:r>
    </w:p>
    <w:p>
      <w:pPr>
        <w:jc w:val="both"/>
      </w:pPr>
      <w:r>
        <w:t>03C3.1.HS39</w:t>
      </w:r>
    </w:p>
    <w:p>
      <w:pPr>
        <w:jc w:val="both"/>
      </w:pPr>
      <w:r>
        <w:t>RF (Rheumatoid Factor)</w:t>
      </w:r>
    </w:p>
    <w:p>
      <w:pPr>
        <w:jc w:val="both"/>
      </w:pPr>
      <w:r>
        <w:t>38.200</w:t>
      </w:r>
    </w:p>
    <w:p>
      <w:pPr>
        <w:jc w:val="both"/>
      </w:pPr>
      <w:r>
        <w:t>43.500</w:t>
      </w:r>
    </w:p>
    <w:p>
      <w:pPr>
        <w:jc w:val="both"/>
      </w:pPr>
      <w:r>
        <w:t>1570</w:t>
      </w:r>
    </w:p>
    <w:p>
      <w:pPr>
        <w:jc w:val="both"/>
      </w:pPr>
      <w:r>
        <w:t>1558</w:t>
      </w:r>
    </w:p>
    <w:p>
      <w:pPr>
        <w:jc w:val="both"/>
      </w:pPr>
      <w:r>
        <w:t>03C3.1.HS22</w:t>
      </w:r>
    </w:p>
    <w:p>
      <w:pPr>
        <w:jc w:val="both"/>
      </w:pPr>
      <w:r>
        <w:t>Salicylate</w:t>
      </w:r>
    </w:p>
    <w:p>
      <w:pPr>
        <w:jc w:val="both"/>
      </w:pPr>
      <w:r>
        <w:t>76.500</w:t>
      </w:r>
    </w:p>
    <w:p>
      <w:pPr>
        <w:jc w:val="both"/>
      </w:pPr>
      <w:r>
        <w:t>87.100</w:t>
      </w:r>
    </w:p>
    <w:p>
      <w:pPr>
        <w:jc w:val="both"/>
      </w:pPr>
      <w:r>
        <w:t>1571</w:t>
      </w:r>
    </w:p>
    <w:p>
      <w:pPr>
        <w:jc w:val="both"/>
      </w:pPr>
      <w:r>
        <w:t>1559</w:t>
      </w:r>
    </w:p>
    <w:p>
      <w:pPr>
        <w:jc w:val="both"/>
      </w:pPr>
      <w:r>
        <w:t>04C5.1.341</w:t>
      </w:r>
    </w:p>
    <w:p>
      <w:pPr>
        <w:jc w:val="both"/>
      </w:pPr>
      <w:r>
        <w:t>SCC</w:t>
      </w:r>
    </w:p>
    <w:p>
      <w:pPr>
        <w:jc w:val="both"/>
      </w:pPr>
      <w:r>
        <w:t>207.000</w:t>
      </w:r>
    </w:p>
    <w:p>
      <w:pPr>
        <w:jc w:val="both"/>
      </w:pPr>
      <w:r>
        <w:t>235.000</w:t>
      </w:r>
    </w:p>
    <w:p>
      <w:pPr>
        <w:jc w:val="both"/>
      </w:pPr>
      <w:r>
        <w:t>1572</w:t>
      </w:r>
    </w:p>
    <w:p>
      <w:pPr>
        <w:jc w:val="both"/>
      </w:pPr>
      <w:r>
        <w:t>1560</w:t>
      </w:r>
    </w:p>
    <w:p>
      <w:pPr>
        <w:jc w:val="both"/>
      </w:pPr>
      <w:r>
        <w:t>04C5.1.345</w:t>
      </w:r>
    </w:p>
    <w:p>
      <w:pPr>
        <w:jc w:val="both"/>
      </w:pPr>
      <w:r>
        <w:t>SFLT1</w:t>
      </w:r>
    </w:p>
    <w:p>
      <w:pPr>
        <w:jc w:val="both"/>
      </w:pPr>
      <w:r>
        <w:t>742.000</w:t>
      </w:r>
    </w:p>
    <w:p>
      <w:pPr>
        <w:jc w:val="both"/>
      </w:pPr>
      <w:r>
        <w:t>845.000</w:t>
      </w:r>
    </w:p>
    <w:p>
      <w:pPr>
        <w:jc w:val="both"/>
      </w:pPr>
      <w:r>
        <w:t>1573</w:t>
      </w:r>
    </w:p>
    <w:p>
      <w:pPr>
        <w:jc w:val="both"/>
      </w:pPr>
      <w:r>
        <w:t>1561</w:t>
      </w:r>
    </w:p>
    <w:p>
      <w:pPr>
        <w:jc w:val="both"/>
      </w:pPr>
      <w:r>
        <w:t>03C3.1.HS44</w:t>
      </w:r>
    </w:p>
    <w:p>
      <w:pPr>
        <w:jc w:val="both"/>
      </w:pPr>
      <w:r>
        <w:t>T3/FT3/T4/FT4 (1 loại)</w:t>
      </w:r>
    </w:p>
    <w:p>
      <w:pPr>
        <w:jc w:val="both"/>
      </w:pPr>
      <w:r>
        <w:t>65.600</w:t>
      </w:r>
    </w:p>
    <w:p>
      <w:pPr>
        <w:jc w:val="both"/>
      </w:pPr>
      <w:r>
        <w:t>74.700</w:t>
      </w:r>
    </w:p>
    <w:p>
      <w:pPr>
        <w:jc w:val="both"/>
      </w:pPr>
      <w:r>
        <w:t>1574</w:t>
      </w:r>
    </w:p>
    <w:p>
      <w:pPr>
        <w:jc w:val="both"/>
      </w:pPr>
      <w:r>
        <w:t>1562</w:t>
      </w:r>
    </w:p>
    <w:p>
      <w:pPr>
        <w:jc w:val="both"/>
      </w:pPr>
      <w:r>
        <w:t>04C5.1.343</w:t>
      </w:r>
    </w:p>
    <w:p>
      <w:pPr>
        <w:jc w:val="both"/>
      </w:pPr>
      <w:r>
        <w:t>Tacrolimus</w:t>
      </w:r>
    </w:p>
    <w:p>
      <w:pPr>
        <w:jc w:val="both"/>
      </w:pPr>
      <w:r>
        <w:t>735.000</w:t>
      </w:r>
    </w:p>
    <w:p>
      <w:pPr>
        <w:jc w:val="both"/>
      </w:pPr>
      <w:r>
        <w:t>837.000</w:t>
      </w:r>
    </w:p>
    <w:p>
      <w:pPr>
        <w:jc w:val="both"/>
      </w:pPr>
      <w:r>
        <w:t>1575</w:t>
      </w:r>
    </w:p>
    <w:p>
      <w:pPr>
        <w:jc w:val="both"/>
      </w:pPr>
      <w:r>
        <w:t>1563</w:t>
      </w:r>
    </w:p>
    <w:p>
      <w:pPr>
        <w:jc w:val="both"/>
      </w:pPr>
      <w:r>
        <w:t>04C5.1.350</w:t>
      </w:r>
    </w:p>
    <w:p>
      <w:pPr>
        <w:jc w:val="both"/>
      </w:pPr>
      <w:r>
        <w:t>Testosteron</w:t>
      </w:r>
    </w:p>
    <w:p>
      <w:pPr>
        <w:jc w:val="both"/>
      </w:pPr>
      <w:r>
        <w:t>95.100</w:t>
      </w:r>
    </w:p>
    <w:p>
      <w:pPr>
        <w:jc w:val="both"/>
      </w:pPr>
      <w:r>
        <w:t>108.000</w:t>
      </w:r>
    </w:p>
    <w:p>
      <w:pPr>
        <w:jc w:val="both"/>
      </w:pPr>
      <w:r>
        <w:t>1576</w:t>
      </w:r>
    </w:p>
    <w:p>
      <w:pPr>
        <w:jc w:val="both"/>
      </w:pPr>
      <w:r>
        <w:t>1564</w:t>
      </w:r>
    </w:p>
    <w:p>
      <w:pPr>
        <w:jc w:val="both"/>
      </w:pPr>
      <w:r>
        <w:t>03C3.1.HS15</w:t>
      </w:r>
    </w:p>
    <w:p>
      <w:pPr>
        <w:jc w:val="both"/>
      </w:pPr>
      <w:r>
        <w:t>Theophylin</w:t>
      </w:r>
    </w:p>
    <w:p>
      <w:pPr>
        <w:jc w:val="both"/>
      </w:pPr>
      <w:r>
        <w:t>82.000</w:t>
      </w:r>
    </w:p>
    <w:p>
      <w:pPr>
        <w:jc w:val="both"/>
      </w:pPr>
      <w:r>
        <w:t>93.300</w:t>
      </w:r>
    </w:p>
    <w:p>
      <w:pPr>
        <w:jc w:val="both"/>
      </w:pPr>
      <w:r>
        <w:t>1577</w:t>
      </w:r>
    </w:p>
    <w:p>
      <w:pPr>
        <w:jc w:val="both"/>
      </w:pPr>
      <w:r>
        <w:t>1565</w:t>
      </w:r>
    </w:p>
    <w:p>
      <w:pPr>
        <w:jc w:val="both"/>
      </w:pPr>
      <w:r>
        <w:t>03C3.1.HS11</w:t>
      </w:r>
    </w:p>
    <w:p>
      <w:pPr>
        <w:jc w:val="both"/>
      </w:pPr>
      <w:r>
        <w:t>Thyroglobulin</w:t>
      </w:r>
    </w:p>
    <w:p>
      <w:pPr>
        <w:jc w:val="both"/>
      </w:pPr>
      <w:r>
        <w:t>179.000</w:t>
      </w:r>
    </w:p>
    <w:p>
      <w:pPr>
        <w:jc w:val="both"/>
      </w:pPr>
      <w:r>
        <w:t>204.000</w:t>
      </w:r>
    </w:p>
    <w:p>
      <w:pPr>
        <w:jc w:val="both"/>
      </w:pPr>
      <w:r>
        <w:t>1578</w:t>
      </w:r>
    </w:p>
    <w:p>
      <w:pPr>
        <w:jc w:val="both"/>
      </w:pPr>
      <w:r>
        <w:t>1566</w:t>
      </w:r>
    </w:p>
    <w:p>
      <w:pPr>
        <w:jc w:val="both"/>
      </w:pPr>
      <w:r>
        <w:t>03C3.1.HS13</w:t>
      </w:r>
    </w:p>
    <w:p>
      <w:pPr>
        <w:jc w:val="both"/>
      </w:pPr>
      <w:r>
        <w:t>TRAb định lượng</w:t>
      </w:r>
    </w:p>
    <w:p>
      <w:pPr>
        <w:jc w:val="both"/>
      </w:pPr>
      <w:r>
        <w:t>414.000</w:t>
      </w:r>
    </w:p>
    <w:p>
      <w:pPr>
        <w:jc w:val="both"/>
      </w:pPr>
      <w:r>
        <w:t>471.000</w:t>
      </w:r>
    </w:p>
    <w:p>
      <w:pPr>
        <w:jc w:val="both"/>
      </w:pPr>
      <w:r>
        <w:t>1579</w:t>
      </w:r>
    </w:p>
    <w:p>
      <w:pPr>
        <w:jc w:val="both"/>
      </w:pPr>
      <w:r>
        <w:t>1567</w:t>
      </w:r>
    </w:p>
    <w:p>
      <w:pPr>
        <w:jc w:val="both"/>
      </w:pPr>
      <w:r>
        <w:t>03C3.1.HS41</w:t>
      </w:r>
    </w:p>
    <w:p>
      <w:pPr>
        <w:jc w:val="both"/>
      </w:pPr>
      <w:r>
        <w:t>Transferin/độ bão hòa tranferin</w:t>
      </w:r>
    </w:p>
    <w:p>
      <w:pPr>
        <w:jc w:val="both"/>
      </w:pPr>
      <w:r>
        <w:t>65.600</w:t>
      </w:r>
    </w:p>
    <w:p>
      <w:pPr>
        <w:jc w:val="both"/>
      </w:pPr>
      <w:r>
        <w:t>74.700</w:t>
      </w:r>
    </w:p>
    <w:p>
      <w:pPr>
        <w:jc w:val="both"/>
      </w:pPr>
      <w:r>
        <w:t>1580</w:t>
      </w:r>
    </w:p>
    <w:p>
      <w:pPr>
        <w:jc w:val="both"/>
      </w:pPr>
      <w:r>
        <w:t>1568</w:t>
      </w:r>
    </w:p>
    <w:p>
      <w:pPr>
        <w:jc w:val="both"/>
      </w:pPr>
      <w:r>
        <w:t>03C3.1.HS16</w:t>
      </w:r>
    </w:p>
    <w:p>
      <w:pPr>
        <w:jc w:val="both"/>
      </w:pPr>
      <w:r>
        <w:t>Tricyclic anti depressant</w:t>
      </w:r>
    </w:p>
    <w:p>
      <w:pPr>
        <w:jc w:val="both"/>
      </w:pPr>
      <w:r>
        <w:t>82.000</w:t>
      </w:r>
    </w:p>
    <w:p>
      <w:pPr>
        <w:jc w:val="both"/>
      </w:pPr>
      <w:r>
        <w:t>93.300</w:t>
      </w:r>
    </w:p>
    <w:p>
      <w:pPr>
        <w:jc w:val="both"/>
      </w:pPr>
      <w:r>
        <w:t>1581</w:t>
      </w:r>
    </w:p>
    <w:p>
      <w:pPr>
        <w:jc w:val="both"/>
      </w:pPr>
      <w:r>
        <w:t>1569</w:t>
      </w:r>
    </w:p>
    <w:p>
      <w:pPr>
        <w:jc w:val="both"/>
      </w:pPr>
      <w:r>
        <w:t>03C3.1.HS59</w:t>
      </w:r>
    </w:p>
    <w:p>
      <w:pPr>
        <w:jc w:val="both"/>
      </w:pPr>
      <w:r>
        <w:t>Troponin T/I</w:t>
      </w:r>
    </w:p>
    <w:p>
      <w:pPr>
        <w:jc w:val="both"/>
      </w:pPr>
      <w:r>
        <w:t>76.500</w:t>
      </w:r>
    </w:p>
    <w:p>
      <w:pPr>
        <w:jc w:val="both"/>
      </w:pPr>
      <w:r>
        <w:t>87.100</w:t>
      </w:r>
    </w:p>
    <w:p>
      <w:pPr>
        <w:jc w:val="both"/>
      </w:pPr>
      <w:r>
        <w:t>1582</w:t>
      </w:r>
    </w:p>
    <w:p>
      <w:pPr>
        <w:jc w:val="both"/>
      </w:pPr>
      <w:r>
        <w:t>1570</w:t>
      </w:r>
    </w:p>
    <w:p>
      <w:pPr>
        <w:jc w:val="both"/>
      </w:pPr>
      <w:r>
        <w:t>03C3.1.HS45</w:t>
      </w:r>
    </w:p>
    <w:p>
      <w:pPr>
        <w:jc w:val="both"/>
      </w:pPr>
      <w:r>
        <w:t>TSH</w:t>
      </w:r>
    </w:p>
    <w:p>
      <w:pPr>
        <w:jc w:val="both"/>
      </w:pPr>
      <w:r>
        <w:t>60.100</w:t>
      </w:r>
    </w:p>
    <w:p>
      <w:pPr>
        <w:jc w:val="both"/>
      </w:pPr>
      <w:r>
        <w:t>68.400</w:t>
      </w:r>
    </w:p>
    <w:p>
      <w:pPr>
        <w:jc w:val="both"/>
      </w:pPr>
      <w:r>
        <w:t>1583</w:t>
      </w:r>
    </w:p>
    <w:p>
      <w:pPr>
        <w:jc w:val="both"/>
      </w:pPr>
      <w:r>
        <w:t>1571</w:t>
      </w:r>
    </w:p>
    <w:p>
      <w:pPr>
        <w:jc w:val="both"/>
      </w:pPr>
      <w:r>
        <w:t>03C3.1.HS68</w:t>
      </w:r>
    </w:p>
    <w:p>
      <w:pPr>
        <w:jc w:val="both"/>
      </w:pPr>
      <w:r>
        <w:t>Vitamin B12</w:t>
      </w:r>
    </w:p>
    <w:p>
      <w:pPr>
        <w:jc w:val="both"/>
      </w:pPr>
      <w:r>
        <w:t>76.500</w:t>
      </w:r>
    </w:p>
    <w:p>
      <w:pPr>
        <w:jc w:val="both"/>
      </w:pPr>
      <w:r>
        <w:t>87.100</w:t>
      </w:r>
    </w:p>
    <w:p>
      <w:pPr>
        <w:jc w:val="both"/>
      </w:pPr>
      <w:r>
        <w:t>1584</w:t>
      </w:r>
    </w:p>
    <w:p>
      <w:pPr>
        <w:jc w:val="both"/>
      </w:pPr>
      <w:r>
        <w:t>1572</w:t>
      </w:r>
    </w:p>
    <w:p>
      <w:pPr>
        <w:jc w:val="both"/>
      </w:pPr>
      <w:r>
        <w:t>04C5.1.310</w:t>
      </w:r>
    </w:p>
    <w:p>
      <w:pPr>
        <w:jc w:val="both"/>
      </w:pPr>
      <w:r>
        <w:t>Xác định Bacturate trong máu</w:t>
      </w:r>
    </w:p>
    <w:p>
      <w:pPr>
        <w:jc w:val="both"/>
      </w:pPr>
      <w:r>
        <w:t>207.000</w:t>
      </w:r>
    </w:p>
    <w:p>
      <w:pPr>
        <w:jc w:val="both"/>
      </w:pPr>
      <w:r>
        <w:t>235.000</w:t>
      </w:r>
    </w:p>
    <w:p>
      <w:pPr>
        <w:jc w:val="both"/>
      </w:pPr>
      <w:r>
        <w:t>1585</w:t>
      </w:r>
    </w:p>
    <w:p>
      <w:pPr>
        <w:jc w:val="both"/>
      </w:pPr>
      <w:r>
        <w:t>1573</w:t>
      </w:r>
    </w:p>
    <w:p>
      <w:pPr>
        <w:jc w:val="both"/>
      </w:pPr>
      <w:r>
        <w:t>04C5.1.317</w:t>
      </w:r>
    </w:p>
    <w:p>
      <w:pPr>
        <w:jc w:val="both"/>
      </w:pPr>
      <w:r>
        <w:t>Xác định các yếu tố vi lượng (đồng, kẽm...)</w:t>
      </w:r>
    </w:p>
    <w:p>
      <w:pPr>
        <w:jc w:val="both"/>
      </w:pPr>
      <w:r>
        <w:t>26.100</w:t>
      </w:r>
    </w:p>
    <w:p>
      <w:pPr>
        <w:jc w:val="both"/>
      </w:pPr>
      <w:r>
        <w:t>29.800</w:t>
      </w:r>
    </w:p>
    <w:p>
      <w:pPr>
        <w:jc w:val="both"/>
      </w:pPr>
      <w:r>
        <w:t>1586</w:t>
      </w:r>
    </w:p>
    <w:p>
      <w:pPr>
        <w:jc w:val="both"/>
      </w:pPr>
      <w:r>
        <w:t>1574</w:t>
      </w:r>
    </w:p>
    <w:p>
      <w:pPr>
        <w:jc w:val="both"/>
      </w:pPr>
      <w:r>
        <w:t>04C5.1.318</w:t>
      </w:r>
    </w:p>
    <w:p>
      <w:pPr>
        <w:jc w:val="both"/>
      </w:pPr>
      <w:r>
        <w:t>Xác định các yếu tố vi lượng Fe (sắt)</w:t>
      </w:r>
    </w:p>
    <w:p>
      <w:pPr>
        <w:jc w:val="both"/>
      </w:pPr>
      <w:r>
        <w:t>26.100</w:t>
      </w:r>
    </w:p>
    <w:p>
      <w:pPr>
        <w:jc w:val="both"/>
      </w:pPr>
      <w:r>
        <w:t>29.800</w:t>
      </w:r>
    </w:p>
    <w:p>
      <w:pPr>
        <w:jc w:val="both"/>
      </w:pPr>
      <w:r>
        <w:t>1587</w:t>
      </w:r>
    </w:p>
    <w:p>
      <w:pPr>
        <w:jc w:val="both"/>
      </w:pPr>
      <w:r>
        <w:t>Nước tiểu</w:t>
      </w:r>
    </w:p>
    <w:p>
      <w:pPr>
        <w:jc w:val="both"/>
      </w:pPr>
      <w:r>
        <w:t>1588</w:t>
      </w:r>
    </w:p>
    <w:p>
      <w:pPr>
        <w:jc w:val="both"/>
      </w:pPr>
      <w:r>
        <w:t>1575</w:t>
      </w:r>
    </w:p>
    <w:p>
      <w:pPr>
        <w:jc w:val="both"/>
      </w:pPr>
      <w:r>
        <w:t>03C3.2.4</w:t>
      </w:r>
    </w:p>
    <w:p>
      <w:pPr>
        <w:jc w:val="both"/>
      </w:pPr>
      <w:r>
        <w:t>Amphetamin (định tính)</w:t>
      </w:r>
    </w:p>
    <w:p>
      <w:pPr>
        <w:jc w:val="both"/>
      </w:pPr>
      <w:r>
        <w:t>43.700</w:t>
      </w:r>
    </w:p>
    <w:p>
      <w:pPr>
        <w:jc w:val="both"/>
      </w:pPr>
      <w:r>
        <w:t>49.800</w:t>
      </w:r>
    </w:p>
    <w:p>
      <w:pPr>
        <w:jc w:val="both"/>
      </w:pPr>
      <w:r>
        <w:t>1589</w:t>
      </w:r>
    </w:p>
    <w:p>
      <w:pPr>
        <w:jc w:val="both"/>
      </w:pPr>
      <w:r>
        <w:t>1576</w:t>
      </w:r>
    </w:p>
    <w:p>
      <w:pPr>
        <w:jc w:val="both"/>
      </w:pPr>
      <w:r>
        <w:t>04C5.2.364</w:t>
      </w:r>
    </w:p>
    <w:p>
      <w:pPr>
        <w:jc w:val="both"/>
      </w:pPr>
      <w:r>
        <w:t>Amylase niệu</w:t>
      </w:r>
    </w:p>
    <w:p>
      <w:pPr>
        <w:jc w:val="both"/>
      </w:pPr>
      <w:r>
        <w:t>38.200</w:t>
      </w:r>
    </w:p>
    <w:p>
      <w:pPr>
        <w:jc w:val="both"/>
      </w:pPr>
      <w:r>
        <w:t>43.500</w:t>
      </w:r>
    </w:p>
    <w:p>
      <w:pPr>
        <w:jc w:val="both"/>
      </w:pPr>
      <w:r>
        <w:t>1590</w:t>
      </w:r>
    </w:p>
    <w:p>
      <w:pPr>
        <w:jc w:val="both"/>
      </w:pPr>
      <w:r>
        <w:t>1577</w:t>
      </w:r>
    </w:p>
    <w:p>
      <w:pPr>
        <w:jc w:val="both"/>
      </w:pPr>
      <w:r>
        <w:t>04C5.2.358</w:t>
      </w:r>
    </w:p>
    <w:p>
      <w:pPr>
        <w:jc w:val="both"/>
      </w:pPr>
      <w:r>
        <w:t>Calci niệu</w:t>
      </w:r>
    </w:p>
    <w:p>
      <w:pPr>
        <w:jc w:val="both"/>
      </w:pPr>
      <w:r>
        <w:t>25.000</w:t>
      </w:r>
    </w:p>
    <w:p>
      <w:pPr>
        <w:jc w:val="both"/>
      </w:pPr>
      <w:r>
        <w:t>28.500</w:t>
      </w:r>
    </w:p>
    <w:p>
      <w:pPr>
        <w:jc w:val="both"/>
      </w:pPr>
      <w:r>
        <w:t>1591</w:t>
      </w:r>
    </w:p>
    <w:p>
      <w:pPr>
        <w:jc w:val="both"/>
      </w:pPr>
      <w:r>
        <w:t>1578</w:t>
      </w:r>
    </w:p>
    <w:p>
      <w:pPr>
        <w:jc w:val="both"/>
      </w:pPr>
      <w:r>
        <w:t>04C5.2.357</w:t>
      </w:r>
    </w:p>
    <w:p>
      <w:pPr>
        <w:jc w:val="both"/>
      </w:pPr>
      <w:r>
        <w:t>Catecholamin niệu (HPLC)</w:t>
      </w:r>
    </w:p>
    <w:p>
      <w:pPr>
        <w:jc w:val="both"/>
      </w:pPr>
      <w:r>
        <w:t>426.000</w:t>
      </w:r>
    </w:p>
    <w:p>
      <w:pPr>
        <w:jc w:val="both"/>
      </w:pPr>
      <w:r>
        <w:t>485.000</w:t>
      </w:r>
    </w:p>
    <w:p>
      <w:pPr>
        <w:jc w:val="both"/>
      </w:pPr>
      <w:r>
        <w:t>1592</w:t>
      </w:r>
    </w:p>
    <w:p>
      <w:pPr>
        <w:jc w:val="both"/>
      </w:pPr>
      <w:r>
        <w:t>1579</w:t>
      </w:r>
    </w:p>
    <w:p>
      <w:pPr>
        <w:jc w:val="both"/>
      </w:pPr>
      <w:r>
        <w:t>Điện di Protein nước tiểu (máy tự động)</w:t>
      </w:r>
    </w:p>
    <w:p>
      <w:pPr>
        <w:jc w:val="both"/>
      </w:pPr>
      <w:r>
        <w:t>164.000</w:t>
      </w:r>
    </w:p>
    <w:p>
      <w:pPr>
        <w:jc w:val="both"/>
      </w:pPr>
      <w:r>
        <w:t>186.000</w:t>
      </w:r>
    </w:p>
    <w:p>
      <w:pPr>
        <w:jc w:val="both"/>
      </w:pPr>
      <w:r>
        <w:t>1593</w:t>
      </w:r>
    </w:p>
    <w:p>
      <w:pPr>
        <w:jc w:val="both"/>
      </w:pPr>
      <w:r>
        <w:t>1580</w:t>
      </w:r>
    </w:p>
    <w:p>
      <w:pPr>
        <w:jc w:val="both"/>
      </w:pPr>
      <w:r>
        <w:t>04C5.2.360</w:t>
      </w:r>
    </w:p>
    <w:p>
      <w:pPr>
        <w:jc w:val="both"/>
      </w:pPr>
      <w:r>
        <w:t>Điện giải đồ (Na, K, Cl) niệu</w:t>
      </w:r>
    </w:p>
    <w:p>
      <w:pPr>
        <w:jc w:val="both"/>
      </w:pPr>
      <w:r>
        <w:t>29.500</w:t>
      </w:r>
    </w:p>
    <w:p>
      <w:pPr>
        <w:jc w:val="both"/>
      </w:pPr>
      <w:r>
        <w:t>33.500</w:t>
      </w:r>
    </w:p>
    <w:p>
      <w:pPr>
        <w:jc w:val="both"/>
      </w:pPr>
      <w:r>
        <w:t>Áp dụng cho cả trường hợp cho kết quả nhiều hơn 3 chỉ số.</w:t>
      </w:r>
    </w:p>
    <w:p>
      <w:pPr>
        <w:jc w:val="both"/>
      </w:pPr>
      <w:r>
        <w:t>1594</w:t>
      </w:r>
    </w:p>
    <w:p>
      <w:pPr>
        <w:jc w:val="both"/>
      </w:pPr>
      <w:r>
        <w:t>1581</w:t>
      </w:r>
    </w:p>
    <w:p>
      <w:pPr>
        <w:jc w:val="both"/>
      </w:pPr>
      <w:r>
        <w:t>03C3.2.8</w:t>
      </w:r>
    </w:p>
    <w:p>
      <w:pPr>
        <w:jc w:val="both"/>
      </w:pPr>
      <w:r>
        <w:t>DPD</w:t>
      </w:r>
    </w:p>
    <w:p>
      <w:pPr>
        <w:jc w:val="both"/>
      </w:pPr>
      <w:r>
        <w:t>195.000</w:t>
      </w:r>
    </w:p>
    <w:p>
      <w:pPr>
        <w:jc w:val="both"/>
      </w:pPr>
      <w:r>
        <w:t>222.000</w:t>
      </w:r>
    </w:p>
    <w:p>
      <w:pPr>
        <w:jc w:val="both"/>
      </w:pPr>
      <w:r>
        <w:t>1595</w:t>
      </w:r>
    </w:p>
    <w:p>
      <w:pPr>
        <w:jc w:val="both"/>
      </w:pPr>
      <w:r>
        <w:t>1582</w:t>
      </w:r>
    </w:p>
    <w:p>
      <w:pPr>
        <w:jc w:val="both"/>
      </w:pPr>
      <w:r>
        <w:t>03C3.2.7</w:t>
      </w:r>
    </w:p>
    <w:p>
      <w:pPr>
        <w:jc w:val="both"/>
      </w:pPr>
      <w:r>
        <w:t>Dưỡng chấp</w:t>
      </w:r>
    </w:p>
    <w:p>
      <w:pPr>
        <w:jc w:val="both"/>
      </w:pPr>
      <w:r>
        <w:t>21.800</w:t>
      </w:r>
    </w:p>
    <w:p>
      <w:pPr>
        <w:jc w:val="both"/>
      </w:pPr>
      <w:r>
        <w:t>24.900</w:t>
      </w:r>
    </w:p>
    <w:p>
      <w:pPr>
        <w:jc w:val="both"/>
      </w:pPr>
      <w:r>
        <w:t>1596</w:t>
      </w:r>
    </w:p>
    <w:p>
      <w:pPr>
        <w:jc w:val="both"/>
      </w:pPr>
      <w:r>
        <w:t>1583</w:t>
      </w:r>
    </w:p>
    <w:p>
      <w:pPr>
        <w:jc w:val="both"/>
      </w:pPr>
      <w:r>
        <w:t>04C5.2.366</w:t>
      </w:r>
    </w:p>
    <w:p>
      <w:pPr>
        <w:jc w:val="both"/>
      </w:pPr>
      <w:r>
        <w:t>Gonadotrophin để chẩn đoán thai nghén bằng phương pháp hóa học-miễn dịch định tính</w:t>
      </w:r>
    </w:p>
    <w:p>
      <w:pPr>
        <w:jc w:val="both"/>
      </w:pPr>
      <w:r>
        <w:t>24.000</w:t>
      </w:r>
    </w:p>
    <w:p>
      <w:pPr>
        <w:jc w:val="both"/>
      </w:pPr>
      <w:r>
        <w:t>27.300</w:t>
      </w:r>
    </w:p>
    <w:p>
      <w:pPr>
        <w:jc w:val="both"/>
      </w:pPr>
      <w:r>
        <w:t>1597</w:t>
      </w:r>
    </w:p>
    <w:p>
      <w:pPr>
        <w:jc w:val="both"/>
      </w:pPr>
      <w:r>
        <w:t>1584</w:t>
      </w:r>
    </w:p>
    <w:p>
      <w:pPr>
        <w:jc w:val="both"/>
      </w:pPr>
      <w:r>
        <w:t>04C5.2.367</w:t>
      </w:r>
    </w:p>
    <w:p>
      <w:pPr>
        <w:jc w:val="both"/>
      </w:pPr>
      <w:r>
        <w:t>Gonadotrophin để chẩn đoán thai nghén định lượng</w:t>
      </w:r>
    </w:p>
    <w:p>
      <w:pPr>
        <w:jc w:val="both"/>
      </w:pPr>
      <w:r>
        <w:t>91.800</w:t>
      </w:r>
    </w:p>
    <w:p>
      <w:pPr>
        <w:jc w:val="both"/>
      </w:pPr>
      <w:r>
        <w:t>104.000</w:t>
      </w:r>
    </w:p>
    <w:p>
      <w:pPr>
        <w:jc w:val="both"/>
      </w:pPr>
      <w:r>
        <w:t>1598</w:t>
      </w:r>
    </w:p>
    <w:p>
      <w:pPr>
        <w:jc w:val="both"/>
      </w:pPr>
      <w:r>
        <w:t>1585</w:t>
      </w:r>
    </w:p>
    <w:p>
      <w:pPr>
        <w:jc w:val="both"/>
      </w:pPr>
      <w:r>
        <w:t>04C5.2.369</w:t>
      </w:r>
    </w:p>
    <w:p>
      <w:pPr>
        <w:jc w:val="both"/>
      </w:pPr>
      <w:r>
        <w:t>Hydrocorticosteroid định lượng</w:t>
      </w:r>
    </w:p>
    <w:p>
      <w:pPr>
        <w:jc w:val="both"/>
      </w:pPr>
      <w:r>
        <w:t>39.200</w:t>
      </w:r>
    </w:p>
    <w:p>
      <w:pPr>
        <w:jc w:val="both"/>
      </w:pPr>
      <w:r>
        <w:t>44.700</w:t>
      </w:r>
    </w:p>
    <w:p>
      <w:pPr>
        <w:jc w:val="both"/>
      </w:pPr>
      <w:r>
        <w:t>1599</w:t>
      </w:r>
    </w:p>
    <w:p>
      <w:pPr>
        <w:jc w:val="both"/>
      </w:pPr>
      <w:r>
        <w:t>1586</w:t>
      </w:r>
    </w:p>
    <w:p>
      <w:pPr>
        <w:jc w:val="both"/>
      </w:pPr>
      <w:r>
        <w:t>03C3.2.5</w:t>
      </w:r>
    </w:p>
    <w:p>
      <w:pPr>
        <w:jc w:val="both"/>
      </w:pPr>
      <w:r>
        <w:t>Marijuana định tính</w:t>
      </w:r>
    </w:p>
    <w:p>
      <w:pPr>
        <w:jc w:val="both"/>
      </w:pPr>
      <w:r>
        <w:t>43.700</w:t>
      </w:r>
    </w:p>
    <w:p>
      <w:pPr>
        <w:jc w:val="both"/>
      </w:pPr>
      <w:r>
        <w:t>49.800</w:t>
      </w:r>
    </w:p>
    <w:p>
      <w:pPr>
        <w:jc w:val="both"/>
      </w:pPr>
      <w:r>
        <w:t>1600</w:t>
      </w:r>
    </w:p>
    <w:p>
      <w:pPr>
        <w:jc w:val="both"/>
      </w:pPr>
      <w:r>
        <w:t>1587</w:t>
      </w:r>
    </w:p>
    <w:p>
      <w:pPr>
        <w:jc w:val="both"/>
      </w:pPr>
      <w:r>
        <w:t>03C3.2.2</w:t>
      </w:r>
    </w:p>
    <w:p>
      <w:pPr>
        <w:jc w:val="both"/>
      </w:pPr>
      <w:r>
        <w:t>Micro Albumin</w:t>
      </w:r>
    </w:p>
    <w:p>
      <w:pPr>
        <w:jc w:val="both"/>
      </w:pPr>
      <w:r>
        <w:t>43.700</w:t>
      </w:r>
    </w:p>
    <w:p>
      <w:pPr>
        <w:jc w:val="both"/>
      </w:pPr>
      <w:r>
        <w:t>49.800</w:t>
      </w:r>
    </w:p>
    <w:p>
      <w:pPr>
        <w:jc w:val="both"/>
      </w:pPr>
      <w:r>
        <w:t>1601</w:t>
      </w:r>
    </w:p>
    <w:p>
      <w:pPr>
        <w:jc w:val="both"/>
      </w:pPr>
      <w:r>
        <w:t>1588</w:t>
      </w:r>
    </w:p>
    <w:p>
      <w:pPr>
        <w:jc w:val="both"/>
      </w:pPr>
      <w:r>
        <w:t>04C5.2.368</w:t>
      </w:r>
    </w:p>
    <w:p>
      <w:pPr>
        <w:jc w:val="both"/>
      </w:pPr>
      <w:r>
        <w:t>Oestrogen toàn phần định lượng</w:t>
      </w:r>
    </w:p>
    <w:p>
      <w:pPr>
        <w:jc w:val="both"/>
      </w:pPr>
      <w:r>
        <w:t>32.800</w:t>
      </w:r>
    </w:p>
    <w:p>
      <w:pPr>
        <w:jc w:val="both"/>
      </w:pPr>
      <w:r>
        <w:t>37.300</w:t>
      </w:r>
    </w:p>
    <w:p>
      <w:pPr>
        <w:jc w:val="both"/>
      </w:pPr>
      <w:r>
        <w:t>1602</w:t>
      </w:r>
    </w:p>
    <w:p>
      <w:pPr>
        <w:jc w:val="both"/>
      </w:pPr>
      <w:r>
        <w:t>1589</w:t>
      </w:r>
    </w:p>
    <w:p>
      <w:pPr>
        <w:jc w:val="both"/>
      </w:pPr>
      <w:r>
        <w:t>03C3.2.3</w:t>
      </w:r>
    </w:p>
    <w:p>
      <w:pPr>
        <w:jc w:val="both"/>
      </w:pPr>
      <w:r>
        <w:t>Opiate định tính</w:t>
      </w:r>
    </w:p>
    <w:p>
      <w:pPr>
        <w:jc w:val="both"/>
      </w:pPr>
      <w:r>
        <w:t>43.700</w:t>
      </w:r>
    </w:p>
    <w:p>
      <w:pPr>
        <w:jc w:val="both"/>
      </w:pPr>
      <w:r>
        <w:t>49.800</w:t>
      </w:r>
    </w:p>
    <w:p>
      <w:pPr>
        <w:jc w:val="both"/>
      </w:pPr>
      <w:r>
        <w:t>1603</w:t>
      </w:r>
    </w:p>
    <w:p>
      <w:pPr>
        <w:jc w:val="both"/>
      </w:pPr>
      <w:r>
        <w:t>1590</w:t>
      </w:r>
    </w:p>
    <w:p>
      <w:pPr>
        <w:jc w:val="both"/>
      </w:pPr>
      <w:r>
        <w:t>04C5.2.359</w:t>
      </w:r>
    </w:p>
    <w:p>
      <w:pPr>
        <w:jc w:val="both"/>
      </w:pPr>
      <w:r>
        <w:t>Phospho niệu</w:t>
      </w:r>
    </w:p>
    <w:p>
      <w:pPr>
        <w:jc w:val="both"/>
      </w:pPr>
      <w:r>
        <w:t>20.700</w:t>
      </w:r>
    </w:p>
    <w:p>
      <w:pPr>
        <w:jc w:val="both"/>
      </w:pPr>
      <w:r>
        <w:t>23.500</w:t>
      </w:r>
    </w:p>
    <w:p>
      <w:pPr>
        <w:jc w:val="both"/>
      </w:pPr>
      <w:r>
        <w:t>1604</w:t>
      </w:r>
    </w:p>
    <w:p>
      <w:pPr>
        <w:jc w:val="both"/>
      </w:pPr>
      <w:r>
        <w:t>1591</w:t>
      </w:r>
    </w:p>
    <w:p>
      <w:pPr>
        <w:jc w:val="both"/>
      </w:pPr>
      <w:r>
        <w:t>04C5.2.370</w:t>
      </w:r>
    </w:p>
    <w:p>
      <w:pPr>
        <w:jc w:val="both"/>
      </w:pPr>
      <w:r>
        <w:t>Porphyrin định tính</w:t>
      </w:r>
    </w:p>
    <w:p>
      <w:pPr>
        <w:jc w:val="both"/>
      </w:pPr>
      <w:r>
        <w:t>49.200</w:t>
      </w:r>
    </w:p>
    <w:p>
      <w:pPr>
        <w:jc w:val="both"/>
      </w:pPr>
      <w:r>
        <w:t>56.000</w:t>
      </w:r>
    </w:p>
    <w:p>
      <w:pPr>
        <w:jc w:val="both"/>
      </w:pPr>
      <w:r>
        <w:t>1605</w:t>
      </w:r>
    </w:p>
    <w:p>
      <w:pPr>
        <w:jc w:val="both"/>
      </w:pPr>
      <w:r>
        <w:t>1592</w:t>
      </w:r>
    </w:p>
    <w:p>
      <w:pPr>
        <w:jc w:val="both"/>
      </w:pPr>
      <w:r>
        <w:t>03C3.2.6</w:t>
      </w:r>
    </w:p>
    <w:p>
      <w:pPr>
        <w:jc w:val="both"/>
      </w:pPr>
      <w:r>
        <w:t>Protein Bence - Jone</w:t>
      </w:r>
    </w:p>
    <w:p>
      <w:pPr>
        <w:jc w:val="both"/>
      </w:pPr>
      <w:r>
        <w:t>21.800</w:t>
      </w:r>
    </w:p>
    <w:p>
      <w:pPr>
        <w:jc w:val="both"/>
      </w:pPr>
      <w:r>
        <w:t>24.900</w:t>
      </w:r>
    </w:p>
    <w:p>
      <w:pPr>
        <w:jc w:val="both"/>
      </w:pPr>
      <w:r>
        <w:t>1606</w:t>
      </w:r>
    </w:p>
    <w:p>
      <w:pPr>
        <w:jc w:val="both"/>
      </w:pPr>
      <w:r>
        <w:t>1593</w:t>
      </w:r>
    </w:p>
    <w:p>
      <w:pPr>
        <w:jc w:val="both"/>
      </w:pPr>
      <w:r>
        <w:t>04C5.2.361</w:t>
      </w:r>
    </w:p>
    <w:p>
      <w:pPr>
        <w:jc w:val="both"/>
      </w:pPr>
      <w:r>
        <w:t>Protein niệu hoặc đường niệu định lượng</w:t>
      </w:r>
    </w:p>
    <w:p>
      <w:pPr>
        <w:jc w:val="both"/>
      </w:pPr>
      <w:r>
        <w:t>14.000</w:t>
      </w:r>
    </w:p>
    <w:p>
      <w:pPr>
        <w:jc w:val="both"/>
      </w:pPr>
      <w:r>
        <w:t>16.000</w:t>
      </w:r>
    </w:p>
    <w:p>
      <w:pPr>
        <w:jc w:val="both"/>
      </w:pPr>
      <w:r>
        <w:t>1607</w:t>
      </w:r>
    </w:p>
    <w:p>
      <w:pPr>
        <w:jc w:val="both"/>
      </w:pPr>
      <w:r>
        <w:t>1594</w:t>
      </w:r>
    </w:p>
    <w:p>
      <w:pPr>
        <w:jc w:val="both"/>
      </w:pPr>
      <w:r>
        <w:t>04C5.2.362</w:t>
      </w:r>
    </w:p>
    <w:p>
      <w:pPr>
        <w:jc w:val="both"/>
      </w:pPr>
      <w:r>
        <w:t>Tế bào cặn nước tiểu hoặc cặn Adis</w:t>
      </w:r>
    </w:p>
    <w:p>
      <w:pPr>
        <w:jc w:val="both"/>
      </w:pPr>
      <w:r>
        <w:t>43.700</w:t>
      </w:r>
    </w:p>
    <w:p>
      <w:pPr>
        <w:jc w:val="both"/>
      </w:pPr>
      <w:r>
        <w:t>49.800</w:t>
      </w:r>
    </w:p>
    <w:p>
      <w:pPr>
        <w:jc w:val="both"/>
      </w:pPr>
      <w:r>
        <w:t>1608</w:t>
      </w:r>
    </w:p>
    <w:p>
      <w:pPr>
        <w:jc w:val="both"/>
      </w:pPr>
      <w:r>
        <w:t>1595</w:t>
      </w:r>
    </w:p>
    <w:p>
      <w:pPr>
        <w:jc w:val="both"/>
      </w:pPr>
      <w:r>
        <w:t>04C5.2.371</w:t>
      </w:r>
    </w:p>
    <w:p>
      <w:pPr>
        <w:jc w:val="both"/>
      </w:pPr>
      <w:r>
        <w:t>Tế bào/trụ hay các tinh thể khác định tính</w:t>
      </w:r>
    </w:p>
    <w:p>
      <w:pPr>
        <w:jc w:val="both"/>
      </w:pPr>
      <w:r>
        <w:t>3.100</w:t>
      </w:r>
    </w:p>
    <w:p>
      <w:pPr>
        <w:jc w:val="both"/>
      </w:pPr>
      <w:r>
        <w:t>3.600</w:t>
      </w:r>
    </w:p>
    <w:p>
      <w:pPr>
        <w:jc w:val="both"/>
      </w:pPr>
      <w:r>
        <w:t>1609</w:t>
      </w:r>
    </w:p>
    <w:p>
      <w:pPr>
        <w:jc w:val="both"/>
      </w:pPr>
      <w:r>
        <w:t>1596</w:t>
      </w:r>
    </w:p>
    <w:p>
      <w:pPr>
        <w:jc w:val="both"/>
      </w:pPr>
      <w:r>
        <w:t>03C3.2.1</w:t>
      </w:r>
    </w:p>
    <w:p>
      <w:pPr>
        <w:jc w:val="both"/>
      </w:pPr>
      <w:r>
        <w:t>Tổng phân tích nước tiểu</w:t>
      </w:r>
    </w:p>
    <w:p>
      <w:pPr>
        <w:jc w:val="both"/>
      </w:pPr>
      <w:r>
        <w:t>27.800</w:t>
      </w:r>
    </w:p>
    <w:p>
      <w:pPr>
        <w:jc w:val="both"/>
      </w:pPr>
      <w:r>
        <w:t>31.700</w:t>
      </w:r>
    </w:p>
    <w:p>
      <w:pPr>
        <w:jc w:val="both"/>
      </w:pPr>
      <w:r>
        <w:t>1610</w:t>
      </w:r>
    </w:p>
    <w:p>
      <w:pPr>
        <w:jc w:val="both"/>
      </w:pPr>
      <w:r>
        <w:t>1597</w:t>
      </w:r>
    </w:p>
    <w:p>
      <w:pPr>
        <w:jc w:val="both"/>
      </w:pPr>
      <w:r>
        <w:t>04C5.2.372</w:t>
      </w:r>
    </w:p>
    <w:p>
      <w:pPr>
        <w:jc w:val="both"/>
      </w:pPr>
      <w:r>
        <w:t>Tỷ trọng trong nước tiểu/ pH định tính</w:t>
      </w:r>
    </w:p>
    <w:p>
      <w:pPr>
        <w:jc w:val="both"/>
      </w:pPr>
      <w:r>
        <w:t>4.800</w:t>
      </w:r>
    </w:p>
    <w:p>
      <w:pPr>
        <w:jc w:val="both"/>
      </w:pPr>
      <w:r>
        <w:t>5.400</w:t>
      </w:r>
    </w:p>
    <w:p>
      <w:pPr>
        <w:jc w:val="both"/>
      </w:pPr>
      <w:r>
        <w:t>1611</w:t>
      </w:r>
    </w:p>
    <w:p>
      <w:pPr>
        <w:jc w:val="both"/>
      </w:pPr>
      <w:r>
        <w:t>1598</w:t>
      </w:r>
    </w:p>
    <w:p>
      <w:pPr>
        <w:jc w:val="both"/>
      </w:pPr>
      <w:r>
        <w:t>04C5.2.363</w:t>
      </w:r>
    </w:p>
    <w:p>
      <w:pPr>
        <w:jc w:val="both"/>
      </w:pPr>
      <w:r>
        <w:t>Ure hoặc Axit Uric hoặc Creatinin niệu</w:t>
      </w:r>
    </w:p>
    <w:p>
      <w:pPr>
        <w:jc w:val="both"/>
      </w:pPr>
      <w:r>
        <w:t>16.400</w:t>
      </w:r>
    </w:p>
    <w:p>
      <w:pPr>
        <w:jc w:val="both"/>
      </w:pPr>
      <w:r>
        <w:t>18.600</w:t>
      </w:r>
    </w:p>
    <w:p>
      <w:pPr>
        <w:jc w:val="both"/>
      </w:pPr>
      <w:r>
        <w:t>1612</w:t>
      </w:r>
    </w:p>
    <w:p>
      <w:pPr>
        <w:jc w:val="both"/>
      </w:pPr>
      <w:r>
        <w:t>1599</w:t>
      </w:r>
    </w:p>
    <w:p>
      <w:pPr>
        <w:jc w:val="both"/>
      </w:pPr>
      <w:r>
        <w:t>04C5.2.365</w:t>
      </w:r>
    </w:p>
    <w:p>
      <w:pPr>
        <w:jc w:val="both"/>
      </w:pPr>
      <w:r>
        <w:t>Xentonic/ sắc tố mật/ muối mật/ urobilinogen</w:t>
      </w:r>
    </w:p>
    <w:p>
      <w:pPr>
        <w:jc w:val="both"/>
      </w:pPr>
      <w:r>
        <w:t>6.400</w:t>
      </w:r>
    </w:p>
    <w:p>
      <w:pPr>
        <w:jc w:val="both"/>
      </w:pPr>
      <w:r>
        <w:t>7.300</w:t>
      </w:r>
    </w:p>
    <w:p>
      <w:pPr>
        <w:jc w:val="both"/>
      </w:pPr>
      <w:r>
        <w:t>1613</w:t>
      </w:r>
    </w:p>
    <w:p>
      <w:pPr>
        <w:jc w:val="both"/>
      </w:pPr>
      <w:r>
        <w:t>Phân</w:t>
      </w:r>
    </w:p>
    <w:p>
      <w:pPr>
        <w:jc w:val="both"/>
      </w:pPr>
      <w:r>
        <w:t>1614</w:t>
      </w:r>
    </w:p>
    <w:p>
      <w:pPr>
        <w:jc w:val="both"/>
      </w:pPr>
      <w:r>
        <w:t>1600</w:t>
      </w:r>
    </w:p>
    <w:p>
      <w:pPr>
        <w:jc w:val="both"/>
      </w:pPr>
      <w:r>
        <w:t>04C5.3.375</w:t>
      </w:r>
    </w:p>
    <w:p>
      <w:pPr>
        <w:jc w:val="both"/>
      </w:pPr>
      <w:r>
        <w:t>Amilase/ Trypsin/ Mucinase định tính</w:t>
      </w:r>
    </w:p>
    <w:p>
      <w:pPr>
        <w:jc w:val="both"/>
      </w:pPr>
      <w:r>
        <w:t>9.700</w:t>
      </w:r>
    </w:p>
    <w:p>
      <w:pPr>
        <w:jc w:val="both"/>
      </w:pPr>
      <w:r>
        <w:t>11.100</w:t>
      </w:r>
    </w:p>
    <w:p>
      <w:pPr>
        <w:jc w:val="both"/>
      </w:pPr>
      <w:r>
        <w:t>1615</w:t>
      </w:r>
    </w:p>
    <w:p>
      <w:pPr>
        <w:jc w:val="both"/>
      </w:pPr>
      <w:r>
        <w:t>1601</w:t>
      </w:r>
    </w:p>
    <w:p>
      <w:pPr>
        <w:jc w:val="both"/>
      </w:pPr>
      <w:r>
        <w:t>04C5.3.373</w:t>
      </w:r>
    </w:p>
    <w:p>
      <w:pPr>
        <w:jc w:val="both"/>
      </w:pPr>
      <w:r>
        <w:t>Bilirubin định tính</w:t>
      </w:r>
    </w:p>
    <w:p>
      <w:pPr>
        <w:jc w:val="both"/>
      </w:pPr>
      <w:r>
        <w:t>6.400</w:t>
      </w:r>
    </w:p>
    <w:p>
      <w:pPr>
        <w:jc w:val="both"/>
      </w:pPr>
      <w:r>
        <w:t>7.300</w:t>
      </w:r>
    </w:p>
    <w:p>
      <w:pPr>
        <w:jc w:val="both"/>
      </w:pPr>
      <w:r>
        <w:t>1616</w:t>
      </w:r>
    </w:p>
    <w:p>
      <w:pPr>
        <w:jc w:val="both"/>
      </w:pPr>
      <w:r>
        <w:t>1602</w:t>
      </w:r>
    </w:p>
    <w:p>
      <w:pPr>
        <w:jc w:val="both"/>
      </w:pPr>
      <w:r>
        <w:t>04C5.3.374</w:t>
      </w:r>
    </w:p>
    <w:p>
      <w:pPr>
        <w:jc w:val="both"/>
      </w:pPr>
      <w:r>
        <w:t>Canxi, Phospho định tính</w:t>
      </w:r>
    </w:p>
    <w:p>
      <w:pPr>
        <w:jc w:val="both"/>
      </w:pPr>
      <w:r>
        <w:t>6.400</w:t>
      </w:r>
    </w:p>
    <w:p>
      <w:pPr>
        <w:jc w:val="both"/>
      </w:pPr>
      <w:r>
        <w:t>7.300</w:t>
      </w:r>
    </w:p>
    <w:p>
      <w:pPr>
        <w:jc w:val="both"/>
      </w:pPr>
      <w:r>
        <w:t>1617</w:t>
      </w:r>
    </w:p>
    <w:p>
      <w:pPr>
        <w:jc w:val="both"/>
      </w:pPr>
      <w:r>
        <w:t>1603</w:t>
      </w:r>
    </w:p>
    <w:p>
      <w:pPr>
        <w:jc w:val="both"/>
      </w:pPr>
      <w:r>
        <w:t>04C5.3.377</w:t>
      </w:r>
    </w:p>
    <w:p>
      <w:pPr>
        <w:jc w:val="both"/>
      </w:pPr>
      <w:r>
        <w:t>Urobilin, Urobilinogen: Định tính</w:t>
      </w:r>
    </w:p>
    <w:p>
      <w:pPr>
        <w:jc w:val="both"/>
      </w:pPr>
      <w:r>
        <w:t>6.400</w:t>
      </w:r>
    </w:p>
    <w:p>
      <w:pPr>
        <w:jc w:val="both"/>
      </w:pPr>
      <w:r>
        <w:t>7.300</w:t>
      </w:r>
    </w:p>
    <w:p>
      <w:pPr>
        <w:jc w:val="both"/>
      </w:pPr>
      <w:r>
        <w:t>Dịch chọc dò</w:t>
      </w:r>
    </w:p>
    <w:p>
      <w:pPr>
        <w:jc w:val="both"/>
      </w:pPr>
      <w:r>
        <w:t>1618</w:t>
      </w:r>
    </w:p>
    <w:p>
      <w:pPr>
        <w:jc w:val="both"/>
      </w:pPr>
      <w:r>
        <w:t>1604</w:t>
      </w:r>
    </w:p>
    <w:p>
      <w:pPr>
        <w:jc w:val="both"/>
      </w:pPr>
      <w:r>
        <w:t>04C5.4.398</w:t>
      </w:r>
    </w:p>
    <w:p>
      <w:pPr>
        <w:jc w:val="both"/>
      </w:pPr>
      <w:r>
        <w:t>Clo dịch</w:t>
      </w:r>
    </w:p>
    <w:p>
      <w:pPr>
        <w:jc w:val="both"/>
      </w:pPr>
      <w:r>
        <w:t>22.800</w:t>
      </w:r>
    </w:p>
    <w:p>
      <w:pPr>
        <w:jc w:val="both"/>
      </w:pPr>
      <w:r>
        <w:t>26.000</w:t>
      </w:r>
    </w:p>
    <w:p>
      <w:pPr>
        <w:jc w:val="both"/>
      </w:pPr>
      <w:r>
        <w:t>1619</w:t>
      </w:r>
    </w:p>
    <w:p>
      <w:pPr>
        <w:jc w:val="both"/>
      </w:pPr>
      <w:r>
        <w:t>1605</w:t>
      </w:r>
    </w:p>
    <w:p>
      <w:pPr>
        <w:jc w:val="both"/>
      </w:pPr>
      <w:r>
        <w:t>04C5.4.397</w:t>
      </w:r>
    </w:p>
    <w:p>
      <w:pPr>
        <w:jc w:val="both"/>
      </w:pPr>
      <w:r>
        <w:t>Glucose dịch</w:t>
      </w:r>
    </w:p>
    <w:p>
      <w:pPr>
        <w:jc w:val="both"/>
      </w:pPr>
      <w:r>
        <w:t>13.000</w:t>
      </w:r>
    </w:p>
    <w:p>
      <w:pPr>
        <w:jc w:val="both"/>
      </w:pPr>
      <w:r>
        <w:t>14.900</w:t>
      </w:r>
    </w:p>
    <w:p>
      <w:pPr>
        <w:jc w:val="both"/>
      </w:pPr>
      <w:r>
        <w:t>1620</w:t>
      </w:r>
    </w:p>
    <w:p>
      <w:pPr>
        <w:jc w:val="both"/>
      </w:pPr>
      <w:r>
        <w:t>1606</w:t>
      </w:r>
    </w:p>
    <w:p>
      <w:pPr>
        <w:jc w:val="both"/>
      </w:pPr>
      <w:r>
        <w:t>04C5.4.399</w:t>
      </w:r>
    </w:p>
    <w:p>
      <w:pPr>
        <w:jc w:val="both"/>
      </w:pPr>
      <w:r>
        <w:t>Phản ứng Pandy</w:t>
      </w:r>
    </w:p>
    <w:p>
      <w:pPr>
        <w:jc w:val="both"/>
      </w:pPr>
      <w:r>
        <w:t>8.600</w:t>
      </w:r>
    </w:p>
    <w:p>
      <w:pPr>
        <w:jc w:val="both"/>
      </w:pPr>
      <w:r>
        <w:t>9.800</w:t>
      </w:r>
    </w:p>
    <w:p>
      <w:pPr>
        <w:jc w:val="both"/>
      </w:pPr>
      <w:r>
        <w:t>1621</w:t>
      </w:r>
    </w:p>
    <w:p>
      <w:pPr>
        <w:jc w:val="both"/>
      </w:pPr>
      <w:r>
        <w:t>1607</w:t>
      </w:r>
    </w:p>
    <w:p>
      <w:pPr>
        <w:jc w:val="both"/>
      </w:pPr>
      <w:r>
        <w:t>04C5.4.396</w:t>
      </w:r>
    </w:p>
    <w:p>
      <w:pPr>
        <w:jc w:val="both"/>
      </w:pPr>
      <w:r>
        <w:t>Protein dịch</w:t>
      </w:r>
    </w:p>
    <w:p>
      <w:pPr>
        <w:jc w:val="both"/>
      </w:pPr>
      <w:r>
        <w:t>10.900</w:t>
      </w:r>
    </w:p>
    <w:p>
      <w:pPr>
        <w:jc w:val="both"/>
      </w:pPr>
      <w:r>
        <w:t>12.400</w:t>
      </w:r>
    </w:p>
    <w:p>
      <w:pPr>
        <w:jc w:val="both"/>
      </w:pPr>
      <w:r>
        <w:t>1622</w:t>
      </w:r>
    </w:p>
    <w:p>
      <w:pPr>
        <w:jc w:val="both"/>
      </w:pPr>
      <w:r>
        <w:t>1608</w:t>
      </w:r>
    </w:p>
    <w:p>
      <w:pPr>
        <w:jc w:val="both"/>
      </w:pPr>
      <w:r>
        <w:t>04C5.4.400</w:t>
      </w:r>
    </w:p>
    <w:p>
      <w:pPr>
        <w:jc w:val="both"/>
      </w:pPr>
      <w:r>
        <w:t>Rivalta</w:t>
      </w:r>
    </w:p>
    <w:p>
      <w:pPr>
        <w:jc w:val="both"/>
      </w:pPr>
      <w:r>
        <w:t>8.600</w:t>
      </w:r>
    </w:p>
    <w:p>
      <w:pPr>
        <w:jc w:val="both"/>
      </w:pPr>
      <w:r>
        <w:t>9.800</w:t>
      </w:r>
    </w:p>
    <w:p>
      <w:pPr>
        <w:jc w:val="both"/>
      </w:pPr>
      <w:r>
        <w:t>1623</w:t>
      </w:r>
    </w:p>
    <w:p>
      <w:pPr>
        <w:jc w:val="both"/>
      </w:pPr>
      <w:r>
        <w:t>1609</w:t>
      </w:r>
    </w:p>
    <w:p>
      <w:pPr>
        <w:jc w:val="both"/>
      </w:pPr>
      <w:r>
        <w:t>04C5.4.393</w:t>
      </w:r>
    </w:p>
    <w:p>
      <w:pPr>
        <w:jc w:val="both"/>
      </w:pPr>
      <w:r>
        <w:t>Xét nghiệm tế bào trong nước dịch chẩn đoán tế bào học (não tủy, màng tim, màng phổi, màng bụng, dịch khớp, rửa phế quản..</w:t>
      </w:r>
    </w:p>
    <w:p>
      <w:pPr>
        <w:jc w:val="both"/>
      </w:pPr>
      <w:r>
        <w:t>56.800</w:t>
      </w:r>
    </w:p>
    <w:p>
      <w:pPr>
        <w:jc w:val="both"/>
      </w:pPr>
      <w:r>
        <w:t>64.700</w:t>
      </w:r>
    </w:p>
    <w:p>
      <w:pPr>
        <w:jc w:val="both"/>
      </w:pPr>
      <w:r>
        <w:t>1624</w:t>
      </w:r>
    </w:p>
    <w:p>
      <w:pPr>
        <w:jc w:val="both"/>
      </w:pPr>
      <w:r>
        <w:t>1610</w:t>
      </w:r>
    </w:p>
    <w:p>
      <w:pPr>
        <w:jc w:val="both"/>
      </w:pPr>
      <w:r>
        <w:t>04C5.4.394</w:t>
      </w:r>
    </w:p>
    <w:p>
      <w:pPr>
        <w:jc w:val="both"/>
      </w:pPr>
      <w:r>
        <w:t>Xét nghiệm tế bào trong nước dịch chẩn đoán tế bào học (não tủy, màng tim, màng phổi, màng bụng, dịch khớp, rửa phế quản...) có đếm số lượng tế bào</w:t>
      </w:r>
    </w:p>
    <w:p>
      <w:pPr>
        <w:jc w:val="both"/>
      </w:pPr>
      <w:r>
        <w:t>92.900</w:t>
      </w:r>
    </w:p>
    <w:p>
      <w:pPr>
        <w:jc w:val="both"/>
      </w:pPr>
      <w:r>
        <w:t>105.000</w:t>
      </w:r>
    </w:p>
    <w:p>
      <w:pPr>
        <w:jc w:val="both"/>
      </w:pPr>
      <w:r>
        <w:t>IV</w:t>
      </w:r>
    </w:p>
    <w:p>
      <w:pPr>
        <w:jc w:val="both"/>
      </w:pPr>
      <w:r>
        <w:t>IV</w:t>
      </w:r>
    </w:p>
    <w:p>
      <w:pPr>
        <w:jc w:val="both"/>
      </w:pPr>
      <w:r>
        <w:t>Vi sinh</w:t>
      </w:r>
    </w:p>
    <w:p>
      <w:pPr>
        <w:jc w:val="both"/>
      </w:pPr>
      <w:r>
        <w:t>1625</w:t>
      </w:r>
    </w:p>
    <w:p>
      <w:pPr>
        <w:jc w:val="both"/>
      </w:pPr>
      <w:r>
        <w:t>1611</w:t>
      </w:r>
    </w:p>
    <w:p>
      <w:pPr>
        <w:jc w:val="both"/>
      </w:pPr>
      <w:r>
        <w:t>AFB trực tiếp nhuộm huỳnh quang</w:t>
      </w:r>
    </w:p>
    <w:p>
      <w:pPr>
        <w:jc w:val="both"/>
      </w:pPr>
      <w:r>
        <w:t>67.800</w:t>
      </w:r>
    </w:p>
    <w:p>
      <w:pPr>
        <w:jc w:val="both"/>
      </w:pPr>
      <w:r>
        <w:t>76.100</w:t>
      </w:r>
    </w:p>
    <w:p>
      <w:pPr>
        <w:jc w:val="both"/>
      </w:pPr>
      <w:r>
        <w:t>1626</w:t>
      </w:r>
    </w:p>
    <w:p>
      <w:pPr>
        <w:jc w:val="both"/>
      </w:pPr>
      <w:r>
        <w:t>1612</w:t>
      </w:r>
    </w:p>
    <w:p>
      <w:pPr>
        <w:jc w:val="both"/>
      </w:pPr>
      <w:r>
        <w:t>03C3.1.VS41</w:t>
      </w:r>
    </w:p>
    <w:p>
      <w:pPr>
        <w:jc w:val="both"/>
      </w:pPr>
      <w:r>
        <w:t>Anti HAV-IgM bằng miễn dịch bán tự động/tự động</w:t>
      </w:r>
    </w:p>
    <w:p>
      <w:pPr>
        <w:jc w:val="both"/>
      </w:pPr>
      <w:r>
        <w:t>110.000</w:t>
      </w:r>
    </w:p>
    <w:p>
      <w:pPr>
        <w:jc w:val="both"/>
      </w:pPr>
      <w:r>
        <w:t>123.000</w:t>
      </w:r>
    </w:p>
    <w:p>
      <w:pPr>
        <w:jc w:val="both"/>
      </w:pPr>
      <w:r>
        <w:t>1627</w:t>
      </w:r>
    </w:p>
    <w:p>
      <w:pPr>
        <w:jc w:val="both"/>
      </w:pPr>
      <w:r>
        <w:t>1613</w:t>
      </w:r>
    </w:p>
    <w:p>
      <w:pPr>
        <w:jc w:val="both"/>
      </w:pPr>
      <w:r>
        <w:t>03C3.1.VS42</w:t>
      </w:r>
    </w:p>
    <w:p>
      <w:pPr>
        <w:jc w:val="both"/>
      </w:pPr>
      <w:r>
        <w:t>Anti HAV-total bằng miễn dịch bán tự động/tự động</w:t>
      </w:r>
    </w:p>
    <w:p>
      <w:pPr>
        <w:jc w:val="both"/>
      </w:pPr>
      <w:r>
        <w:t>104.000</w:t>
      </w:r>
    </w:p>
    <w:p>
      <w:pPr>
        <w:jc w:val="both"/>
      </w:pPr>
      <w:r>
        <w:t>117.000</w:t>
      </w:r>
    </w:p>
    <w:p>
      <w:pPr>
        <w:jc w:val="both"/>
      </w:pPr>
      <w:r>
        <w:t>1628</w:t>
      </w:r>
    </w:p>
    <w:p>
      <w:pPr>
        <w:jc w:val="both"/>
      </w:pPr>
      <w:r>
        <w:t>1614</w:t>
      </w:r>
    </w:p>
    <w:p>
      <w:pPr>
        <w:jc w:val="both"/>
      </w:pPr>
      <w:r>
        <w:t>03C3.1.HH71</w:t>
      </w:r>
    </w:p>
    <w:p>
      <w:pPr>
        <w:jc w:val="both"/>
      </w:pPr>
      <w:r>
        <w:t>Anti-HBc IgM miễn dịch bán tự động/tự động</w:t>
      </w:r>
    </w:p>
    <w:p>
      <w:pPr>
        <w:jc w:val="both"/>
      </w:pPr>
      <w:r>
        <w:t>116.000</w:t>
      </w:r>
    </w:p>
    <w:p>
      <w:pPr>
        <w:jc w:val="both"/>
      </w:pPr>
      <w:r>
        <w:t>131.000</w:t>
      </w:r>
    </w:p>
    <w:p>
      <w:pPr>
        <w:jc w:val="both"/>
      </w:pPr>
      <w:r>
        <w:t>1629</w:t>
      </w:r>
    </w:p>
    <w:p>
      <w:pPr>
        <w:jc w:val="both"/>
      </w:pPr>
      <w:r>
        <w:t>1615</w:t>
      </w:r>
    </w:p>
    <w:p>
      <w:pPr>
        <w:jc w:val="both"/>
      </w:pPr>
      <w:r>
        <w:t>03C3.1.HH72</w:t>
      </w:r>
    </w:p>
    <w:p>
      <w:pPr>
        <w:jc w:val="both"/>
      </w:pPr>
      <w:r>
        <w:t>Anti-HBe miễn dịch bán tự động/tự động</w:t>
      </w:r>
    </w:p>
    <w:p>
      <w:pPr>
        <w:jc w:val="both"/>
      </w:pPr>
      <w:r>
        <w:t>98.700</w:t>
      </w:r>
    </w:p>
    <w:p>
      <w:pPr>
        <w:jc w:val="both"/>
      </w:pPr>
      <w:r>
        <w:t>110.000</w:t>
      </w:r>
    </w:p>
    <w:p>
      <w:pPr>
        <w:jc w:val="both"/>
      </w:pPr>
      <w:r>
        <w:t>1630</w:t>
      </w:r>
    </w:p>
    <w:p>
      <w:pPr>
        <w:jc w:val="both"/>
      </w:pPr>
      <w:r>
        <w:t>1616</w:t>
      </w:r>
    </w:p>
    <w:p>
      <w:pPr>
        <w:jc w:val="both"/>
      </w:pPr>
      <w:r>
        <w:t>03C3.1.HH68</w:t>
      </w:r>
    </w:p>
    <w:p>
      <w:pPr>
        <w:jc w:val="both"/>
      </w:pPr>
      <w:r>
        <w:t>Anti-HIV (nhanh)</w:t>
      </w:r>
    </w:p>
    <w:p>
      <w:pPr>
        <w:jc w:val="both"/>
      </w:pPr>
      <w:r>
        <w:t>55.400</w:t>
      </w:r>
    </w:p>
    <w:p>
      <w:pPr>
        <w:jc w:val="both"/>
      </w:pPr>
      <w:r>
        <w:t>62.200</w:t>
      </w:r>
    </w:p>
    <w:p>
      <w:pPr>
        <w:jc w:val="both"/>
      </w:pPr>
      <w:r>
        <w:t>1631</w:t>
      </w:r>
    </w:p>
    <w:p>
      <w:pPr>
        <w:jc w:val="both"/>
      </w:pPr>
      <w:r>
        <w:t>1617</w:t>
      </w:r>
    </w:p>
    <w:p>
      <w:pPr>
        <w:jc w:val="both"/>
      </w:pPr>
      <w:r>
        <w:t>03C3.1.HH65</w:t>
      </w:r>
    </w:p>
    <w:p>
      <w:pPr>
        <w:jc w:val="both"/>
      </w:pPr>
      <w:r>
        <w:t>Anti-HIV bằng miễn dịch bán tự động/tự động</w:t>
      </w:r>
    </w:p>
    <w:p>
      <w:pPr>
        <w:jc w:val="both"/>
      </w:pPr>
      <w:r>
        <w:t>110.000</w:t>
      </w:r>
    </w:p>
    <w:p>
      <w:pPr>
        <w:jc w:val="both"/>
      </w:pPr>
      <w:r>
        <w:t>123.000</w:t>
      </w:r>
    </w:p>
    <w:p>
      <w:pPr>
        <w:jc w:val="both"/>
      </w:pPr>
      <w:r>
        <w:t>1632</w:t>
      </w:r>
    </w:p>
    <w:p>
      <w:pPr>
        <w:jc w:val="both"/>
      </w:pPr>
      <w:r>
        <w:t>1618</w:t>
      </w:r>
    </w:p>
    <w:p>
      <w:pPr>
        <w:jc w:val="both"/>
      </w:pPr>
      <w:r>
        <w:t>03C3.1.HH70</w:t>
      </w:r>
    </w:p>
    <w:p>
      <w:pPr>
        <w:jc w:val="both"/>
      </w:pPr>
      <w:r>
        <w:t>Anti-HBc IgG miễn dịch bán tự động/tự động</w:t>
      </w:r>
    </w:p>
    <w:p>
      <w:pPr>
        <w:jc w:val="both"/>
      </w:pPr>
      <w:r>
        <w:t>74.000</w:t>
      </w:r>
    </w:p>
    <w:p>
      <w:pPr>
        <w:jc w:val="both"/>
      </w:pPr>
      <w:r>
        <w:t>83.100</w:t>
      </w:r>
    </w:p>
    <w:p>
      <w:pPr>
        <w:jc w:val="both"/>
      </w:pPr>
      <w:r>
        <w:t>1633</w:t>
      </w:r>
    </w:p>
    <w:p>
      <w:pPr>
        <w:jc w:val="both"/>
      </w:pPr>
      <w:r>
        <w:t>1619</w:t>
      </w:r>
    </w:p>
    <w:p>
      <w:pPr>
        <w:jc w:val="both"/>
      </w:pPr>
      <w:r>
        <w:t>04C5.4.385</w:t>
      </w:r>
    </w:p>
    <w:p>
      <w:pPr>
        <w:jc w:val="both"/>
      </w:pPr>
      <w:r>
        <w:t>Anti-HBs định lượng</w:t>
      </w:r>
    </w:p>
    <w:p>
      <w:pPr>
        <w:jc w:val="both"/>
      </w:pPr>
      <w:r>
        <w:t>119.000</w:t>
      </w:r>
    </w:p>
    <w:p>
      <w:pPr>
        <w:jc w:val="both"/>
      </w:pPr>
      <w:r>
        <w:t>134.000</w:t>
      </w:r>
    </w:p>
    <w:p>
      <w:pPr>
        <w:jc w:val="both"/>
      </w:pPr>
      <w:r>
        <w:t>1634</w:t>
      </w:r>
    </w:p>
    <w:p>
      <w:pPr>
        <w:jc w:val="both"/>
      </w:pPr>
      <w:r>
        <w:t>1620</w:t>
      </w:r>
    </w:p>
    <w:p>
      <w:pPr>
        <w:jc w:val="both"/>
      </w:pPr>
      <w:r>
        <w:t>03C3.1.HH69</w:t>
      </w:r>
    </w:p>
    <w:p>
      <w:pPr>
        <w:jc w:val="both"/>
      </w:pPr>
      <w:r>
        <w:t>Anti-HBs miễn dịch bán tự động/tự động</w:t>
      </w:r>
    </w:p>
    <w:p>
      <w:pPr>
        <w:jc w:val="both"/>
      </w:pPr>
      <w:r>
        <w:t>74.000</w:t>
      </w:r>
    </w:p>
    <w:p>
      <w:pPr>
        <w:jc w:val="both"/>
      </w:pPr>
      <w:r>
        <w:t>83.100</w:t>
      </w:r>
    </w:p>
    <w:p>
      <w:pPr>
        <w:jc w:val="both"/>
      </w:pPr>
      <w:r>
        <w:t>1635</w:t>
      </w:r>
    </w:p>
    <w:p>
      <w:pPr>
        <w:jc w:val="both"/>
      </w:pPr>
      <w:r>
        <w:t>1621</w:t>
      </w:r>
    </w:p>
    <w:p>
      <w:pPr>
        <w:jc w:val="both"/>
      </w:pPr>
      <w:r>
        <w:t>03C3.1.HH67</w:t>
      </w:r>
    </w:p>
    <w:p>
      <w:pPr>
        <w:jc w:val="both"/>
      </w:pPr>
      <w:r>
        <w:t>Anti-HCV (nhanh)</w:t>
      </w:r>
    </w:p>
    <w:p>
      <w:pPr>
        <w:jc w:val="both"/>
      </w:pPr>
      <w:r>
        <w:t>55.400</w:t>
      </w:r>
    </w:p>
    <w:p>
      <w:pPr>
        <w:jc w:val="both"/>
      </w:pPr>
      <w:r>
        <w:t>62.200</w:t>
      </w:r>
    </w:p>
    <w:p>
      <w:pPr>
        <w:jc w:val="both"/>
      </w:pPr>
      <w:r>
        <w:t>1636</w:t>
      </w:r>
    </w:p>
    <w:p>
      <w:pPr>
        <w:jc w:val="both"/>
      </w:pPr>
      <w:r>
        <w:t>1622</w:t>
      </w:r>
    </w:p>
    <w:p>
      <w:pPr>
        <w:jc w:val="both"/>
      </w:pPr>
      <w:r>
        <w:t>03C3.1.HH64</w:t>
      </w:r>
    </w:p>
    <w:p>
      <w:pPr>
        <w:jc w:val="both"/>
      </w:pPr>
      <w:r>
        <w:t>Anti-HCV miễn dịch bán tự động/tự động</w:t>
      </w:r>
    </w:p>
    <w:p>
      <w:pPr>
        <w:jc w:val="both"/>
      </w:pPr>
      <w:r>
        <w:t>123.000</w:t>
      </w:r>
    </w:p>
    <w:p>
      <w:pPr>
        <w:jc w:val="both"/>
      </w:pPr>
      <w:r>
        <w:t>138.000</w:t>
      </w:r>
    </w:p>
    <w:p>
      <w:pPr>
        <w:jc w:val="both"/>
      </w:pPr>
      <w:r>
        <w:t>1637</w:t>
      </w:r>
    </w:p>
    <w:p>
      <w:pPr>
        <w:jc w:val="both"/>
      </w:pPr>
      <w:r>
        <w:t>1623</w:t>
      </w:r>
    </w:p>
    <w:p>
      <w:pPr>
        <w:jc w:val="both"/>
      </w:pPr>
      <w:r>
        <w:t>03C3.1.HS40</w:t>
      </w:r>
    </w:p>
    <w:p>
      <w:pPr>
        <w:jc w:val="both"/>
      </w:pPr>
      <w:r>
        <w:t>ASLO</w:t>
      </w:r>
    </w:p>
    <w:p>
      <w:pPr>
        <w:jc w:val="both"/>
      </w:pPr>
      <w:r>
        <w:t>43.100</w:t>
      </w:r>
    </w:p>
    <w:p>
      <w:pPr>
        <w:jc w:val="both"/>
      </w:pPr>
      <w:r>
        <w:t>48.400</w:t>
      </w:r>
    </w:p>
    <w:p>
      <w:pPr>
        <w:jc w:val="both"/>
      </w:pPr>
      <w:r>
        <w:t>1638</w:t>
      </w:r>
    </w:p>
    <w:p>
      <w:pPr>
        <w:jc w:val="both"/>
      </w:pPr>
      <w:r>
        <w:t>1624</w:t>
      </w:r>
    </w:p>
    <w:p>
      <w:pPr>
        <w:jc w:val="both"/>
      </w:pPr>
      <w:r>
        <w:t>03C3.1.VS34</w:t>
      </w:r>
    </w:p>
    <w:p>
      <w:pPr>
        <w:jc w:val="both"/>
      </w:pPr>
      <w:r>
        <w:t>Aspergillus miễn dịch bán tự động/tự động</w:t>
      </w:r>
    </w:p>
    <w:p>
      <w:pPr>
        <w:jc w:val="both"/>
      </w:pPr>
      <w:r>
        <w:t>110.000</w:t>
      </w:r>
    </w:p>
    <w:p>
      <w:pPr>
        <w:jc w:val="both"/>
      </w:pPr>
      <w:r>
        <w:t>123.000</w:t>
      </w:r>
    </w:p>
    <w:p>
      <w:pPr>
        <w:jc w:val="both"/>
      </w:pPr>
      <w:r>
        <w:t>1639</w:t>
      </w:r>
    </w:p>
    <w:p>
      <w:pPr>
        <w:jc w:val="both"/>
      </w:pPr>
      <w:r>
        <w:t>1625</w:t>
      </w:r>
    </w:p>
    <w:p>
      <w:pPr>
        <w:jc w:val="both"/>
      </w:pPr>
      <w:r>
        <w:t>BK/JC virus Real-time PCR</w:t>
      </w:r>
    </w:p>
    <w:p>
      <w:pPr>
        <w:jc w:val="both"/>
      </w:pPr>
      <w:r>
        <w:t>472.000</w:t>
      </w:r>
    </w:p>
    <w:p>
      <w:pPr>
        <w:jc w:val="both"/>
      </w:pPr>
      <w:r>
        <w:t>531.000</w:t>
      </w:r>
    </w:p>
    <w:p>
      <w:pPr>
        <w:jc w:val="both"/>
      </w:pPr>
      <w:r>
        <w:t>1640</w:t>
      </w:r>
    </w:p>
    <w:p>
      <w:pPr>
        <w:jc w:val="both"/>
      </w:pPr>
      <w:r>
        <w:t>1626</w:t>
      </w:r>
    </w:p>
    <w:p>
      <w:pPr>
        <w:jc w:val="both"/>
      </w:pPr>
      <w:r>
        <w:t>03C3.1.VS24</w:t>
      </w:r>
    </w:p>
    <w:p>
      <w:pPr>
        <w:jc w:val="both"/>
      </w:pPr>
      <w:r>
        <w:t>Chlamydia IgG miễn dịch bán tự động/tự động</w:t>
      </w:r>
    </w:p>
    <w:p>
      <w:pPr>
        <w:jc w:val="both"/>
      </w:pPr>
      <w:r>
        <w:t>184.000</w:t>
      </w:r>
    </w:p>
    <w:p>
      <w:pPr>
        <w:jc w:val="both"/>
      </w:pPr>
      <w:r>
        <w:t>207.000</w:t>
      </w:r>
    </w:p>
    <w:p>
      <w:pPr>
        <w:jc w:val="both"/>
      </w:pPr>
      <w:r>
        <w:t>1641</w:t>
      </w:r>
    </w:p>
    <w:p>
      <w:pPr>
        <w:jc w:val="both"/>
      </w:pPr>
      <w:r>
        <w:t>1627</w:t>
      </w:r>
    </w:p>
    <w:p>
      <w:pPr>
        <w:jc w:val="both"/>
      </w:pPr>
      <w:r>
        <w:t>Chlamydia test nhanh</w:t>
      </w:r>
    </w:p>
    <w:p>
      <w:pPr>
        <w:jc w:val="both"/>
      </w:pPr>
      <w:r>
        <w:t>74.000</w:t>
      </w:r>
    </w:p>
    <w:p>
      <w:pPr>
        <w:jc w:val="both"/>
      </w:pPr>
      <w:r>
        <w:t>83.100</w:t>
      </w:r>
    </w:p>
    <w:p>
      <w:pPr>
        <w:jc w:val="both"/>
      </w:pPr>
      <w:r>
        <w:t>1642</w:t>
      </w:r>
    </w:p>
    <w:p>
      <w:pPr>
        <w:jc w:val="both"/>
      </w:pPr>
      <w:r>
        <w:t>1628</w:t>
      </w:r>
    </w:p>
    <w:p>
      <w:pPr>
        <w:jc w:val="both"/>
      </w:pPr>
      <w:r>
        <w:t>Clostridium difficile miễn dịch tự động</w:t>
      </w:r>
    </w:p>
    <w:p>
      <w:pPr>
        <w:jc w:val="both"/>
      </w:pPr>
      <w:r>
        <w:t>828.000</w:t>
      </w:r>
    </w:p>
    <w:p>
      <w:pPr>
        <w:jc w:val="both"/>
      </w:pPr>
      <w:r>
        <w:t>941.000</w:t>
      </w:r>
    </w:p>
    <w:p>
      <w:pPr>
        <w:jc w:val="both"/>
      </w:pPr>
      <w:r>
        <w:t>1643</w:t>
      </w:r>
    </w:p>
    <w:p>
      <w:pPr>
        <w:jc w:val="both"/>
      </w:pPr>
      <w:r>
        <w:t>1629</w:t>
      </w:r>
    </w:p>
    <w:p>
      <w:pPr>
        <w:jc w:val="both"/>
      </w:pPr>
      <w:r>
        <w:t>CMV Avidity</w:t>
      </w:r>
    </w:p>
    <w:p>
      <w:pPr>
        <w:jc w:val="both"/>
      </w:pPr>
      <w:r>
        <w:t>258.000</w:t>
      </w:r>
    </w:p>
    <w:p>
      <w:pPr>
        <w:jc w:val="both"/>
      </w:pPr>
      <w:r>
        <w:t>290.000</w:t>
      </w:r>
    </w:p>
    <w:p>
      <w:pPr>
        <w:jc w:val="both"/>
      </w:pPr>
      <w:r>
        <w:t>1644</w:t>
      </w:r>
    </w:p>
    <w:p>
      <w:pPr>
        <w:jc w:val="both"/>
      </w:pPr>
      <w:r>
        <w:t>1630</w:t>
      </w:r>
    </w:p>
    <w:p>
      <w:pPr>
        <w:jc w:val="both"/>
      </w:pPr>
      <w:r>
        <w:t>04C5.4.387</w:t>
      </w:r>
    </w:p>
    <w:p>
      <w:pPr>
        <w:jc w:val="both"/>
      </w:pPr>
      <w:r>
        <w:t>CMV đo tải lượng hệ thống tự động</w:t>
      </w:r>
    </w:p>
    <w:p>
      <w:pPr>
        <w:jc w:val="both"/>
      </w:pPr>
      <w:r>
        <w:t>1.838.000</w:t>
      </w:r>
    </w:p>
    <w:p>
      <w:pPr>
        <w:jc w:val="both"/>
      </w:pPr>
      <w:r>
        <w:t>2.104.000</w:t>
      </w:r>
    </w:p>
    <w:p>
      <w:pPr>
        <w:jc w:val="both"/>
      </w:pPr>
      <w:r>
        <w:t>1645</w:t>
      </w:r>
    </w:p>
    <w:p>
      <w:pPr>
        <w:jc w:val="both"/>
      </w:pPr>
      <w:r>
        <w:t>1631</w:t>
      </w:r>
    </w:p>
    <w:p>
      <w:pPr>
        <w:jc w:val="both"/>
      </w:pPr>
      <w:r>
        <w:t>03C3.1.VS23</w:t>
      </w:r>
    </w:p>
    <w:p>
      <w:pPr>
        <w:jc w:val="both"/>
      </w:pPr>
      <w:r>
        <w:t>CMV IgG miễn dịch bán tự động/tự động</w:t>
      </w:r>
    </w:p>
    <w:p>
      <w:pPr>
        <w:jc w:val="both"/>
      </w:pPr>
      <w:r>
        <w:t>116.000</w:t>
      </w:r>
    </w:p>
    <w:p>
      <w:pPr>
        <w:jc w:val="both"/>
      </w:pPr>
      <w:r>
        <w:t>131.000</w:t>
      </w:r>
    </w:p>
    <w:p>
      <w:pPr>
        <w:jc w:val="both"/>
      </w:pPr>
      <w:r>
        <w:t>1646</w:t>
      </w:r>
    </w:p>
    <w:p>
      <w:pPr>
        <w:jc w:val="both"/>
      </w:pPr>
      <w:r>
        <w:t>1632</w:t>
      </w:r>
    </w:p>
    <w:p>
      <w:pPr>
        <w:jc w:val="both"/>
      </w:pPr>
      <w:r>
        <w:t>03C3.1.VS22</w:t>
      </w:r>
    </w:p>
    <w:p>
      <w:pPr>
        <w:jc w:val="both"/>
      </w:pPr>
      <w:r>
        <w:t>CMV IgM miễn dịch bán tự động/tự động</w:t>
      </w:r>
    </w:p>
    <w:p>
      <w:pPr>
        <w:jc w:val="both"/>
      </w:pPr>
      <w:r>
        <w:t>135.000</w:t>
      </w:r>
    </w:p>
    <w:p>
      <w:pPr>
        <w:jc w:val="both"/>
      </w:pPr>
      <w:r>
        <w:t>151.000</w:t>
      </w:r>
    </w:p>
    <w:p>
      <w:pPr>
        <w:jc w:val="both"/>
      </w:pPr>
      <w:r>
        <w:t>1647</w:t>
      </w:r>
    </w:p>
    <w:p>
      <w:pPr>
        <w:jc w:val="both"/>
      </w:pPr>
      <w:r>
        <w:t>1633</w:t>
      </w:r>
    </w:p>
    <w:p>
      <w:pPr>
        <w:jc w:val="both"/>
      </w:pPr>
      <w:r>
        <w:t>04C5.4.386</w:t>
      </w:r>
    </w:p>
    <w:p>
      <w:pPr>
        <w:jc w:val="both"/>
      </w:pPr>
      <w:r>
        <w:t>CMV Real-time PCR</w:t>
      </w:r>
    </w:p>
    <w:p>
      <w:pPr>
        <w:jc w:val="both"/>
      </w:pPr>
      <w:r>
        <w:t>748.000</w:t>
      </w:r>
    </w:p>
    <w:p>
      <w:pPr>
        <w:jc w:val="both"/>
      </w:pPr>
      <w:r>
        <w:t>849.000</w:t>
      </w:r>
    </w:p>
    <w:p>
      <w:pPr>
        <w:jc w:val="both"/>
      </w:pPr>
      <w:r>
        <w:t>1648</w:t>
      </w:r>
    </w:p>
    <w:p>
      <w:pPr>
        <w:jc w:val="both"/>
      </w:pPr>
      <w:r>
        <w:t>1634</w:t>
      </w:r>
    </w:p>
    <w:p>
      <w:pPr>
        <w:jc w:val="both"/>
      </w:pPr>
      <w:r>
        <w:t>03C3.1.VS35</w:t>
      </w:r>
    </w:p>
    <w:p>
      <w:pPr>
        <w:jc w:val="both"/>
      </w:pPr>
      <w:r>
        <w:t>Cryptococcus test nhanh</w:t>
      </w:r>
    </w:p>
    <w:p>
      <w:pPr>
        <w:jc w:val="both"/>
      </w:pPr>
      <w:r>
        <w:t>116.000</w:t>
      </w:r>
    </w:p>
    <w:p>
      <w:pPr>
        <w:jc w:val="both"/>
      </w:pPr>
      <w:r>
        <w:t>131.000</w:t>
      </w:r>
    </w:p>
    <w:p>
      <w:pPr>
        <w:jc w:val="both"/>
      </w:pPr>
      <w:r>
        <w:t>1649</w:t>
      </w:r>
    </w:p>
    <w:p>
      <w:pPr>
        <w:jc w:val="both"/>
      </w:pPr>
      <w:r>
        <w:t>1635</w:t>
      </w:r>
    </w:p>
    <w:p>
      <w:pPr>
        <w:jc w:val="both"/>
      </w:pPr>
      <w:r>
        <w:t>03C3.1.VS15</w:t>
      </w:r>
    </w:p>
    <w:p>
      <w:pPr>
        <w:jc w:val="both"/>
      </w:pPr>
      <w:r>
        <w:t>Dengue IgG miễn dịch bán tự động/tự động</w:t>
      </w:r>
    </w:p>
    <w:p>
      <w:pPr>
        <w:jc w:val="both"/>
      </w:pPr>
      <w:r>
        <w:t>159.000</w:t>
      </w:r>
    </w:p>
    <w:p>
      <w:pPr>
        <w:jc w:val="both"/>
      </w:pPr>
      <w:r>
        <w:t>179.000</w:t>
      </w:r>
    </w:p>
    <w:p>
      <w:pPr>
        <w:jc w:val="both"/>
      </w:pPr>
      <w:r>
        <w:t>1650</w:t>
      </w:r>
    </w:p>
    <w:p>
      <w:pPr>
        <w:jc w:val="both"/>
      </w:pPr>
      <w:r>
        <w:t>1636</w:t>
      </w:r>
    </w:p>
    <w:p>
      <w:pPr>
        <w:jc w:val="both"/>
      </w:pPr>
      <w:r>
        <w:t>03C3.1.VS14</w:t>
      </w:r>
    </w:p>
    <w:p>
      <w:pPr>
        <w:jc w:val="both"/>
      </w:pPr>
      <w:r>
        <w:t>Dengue IgM miễn dịch bán tự động/tự động</w:t>
      </w:r>
    </w:p>
    <w:p>
      <w:pPr>
        <w:jc w:val="both"/>
      </w:pPr>
      <w:r>
        <w:t>159.000</w:t>
      </w:r>
    </w:p>
    <w:p>
      <w:pPr>
        <w:jc w:val="both"/>
      </w:pPr>
      <w:r>
        <w:t>179.000</w:t>
      </w:r>
    </w:p>
    <w:p>
      <w:pPr>
        <w:jc w:val="both"/>
      </w:pPr>
      <w:r>
        <w:t>1651</w:t>
      </w:r>
    </w:p>
    <w:p>
      <w:pPr>
        <w:jc w:val="both"/>
      </w:pPr>
      <w:r>
        <w:t>1637</w:t>
      </w:r>
    </w:p>
    <w:p>
      <w:pPr>
        <w:jc w:val="both"/>
      </w:pPr>
      <w:r>
        <w:t>03C3.1.VS8</w:t>
      </w:r>
    </w:p>
    <w:p>
      <w:pPr>
        <w:jc w:val="both"/>
      </w:pPr>
      <w:r>
        <w:t>Dengue NS1Ag/IgM-IgG test nhanh</w:t>
      </w:r>
    </w:p>
    <w:p>
      <w:pPr>
        <w:jc w:val="both"/>
      </w:pPr>
      <w:r>
        <w:t>135.000</w:t>
      </w:r>
    </w:p>
    <w:p>
      <w:pPr>
        <w:jc w:val="both"/>
      </w:pPr>
      <w:r>
        <w:t>151.000</w:t>
      </w:r>
    </w:p>
    <w:p>
      <w:pPr>
        <w:jc w:val="both"/>
      </w:pPr>
      <w:r>
        <w:t>1652</w:t>
      </w:r>
    </w:p>
    <w:p>
      <w:pPr>
        <w:jc w:val="both"/>
      </w:pPr>
      <w:r>
        <w:t>1638</w:t>
      </w:r>
    </w:p>
    <w:p>
      <w:pPr>
        <w:jc w:val="both"/>
      </w:pPr>
      <w:r>
        <w:t>03C3.1.VS27</w:t>
      </w:r>
    </w:p>
    <w:p>
      <w:pPr>
        <w:jc w:val="both"/>
      </w:pPr>
      <w:r>
        <w:t>EBV EA-D IgG miễn dịch bán tự động/tự động</w:t>
      </w:r>
    </w:p>
    <w:p>
      <w:pPr>
        <w:jc w:val="both"/>
      </w:pPr>
      <w:r>
        <w:t>209.000</w:t>
      </w:r>
    </w:p>
    <w:p>
      <w:pPr>
        <w:jc w:val="both"/>
      </w:pPr>
      <w:r>
        <w:t>234.000</w:t>
      </w:r>
    </w:p>
    <w:p>
      <w:pPr>
        <w:jc w:val="both"/>
      </w:pPr>
      <w:r>
        <w:t>1653</w:t>
      </w:r>
    </w:p>
    <w:p>
      <w:pPr>
        <w:jc w:val="both"/>
      </w:pPr>
      <w:r>
        <w:t>1639</w:t>
      </w:r>
    </w:p>
    <w:p>
      <w:pPr>
        <w:jc w:val="both"/>
      </w:pPr>
      <w:r>
        <w:t>03C3.1.VS28</w:t>
      </w:r>
    </w:p>
    <w:p>
      <w:pPr>
        <w:jc w:val="both"/>
      </w:pPr>
      <w:r>
        <w:t>EBV EB-NA1 IgG miễn dịch bán tự động/tự động</w:t>
      </w:r>
    </w:p>
    <w:p>
      <w:pPr>
        <w:jc w:val="both"/>
      </w:pPr>
      <w:r>
        <w:t>222.000</w:t>
      </w:r>
    </w:p>
    <w:p>
      <w:pPr>
        <w:jc w:val="both"/>
      </w:pPr>
      <w:r>
        <w:t>249.000</w:t>
      </w:r>
    </w:p>
    <w:p>
      <w:pPr>
        <w:jc w:val="both"/>
      </w:pPr>
      <w:r>
        <w:t>1654</w:t>
      </w:r>
    </w:p>
    <w:p>
      <w:pPr>
        <w:jc w:val="both"/>
      </w:pPr>
      <w:r>
        <w:t>1640</w:t>
      </w:r>
    </w:p>
    <w:p>
      <w:pPr>
        <w:jc w:val="both"/>
      </w:pPr>
      <w:r>
        <w:t>03C3.1.VS26</w:t>
      </w:r>
    </w:p>
    <w:p>
      <w:pPr>
        <w:jc w:val="both"/>
      </w:pPr>
      <w:r>
        <w:t>EBV-VCA IgG miễn dịch bán tự động/tự động</w:t>
      </w:r>
    </w:p>
    <w:p>
      <w:pPr>
        <w:jc w:val="both"/>
      </w:pPr>
      <w:r>
        <w:t>191.000</w:t>
      </w:r>
    </w:p>
    <w:p>
      <w:pPr>
        <w:jc w:val="both"/>
      </w:pPr>
      <w:r>
        <w:t>214.000</w:t>
      </w:r>
    </w:p>
    <w:p>
      <w:pPr>
        <w:jc w:val="both"/>
      </w:pPr>
      <w:r>
        <w:t>1655</w:t>
      </w:r>
    </w:p>
    <w:p>
      <w:pPr>
        <w:jc w:val="both"/>
      </w:pPr>
      <w:r>
        <w:t>1641</w:t>
      </w:r>
    </w:p>
    <w:p>
      <w:pPr>
        <w:jc w:val="both"/>
      </w:pPr>
      <w:r>
        <w:t>03C3.1.VS25</w:t>
      </w:r>
    </w:p>
    <w:p>
      <w:pPr>
        <w:jc w:val="both"/>
      </w:pPr>
      <w:r>
        <w:t>EBV-VCA IgM miễn dịch bán tự động/tự động</w:t>
      </w:r>
    </w:p>
    <w:p>
      <w:pPr>
        <w:jc w:val="both"/>
      </w:pPr>
      <w:r>
        <w:t>197.000</w:t>
      </w:r>
    </w:p>
    <w:p>
      <w:pPr>
        <w:jc w:val="both"/>
      </w:pPr>
      <w:r>
        <w:t>221.000</w:t>
      </w:r>
    </w:p>
    <w:p>
      <w:pPr>
        <w:jc w:val="both"/>
      </w:pPr>
      <w:r>
        <w:t>1656</w:t>
      </w:r>
    </w:p>
    <w:p>
      <w:pPr>
        <w:jc w:val="both"/>
      </w:pPr>
      <w:r>
        <w:t>EV71 IgM/IgG test nhanh</w:t>
      </w:r>
    </w:p>
    <w:p>
      <w:pPr>
        <w:jc w:val="both"/>
      </w:pPr>
      <w:r>
        <w:t>118.000</w:t>
      </w:r>
    </w:p>
    <w:p>
      <w:pPr>
        <w:jc w:val="both"/>
      </w:pPr>
      <w:r>
        <w:t>132.000</w:t>
      </w:r>
    </w:p>
    <w:p>
      <w:pPr>
        <w:jc w:val="both"/>
      </w:pPr>
      <w:r>
        <w:t>1657</w:t>
      </w:r>
    </w:p>
    <w:p>
      <w:pPr>
        <w:jc w:val="both"/>
      </w:pPr>
      <w:r>
        <w:t>1642</w:t>
      </w:r>
    </w:p>
    <w:p>
      <w:pPr>
        <w:jc w:val="both"/>
      </w:pPr>
      <w:r>
        <w:t>03C3.1.HH10</w:t>
      </w:r>
    </w:p>
    <w:p>
      <w:pPr>
        <w:jc w:val="both"/>
      </w:pPr>
      <w:r>
        <w:t>Giun chỉ ấu trùng trong máu nhuộm soi</w:t>
      </w:r>
    </w:p>
    <w:p>
      <w:pPr>
        <w:jc w:val="both"/>
      </w:pPr>
      <w:r>
        <w:t>37.000</w:t>
      </w:r>
    </w:p>
    <w:p>
      <w:pPr>
        <w:jc w:val="both"/>
      </w:pPr>
      <w:r>
        <w:t>41.500</w:t>
      </w:r>
    </w:p>
    <w:p>
      <w:pPr>
        <w:jc w:val="both"/>
      </w:pPr>
      <w:r>
        <w:t>1658</w:t>
      </w:r>
    </w:p>
    <w:p>
      <w:pPr>
        <w:jc w:val="both"/>
      </w:pPr>
      <w:r>
        <w:t>1643</w:t>
      </w:r>
    </w:p>
    <w:p>
      <w:pPr>
        <w:jc w:val="both"/>
      </w:pPr>
      <w:r>
        <w:t>HBeAb test nhanh</w:t>
      </w:r>
    </w:p>
    <w:p>
      <w:pPr>
        <w:jc w:val="both"/>
      </w:pPr>
      <w:r>
        <w:t>61.700</w:t>
      </w:r>
    </w:p>
    <w:p>
      <w:pPr>
        <w:jc w:val="both"/>
      </w:pPr>
      <w:r>
        <w:t>69.300</w:t>
      </w:r>
    </w:p>
    <w:p>
      <w:pPr>
        <w:jc w:val="both"/>
      </w:pPr>
      <w:r>
        <w:t>1659</w:t>
      </w:r>
    </w:p>
    <w:p>
      <w:pPr>
        <w:jc w:val="both"/>
      </w:pPr>
      <w:r>
        <w:t>1644</w:t>
      </w:r>
    </w:p>
    <w:p>
      <w:pPr>
        <w:jc w:val="both"/>
      </w:pPr>
      <w:r>
        <w:t>03C3.1.HH73</w:t>
      </w:r>
    </w:p>
    <w:p>
      <w:pPr>
        <w:jc w:val="both"/>
      </w:pPr>
      <w:r>
        <w:t>HBeAg miễn dịch bán tự động/tự động</w:t>
      </w:r>
    </w:p>
    <w:p>
      <w:pPr>
        <w:jc w:val="both"/>
      </w:pPr>
      <w:r>
        <w:t>98.700</w:t>
      </w:r>
    </w:p>
    <w:p>
      <w:pPr>
        <w:jc w:val="both"/>
      </w:pPr>
      <w:r>
        <w:t>110.000</w:t>
      </w:r>
    </w:p>
    <w:p>
      <w:pPr>
        <w:jc w:val="both"/>
      </w:pPr>
      <w:r>
        <w:t>1660</w:t>
      </w:r>
    </w:p>
    <w:p>
      <w:pPr>
        <w:jc w:val="both"/>
      </w:pPr>
      <w:r>
        <w:t>1645</w:t>
      </w:r>
    </w:p>
    <w:p>
      <w:pPr>
        <w:jc w:val="both"/>
      </w:pPr>
      <w:r>
        <w:t>HBeAg test nhanh</w:t>
      </w:r>
    </w:p>
    <w:p>
      <w:pPr>
        <w:jc w:val="both"/>
      </w:pPr>
      <w:r>
        <w:t>61.700</w:t>
      </w:r>
    </w:p>
    <w:p>
      <w:pPr>
        <w:jc w:val="both"/>
      </w:pPr>
      <w:r>
        <w:t>69.300</w:t>
      </w:r>
    </w:p>
    <w:p>
      <w:pPr>
        <w:jc w:val="both"/>
      </w:pPr>
      <w:r>
        <w:t>1661</w:t>
      </w:r>
    </w:p>
    <w:p>
      <w:pPr>
        <w:jc w:val="both"/>
      </w:pPr>
      <w:r>
        <w:t>1646</w:t>
      </w:r>
    </w:p>
    <w:p>
      <w:pPr>
        <w:jc w:val="both"/>
      </w:pPr>
      <w:r>
        <w:t>03C3.1.HH66</w:t>
      </w:r>
    </w:p>
    <w:p>
      <w:pPr>
        <w:jc w:val="both"/>
      </w:pPr>
      <w:r>
        <w:t>HBsAg (nhanh)</w:t>
      </w:r>
    </w:p>
    <w:p>
      <w:pPr>
        <w:jc w:val="both"/>
      </w:pPr>
      <w:r>
        <w:t>55.400</w:t>
      </w:r>
    </w:p>
    <w:p>
      <w:pPr>
        <w:jc w:val="both"/>
      </w:pPr>
      <w:r>
        <w:t>62.200</w:t>
      </w:r>
    </w:p>
    <w:p>
      <w:pPr>
        <w:jc w:val="both"/>
      </w:pPr>
      <w:r>
        <w:t>1662</w:t>
      </w:r>
    </w:p>
    <w:p>
      <w:pPr>
        <w:jc w:val="both"/>
      </w:pPr>
      <w:r>
        <w:t>1647</w:t>
      </w:r>
    </w:p>
    <w:p>
      <w:pPr>
        <w:jc w:val="both"/>
      </w:pPr>
      <w:r>
        <w:t>04C5.4.384</w:t>
      </w:r>
    </w:p>
    <w:p>
      <w:pPr>
        <w:jc w:val="both"/>
      </w:pPr>
      <w:r>
        <w:t>HBsAg Định lượng</w:t>
      </w:r>
    </w:p>
    <w:p>
      <w:pPr>
        <w:jc w:val="both"/>
      </w:pPr>
      <w:r>
        <w:t>482.000</w:t>
      </w:r>
    </w:p>
    <w:p>
      <w:pPr>
        <w:jc w:val="both"/>
      </w:pPr>
      <w:r>
        <w:t>546.000</w:t>
      </w:r>
    </w:p>
    <w:p>
      <w:pPr>
        <w:jc w:val="both"/>
      </w:pPr>
      <w:r>
        <w:t>1663</w:t>
      </w:r>
    </w:p>
    <w:p>
      <w:pPr>
        <w:jc w:val="both"/>
      </w:pPr>
      <w:r>
        <w:t>1648</w:t>
      </w:r>
    </w:p>
    <w:p>
      <w:pPr>
        <w:jc w:val="both"/>
      </w:pPr>
      <w:r>
        <w:t>HBsAg khẳng định</w:t>
      </w:r>
    </w:p>
    <w:p>
      <w:pPr>
        <w:jc w:val="both"/>
      </w:pPr>
      <w:r>
        <w:t>628.000</w:t>
      </w:r>
    </w:p>
    <w:p>
      <w:pPr>
        <w:jc w:val="both"/>
      </w:pPr>
      <w:r>
        <w:t>711.000</w:t>
      </w:r>
    </w:p>
    <w:p>
      <w:pPr>
        <w:jc w:val="both"/>
      </w:pPr>
      <w:r>
        <w:t>1664</w:t>
      </w:r>
    </w:p>
    <w:p>
      <w:pPr>
        <w:jc w:val="both"/>
      </w:pPr>
      <w:r>
        <w:t>1649</w:t>
      </w:r>
    </w:p>
    <w:p>
      <w:pPr>
        <w:jc w:val="both"/>
      </w:pPr>
      <w:r>
        <w:t>HBsAg miễn dịch bán tự động/ tự động</w:t>
      </w:r>
    </w:p>
    <w:p>
      <w:pPr>
        <w:jc w:val="both"/>
      </w:pPr>
      <w:r>
        <w:t>77.300</w:t>
      </w:r>
    </w:p>
    <w:p>
      <w:pPr>
        <w:jc w:val="both"/>
      </w:pPr>
      <w:r>
        <w:t>86.700</w:t>
      </w:r>
    </w:p>
    <w:p>
      <w:pPr>
        <w:jc w:val="both"/>
      </w:pPr>
      <w:r>
        <w:t>1665</w:t>
      </w:r>
    </w:p>
    <w:p>
      <w:pPr>
        <w:jc w:val="both"/>
      </w:pPr>
      <w:r>
        <w:t>1650</w:t>
      </w:r>
    </w:p>
    <w:p>
      <w:pPr>
        <w:jc w:val="both"/>
      </w:pPr>
      <w:r>
        <w:t>03C3.1.VS11</w:t>
      </w:r>
    </w:p>
    <w:p>
      <w:pPr>
        <w:jc w:val="both"/>
      </w:pPr>
      <w:r>
        <w:t>HBV đo tải lượng hệ thống tự động</w:t>
      </w:r>
    </w:p>
    <w:p>
      <w:pPr>
        <w:jc w:val="both"/>
      </w:pPr>
      <w:r>
        <w:t>1.328.000</w:t>
      </w:r>
    </w:p>
    <w:p>
      <w:pPr>
        <w:jc w:val="both"/>
      </w:pPr>
      <w:r>
        <w:t>1.517.000</w:t>
      </w:r>
    </w:p>
    <w:p>
      <w:pPr>
        <w:jc w:val="both"/>
      </w:pPr>
      <w:r>
        <w:t>1666</w:t>
      </w:r>
    </w:p>
    <w:p>
      <w:pPr>
        <w:jc w:val="both"/>
      </w:pPr>
      <w:r>
        <w:t>1651</w:t>
      </w:r>
    </w:p>
    <w:p>
      <w:pPr>
        <w:jc w:val="both"/>
      </w:pPr>
      <w:r>
        <w:t>HBV đo tải lượng Real-time PCR</w:t>
      </w:r>
    </w:p>
    <w:p>
      <w:pPr>
        <w:jc w:val="both"/>
      </w:pPr>
      <w:r>
        <w:t>678.000</w:t>
      </w:r>
    </w:p>
    <w:p>
      <w:pPr>
        <w:jc w:val="both"/>
      </w:pPr>
      <w:r>
        <w:t>769.000</w:t>
      </w:r>
    </w:p>
    <w:p>
      <w:pPr>
        <w:jc w:val="both"/>
      </w:pPr>
      <w:r>
        <w:t>1667</w:t>
      </w:r>
    </w:p>
    <w:p>
      <w:pPr>
        <w:jc w:val="both"/>
      </w:pPr>
      <w:r>
        <w:t>1652</w:t>
      </w:r>
    </w:p>
    <w:p>
      <w:pPr>
        <w:jc w:val="both"/>
      </w:pPr>
      <w:r>
        <w:t>HCV Core Ag miễn dịch tự động</w:t>
      </w:r>
    </w:p>
    <w:p>
      <w:pPr>
        <w:jc w:val="both"/>
      </w:pPr>
      <w:r>
        <w:t>558.000</w:t>
      </w:r>
    </w:p>
    <w:p>
      <w:pPr>
        <w:jc w:val="both"/>
      </w:pPr>
      <w:r>
        <w:t>630.000</w:t>
      </w:r>
    </w:p>
    <w:p>
      <w:pPr>
        <w:jc w:val="both"/>
      </w:pPr>
      <w:r>
        <w:t>1668</w:t>
      </w:r>
    </w:p>
    <w:p>
      <w:pPr>
        <w:jc w:val="both"/>
      </w:pPr>
      <w:r>
        <w:t>1653</w:t>
      </w:r>
    </w:p>
    <w:p>
      <w:pPr>
        <w:jc w:val="both"/>
      </w:pPr>
      <w:r>
        <w:t>03C3.1.VS12</w:t>
      </w:r>
    </w:p>
    <w:p>
      <w:pPr>
        <w:jc w:val="both"/>
      </w:pPr>
      <w:r>
        <w:t>HCV đo tải lượng hệ thống tự động</w:t>
      </w:r>
    </w:p>
    <w:p>
      <w:pPr>
        <w:jc w:val="both"/>
      </w:pPr>
      <w:r>
        <w:t>1.338.000</w:t>
      </w:r>
    </w:p>
    <w:p>
      <w:pPr>
        <w:jc w:val="both"/>
      </w:pPr>
      <w:r>
        <w:t>1.528.000</w:t>
      </w:r>
    </w:p>
    <w:p>
      <w:pPr>
        <w:jc w:val="both"/>
      </w:pPr>
      <w:r>
        <w:t>1669</w:t>
      </w:r>
    </w:p>
    <w:p>
      <w:pPr>
        <w:jc w:val="both"/>
      </w:pPr>
      <w:r>
        <w:t>1654</w:t>
      </w:r>
    </w:p>
    <w:p>
      <w:pPr>
        <w:jc w:val="both"/>
      </w:pPr>
      <w:r>
        <w:t>HCV đo tải lượng Real-time PCR</w:t>
      </w:r>
    </w:p>
    <w:p>
      <w:pPr>
        <w:jc w:val="both"/>
      </w:pPr>
      <w:r>
        <w:t>838.000</w:t>
      </w:r>
    </w:p>
    <w:p>
      <w:pPr>
        <w:jc w:val="both"/>
      </w:pPr>
      <w:r>
        <w:t>953.000</w:t>
      </w:r>
    </w:p>
    <w:p>
      <w:pPr>
        <w:jc w:val="both"/>
      </w:pPr>
      <w:r>
        <w:t>1670</w:t>
      </w:r>
    </w:p>
    <w:p>
      <w:pPr>
        <w:jc w:val="both"/>
      </w:pPr>
      <w:r>
        <w:t>1655</w:t>
      </w:r>
    </w:p>
    <w:p>
      <w:pPr>
        <w:jc w:val="both"/>
      </w:pPr>
      <w:r>
        <w:t>HDV Ag miễn dịch bán tự động</w:t>
      </w:r>
    </w:p>
    <w:p>
      <w:pPr>
        <w:jc w:val="both"/>
      </w:pPr>
      <w:r>
        <w:t>422.000</w:t>
      </w:r>
    </w:p>
    <w:p>
      <w:pPr>
        <w:jc w:val="both"/>
      </w:pPr>
      <w:r>
        <w:t>477.000</w:t>
      </w:r>
    </w:p>
    <w:p>
      <w:pPr>
        <w:jc w:val="both"/>
      </w:pPr>
      <w:r>
        <w:t>1671</w:t>
      </w:r>
    </w:p>
    <w:p>
      <w:pPr>
        <w:jc w:val="both"/>
      </w:pPr>
      <w:r>
        <w:t>1656</w:t>
      </w:r>
    </w:p>
    <w:p>
      <w:pPr>
        <w:jc w:val="both"/>
      </w:pPr>
      <w:r>
        <w:t>HDV IgG miễn dịch bán tự động/ tự động</w:t>
      </w:r>
    </w:p>
    <w:p>
      <w:pPr>
        <w:jc w:val="both"/>
      </w:pPr>
      <w:r>
        <w:t>222.000</w:t>
      </w:r>
    </w:p>
    <w:p>
      <w:pPr>
        <w:jc w:val="both"/>
      </w:pPr>
      <w:r>
        <w:t>249.000</w:t>
      </w:r>
    </w:p>
    <w:p>
      <w:pPr>
        <w:jc w:val="both"/>
      </w:pPr>
      <w:r>
        <w:t>1672</w:t>
      </w:r>
    </w:p>
    <w:p>
      <w:pPr>
        <w:jc w:val="both"/>
      </w:pPr>
      <w:r>
        <w:t>1657</w:t>
      </w:r>
    </w:p>
    <w:p>
      <w:pPr>
        <w:jc w:val="both"/>
      </w:pPr>
      <w:r>
        <w:t>HDV IgM miễn dịch bán tự động/ tự động</w:t>
      </w:r>
    </w:p>
    <w:p>
      <w:pPr>
        <w:jc w:val="both"/>
      </w:pPr>
      <w:r>
        <w:t>324.000</w:t>
      </w:r>
    </w:p>
    <w:p>
      <w:pPr>
        <w:jc w:val="both"/>
      </w:pPr>
      <w:r>
        <w:t>365.000</w:t>
      </w:r>
    </w:p>
    <w:p>
      <w:pPr>
        <w:jc w:val="both"/>
      </w:pPr>
      <w:r>
        <w:t>1673</w:t>
      </w:r>
    </w:p>
    <w:p>
      <w:pPr>
        <w:jc w:val="both"/>
      </w:pPr>
      <w:r>
        <w:t>1658</w:t>
      </w:r>
    </w:p>
    <w:p>
      <w:pPr>
        <w:jc w:val="both"/>
      </w:pPr>
      <w:r>
        <w:t>Helicobacter pylori Ag test nhanh</w:t>
      </w:r>
    </w:p>
    <w:p>
      <w:pPr>
        <w:jc w:val="both"/>
      </w:pPr>
      <w:r>
        <w:t>161.000</w:t>
      </w:r>
    </w:p>
    <w:p>
      <w:pPr>
        <w:jc w:val="both"/>
      </w:pPr>
      <w:r>
        <w:t>181.000</w:t>
      </w:r>
    </w:p>
    <w:p>
      <w:pPr>
        <w:jc w:val="both"/>
      </w:pPr>
      <w:r>
        <w:t>Áp dụng với trường hợp người bệnh không nội soi dạ dày hoặc tá tràng.</w:t>
      </w:r>
    </w:p>
    <w:p>
      <w:pPr>
        <w:jc w:val="both"/>
      </w:pPr>
      <w:r>
        <w:t>1674</w:t>
      </w:r>
    </w:p>
    <w:p>
      <w:pPr>
        <w:jc w:val="both"/>
      </w:pPr>
      <w:r>
        <w:t>1659</w:t>
      </w:r>
    </w:p>
    <w:p>
      <w:pPr>
        <w:jc w:val="both"/>
      </w:pPr>
      <w:r>
        <w:t>HEV IgG miễn dịch bán tự động/tự động</w:t>
      </w:r>
    </w:p>
    <w:p>
      <w:pPr>
        <w:jc w:val="both"/>
      </w:pPr>
      <w:r>
        <w:t>321.000</w:t>
      </w:r>
    </w:p>
    <w:p>
      <w:pPr>
        <w:jc w:val="both"/>
      </w:pPr>
      <w:r>
        <w:t>363.000</w:t>
      </w:r>
    </w:p>
    <w:p>
      <w:pPr>
        <w:jc w:val="both"/>
      </w:pPr>
      <w:r>
        <w:t>1675</w:t>
      </w:r>
    </w:p>
    <w:p>
      <w:pPr>
        <w:jc w:val="both"/>
      </w:pPr>
      <w:r>
        <w:t>1660</w:t>
      </w:r>
    </w:p>
    <w:p>
      <w:pPr>
        <w:jc w:val="both"/>
      </w:pPr>
      <w:r>
        <w:t>HEV IgM miễn dịch bán tự động/tự động</w:t>
      </w:r>
    </w:p>
    <w:p>
      <w:pPr>
        <w:jc w:val="both"/>
      </w:pPr>
      <w:r>
        <w:t>321.000</w:t>
      </w:r>
    </w:p>
    <w:p>
      <w:pPr>
        <w:jc w:val="both"/>
      </w:pPr>
      <w:r>
        <w:t>363.000</w:t>
      </w:r>
    </w:p>
    <w:p>
      <w:pPr>
        <w:jc w:val="both"/>
      </w:pPr>
      <w:r>
        <w:t>1676</w:t>
      </w:r>
    </w:p>
    <w:p>
      <w:pPr>
        <w:jc w:val="both"/>
      </w:pPr>
      <w:r>
        <w:t>HIV Ag/Ab test nhanh</w:t>
      </w:r>
    </w:p>
    <w:p>
      <w:pPr>
        <w:jc w:val="both"/>
      </w:pPr>
      <w:r>
        <w:t>101.000</w:t>
      </w:r>
    </w:p>
    <w:p>
      <w:pPr>
        <w:jc w:val="both"/>
      </w:pPr>
      <w:r>
        <w:t>114.000</w:t>
      </w:r>
    </w:p>
    <w:p>
      <w:pPr>
        <w:jc w:val="both"/>
      </w:pPr>
      <w:r>
        <w:t>Xét nghiệm cho kết quả đồng thời Ab và Ag</w:t>
      </w:r>
    </w:p>
    <w:p>
      <w:pPr>
        <w:jc w:val="both"/>
      </w:pPr>
      <w:r>
        <w:t>1677</w:t>
      </w:r>
    </w:p>
    <w:p>
      <w:pPr>
        <w:jc w:val="both"/>
      </w:pPr>
      <w:r>
        <w:t>1661</w:t>
      </w:r>
    </w:p>
    <w:p>
      <w:pPr>
        <w:jc w:val="both"/>
      </w:pPr>
      <w:r>
        <w:t>HIV Ag/Ab miễn dịch bán tự động/ tự động</w:t>
      </w:r>
    </w:p>
    <w:p>
      <w:pPr>
        <w:jc w:val="both"/>
      </w:pPr>
      <w:r>
        <w:t>135.000</w:t>
      </w:r>
    </w:p>
    <w:p>
      <w:pPr>
        <w:jc w:val="both"/>
      </w:pPr>
      <w:r>
        <w:t>151.000</w:t>
      </w:r>
    </w:p>
    <w:p>
      <w:pPr>
        <w:jc w:val="both"/>
      </w:pPr>
      <w:r>
        <w:t>1678</w:t>
      </w:r>
    </w:p>
    <w:p>
      <w:pPr>
        <w:jc w:val="both"/>
      </w:pPr>
      <w:r>
        <w:t>1662</w:t>
      </w:r>
    </w:p>
    <w:p>
      <w:pPr>
        <w:jc w:val="both"/>
      </w:pPr>
      <w:r>
        <w:t>HIV đo tải lượng hệ thống tự động</w:t>
      </w:r>
    </w:p>
    <w:p>
      <w:pPr>
        <w:jc w:val="both"/>
      </w:pPr>
      <w:r>
        <w:t>956.000</w:t>
      </w:r>
    </w:p>
    <w:p>
      <w:pPr>
        <w:jc w:val="both"/>
      </w:pPr>
      <w:r>
        <w:t>1.089.000</w:t>
      </w:r>
    </w:p>
    <w:p>
      <w:pPr>
        <w:jc w:val="both"/>
      </w:pPr>
      <w:r>
        <w:t>1679</w:t>
      </w:r>
    </w:p>
    <w:p>
      <w:pPr>
        <w:jc w:val="both"/>
      </w:pPr>
      <w:r>
        <w:t>1663</w:t>
      </w:r>
    </w:p>
    <w:p>
      <w:pPr>
        <w:jc w:val="both"/>
      </w:pPr>
      <w:r>
        <w:t>HIV khẳng định</w:t>
      </w:r>
    </w:p>
    <w:p>
      <w:pPr>
        <w:jc w:val="both"/>
      </w:pPr>
      <w:r>
        <w:t>184.000</w:t>
      </w:r>
    </w:p>
    <w:p>
      <w:pPr>
        <w:jc w:val="both"/>
      </w:pPr>
      <w:r>
        <w:t>204.000</w:t>
      </w:r>
    </w:p>
    <w:p>
      <w:pPr>
        <w:jc w:val="both"/>
      </w:pPr>
      <w:r>
        <w:t>Tính cho 2 lần tiếp theo.</w:t>
      </w:r>
    </w:p>
    <w:p>
      <w:pPr>
        <w:jc w:val="both"/>
      </w:pPr>
      <w:r>
        <w:t>1680</w:t>
      </w:r>
    </w:p>
    <w:p>
      <w:pPr>
        <w:jc w:val="both"/>
      </w:pPr>
      <w:r>
        <w:t>1664</w:t>
      </w:r>
    </w:p>
    <w:p>
      <w:pPr>
        <w:jc w:val="both"/>
      </w:pPr>
      <w:r>
        <w:t>Hồng cầu trong phân test nhanh</w:t>
      </w:r>
    </w:p>
    <w:p>
      <w:pPr>
        <w:jc w:val="both"/>
      </w:pPr>
      <w:r>
        <w:t>67.800</w:t>
      </w:r>
    </w:p>
    <w:p>
      <w:pPr>
        <w:jc w:val="both"/>
      </w:pPr>
      <w:r>
        <w:t>76.100</w:t>
      </w:r>
    </w:p>
    <w:p>
      <w:pPr>
        <w:jc w:val="both"/>
      </w:pPr>
      <w:r>
        <w:t>1681</w:t>
      </w:r>
    </w:p>
    <w:p>
      <w:pPr>
        <w:jc w:val="both"/>
      </w:pPr>
      <w:r>
        <w:t>1665</w:t>
      </w:r>
    </w:p>
    <w:p>
      <w:pPr>
        <w:jc w:val="both"/>
      </w:pPr>
      <w:r>
        <w:t>04C5.3.376</w:t>
      </w:r>
    </w:p>
    <w:p>
      <w:pPr>
        <w:jc w:val="both"/>
      </w:pPr>
      <w:r>
        <w:t>Hồng cầu, bạch cầu trong phân soi trực tiếp</w:t>
      </w:r>
    </w:p>
    <w:p>
      <w:pPr>
        <w:jc w:val="both"/>
      </w:pPr>
      <w:r>
        <w:t>39.500</w:t>
      </w:r>
    </w:p>
    <w:p>
      <w:pPr>
        <w:jc w:val="both"/>
      </w:pPr>
      <w:r>
        <w:t>44.300</w:t>
      </w:r>
    </w:p>
    <w:p>
      <w:pPr>
        <w:jc w:val="both"/>
      </w:pPr>
      <w:r>
        <w:t>1682</w:t>
      </w:r>
    </w:p>
    <w:p>
      <w:pPr>
        <w:jc w:val="both"/>
      </w:pPr>
      <w:r>
        <w:t>1666</w:t>
      </w:r>
    </w:p>
    <w:p>
      <w:pPr>
        <w:jc w:val="both"/>
      </w:pPr>
      <w:r>
        <w:t>HPV genotype PCR hệ thống tự động</w:t>
      </w:r>
    </w:p>
    <w:p>
      <w:pPr>
        <w:jc w:val="both"/>
      </w:pPr>
      <w:r>
        <w:t>1.078.000</w:t>
      </w:r>
    </w:p>
    <w:p>
      <w:pPr>
        <w:jc w:val="both"/>
      </w:pPr>
      <w:r>
        <w:t>1.229.000</w:t>
      </w:r>
    </w:p>
    <w:p>
      <w:pPr>
        <w:jc w:val="both"/>
      </w:pPr>
      <w:r>
        <w:t>1683</w:t>
      </w:r>
    </w:p>
    <w:p>
      <w:pPr>
        <w:jc w:val="both"/>
      </w:pPr>
      <w:r>
        <w:t>1667</w:t>
      </w:r>
    </w:p>
    <w:p>
      <w:pPr>
        <w:jc w:val="both"/>
      </w:pPr>
      <w:r>
        <w:t>HPVReal-time PCR</w:t>
      </w:r>
    </w:p>
    <w:p>
      <w:pPr>
        <w:jc w:val="both"/>
      </w:pPr>
      <w:r>
        <w:t>390.000</w:t>
      </w:r>
    </w:p>
    <w:p>
      <w:pPr>
        <w:jc w:val="both"/>
      </w:pPr>
      <w:r>
        <w:t>440.000</w:t>
      </w:r>
    </w:p>
    <w:p>
      <w:pPr>
        <w:jc w:val="both"/>
      </w:pPr>
      <w:r>
        <w:t>1684</w:t>
      </w:r>
    </w:p>
    <w:p>
      <w:pPr>
        <w:jc w:val="both"/>
      </w:pPr>
      <w:r>
        <w:t>1668</w:t>
      </w:r>
    </w:p>
    <w:p>
      <w:pPr>
        <w:jc w:val="both"/>
      </w:pPr>
      <w:r>
        <w:t>03C3.1.VS21</w:t>
      </w:r>
    </w:p>
    <w:p>
      <w:pPr>
        <w:jc w:val="both"/>
      </w:pPr>
      <w:r>
        <w:t>HSV1+2 IgG miễn dịch bán tự động/ tự động</w:t>
      </w:r>
    </w:p>
    <w:p>
      <w:pPr>
        <w:jc w:val="both"/>
      </w:pPr>
      <w:r>
        <w:t>159.000</w:t>
      </w:r>
    </w:p>
    <w:p>
      <w:pPr>
        <w:jc w:val="both"/>
      </w:pPr>
      <w:r>
        <w:t>179.000</w:t>
      </w:r>
    </w:p>
    <w:p>
      <w:pPr>
        <w:jc w:val="both"/>
      </w:pPr>
      <w:r>
        <w:t>1685</w:t>
      </w:r>
    </w:p>
    <w:p>
      <w:pPr>
        <w:jc w:val="both"/>
      </w:pPr>
      <w:r>
        <w:t>1669</w:t>
      </w:r>
    </w:p>
    <w:p>
      <w:pPr>
        <w:jc w:val="both"/>
      </w:pPr>
      <w:r>
        <w:t>03C3.1.VS20</w:t>
      </w:r>
    </w:p>
    <w:p>
      <w:pPr>
        <w:jc w:val="both"/>
      </w:pPr>
      <w:r>
        <w:t>HSV1+2 IgM miễn dịch bán tự động/ tự động</w:t>
      </w:r>
    </w:p>
    <w:p>
      <w:pPr>
        <w:jc w:val="both"/>
      </w:pPr>
      <w:r>
        <w:t>159.000</w:t>
      </w:r>
    </w:p>
    <w:p>
      <w:pPr>
        <w:jc w:val="both"/>
      </w:pPr>
      <w:r>
        <w:t>179.000</w:t>
      </w:r>
    </w:p>
    <w:p>
      <w:pPr>
        <w:jc w:val="both"/>
      </w:pPr>
      <w:r>
        <w:t>1686</w:t>
      </w:r>
    </w:p>
    <w:p>
      <w:pPr>
        <w:jc w:val="both"/>
      </w:pPr>
      <w:r>
        <w:t>1670</w:t>
      </w:r>
    </w:p>
    <w:p>
      <w:pPr>
        <w:jc w:val="both"/>
      </w:pPr>
      <w:r>
        <w:t>Influenza virus A, B Real-time PCR</w:t>
      </w:r>
    </w:p>
    <w:p>
      <w:pPr>
        <w:jc w:val="both"/>
      </w:pPr>
      <w:r>
        <w:t>1.578.000</w:t>
      </w:r>
    </w:p>
    <w:p>
      <w:pPr>
        <w:jc w:val="both"/>
      </w:pPr>
      <w:r>
        <w:t>1.805.000</w:t>
      </w:r>
    </w:p>
    <w:p>
      <w:pPr>
        <w:jc w:val="both"/>
      </w:pPr>
      <w:r>
        <w:t>1687</w:t>
      </w:r>
    </w:p>
    <w:p>
      <w:pPr>
        <w:jc w:val="both"/>
      </w:pPr>
      <w:r>
        <w:t>1671</w:t>
      </w:r>
    </w:p>
    <w:p>
      <w:pPr>
        <w:jc w:val="both"/>
      </w:pPr>
      <w:r>
        <w:t>Influenza virus A, B test nhanh</w:t>
      </w:r>
    </w:p>
    <w:p>
      <w:pPr>
        <w:jc w:val="both"/>
      </w:pPr>
      <w:r>
        <w:t>175.000</w:t>
      </w:r>
    </w:p>
    <w:p>
      <w:pPr>
        <w:jc w:val="both"/>
      </w:pPr>
      <w:r>
        <w:t>197.000</w:t>
      </w:r>
    </w:p>
    <w:p>
      <w:pPr>
        <w:jc w:val="both"/>
      </w:pPr>
      <w:r>
        <w:t>1688</w:t>
      </w:r>
    </w:p>
    <w:p>
      <w:pPr>
        <w:jc w:val="both"/>
      </w:pPr>
      <w:r>
        <w:t>1672</w:t>
      </w:r>
    </w:p>
    <w:p>
      <w:pPr>
        <w:jc w:val="both"/>
      </w:pPr>
      <w:r>
        <w:t>JEV IgM (test nhanh)</w:t>
      </w:r>
    </w:p>
    <w:p>
      <w:pPr>
        <w:jc w:val="both"/>
      </w:pPr>
      <w:r>
        <w:t>128.000</w:t>
      </w:r>
    </w:p>
    <w:p>
      <w:pPr>
        <w:jc w:val="both"/>
      </w:pPr>
      <w:r>
        <w:t>144.000</w:t>
      </w:r>
    </w:p>
    <w:p>
      <w:pPr>
        <w:jc w:val="both"/>
      </w:pPr>
      <w:r>
        <w:t>1689</w:t>
      </w:r>
    </w:p>
    <w:p>
      <w:pPr>
        <w:jc w:val="both"/>
      </w:pPr>
      <w:r>
        <w:t>1673</w:t>
      </w:r>
    </w:p>
    <w:p>
      <w:pPr>
        <w:jc w:val="both"/>
      </w:pPr>
      <w:r>
        <w:t>JEV IgM miễn dịch bán tự động/tự động</w:t>
      </w:r>
    </w:p>
    <w:p>
      <w:pPr>
        <w:jc w:val="both"/>
      </w:pPr>
      <w:r>
        <w:t>444.000</w:t>
      </w:r>
    </w:p>
    <w:p>
      <w:pPr>
        <w:jc w:val="both"/>
      </w:pPr>
      <w:r>
        <w:t>502.000</w:t>
      </w:r>
    </w:p>
    <w:p>
      <w:pPr>
        <w:jc w:val="both"/>
      </w:pPr>
      <w:r>
        <w:t>1690</w:t>
      </w:r>
    </w:p>
    <w:p>
      <w:pPr>
        <w:jc w:val="both"/>
      </w:pPr>
      <w:r>
        <w:t>1674</w:t>
      </w:r>
    </w:p>
    <w:p>
      <w:pPr>
        <w:jc w:val="both"/>
      </w:pPr>
      <w:r>
        <w:t>04C5.4.378</w:t>
      </w:r>
    </w:p>
    <w:p>
      <w:pPr>
        <w:jc w:val="both"/>
      </w:pPr>
      <w:r>
        <w:t>Ký sinh trùng/ Vi nấm soi</w:t>
      </w:r>
    </w:p>
    <w:p>
      <w:pPr>
        <w:jc w:val="both"/>
      </w:pPr>
      <w:r>
        <w:t>43.100</w:t>
      </w:r>
    </w:p>
    <w:p>
      <w:pPr>
        <w:jc w:val="both"/>
      </w:pPr>
      <w:r>
        <w:t>48.400</w:t>
      </w:r>
    </w:p>
    <w:p>
      <w:pPr>
        <w:jc w:val="both"/>
      </w:pPr>
      <w:r>
        <w:t>1691</w:t>
      </w:r>
    </w:p>
    <w:p>
      <w:pPr>
        <w:jc w:val="both"/>
      </w:pPr>
      <w:r>
        <w:t>1675</w:t>
      </w:r>
    </w:p>
    <w:p>
      <w:pPr>
        <w:jc w:val="both"/>
      </w:pPr>
      <w:r>
        <w:t>Leptospira test nhanh</w:t>
      </w:r>
    </w:p>
    <w:p>
      <w:pPr>
        <w:jc w:val="both"/>
      </w:pPr>
      <w:r>
        <w:t>143.000</w:t>
      </w:r>
    </w:p>
    <w:p>
      <w:pPr>
        <w:jc w:val="both"/>
      </w:pPr>
      <w:r>
        <w:t>160.000</w:t>
      </w:r>
    </w:p>
    <w:p>
      <w:pPr>
        <w:jc w:val="both"/>
      </w:pPr>
      <w:r>
        <w:t>1692</w:t>
      </w:r>
    </w:p>
    <w:p>
      <w:pPr>
        <w:jc w:val="both"/>
      </w:pPr>
      <w:r>
        <w:t>1676</w:t>
      </w:r>
    </w:p>
    <w:p>
      <w:pPr>
        <w:jc w:val="both"/>
      </w:pPr>
      <w:r>
        <w:t>Measles virus IgG miễn dịch bán tự động/ tự động</w:t>
      </w:r>
    </w:p>
    <w:p>
      <w:pPr>
        <w:jc w:val="both"/>
      </w:pPr>
      <w:r>
        <w:t>259.000</w:t>
      </w:r>
    </w:p>
    <w:p>
      <w:pPr>
        <w:jc w:val="both"/>
      </w:pPr>
      <w:r>
        <w:t>292.000</w:t>
      </w:r>
    </w:p>
    <w:p>
      <w:pPr>
        <w:jc w:val="both"/>
      </w:pPr>
      <w:r>
        <w:t>1693</w:t>
      </w:r>
    </w:p>
    <w:p>
      <w:pPr>
        <w:jc w:val="both"/>
      </w:pPr>
      <w:r>
        <w:t>1677</w:t>
      </w:r>
    </w:p>
    <w:p>
      <w:pPr>
        <w:jc w:val="both"/>
      </w:pPr>
      <w:r>
        <w:t>Measles virus IgM miễn dịch bán tự động/ tự động</w:t>
      </w:r>
    </w:p>
    <w:p>
      <w:pPr>
        <w:jc w:val="both"/>
      </w:pPr>
      <w:r>
        <w:t>259.000</w:t>
      </w:r>
    </w:p>
    <w:p>
      <w:pPr>
        <w:jc w:val="both"/>
      </w:pPr>
      <w:r>
        <w:t>292.000</w:t>
      </w:r>
    </w:p>
    <w:p>
      <w:pPr>
        <w:jc w:val="both"/>
      </w:pPr>
      <w:r>
        <w:t>1694</w:t>
      </w:r>
    </w:p>
    <w:p>
      <w:pPr>
        <w:jc w:val="both"/>
      </w:pPr>
      <w:r>
        <w:t>1678</w:t>
      </w:r>
    </w:p>
    <w:p>
      <w:pPr>
        <w:jc w:val="both"/>
      </w:pPr>
      <w:r>
        <w:t>Mycobacterium tuberculosis kháng thuốc hàng 1 môi trường lỏng</w:t>
      </w:r>
    </w:p>
    <w:p>
      <w:pPr>
        <w:jc w:val="both"/>
      </w:pPr>
      <w:r>
        <w:t>748.000</w:t>
      </w:r>
    </w:p>
    <w:p>
      <w:pPr>
        <w:jc w:val="both"/>
      </w:pPr>
      <w:r>
        <w:t>849.000</w:t>
      </w:r>
    </w:p>
    <w:p>
      <w:pPr>
        <w:jc w:val="both"/>
      </w:pPr>
      <w:r>
        <w:t>1695</w:t>
      </w:r>
    </w:p>
    <w:p>
      <w:pPr>
        <w:jc w:val="both"/>
      </w:pPr>
      <w:r>
        <w:t>1679</w:t>
      </w:r>
    </w:p>
    <w:p>
      <w:pPr>
        <w:jc w:val="both"/>
      </w:pPr>
      <w:r>
        <w:t>Mycobacterium tuberculosis kháng thuốc hàng 2 môi trường đặc</w:t>
      </w:r>
    </w:p>
    <w:p>
      <w:pPr>
        <w:jc w:val="both"/>
      </w:pPr>
      <w:r>
        <w:t>246.000</w:t>
      </w:r>
    </w:p>
    <w:p>
      <w:pPr>
        <w:jc w:val="both"/>
      </w:pPr>
      <w:r>
        <w:t>277.000</w:t>
      </w:r>
    </w:p>
    <w:p>
      <w:pPr>
        <w:jc w:val="both"/>
      </w:pPr>
      <w:r>
        <w:t>1696</w:t>
      </w:r>
    </w:p>
    <w:p>
      <w:pPr>
        <w:jc w:val="both"/>
      </w:pPr>
      <w:r>
        <w:t>1680</w:t>
      </w:r>
    </w:p>
    <w:p>
      <w:pPr>
        <w:jc w:val="both"/>
      </w:pPr>
      <w:r>
        <w:t>Mycobacterium tuberculosis kháng thuốc PZA môi trường lỏng</w:t>
      </w:r>
    </w:p>
    <w:p>
      <w:pPr>
        <w:jc w:val="both"/>
      </w:pPr>
      <w:r>
        <w:t>356.000</w:t>
      </w:r>
    </w:p>
    <w:p>
      <w:pPr>
        <w:jc w:val="both"/>
      </w:pPr>
      <w:r>
        <w:t>403.000</w:t>
      </w:r>
    </w:p>
    <w:p>
      <w:pPr>
        <w:jc w:val="both"/>
      </w:pPr>
      <w:r>
        <w:t>1697</w:t>
      </w:r>
    </w:p>
    <w:p>
      <w:pPr>
        <w:jc w:val="both"/>
      </w:pPr>
      <w:r>
        <w:t>1681</w:t>
      </w:r>
    </w:p>
    <w:p>
      <w:pPr>
        <w:jc w:val="both"/>
      </w:pPr>
      <w:r>
        <w:t>Mycobacterium tuberculosis đa kháng LPA</w:t>
      </w:r>
    </w:p>
    <w:p>
      <w:pPr>
        <w:jc w:val="both"/>
      </w:pPr>
      <w:r>
        <w:t>903.000</w:t>
      </w:r>
    </w:p>
    <w:p>
      <w:pPr>
        <w:jc w:val="both"/>
      </w:pPr>
      <w:r>
        <w:t>1.028.000</w:t>
      </w:r>
    </w:p>
    <w:p>
      <w:pPr>
        <w:jc w:val="both"/>
      </w:pPr>
      <w:r>
        <w:t>1698</w:t>
      </w:r>
    </w:p>
    <w:p>
      <w:pPr>
        <w:jc w:val="both"/>
      </w:pPr>
      <w:r>
        <w:t>1682</w:t>
      </w:r>
    </w:p>
    <w:p>
      <w:pPr>
        <w:jc w:val="both"/>
      </w:pPr>
      <w:r>
        <w:t>Mycobacterium tuberculosis định danh và kháng RMP Xpert</w:t>
      </w:r>
    </w:p>
    <w:p>
      <w:pPr>
        <w:jc w:val="both"/>
      </w:pPr>
      <w:r>
        <w:t>924.000</w:t>
      </w:r>
    </w:p>
    <w:p>
      <w:pPr>
        <w:jc w:val="both"/>
      </w:pPr>
      <w:r>
        <w:t>1.054.000</w:t>
      </w:r>
    </w:p>
    <w:p>
      <w:pPr>
        <w:jc w:val="both"/>
      </w:pPr>
      <w:r>
        <w:t>Đã bao gồm test xét nghiệm. Giá tối đa tại Thông tư 13/2019/TT-BYT chưa bao gồm test do giai đoạn này đã được Chương trình chống Lao quốc gia hỗ trợ.</w:t>
      </w:r>
    </w:p>
    <w:p>
      <w:pPr>
        <w:jc w:val="both"/>
      </w:pPr>
      <w:r>
        <w:t>1699</w:t>
      </w:r>
    </w:p>
    <w:p>
      <w:pPr>
        <w:jc w:val="both"/>
      </w:pPr>
      <w:r>
        <w:t>1683</w:t>
      </w:r>
    </w:p>
    <w:p>
      <w:pPr>
        <w:jc w:val="both"/>
      </w:pPr>
      <w:r>
        <w:t>Mycobacterium tuberculosis kháng thuốc hàng 1 môi trường đặc</w:t>
      </w:r>
    </w:p>
    <w:p>
      <w:pPr>
        <w:jc w:val="both"/>
      </w:pPr>
      <w:r>
        <w:t>191.000</w:t>
      </w:r>
    </w:p>
    <w:p>
      <w:pPr>
        <w:jc w:val="both"/>
      </w:pPr>
      <w:r>
        <w:t>214.000</w:t>
      </w:r>
    </w:p>
    <w:p>
      <w:pPr>
        <w:jc w:val="both"/>
      </w:pPr>
      <w:r>
        <w:t>1700</w:t>
      </w:r>
    </w:p>
    <w:p>
      <w:pPr>
        <w:jc w:val="both"/>
      </w:pPr>
      <w:r>
        <w:t>1684</w:t>
      </w:r>
    </w:p>
    <w:p>
      <w:pPr>
        <w:jc w:val="both"/>
      </w:pPr>
      <w:r>
        <w:t>Mycobacterium tuberculosis nuôi cấy môi trường đặc</w:t>
      </w:r>
    </w:p>
    <w:p>
      <w:pPr>
        <w:jc w:val="both"/>
      </w:pPr>
      <w:r>
        <w:t>177.000</w:t>
      </w:r>
    </w:p>
    <w:p>
      <w:pPr>
        <w:jc w:val="both"/>
      </w:pPr>
      <w:r>
        <w:t>199.000</w:t>
      </w:r>
    </w:p>
    <w:p>
      <w:pPr>
        <w:jc w:val="both"/>
      </w:pPr>
      <w:r>
        <w:t>1701</w:t>
      </w:r>
    </w:p>
    <w:p>
      <w:pPr>
        <w:jc w:val="both"/>
      </w:pPr>
      <w:r>
        <w:t>1685</w:t>
      </w:r>
    </w:p>
    <w:p>
      <w:pPr>
        <w:jc w:val="both"/>
      </w:pPr>
      <w:r>
        <w:t>03C3.1.VS13</w:t>
      </w:r>
    </w:p>
    <w:p>
      <w:pPr>
        <w:jc w:val="both"/>
      </w:pPr>
      <w:r>
        <w:t>Mycobacterium tuberculosis nuôi cấy môi trường lỏng</w:t>
      </w:r>
    </w:p>
    <w:p>
      <w:pPr>
        <w:jc w:val="both"/>
      </w:pPr>
      <w:r>
        <w:t>286.000</w:t>
      </w:r>
    </w:p>
    <w:p>
      <w:pPr>
        <w:jc w:val="both"/>
      </w:pPr>
      <w:r>
        <w:t>323.000</w:t>
      </w:r>
    </w:p>
    <w:p>
      <w:pPr>
        <w:jc w:val="both"/>
      </w:pPr>
      <w:r>
        <w:t>1702</w:t>
      </w:r>
    </w:p>
    <w:p>
      <w:pPr>
        <w:jc w:val="both"/>
      </w:pPr>
      <w:r>
        <w:t>1686</w:t>
      </w:r>
    </w:p>
    <w:p>
      <w:pPr>
        <w:jc w:val="both"/>
      </w:pPr>
      <w:r>
        <w:t>04C5.4.388</w:t>
      </w:r>
    </w:p>
    <w:p>
      <w:pPr>
        <w:jc w:val="both"/>
      </w:pPr>
      <w:r>
        <w:t>Mycobacterium tuberculosis PCR hệ thống tự động</w:t>
      </w:r>
    </w:p>
    <w:p>
      <w:pPr>
        <w:jc w:val="both"/>
      </w:pPr>
      <w:r>
        <w:t>828.000</w:t>
      </w:r>
    </w:p>
    <w:p>
      <w:pPr>
        <w:jc w:val="both"/>
      </w:pPr>
      <w:r>
        <w:t>941.000</w:t>
      </w:r>
    </w:p>
    <w:p>
      <w:pPr>
        <w:jc w:val="both"/>
      </w:pPr>
      <w:r>
        <w:t>1703</w:t>
      </w:r>
    </w:p>
    <w:p>
      <w:pPr>
        <w:jc w:val="both"/>
      </w:pPr>
      <w:r>
        <w:t>1687</w:t>
      </w:r>
    </w:p>
    <w:p>
      <w:pPr>
        <w:jc w:val="both"/>
      </w:pPr>
      <w:r>
        <w:t>Mycobacterium tuberculosis Real-time PCR</w:t>
      </w:r>
    </w:p>
    <w:p>
      <w:pPr>
        <w:jc w:val="both"/>
      </w:pPr>
      <w:r>
        <w:t>370.000</w:t>
      </w:r>
    </w:p>
    <w:p>
      <w:pPr>
        <w:jc w:val="both"/>
      </w:pPr>
      <w:r>
        <w:t>415.000</w:t>
      </w:r>
    </w:p>
    <w:p>
      <w:pPr>
        <w:jc w:val="both"/>
      </w:pPr>
      <w:r>
        <w:t>1704</w:t>
      </w:r>
    </w:p>
    <w:p>
      <w:pPr>
        <w:jc w:val="both"/>
      </w:pPr>
      <w:r>
        <w:t>1688</w:t>
      </w:r>
    </w:p>
    <w:p>
      <w:pPr>
        <w:jc w:val="both"/>
      </w:pPr>
      <w:r>
        <w:t>Mycobacterium tuberculosis siêu kháng LPA</w:t>
      </w:r>
    </w:p>
    <w:p>
      <w:pPr>
        <w:jc w:val="both"/>
      </w:pPr>
      <w:r>
        <w:t>1.528.000</w:t>
      </w:r>
    </w:p>
    <w:p>
      <w:pPr>
        <w:jc w:val="both"/>
      </w:pPr>
      <w:r>
        <w:t>1.747.000</w:t>
      </w:r>
    </w:p>
    <w:p>
      <w:pPr>
        <w:jc w:val="both"/>
      </w:pPr>
      <w:r>
        <w:t>1705</w:t>
      </w:r>
    </w:p>
    <w:p>
      <w:pPr>
        <w:jc w:val="both"/>
      </w:pPr>
      <w:r>
        <w:t>1689</w:t>
      </w:r>
    </w:p>
    <w:p>
      <w:pPr>
        <w:jc w:val="both"/>
      </w:pPr>
      <w:r>
        <w:t>03C3.1.VS30</w:t>
      </w:r>
    </w:p>
    <w:p>
      <w:pPr>
        <w:jc w:val="both"/>
      </w:pPr>
      <w:r>
        <w:t>Mycoplasma pneumoniae IgG miễn dịch bán tự động</w:t>
      </w:r>
    </w:p>
    <w:p>
      <w:pPr>
        <w:jc w:val="both"/>
      </w:pPr>
      <w:r>
        <w:t>258.000</w:t>
      </w:r>
    </w:p>
    <w:p>
      <w:pPr>
        <w:jc w:val="both"/>
      </w:pPr>
      <w:r>
        <w:t>290.000</w:t>
      </w:r>
    </w:p>
    <w:p>
      <w:pPr>
        <w:jc w:val="both"/>
      </w:pPr>
      <w:r>
        <w:t>1706</w:t>
      </w:r>
    </w:p>
    <w:p>
      <w:pPr>
        <w:jc w:val="both"/>
      </w:pPr>
      <w:r>
        <w:t>1690</w:t>
      </w:r>
    </w:p>
    <w:p>
      <w:pPr>
        <w:jc w:val="both"/>
      </w:pPr>
      <w:r>
        <w:t>03C3.1.VS29</w:t>
      </w:r>
    </w:p>
    <w:p>
      <w:pPr>
        <w:jc w:val="both"/>
      </w:pPr>
      <w:r>
        <w:t>Mycoplasma pneumoniae IgM miễn dịch bán tự động</w:t>
      </w:r>
    </w:p>
    <w:p>
      <w:pPr>
        <w:jc w:val="both"/>
      </w:pPr>
      <w:r>
        <w:t>172.000</w:t>
      </w:r>
    </w:p>
    <w:p>
      <w:pPr>
        <w:jc w:val="both"/>
      </w:pPr>
      <w:r>
        <w:t>194.000</w:t>
      </w:r>
    </w:p>
    <w:p>
      <w:pPr>
        <w:jc w:val="both"/>
      </w:pPr>
      <w:r>
        <w:t>1707</w:t>
      </w:r>
    </w:p>
    <w:p>
      <w:pPr>
        <w:jc w:val="both"/>
      </w:pPr>
      <w:r>
        <w:t>1691</w:t>
      </w:r>
    </w:p>
    <w:p>
      <w:pPr>
        <w:jc w:val="both"/>
      </w:pPr>
      <w:r>
        <w:t>NTM định danh LPA</w:t>
      </w:r>
    </w:p>
    <w:p>
      <w:pPr>
        <w:jc w:val="both"/>
      </w:pPr>
      <w:r>
        <w:t>928.000</w:t>
      </w:r>
    </w:p>
    <w:p>
      <w:pPr>
        <w:jc w:val="both"/>
      </w:pPr>
      <w:r>
        <w:t>1.056.000</w:t>
      </w:r>
    </w:p>
    <w:p>
      <w:pPr>
        <w:jc w:val="both"/>
      </w:pPr>
      <w:r>
        <w:t>1708</w:t>
      </w:r>
    </w:p>
    <w:p>
      <w:pPr>
        <w:jc w:val="both"/>
      </w:pPr>
      <w:r>
        <w:t>1692</w:t>
      </w:r>
    </w:p>
    <w:p>
      <w:pPr>
        <w:jc w:val="both"/>
      </w:pPr>
      <w:r>
        <w:t>03C3.1.VS5</w:t>
      </w:r>
    </w:p>
    <w:p>
      <w:pPr>
        <w:jc w:val="both"/>
      </w:pPr>
      <w:r>
        <w:t>Nuôi cấy tìm vi khuẩn kỵ khí/vi hiếu khí</w:t>
      </w:r>
    </w:p>
    <w:p>
      <w:pPr>
        <w:jc w:val="both"/>
      </w:pPr>
      <w:r>
        <w:t>1.328.000</w:t>
      </w:r>
    </w:p>
    <w:p>
      <w:pPr>
        <w:jc w:val="both"/>
      </w:pPr>
      <w:r>
        <w:t>1.517.000</w:t>
      </w:r>
    </w:p>
    <w:p>
      <w:pPr>
        <w:jc w:val="both"/>
      </w:pPr>
      <w:r>
        <w:t>1709</w:t>
      </w:r>
    </w:p>
    <w:p>
      <w:pPr>
        <w:jc w:val="both"/>
      </w:pPr>
      <w:r>
        <w:t>1693</w:t>
      </w:r>
    </w:p>
    <w:p>
      <w:pPr>
        <w:jc w:val="both"/>
      </w:pPr>
      <w:r>
        <w:t>Phản ứng Mantoux</w:t>
      </w:r>
    </w:p>
    <w:p>
      <w:pPr>
        <w:jc w:val="both"/>
      </w:pPr>
      <w:r>
        <w:t>12.300</w:t>
      </w:r>
    </w:p>
    <w:p>
      <w:pPr>
        <w:jc w:val="both"/>
      </w:pPr>
      <w:r>
        <w:t>13.800</w:t>
      </w:r>
    </w:p>
    <w:p>
      <w:pPr>
        <w:jc w:val="both"/>
      </w:pPr>
      <w:r>
        <w:t>1710</w:t>
      </w:r>
    </w:p>
    <w:p>
      <w:pPr>
        <w:jc w:val="both"/>
      </w:pPr>
      <w:r>
        <w:t>1694</w:t>
      </w:r>
    </w:p>
    <w:p>
      <w:pPr>
        <w:jc w:val="both"/>
      </w:pPr>
      <w:r>
        <w:t>04C5.1.319</w:t>
      </w:r>
    </w:p>
    <w:p>
      <w:pPr>
        <w:jc w:val="both"/>
      </w:pPr>
      <w:r>
        <w:t>Plasmodium (ký sinh trùng sốt rét) trong máu nhuộm soi</w:t>
      </w:r>
    </w:p>
    <w:p>
      <w:pPr>
        <w:jc w:val="both"/>
      </w:pPr>
      <w:r>
        <w:t>33.200</w:t>
      </w:r>
    </w:p>
    <w:p>
      <w:pPr>
        <w:jc w:val="both"/>
      </w:pPr>
      <w:r>
        <w:t>37.300</w:t>
      </w:r>
    </w:p>
    <w:p>
      <w:pPr>
        <w:jc w:val="both"/>
      </w:pPr>
      <w:r>
        <w:t>1711</w:t>
      </w:r>
    </w:p>
    <w:p>
      <w:pPr>
        <w:jc w:val="both"/>
      </w:pPr>
      <w:r>
        <w:t>1695</w:t>
      </w:r>
    </w:p>
    <w:p>
      <w:pPr>
        <w:jc w:val="both"/>
      </w:pPr>
      <w:r>
        <w:t>03C3.1.VS9</w:t>
      </w:r>
    </w:p>
    <w:p>
      <w:pPr>
        <w:jc w:val="both"/>
      </w:pPr>
      <w:r>
        <w:t>Pneumocystis miễn dịch bán tự động/ tự động</w:t>
      </w:r>
    </w:p>
    <w:p>
      <w:pPr>
        <w:jc w:val="both"/>
      </w:pPr>
      <w:r>
        <w:t>370.000</w:t>
      </w:r>
    </w:p>
    <w:p>
      <w:pPr>
        <w:jc w:val="both"/>
      </w:pPr>
      <w:r>
        <w:t>415.000</w:t>
      </w:r>
    </w:p>
    <w:p>
      <w:pPr>
        <w:jc w:val="both"/>
      </w:pPr>
      <w:r>
        <w:t>1712</w:t>
      </w:r>
    </w:p>
    <w:p>
      <w:pPr>
        <w:jc w:val="both"/>
      </w:pPr>
      <w:r>
        <w:t>1696</w:t>
      </w:r>
    </w:p>
    <w:p>
      <w:pPr>
        <w:jc w:val="both"/>
      </w:pPr>
      <w:r>
        <w:t>Rickettsia Ab</w:t>
      </w:r>
    </w:p>
    <w:p>
      <w:pPr>
        <w:jc w:val="both"/>
      </w:pPr>
      <w:r>
        <w:t>123.000</w:t>
      </w:r>
    </w:p>
    <w:p>
      <w:pPr>
        <w:jc w:val="both"/>
      </w:pPr>
      <w:r>
        <w:t>138.000</w:t>
      </w:r>
    </w:p>
    <w:p>
      <w:pPr>
        <w:jc w:val="both"/>
      </w:pPr>
      <w:r>
        <w:t>1713</w:t>
      </w:r>
    </w:p>
    <w:p>
      <w:pPr>
        <w:jc w:val="both"/>
      </w:pPr>
      <w:r>
        <w:t>1697</w:t>
      </w:r>
    </w:p>
    <w:p>
      <w:pPr>
        <w:jc w:val="both"/>
      </w:pPr>
      <w:r>
        <w:t>03C3.1.VS17</w:t>
      </w:r>
    </w:p>
    <w:p>
      <w:pPr>
        <w:jc w:val="both"/>
      </w:pPr>
      <w:r>
        <w:t>Rotavirus Ag test nhanh</w:t>
      </w:r>
    </w:p>
    <w:p>
      <w:pPr>
        <w:jc w:val="both"/>
      </w:pPr>
      <w:r>
        <w:t>184.000</w:t>
      </w:r>
    </w:p>
    <w:p>
      <w:pPr>
        <w:jc w:val="both"/>
      </w:pPr>
      <w:r>
        <w:t>207.000</w:t>
      </w:r>
    </w:p>
    <w:p>
      <w:pPr>
        <w:jc w:val="both"/>
      </w:pPr>
      <w:r>
        <w:t>1714</w:t>
      </w:r>
    </w:p>
    <w:p>
      <w:pPr>
        <w:jc w:val="both"/>
      </w:pPr>
      <w:r>
        <w:t>1698</w:t>
      </w:r>
    </w:p>
    <w:p>
      <w:pPr>
        <w:jc w:val="both"/>
      </w:pPr>
      <w:r>
        <w:t>03C3.1.VS33</w:t>
      </w:r>
    </w:p>
    <w:p>
      <w:pPr>
        <w:jc w:val="both"/>
      </w:pPr>
      <w:r>
        <w:t>RSV (Respiratory Syncytial Virus) miễn dịch bán tự động/ tự động</w:t>
      </w:r>
    </w:p>
    <w:p>
      <w:pPr>
        <w:jc w:val="both"/>
      </w:pPr>
      <w:r>
        <w:t>148.000</w:t>
      </w:r>
    </w:p>
    <w:p>
      <w:pPr>
        <w:jc w:val="both"/>
      </w:pPr>
      <w:r>
        <w:t>166.000</w:t>
      </w:r>
    </w:p>
    <w:p>
      <w:pPr>
        <w:jc w:val="both"/>
      </w:pPr>
      <w:r>
        <w:t>1715</w:t>
      </w:r>
    </w:p>
    <w:p>
      <w:pPr>
        <w:jc w:val="both"/>
      </w:pPr>
      <w:r>
        <w:t>1699</w:t>
      </w:r>
    </w:p>
    <w:p>
      <w:pPr>
        <w:jc w:val="both"/>
      </w:pPr>
      <w:r>
        <w:t>03C3.1.VS32</w:t>
      </w:r>
    </w:p>
    <w:p>
      <w:pPr>
        <w:jc w:val="both"/>
      </w:pPr>
      <w:r>
        <w:t>Rubella IgG miễn dịch bán tự động/ tự động</w:t>
      </w:r>
    </w:p>
    <w:p>
      <w:pPr>
        <w:jc w:val="both"/>
      </w:pPr>
      <w:r>
        <w:t>123.000</w:t>
      </w:r>
    </w:p>
    <w:p>
      <w:pPr>
        <w:jc w:val="both"/>
      </w:pPr>
      <w:r>
        <w:t>138.000</w:t>
      </w:r>
    </w:p>
    <w:p>
      <w:pPr>
        <w:jc w:val="both"/>
      </w:pPr>
      <w:r>
        <w:t>1716</w:t>
      </w:r>
    </w:p>
    <w:p>
      <w:pPr>
        <w:jc w:val="both"/>
      </w:pPr>
      <w:r>
        <w:t>1700</w:t>
      </w:r>
    </w:p>
    <w:p>
      <w:pPr>
        <w:jc w:val="both"/>
      </w:pPr>
      <w:r>
        <w:t>03C3.1.VS31</w:t>
      </w:r>
    </w:p>
    <w:p>
      <w:pPr>
        <w:jc w:val="both"/>
      </w:pPr>
      <w:r>
        <w:t>Rubella IgM miễn dịch bán tự động/ tự động</w:t>
      </w:r>
    </w:p>
    <w:p>
      <w:pPr>
        <w:jc w:val="both"/>
      </w:pPr>
      <w:r>
        <w:t>148.000</w:t>
      </w:r>
    </w:p>
    <w:p>
      <w:pPr>
        <w:jc w:val="both"/>
      </w:pPr>
      <w:r>
        <w:t>166.000</w:t>
      </w:r>
    </w:p>
    <w:p>
      <w:pPr>
        <w:jc w:val="both"/>
      </w:pPr>
      <w:r>
        <w:t>1717</w:t>
      </w:r>
    </w:p>
    <w:p>
      <w:pPr>
        <w:jc w:val="both"/>
      </w:pPr>
      <w:r>
        <w:t>1701</w:t>
      </w:r>
    </w:p>
    <w:p>
      <w:pPr>
        <w:jc w:val="both"/>
      </w:pPr>
      <w:r>
        <w:t>Rubella virus Ab test nhanh</w:t>
      </w:r>
    </w:p>
    <w:p>
      <w:pPr>
        <w:jc w:val="both"/>
      </w:pPr>
      <w:r>
        <w:t>154.000</w:t>
      </w:r>
    </w:p>
    <w:p>
      <w:pPr>
        <w:jc w:val="both"/>
      </w:pPr>
      <w:r>
        <w:t>173.000</w:t>
      </w:r>
    </w:p>
    <w:p>
      <w:pPr>
        <w:jc w:val="both"/>
      </w:pPr>
      <w:r>
        <w:t>1718</w:t>
      </w:r>
    </w:p>
    <w:p>
      <w:pPr>
        <w:jc w:val="both"/>
      </w:pPr>
      <w:r>
        <w:t>1702</w:t>
      </w:r>
    </w:p>
    <w:p>
      <w:pPr>
        <w:jc w:val="both"/>
      </w:pPr>
      <w:r>
        <w:t>Rubella virus Avidity</w:t>
      </w:r>
    </w:p>
    <w:p>
      <w:pPr>
        <w:jc w:val="both"/>
      </w:pPr>
      <w:r>
        <w:t>306.000</w:t>
      </w:r>
    </w:p>
    <w:p>
      <w:pPr>
        <w:jc w:val="both"/>
      </w:pPr>
      <w:r>
        <w:t>346.000</w:t>
      </w:r>
    </w:p>
    <w:p>
      <w:pPr>
        <w:jc w:val="both"/>
      </w:pPr>
      <w:r>
        <w:t>1719</w:t>
      </w:r>
    </w:p>
    <w:p>
      <w:pPr>
        <w:jc w:val="both"/>
      </w:pPr>
      <w:r>
        <w:t>1703</w:t>
      </w:r>
    </w:p>
    <w:p>
      <w:pPr>
        <w:jc w:val="both"/>
      </w:pPr>
      <w:r>
        <w:t>03C3.1.VS37</w:t>
      </w:r>
    </w:p>
    <w:p>
      <w:pPr>
        <w:jc w:val="both"/>
      </w:pPr>
      <w:r>
        <w:t>Salmonella Widal</w:t>
      </w:r>
    </w:p>
    <w:p>
      <w:pPr>
        <w:jc w:val="both"/>
      </w:pPr>
      <w:r>
        <w:t>184.000</w:t>
      </w:r>
    </w:p>
    <w:p>
      <w:pPr>
        <w:jc w:val="both"/>
      </w:pPr>
      <w:r>
        <w:t>207.000</w:t>
      </w:r>
    </w:p>
    <w:p>
      <w:pPr>
        <w:jc w:val="both"/>
      </w:pPr>
      <w:r>
        <w:t>1720</w:t>
      </w:r>
    </w:p>
    <w:p>
      <w:pPr>
        <w:jc w:val="both"/>
      </w:pPr>
      <w:r>
        <w:t>1704</w:t>
      </w:r>
    </w:p>
    <w:p>
      <w:pPr>
        <w:jc w:val="both"/>
      </w:pPr>
      <w:r>
        <w:t>Toxoplasma Avidity</w:t>
      </w:r>
    </w:p>
    <w:p>
      <w:pPr>
        <w:jc w:val="both"/>
      </w:pPr>
      <w:r>
        <w:t>259.000</w:t>
      </w:r>
    </w:p>
    <w:p>
      <w:pPr>
        <w:jc w:val="both"/>
      </w:pPr>
      <w:r>
        <w:t>292.000</w:t>
      </w:r>
    </w:p>
    <w:p>
      <w:pPr>
        <w:jc w:val="both"/>
      </w:pPr>
      <w:r>
        <w:t>1721</w:t>
      </w:r>
    </w:p>
    <w:p>
      <w:pPr>
        <w:jc w:val="both"/>
      </w:pPr>
      <w:r>
        <w:t>1705</w:t>
      </w:r>
    </w:p>
    <w:p>
      <w:pPr>
        <w:jc w:val="both"/>
      </w:pPr>
      <w:r>
        <w:t>03C3.1.VS19</w:t>
      </w:r>
    </w:p>
    <w:p>
      <w:pPr>
        <w:jc w:val="both"/>
      </w:pPr>
      <w:r>
        <w:t>Toxoplasma IgG miễn dịch bán tự động/ tự động</w:t>
      </w:r>
    </w:p>
    <w:p>
      <w:pPr>
        <w:jc w:val="both"/>
      </w:pPr>
      <w:r>
        <w:t>123.000</w:t>
      </w:r>
    </w:p>
    <w:p>
      <w:pPr>
        <w:jc w:val="both"/>
      </w:pPr>
      <w:r>
        <w:t>138.000</w:t>
      </w:r>
    </w:p>
    <w:p>
      <w:pPr>
        <w:jc w:val="both"/>
      </w:pPr>
      <w:r>
        <w:t>1722</w:t>
      </w:r>
    </w:p>
    <w:p>
      <w:pPr>
        <w:jc w:val="both"/>
      </w:pPr>
      <w:r>
        <w:t>1706</w:t>
      </w:r>
    </w:p>
    <w:p>
      <w:pPr>
        <w:jc w:val="both"/>
      </w:pPr>
      <w:r>
        <w:t>03C3.1.VS18</w:t>
      </w:r>
    </w:p>
    <w:p>
      <w:pPr>
        <w:jc w:val="both"/>
      </w:pPr>
      <w:r>
        <w:t>Toxoplasma IgM miễn dịch bán tự động/ tự động</w:t>
      </w:r>
    </w:p>
    <w:p>
      <w:pPr>
        <w:jc w:val="both"/>
      </w:pPr>
      <w:r>
        <w:t>123.000</w:t>
      </w:r>
    </w:p>
    <w:p>
      <w:pPr>
        <w:jc w:val="both"/>
      </w:pPr>
      <w:r>
        <w:t>138.000</w:t>
      </w:r>
    </w:p>
    <w:p>
      <w:pPr>
        <w:jc w:val="both"/>
      </w:pPr>
      <w:r>
        <w:t>1723</w:t>
      </w:r>
    </w:p>
    <w:p>
      <w:pPr>
        <w:jc w:val="both"/>
      </w:pPr>
      <w:r>
        <w:t>1707</w:t>
      </w:r>
    </w:p>
    <w:p>
      <w:pPr>
        <w:jc w:val="both"/>
      </w:pPr>
      <w:r>
        <w:t>04C5.4.390</w:t>
      </w:r>
    </w:p>
    <w:p>
      <w:pPr>
        <w:jc w:val="both"/>
      </w:pPr>
      <w:r>
        <w:t>Treponema pallidum RPR định lượng</w:t>
      </w:r>
    </w:p>
    <w:p>
      <w:pPr>
        <w:jc w:val="both"/>
      </w:pPr>
      <w:r>
        <w:t>90.000</w:t>
      </w:r>
    </w:p>
    <w:p>
      <w:pPr>
        <w:jc w:val="both"/>
      </w:pPr>
      <w:r>
        <w:t>101.000</w:t>
      </w:r>
    </w:p>
    <w:p>
      <w:pPr>
        <w:jc w:val="both"/>
      </w:pPr>
      <w:r>
        <w:t>1724</w:t>
      </w:r>
    </w:p>
    <w:p>
      <w:pPr>
        <w:jc w:val="both"/>
      </w:pPr>
      <w:r>
        <w:t>1708</w:t>
      </w:r>
    </w:p>
    <w:p>
      <w:pPr>
        <w:jc w:val="both"/>
      </w:pPr>
      <w:r>
        <w:t>04C5.4.389</w:t>
      </w:r>
    </w:p>
    <w:p>
      <w:pPr>
        <w:jc w:val="both"/>
      </w:pPr>
      <w:r>
        <w:t>Treponema pallidum RPR định tính</w:t>
      </w:r>
    </w:p>
    <w:p>
      <w:pPr>
        <w:jc w:val="both"/>
      </w:pPr>
      <w:r>
        <w:t>39.500</w:t>
      </w:r>
    </w:p>
    <w:p>
      <w:pPr>
        <w:jc w:val="both"/>
      </w:pPr>
      <w:r>
        <w:t>44.300</w:t>
      </w:r>
    </w:p>
    <w:p>
      <w:pPr>
        <w:jc w:val="both"/>
      </w:pPr>
      <w:r>
        <w:t>1725</w:t>
      </w:r>
    </w:p>
    <w:p>
      <w:pPr>
        <w:jc w:val="both"/>
      </w:pPr>
      <w:r>
        <w:t>1709</w:t>
      </w:r>
    </w:p>
    <w:p>
      <w:pPr>
        <w:jc w:val="both"/>
      </w:pPr>
      <w:r>
        <w:t>04C5.4.392</w:t>
      </w:r>
    </w:p>
    <w:p>
      <w:pPr>
        <w:jc w:val="both"/>
      </w:pPr>
      <w:r>
        <w:t>Treponema pallidum TPHA định lượng</w:t>
      </w:r>
    </w:p>
    <w:p>
      <w:pPr>
        <w:jc w:val="both"/>
      </w:pPr>
      <w:r>
        <w:t>184.000</w:t>
      </w:r>
    </w:p>
    <w:p>
      <w:pPr>
        <w:jc w:val="both"/>
      </w:pPr>
      <w:r>
        <w:t>207.000</w:t>
      </w:r>
    </w:p>
    <w:p>
      <w:pPr>
        <w:jc w:val="both"/>
      </w:pPr>
      <w:r>
        <w:t>1726</w:t>
      </w:r>
    </w:p>
    <w:p>
      <w:pPr>
        <w:jc w:val="both"/>
      </w:pPr>
      <w:r>
        <w:t>1710</w:t>
      </w:r>
    </w:p>
    <w:p>
      <w:pPr>
        <w:jc w:val="both"/>
      </w:pPr>
      <w:r>
        <w:t>04C5.4.391</w:t>
      </w:r>
    </w:p>
    <w:p>
      <w:pPr>
        <w:jc w:val="both"/>
      </w:pPr>
      <w:r>
        <w:t>Treponema pallidum TPHA định tính</w:t>
      </w:r>
    </w:p>
    <w:p>
      <w:pPr>
        <w:jc w:val="both"/>
      </w:pPr>
      <w:r>
        <w:t>55.400</w:t>
      </w:r>
    </w:p>
    <w:p>
      <w:pPr>
        <w:jc w:val="both"/>
      </w:pPr>
      <w:r>
        <w:t>62.200</w:t>
      </w:r>
    </w:p>
    <w:p>
      <w:pPr>
        <w:jc w:val="both"/>
      </w:pPr>
      <w:r>
        <w:t>1727</w:t>
      </w:r>
    </w:p>
    <w:p>
      <w:pPr>
        <w:jc w:val="both"/>
      </w:pPr>
      <w:r>
        <w:t>1711</w:t>
      </w:r>
    </w:p>
    <w:p>
      <w:pPr>
        <w:jc w:val="both"/>
      </w:pPr>
      <w:r>
        <w:t>Trứng giun sán, đơn bào phương pháp trực tiếp</w:t>
      </w:r>
    </w:p>
    <w:p>
      <w:pPr>
        <w:jc w:val="both"/>
      </w:pPr>
      <w:r>
        <w:t>148.000</w:t>
      </w:r>
    </w:p>
    <w:p>
      <w:pPr>
        <w:jc w:val="both"/>
      </w:pPr>
      <w:r>
        <w:t>166.000</w:t>
      </w:r>
    </w:p>
    <w:p>
      <w:pPr>
        <w:jc w:val="both"/>
      </w:pPr>
      <w:r>
        <w:t>1728</w:t>
      </w:r>
    </w:p>
    <w:p>
      <w:pPr>
        <w:jc w:val="both"/>
      </w:pPr>
      <w:r>
        <w:t>1712</w:t>
      </w:r>
    </w:p>
    <w:p>
      <w:pPr>
        <w:jc w:val="both"/>
      </w:pPr>
      <w:r>
        <w:t>03C3.1.VS1</w:t>
      </w:r>
    </w:p>
    <w:p>
      <w:pPr>
        <w:jc w:val="both"/>
      </w:pPr>
      <w:r>
        <w:t>Vi hệ đường ruột</w:t>
      </w:r>
    </w:p>
    <w:p>
      <w:pPr>
        <w:jc w:val="both"/>
      </w:pPr>
      <w:r>
        <w:t>30.700</w:t>
      </w:r>
    </w:p>
    <w:p>
      <w:pPr>
        <w:jc w:val="both"/>
      </w:pPr>
      <w:r>
        <w:t>34.500</w:t>
      </w:r>
    </w:p>
    <w:p>
      <w:pPr>
        <w:jc w:val="both"/>
      </w:pPr>
      <w:r>
        <w:t>1729</w:t>
      </w:r>
    </w:p>
    <w:p>
      <w:pPr>
        <w:jc w:val="both"/>
      </w:pPr>
      <w:r>
        <w:t>1713</w:t>
      </w:r>
    </w:p>
    <w:p>
      <w:pPr>
        <w:jc w:val="both"/>
      </w:pPr>
      <w:r>
        <w:t>Vi khuẩn khẳng định</w:t>
      </w:r>
    </w:p>
    <w:p>
      <w:pPr>
        <w:jc w:val="both"/>
      </w:pPr>
      <w:r>
        <w:t>478.000</w:t>
      </w:r>
    </w:p>
    <w:p>
      <w:pPr>
        <w:jc w:val="both"/>
      </w:pPr>
      <w:r>
        <w:t>538.000</w:t>
      </w:r>
    </w:p>
    <w:p>
      <w:pPr>
        <w:jc w:val="both"/>
      </w:pPr>
      <w:r>
        <w:t>1730</w:t>
      </w:r>
    </w:p>
    <w:p>
      <w:pPr>
        <w:jc w:val="both"/>
      </w:pPr>
      <w:r>
        <w:t>1714</w:t>
      </w:r>
    </w:p>
    <w:p>
      <w:pPr>
        <w:jc w:val="both"/>
      </w:pPr>
      <w:r>
        <w:t>04C5.4.379</w:t>
      </w:r>
    </w:p>
    <w:p>
      <w:pPr>
        <w:jc w:val="both"/>
      </w:pPr>
      <w:r>
        <w:t>Vi khuẩn nhuộm soi</w:t>
      </w:r>
    </w:p>
    <w:p>
      <w:pPr>
        <w:jc w:val="both"/>
      </w:pPr>
      <w:r>
        <w:t>70.300</w:t>
      </w:r>
    </w:p>
    <w:p>
      <w:pPr>
        <w:jc w:val="both"/>
      </w:pPr>
      <w:r>
        <w:t>78.900</w:t>
      </w:r>
    </w:p>
    <w:p>
      <w:pPr>
        <w:jc w:val="both"/>
      </w:pPr>
      <w:r>
        <w:t>1731</w:t>
      </w:r>
    </w:p>
    <w:p>
      <w:pPr>
        <w:jc w:val="both"/>
      </w:pPr>
      <w:r>
        <w:t>1715</w:t>
      </w:r>
    </w:p>
    <w:p>
      <w:pPr>
        <w:jc w:val="both"/>
      </w:pPr>
      <w:r>
        <w:t>04C5.4.382</w:t>
      </w:r>
    </w:p>
    <w:p>
      <w:pPr>
        <w:jc w:val="both"/>
      </w:pPr>
      <w:r>
        <w:t>Vi khuẩn nuôi cấy định danh phương pháp thông thường</w:t>
      </w:r>
    </w:p>
    <w:p>
      <w:pPr>
        <w:jc w:val="both"/>
      </w:pPr>
      <w:r>
        <w:t>246.000</w:t>
      </w:r>
    </w:p>
    <w:p>
      <w:pPr>
        <w:jc w:val="both"/>
      </w:pPr>
      <w:r>
        <w:t>277.000</w:t>
      </w:r>
    </w:p>
    <w:p>
      <w:pPr>
        <w:jc w:val="both"/>
      </w:pPr>
      <w:r>
        <w:t>1732</w:t>
      </w:r>
    </w:p>
    <w:p>
      <w:pPr>
        <w:jc w:val="both"/>
      </w:pPr>
      <w:r>
        <w:t>1716</w:t>
      </w:r>
    </w:p>
    <w:p>
      <w:pPr>
        <w:jc w:val="both"/>
      </w:pPr>
      <w:r>
        <w:t>03C3.1.VS6</w:t>
      </w:r>
    </w:p>
    <w:p>
      <w:pPr>
        <w:jc w:val="both"/>
      </w:pPr>
      <w:r>
        <w:t>Vi khuẩn nuôi cấy và định danh hệ thống tự động</w:t>
      </w:r>
    </w:p>
    <w:p>
      <w:pPr>
        <w:jc w:val="both"/>
      </w:pPr>
      <w:r>
        <w:t>307.000</w:t>
      </w:r>
    </w:p>
    <w:p>
      <w:pPr>
        <w:jc w:val="both"/>
      </w:pPr>
      <w:r>
        <w:t>345.000</w:t>
      </w:r>
    </w:p>
    <w:p>
      <w:pPr>
        <w:jc w:val="both"/>
      </w:pPr>
      <w:r>
        <w:t>1733</w:t>
      </w:r>
    </w:p>
    <w:p>
      <w:pPr>
        <w:jc w:val="both"/>
      </w:pPr>
      <w:r>
        <w:t>1717</w:t>
      </w:r>
    </w:p>
    <w:p>
      <w:pPr>
        <w:jc w:val="both"/>
      </w:pPr>
      <w:r>
        <w:t>Vi khuẩn/ virus/ vi nấm/ ký sinh trùng (IgG, IgM) miễn dịch bán tự động/miễn dịch tự động</w:t>
      </w:r>
    </w:p>
    <w:p>
      <w:pPr>
        <w:jc w:val="both"/>
      </w:pPr>
      <w:r>
        <w:t>306.000</w:t>
      </w:r>
    </w:p>
    <w:p>
      <w:pPr>
        <w:jc w:val="both"/>
      </w:pPr>
      <w:r>
        <w:t>346.000</w:t>
      </w:r>
    </w:p>
    <w:p>
      <w:pPr>
        <w:jc w:val="both"/>
      </w:pPr>
      <w:r>
        <w:t>1734</w:t>
      </w:r>
    </w:p>
    <w:p>
      <w:pPr>
        <w:jc w:val="both"/>
      </w:pPr>
      <w:r>
        <w:t>1718</w:t>
      </w:r>
    </w:p>
    <w:p>
      <w:pPr>
        <w:jc w:val="both"/>
      </w:pPr>
      <w:r>
        <w:t>Vi khuẩn/ virus/ vi nấm/ ký sinh trùng genotype Real-time PCR (cho 1 vi sinh vật)</w:t>
      </w:r>
    </w:p>
    <w:p>
      <w:pPr>
        <w:jc w:val="both"/>
      </w:pPr>
      <w:r>
        <w:t>1.578.000</w:t>
      </w:r>
    </w:p>
    <w:p>
      <w:pPr>
        <w:jc w:val="both"/>
      </w:pPr>
      <w:r>
        <w:t>1.805.000</w:t>
      </w:r>
    </w:p>
    <w:p>
      <w:pPr>
        <w:jc w:val="both"/>
      </w:pPr>
      <w:r>
        <w:t>1735</w:t>
      </w:r>
    </w:p>
    <w:p>
      <w:pPr>
        <w:jc w:val="both"/>
      </w:pPr>
      <w:r>
        <w:t>1719</w:t>
      </w:r>
    </w:p>
    <w:p>
      <w:pPr>
        <w:jc w:val="both"/>
      </w:pPr>
      <w:r>
        <w:t>Vi khuẩn/ virus/ vi nấm/ ký sinh trùng Real-time PCR</w:t>
      </w:r>
    </w:p>
    <w:p>
      <w:pPr>
        <w:jc w:val="both"/>
      </w:pPr>
      <w:r>
        <w:t>748.000</w:t>
      </w:r>
    </w:p>
    <w:p>
      <w:pPr>
        <w:jc w:val="both"/>
      </w:pPr>
      <w:r>
        <w:t>849.000</w:t>
      </w:r>
    </w:p>
    <w:p>
      <w:pPr>
        <w:jc w:val="both"/>
      </w:pPr>
      <w:r>
        <w:t>1736</w:t>
      </w:r>
    </w:p>
    <w:p>
      <w:pPr>
        <w:jc w:val="both"/>
      </w:pPr>
      <w:r>
        <w:t>1720</w:t>
      </w:r>
    </w:p>
    <w:p>
      <w:pPr>
        <w:jc w:val="both"/>
      </w:pPr>
      <w:r>
        <w:t>Vi khuẩn/ virus/ vi nấm/ ký sinh trùng test nhanh</w:t>
      </w:r>
    </w:p>
    <w:p>
      <w:pPr>
        <w:jc w:val="both"/>
      </w:pPr>
      <w:r>
        <w:t>246.000</w:t>
      </w:r>
    </w:p>
    <w:p>
      <w:pPr>
        <w:jc w:val="both"/>
      </w:pPr>
      <w:r>
        <w:t>277.000</w:t>
      </w:r>
    </w:p>
    <w:p>
      <w:pPr>
        <w:jc w:val="both"/>
      </w:pPr>
      <w:r>
        <w:t>1737</w:t>
      </w:r>
    </w:p>
    <w:p>
      <w:pPr>
        <w:jc w:val="both"/>
      </w:pPr>
      <w:r>
        <w:t>1721</w:t>
      </w:r>
    </w:p>
    <w:p>
      <w:pPr>
        <w:jc w:val="both"/>
      </w:pPr>
      <w:r>
        <w:t>Vi khuẩn/ virus/ vi nấm/ ký sinh trùng xác định trình tự một đoạn gene</w:t>
      </w:r>
    </w:p>
    <w:p>
      <w:pPr>
        <w:jc w:val="both"/>
      </w:pPr>
      <w:r>
        <w:t>2.638.000</w:t>
      </w:r>
    </w:p>
    <w:p>
      <w:pPr>
        <w:jc w:val="both"/>
      </w:pPr>
      <w:r>
        <w:t>3.025.000</w:t>
      </w:r>
    </w:p>
    <w:p>
      <w:pPr>
        <w:jc w:val="both"/>
      </w:pPr>
      <w:r>
        <w:t>1738</w:t>
      </w:r>
    </w:p>
    <w:p>
      <w:pPr>
        <w:jc w:val="both"/>
      </w:pPr>
      <w:r>
        <w:t>1722</w:t>
      </w:r>
    </w:p>
    <w:p>
      <w:pPr>
        <w:jc w:val="both"/>
      </w:pPr>
      <w:r>
        <w:t>04C5.4.380</w:t>
      </w:r>
    </w:p>
    <w:p>
      <w:pPr>
        <w:jc w:val="both"/>
      </w:pPr>
      <w:r>
        <w:t>Vi khuẩn/vi nấm kháng thuốc định lượng (MIC - cho 1 loại kháng sinh)</w:t>
      </w:r>
    </w:p>
    <w:p>
      <w:pPr>
        <w:jc w:val="both"/>
      </w:pPr>
      <w:r>
        <w:t>191.000</w:t>
      </w:r>
    </w:p>
    <w:p>
      <w:pPr>
        <w:jc w:val="both"/>
      </w:pPr>
      <w:r>
        <w:t>214.000</w:t>
      </w:r>
    </w:p>
    <w:p>
      <w:pPr>
        <w:jc w:val="both"/>
      </w:pPr>
      <w:r>
        <w:t>1739</w:t>
      </w:r>
    </w:p>
    <w:p>
      <w:pPr>
        <w:jc w:val="both"/>
      </w:pPr>
      <w:r>
        <w:t>1723</w:t>
      </w:r>
    </w:p>
    <w:p>
      <w:pPr>
        <w:jc w:val="both"/>
      </w:pPr>
      <w:r>
        <w:t>04C5.4.381</w:t>
      </w:r>
    </w:p>
    <w:p>
      <w:pPr>
        <w:jc w:val="both"/>
      </w:pPr>
      <w:r>
        <w:t>Vi khuẩn/ vi nấm kháng thuốc định tính hoặc vi khuẩn/ vi nấm kháng thuốc trên máy tự động</w:t>
      </w:r>
    </w:p>
    <w:p>
      <w:pPr>
        <w:jc w:val="both"/>
      </w:pPr>
      <w:r>
        <w:t>202.000</w:t>
      </w:r>
    </w:p>
    <w:p>
      <w:pPr>
        <w:jc w:val="both"/>
      </w:pPr>
      <w:r>
        <w:t>227.000</w:t>
      </w:r>
    </w:p>
    <w:p>
      <w:pPr>
        <w:jc w:val="both"/>
      </w:pPr>
      <w:r>
        <w:t>1740</w:t>
      </w:r>
    </w:p>
    <w:p>
      <w:pPr>
        <w:jc w:val="both"/>
      </w:pPr>
      <w:r>
        <w:t>1724</w:t>
      </w:r>
    </w:p>
    <w:p>
      <w:pPr>
        <w:jc w:val="both"/>
      </w:pPr>
      <w:r>
        <w:t>04C5.4.383</w:t>
      </w:r>
    </w:p>
    <w:p>
      <w:pPr>
        <w:jc w:val="both"/>
      </w:pPr>
      <w:r>
        <w:t>Vi nấm nuôi cấy và định danh phương pháp thông thường</w:t>
      </w:r>
    </w:p>
    <w:p>
      <w:pPr>
        <w:jc w:val="both"/>
      </w:pPr>
      <w:r>
        <w:t>246.000</w:t>
      </w:r>
    </w:p>
    <w:p>
      <w:pPr>
        <w:jc w:val="both"/>
      </w:pPr>
      <w:r>
        <w:t>277.000</w:t>
      </w:r>
    </w:p>
    <w:p>
      <w:pPr>
        <w:jc w:val="both"/>
      </w:pPr>
      <w:r>
        <w:t>1741</w:t>
      </w:r>
    </w:p>
    <w:p>
      <w:pPr>
        <w:jc w:val="both"/>
      </w:pPr>
      <w:r>
        <w:t>1725</w:t>
      </w:r>
    </w:p>
    <w:p>
      <w:pPr>
        <w:jc w:val="both"/>
      </w:pPr>
      <w:r>
        <w:t>03C3.1.VS10</w:t>
      </w:r>
    </w:p>
    <w:p>
      <w:pPr>
        <w:jc w:val="both"/>
      </w:pPr>
      <w:r>
        <w:t>Xác định dịch cúm, á cúm 2 bằng miễn dịch bán tự động/tự động</w:t>
      </w:r>
    </w:p>
    <w:p>
      <w:pPr>
        <w:jc w:val="both"/>
      </w:pPr>
      <w:r>
        <w:t>482.000</w:t>
      </w:r>
    </w:p>
    <w:p>
      <w:pPr>
        <w:jc w:val="both"/>
      </w:pPr>
      <w:r>
        <w:t>546.000</w:t>
      </w:r>
    </w:p>
    <w:p>
      <w:pPr>
        <w:jc w:val="both"/>
      </w:pPr>
      <w:r>
        <w:t>1742</w:t>
      </w:r>
    </w:p>
    <w:p>
      <w:pPr>
        <w:jc w:val="both"/>
      </w:pPr>
      <w:r>
        <w:t>1726</w:t>
      </w:r>
    </w:p>
    <w:p>
      <w:pPr>
        <w:jc w:val="both"/>
      </w:pPr>
      <w:r>
        <w:t>HBV kháng thuốc Real-time PCR (cho một loại thuốc)</w:t>
      </w:r>
    </w:p>
    <w:p>
      <w:pPr>
        <w:jc w:val="both"/>
      </w:pPr>
      <w:r>
        <w:t>1.128.000</w:t>
      </w:r>
    </w:p>
    <w:p>
      <w:pPr>
        <w:jc w:val="both"/>
      </w:pPr>
      <w:r>
        <w:t>1.287.000</w:t>
      </w:r>
    </w:p>
    <w:p>
      <w:pPr>
        <w:jc w:val="both"/>
      </w:pPr>
      <w:r>
        <w:t>1743</w:t>
      </w:r>
    </w:p>
    <w:p>
      <w:pPr>
        <w:jc w:val="both"/>
      </w:pPr>
      <w:r>
        <w:t>1727</w:t>
      </w:r>
    </w:p>
    <w:p>
      <w:pPr>
        <w:jc w:val="both"/>
      </w:pPr>
      <w:r>
        <w:t>03C3.3.1</w:t>
      </w:r>
    </w:p>
    <w:p>
      <w:pPr>
        <w:jc w:val="both"/>
      </w:pPr>
      <w:r>
        <w:t>Xét nghiệm cặn dư phân</w:t>
      </w:r>
    </w:p>
    <w:p>
      <w:pPr>
        <w:jc w:val="both"/>
      </w:pPr>
      <w:r>
        <w:t>55.400</w:t>
      </w:r>
    </w:p>
    <w:p>
      <w:pPr>
        <w:jc w:val="both"/>
      </w:pPr>
      <w:r>
        <w:t>62.200</w:t>
      </w:r>
    </w:p>
    <w:p>
      <w:pPr>
        <w:jc w:val="both"/>
      </w:pPr>
      <w:r>
        <w:t>V</w:t>
      </w:r>
    </w:p>
    <w:p>
      <w:pPr>
        <w:jc w:val="both"/>
      </w:pPr>
      <w:r>
        <w:t>V</w:t>
      </w:r>
    </w:p>
    <w:p>
      <w:pPr>
        <w:jc w:val="both"/>
      </w:pPr>
      <w:r>
        <w:t>XÉT NGHIỆM GIẢI PHẪU BỆNH LÝ :</w:t>
      </w:r>
    </w:p>
    <w:p>
      <w:pPr>
        <w:jc w:val="both"/>
      </w:pPr>
      <w:r>
        <w:t>1744</w:t>
      </w:r>
    </w:p>
    <w:p>
      <w:pPr>
        <w:jc w:val="both"/>
      </w:pPr>
      <w:r>
        <w:t>1728</w:t>
      </w:r>
    </w:p>
    <w:p>
      <w:pPr>
        <w:jc w:val="both"/>
      </w:pPr>
      <w:r>
        <w:t>03C3.5.16</w:t>
      </w:r>
    </w:p>
    <w:p>
      <w:pPr>
        <w:jc w:val="both"/>
      </w:pPr>
      <w:r>
        <w:t>Chẩn đoán mô bệnh học bệnh phẩm phẫu thuật</w:t>
      </w:r>
    </w:p>
    <w:p>
      <w:pPr>
        <w:jc w:val="both"/>
      </w:pPr>
      <w:r>
        <w:t>162.000</w:t>
      </w:r>
    </w:p>
    <w:p>
      <w:pPr>
        <w:jc w:val="both"/>
      </w:pPr>
      <w:r>
        <w:t>177.000</w:t>
      </w:r>
    </w:p>
    <w:p>
      <w:pPr>
        <w:jc w:val="both"/>
      </w:pPr>
      <w:r>
        <w:t>1745</w:t>
      </w:r>
    </w:p>
    <w:p>
      <w:pPr>
        <w:jc w:val="both"/>
      </w:pPr>
      <w:r>
        <w:t>1729</w:t>
      </w:r>
    </w:p>
    <w:p>
      <w:pPr>
        <w:jc w:val="both"/>
      </w:pPr>
      <w:r>
        <w:t>03C3.5.18</w:t>
      </w:r>
    </w:p>
    <w:p>
      <w:pPr>
        <w:jc w:val="both"/>
      </w:pPr>
      <w:r>
        <w:t>Chọc, hút tuyến tiền liệt, nhuộm và chẩn đoán</w:t>
      </w:r>
    </w:p>
    <w:p>
      <w:pPr>
        <w:jc w:val="both"/>
      </w:pPr>
      <w:r>
        <w:t>325.000</w:t>
      </w:r>
    </w:p>
    <w:p>
      <w:pPr>
        <w:jc w:val="both"/>
      </w:pPr>
      <w:r>
        <w:t>355.000</w:t>
      </w:r>
    </w:p>
    <w:p>
      <w:pPr>
        <w:jc w:val="both"/>
      </w:pPr>
      <w:r>
        <w:t>1746</w:t>
      </w:r>
    </w:p>
    <w:p>
      <w:pPr>
        <w:jc w:val="both"/>
      </w:pPr>
      <w:r>
        <w:t>1730</w:t>
      </w:r>
    </w:p>
    <w:p>
      <w:pPr>
        <w:jc w:val="both"/>
      </w:pPr>
      <w:r>
        <w:t>03C3.5.19</w:t>
      </w:r>
    </w:p>
    <w:p>
      <w:pPr>
        <w:jc w:val="both"/>
      </w:pPr>
      <w:r>
        <w:t>Chọc, hút, nhuộm và chẩn đoán mào tinh hoàn/tinh hoàn trong điều trị vô sinh</w:t>
      </w:r>
    </w:p>
    <w:p>
      <w:pPr>
        <w:jc w:val="both"/>
      </w:pPr>
      <w:r>
        <w:t>587.000</w:t>
      </w:r>
    </w:p>
    <w:p>
      <w:pPr>
        <w:jc w:val="both"/>
      </w:pPr>
      <w:r>
        <w:t>648.000</w:t>
      </w:r>
    </w:p>
    <w:p>
      <w:pPr>
        <w:jc w:val="both"/>
      </w:pPr>
      <w:r>
        <w:t>1747</w:t>
      </w:r>
    </w:p>
    <w:p>
      <w:pPr>
        <w:jc w:val="both"/>
      </w:pPr>
      <w:r>
        <w:t>1731</w:t>
      </w:r>
    </w:p>
    <w:p>
      <w:pPr>
        <w:jc w:val="both"/>
      </w:pPr>
      <w:r>
        <w:t>03C3.5.21</w:t>
      </w:r>
    </w:p>
    <w:p>
      <w:pPr>
        <w:jc w:val="both"/>
      </w:pPr>
      <w:r>
        <w:t>Chọc, hút, nhuộm và chẩn đoán u nang buồng trứng</w:t>
      </w:r>
    </w:p>
    <w:p>
      <w:pPr>
        <w:jc w:val="both"/>
      </w:pPr>
      <w:r>
        <w:t>456.000</w:t>
      </w:r>
    </w:p>
    <w:p>
      <w:pPr>
        <w:jc w:val="both"/>
      </w:pPr>
      <w:r>
        <w:t>501.000</w:t>
      </w:r>
    </w:p>
    <w:p>
      <w:pPr>
        <w:jc w:val="both"/>
      </w:pPr>
      <w:r>
        <w:t>1748</w:t>
      </w:r>
    </w:p>
    <w:p>
      <w:pPr>
        <w:jc w:val="both"/>
      </w:pPr>
      <w:r>
        <w:t>1732</w:t>
      </w:r>
    </w:p>
    <w:p>
      <w:pPr>
        <w:jc w:val="both"/>
      </w:pPr>
      <w:r>
        <w:t>03C3.5.17</w:t>
      </w:r>
    </w:p>
    <w:p>
      <w:pPr>
        <w:jc w:val="both"/>
      </w:pPr>
      <w:r>
        <w:t>Chọc, hút, nhuộm, chẩn đoán các u nang (1 u)</w:t>
      </w:r>
    </w:p>
    <w:p>
      <w:pPr>
        <w:jc w:val="both"/>
      </w:pPr>
      <w:r>
        <w:t>162.000</w:t>
      </w:r>
    </w:p>
    <w:p>
      <w:pPr>
        <w:jc w:val="both"/>
      </w:pPr>
      <w:r>
        <w:t>177.000</w:t>
      </w:r>
    </w:p>
    <w:p>
      <w:pPr>
        <w:jc w:val="both"/>
      </w:pPr>
      <w:r>
        <w:t>1749</w:t>
      </w:r>
    </w:p>
    <w:p>
      <w:pPr>
        <w:jc w:val="both"/>
      </w:pPr>
      <w:r>
        <w:t>1733</w:t>
      </w:r>
    </w:p>
    <w:p>
      <w:pPr>
        <w:jc w:val="both"/>
      </w:pPr>
      <w:r>
        <w:t>03C3.5.20</w:t>
      </w:r>
    </w:p>
    <w:p>
      <w:pPr>
        <w:jc w:val="both"/>
      </w:pPr>
      <w:r>
        <w:t>Chọc, hút, xét nghiệm tế bào các u/ tổn thương sâu</w:t>
      </w:r>
    </w:p>
    <w:p>
      <w:pPr>
        <w:jc w:val="both"/>
      </w:pPr>
      <w:r>
        <w:t>243.000</w:t>
      </w:r>
    </w:p>
    <w:p>
      <w:pPr>
        <w:jc w:val="both"/>
      </w:pPr>
      <w:r>
        <w:t>266.000</w:t>
      </w:r>
    </w:p>
    <w:p>
      <w:pPr>
        <w:jc w:val="both"/>
      </w:pPr>
      <w:r>
        <w:t>1750</w:t>
      </w:r>
    </w:p>
    <w:p>
      <w:pPr>
        <w:jc w:val="both"/>
      </w:pPr>
      <w:r>
        <w:t>1734</w:t>
      </w:r>
    </w:p>
    <w:p>
      <w:pPr>
        <w:jc w:val="both"/>
      </w:pPr>
      <w:r>
        <w:t>03C3.5.23</w:t>
      </w:r>
    </w:p>
    <w:p>
      <w:pPr>
        <w:jc w:val="both"/>
      </w:pPr>
      <w:r>
        <w:t>Sinh thiết và làm tiêu bản tổ chức xương</w:t>
      </w:r>
    </w:p>
    <w:p>
      <w:pPr>
        <w:jc w:val="both"/>
      </w:pPr>
      <w:r>
        <w:t>162.000</w:t>
      </w:r>
    </w:p>
    <w:p>
      <w:pPr>
        <w:jc w:val="both"/>
      </w:pPr>
      <w:r>
        <w:t>177.000</w:t>
      </w:r>
    </w:p>
    <w:p>
      <w:pPr>
        <w:jc w:val="both"/>
      </w:pPr>
      <w:r>
        <w:t>1751</w:t>
      </w:r>
    </w:p>
    <w:p>
      <w:pPr>
        <w:jc w:val="both"/>
      </w:pPr>
      <w:r>
        <w:t>1735</w:t>
      </w:r>
    </w:p>
    <w:p>
      <w:pPr>
        <w:jc w:val="both"/>
      </w:pPr>
      <w:r>
        <w:t>04C5.4.414</w:t>
      </w:r>
    </w:p>
    <w:p>
      <w:pPr>
        <w:jc w:val="both"/>
      </w:pPr>
      <w:r>
        <w:t>Xét nghiệm các loại dịch, nhuộm và chẩn đoán tế bào học</w:t>
      </w:r>
    </w:p>
    <w:p>
      <w:pPr>
        <w:jc w:val="both"/>
      </w:pPr>
      <w:r>
        <w:t>170.000</w:t>
      </w:r>
    </w:p>
    <w:p>
      <w:pPr>
        <w:jc w:val="both"/>
      </w:pPr>
      <w:r>
        <w:t>186.000</w:t>
      </w:r>
    </w:p>
    <w:p>
      <w:pPr>
        <w:jc w:val="both"/>
      </w:pPr>
      <w:r>
        <w:t>1752</w:t>
      </w:r>
    </w:p>
    <w:p>
      <w:pPr>
        <w:jc w:val="both"/>
      </w:pPr>
      <w:r>
        <w:t>1736</w:t>
      </w:r>
    </w:p>
    <w:p>
      <w:pPr>
        <w:jc w:val="both"/>
      </w:pPr>
      <w:r>
        <w:t>04C5.4.409</w:t>
      </w:r>
    </w:p>
    <w:p>
      <w:pPr>
        <w:jc w:val="both"/>
      </w:pPr>
      <w:r>
        <w:t>Xét nghiệm chẩn đoán tế bào học bong bằng phương pháp nhuộm Papanicolaou</w:t>
      </w:r>
    </w:p>
    <w:p>
      <w:pPr>
        <w:jc w:val="both"/>
      </w:pPr>
      <w:r>
        <w:t>374.000</w:t>
      </w:r>
    </w:p>
    <w:p>
      <w:pPr>
        <w:jc w:val="both"/>
      </w:pPr>
      <w:r>
        <w:t>408.000</w:t>
      </w:r>
    </w:p>
    <w:p>
      <w:pPr>
        <w:jc w:val="both"/>
      </w:pPr>
      <w:r>
        <w:t>1753</w:t>
      </w:r>
    </w:p>
    <w:p>
      <w:pPr>
        <w:jc w:val="both"/>
      </w:pPr>
      <w:r>
        <w:t>1737</w:t>
      </w:r>
    </w:p>
    <w:p>
      <w:pPr>
        <w:jc w:val="both"/>
      </w:pPr>
      <w:r>
        <w:t>03C3.5.22</w:t>
      </w:r>
    </w:p>
    <w:p>
      <w:pPr>
        <w:jc w:val="both"/>
      </w:pPr>
      <w:r>
        <w:t>Xét nghiệm cyto (tế bào)</w:t>
      </w:r>
    </w:p>
    <w:p>
      <w:pPr>
        <w:jc w:val="both"/>
      </w:pPr>
      <w:r>
        <w:t>113.000</w:t>
      </w:r>
    </w:p>
    <w:p>
      <w:pPr>
        <w:jc w:val="both"/>
      </w:pPr>
      <w:r>
        <w:t>124.000</w:t>
      </w:r>
    </w:p>
    <w:p>
      <w:pPr>
        <w:jc w:val="both"/>
      </w:pPr>
      <w:r>
        <w:t>1754</w:t>
      </w:r>
    </w:p>
    <w:p>
      <w:pPr>
        <w:jc w:val="both"/>
      </w:pPr>
      <w:r>
        <w:t>1738</w:t>
      </w:r>
    </w:p>
    <w:p>
      <w:pPr>
        <w:jc w:val="both"/>
      </w:pPr>
      <w:r>
        <w:t>Xét nghiệm đột biến gen BRAF</w:t>
      </w:r>
    </w:p>
    <w:p>
      <w:pPr>
        <w:jc w:val="both"/>
      </w:pPr>
      <w:r>
        <w:t>4.700.000</w:t>
      </w:r>
    </w:p>
    <w:p>
      <w:pPr>
        <w:jc w:val="both"/>
      </w:pPr>
      <w:r>
        <w:t>5.336.000</w:t>
      </w:r>
    </w:p>
    <w:p>
      <w:pPr>
        <w:jc w:val="both"/>
      </w:pPr>
      <w:r>
        <w:t>1755</w:t>
      </w:r>
    </w:p>
    <w:p>
      <w:pPr>
        <w:jc w:val="both"/>
      </w:pPr>
      <w:r>
        <w:t>1739</w:t>
      </w:r>
    </w:p>
    <w:p>
      <w:pPr>
        <w:jc w:val="both"/>
      </w:pPr>
      <w:r>
        <w:t>Xét nghiệm đột biến gen EGFR</w:t>
      </w:r>
    </w:p>
    <w:p>
      <w:pPr>
        <w:jc w:val="both"/>
      </w:pPr>
      <w:r>
        <w:t>5.500.000</w:t>
      </w:r>
    </w:p>
    <w:p>
      <w:pPr>
        <w:jc w:val="both"/>
      </w:pPr>
      <w:r>
        <w:t>6.257.000</w:t>
      </w:r>
    </w:p>
    <w:p>
      <w:pPr>
        <w:jc w:val="both"/>
      </w:pPr>
      <w:r>
        <w:t>1756</w:t>
      </w:r>
    </w:p>
    <w:p>
      <w:pPr>
        <w:jc w:val="both"/>
      </w:pPr>
      <w:r>
        <w:t>1740</w:t>
      </w:r>
    </w:p>
    <w:p>
      <w:pPr>
        <w:jc w:val="both"/>
      </w:pPr>
      <w:r>
        <w:t>Xét nghiệm đột biến gen KRAS</w:t>
      </w:r>
    </w:p>
    <w:p>
      <w:pPr>
        <w:jc w:val="both"/>
      </w:pPr>
      <w:r>
        <w:t>5.300.000</w:t>
      </w:r>
    </w:p>
    <w:p>
      <w:pPr>
        <w:jc w:val="both"/>
      </w:pPr>
      <w:r>
        <w:t>6.027.000</w:t>
      </w:r>
    </w:p>
    <w:p>
      <w:pPr>
        <w:jc w:val="both"/>
      </w:pPr>
      <w:r>
        <w:t>1757</w:t>
      </w:r>
    </w:p>
    <w:p>
      <w:pPr>
        <w:jc w:val="both"/>
      </w:pPr>
      <w:r>
        <w:t>1741</w:t>
      </w:r>
    </w:p>
    <w:p>
      <w:pPr>
        <w:jc w:val="both"/>
      </w:pPr>
      <w:r>
        <w:t>Xét nghiệm FISH</w:t>
      </w:r>
    </w:p>
    <w:p>
      <w:pPr>
        <w:jc w:val="both"/>
      </w:pPr>
      <w:r>
        <w:t>5.700.000</w:t>
      </w:r>
    </w:p>
    <w:p>
      <w:pPr>
        <w:jc w:val="both"/>
      </w:pPr>
      <w:r>
        <w:t>6.487.000</w:t>
      </w:r>
    </w:p>
    <w:p>
      <w:pPr>
        <w:jc w:val="both"/>
      </w:pPr>
      <w:r>
        <w:t>1758</w:t>
      </w:r>
    </w:p>
    <w:p>
      <w:pPr>
        <w:jc w:val="both"/>
      </w:pPr>
      <w:r>
        <w:t>1742</w:t>
      </w:r>
    </w:p>
    <w:p>
      <w:pPr>
        <w:jc w:val="both"/>
      </w:pPr>
      <w:r>
        <w:t>Xét nghiệm lai tại chỗ bạc hai màu (Dual-SISH)</w:t>
      </w:r>
    </w:p>
    <w:p>
      <w:pPr>
        <w:jc w:val="both"/>
      </w:pPr>
      <w:r>
        <w:t>4.800.000</w:t>
      </w:r>
    </w:p>
    <w:p>
      <w:pPr>
        <w:jc w:val="both"/>
      </w:pPr>
      <w:r>
        <w:t>5.451.000</w:t>
      </w:r>
    </w:p>
    <w:p>
      <w:pPr>
        <w:jc w:val="both"/>
      </w:pPr>
      <w:r>
        <w:t>1759</w:t>
      </w:r>
    </w:p>
    <w:p>
      <w:pPr>
        <w:jc w:val="both"/>
      </w:pPr>
      <w:r>
        <w:t>1743</w:t>
      </w:r>
    </w:p>
    <w:p>
      <w:pPr>
        <w:jc w:val="both"/>
      </w:pPr>
      <w:r>
        <w:t>Xét nghiệm lai tại chỗ gắn màu (CISH)</w:t>
      </w:r>
    </w:p>
    <w:p>
      <w:pPr>
        <w:jc w:val="both"/>
      </w:pPr>
      <w:r>
        <w:t>5.500.000</w:t>
      </w:r>
    </w:p>
    <w:p>
      <w:pPr>
        <w:jc w:val="both"/>
      </w:pPr>
      <w:r>
        <w:t>6.257.000</w:t>
      </w:r>
    </w:p>
    <w:p>
      <w:pPr>
        <w:jc w:val="both"/>
      </w:pPr>
      <w:r>
        <w:t>1760</w:t>
      </w:r>
    </w:p>
    <w:p>
      <w:pPr>
        <w:jc w:val="both"/>
      </w:pPr>
      <w:r>
        <w:t>1744</w:t>
      </w:r>
    </w:p>
    <w:p>
      <w:pPr>
        <w:jc w:val="both"/>
      </w:pPr>
      <w:r>
        <w:t>Cell Bloc (khối tế bào)</w:t>
      </w:r>
    </w:p>
    <w:p>
      <w:pPr>
        <w:jc w:val="both"/>
      </w:pPr>
      <w:r>
        <w:t>248.000</w:t>
      </w:r>
    </w:p>
    <w:p>
      <w:pPr>
        <w:jc w:val="both"/>
      </w:pPr>
      <w:r>
        <w:t>273.000</w:t>
      </w:r>
    </w:p>
    <w:p>
      <w:pPr>
        <w:jc w:val="both"/>
      </w:pPr>
      <w:r>
        <w:t>1761</w:t>
      </w:r>
    </w:p>
    <w:p>
      <w:pPr>
        <w:jc w:val="both"/>
      </w:pPr>
      <w:r>
        <w:t>1745</w:t>
      </w:r>
    </w:p>
    <w:p>
      <w:pPr>
        <w:jc w:val="both"/>
      </w:pPr>
      <w:r>
        <w:t>Thin-PAS</w:t>
      </w:r>
    </w:p>
    <w:p>
      <w:pPr>
        <w:jc w:val="both"/>
      </w:pPr>
      <w:r>
        <w:t>578.000</w:t>
      </w:r>
    </w:p>
    <w:p>
      <w:pPr>
        <w:jc w:val="both"/>
      </w:pPr>
      <w:r>
        <w:t>653.000</w:t>
      </w:r>
    </w:p>
    <w:p>
      <w:pPr>
        <w:jc w:val="both"/>
      </w:pPr>
      <w:r>
        <w:t>1762</w:t>
      </w:r>
    </w:p>
    <w:p>
      <w:pPr>
        <w:jc w:val="both"/>
      </w:pPr>
      <w:r>
        <w:t>1746</w:t>
      </w:r>
    </w:p>
    <w:p>
      <w:pPr>
        <w:jc w:val="both"/>
      </w:pPr>
      <w:r>
        <w:t>04C5.4.410</w:t>
      </w:r>
    </w:p>
    <w:p>
      <w:pPr>
        <w:jc w:val="both"/>
      </w:pPr>
      <w:r>
        <w:t>Xét nghiệm và chẩn đoán hoá mô miễn dịch cho một dấu ấn (Marker) chưa bao gồm kháng thể 2 và hóa chất bộc lộ kháng nguyên</w:t>
      </w:r>
    </w:p>
    <w:p>
      <w:pPr>
        <w:jc w:val="both"/>
      </w:pPr>
      <w:r>
        <w:t>463.000</w:t>
      </w:r>
    </w:p>
    <w:p>
      <w:pPr>
        <w:jc w:val="both"/>
      </w:pPr>
      <w:r>
        <w:t>509.000</w:t>
      </w:r>
    </w:p>
    <w:p>
      <w:pPr>
        <w:jc w:val="both"/>
      </w:pPr>
      <w:r>
        <w:t>Chưa bao gồm kháng thể 2 và hóa chất bộc lộ kháng nguyên.</w:t>
      </w:r>
    </w:p>
    <w:p>
      <w:pPr>
        <w:jc w:val="both"/>
      </w:pPr>
      <w:r>
        <w:t>1763</w:t>
      </w:r>
    </w:p>
    <w:p>
      <w:pPr>
        <w:jc w:val="both"/>
      </w:pPr>
      <w:r>
        <w:t>1747</w:t>
      </w:r>
    </w:p>
    <w:p>
      <w:pPr>
        <w:jc w:val="both"/>
      </w:pPr>
      <w:r>
        <w:t>04C5.4.411</w:t>
      </w:r>
    </w:p>
    <w:p>
      <w:pPr>
        <w:jc w:val="both"/>
      </w:pPr>
      <w:r>
        <w:t>Xét nghiệm và chẩn đoán miễn dịch huỳnh quang cho bộ 6 kháng thể để chẩn đoán mô bệnh học</w:t>
      </w:r>
    </w:p>
    <w:p>
      <w:pPr>
        <w:jc w:val="both"/>
      </w:pPr>
      <w:r>
        <w:t>1.300.000</w:t>
      </w:r>
    </w:p>
    <w:p>
      <w:pPr>
        <w:jc w:val="both"/>
      </w:pPr>
      <w:r>
        <w:t>1.449.000</w:t>
      </w:r>
    </w:p>
    <w:p>
      <w:pPr>
        <w:jc w:val="both"/>
      </w:pPr>
      <w:r>
        <w:t>1764</w:t>
      </w:r>
    </w:p>
    <w:p>
      <w:pPr>
        <w:jc w:val="both"/>
      </w:pPr>
      <w:r>
        <w:t>1748</w:t>
      </w:r>
    </w:p>
    <w:p>
      <w:pPr>
        <w:jc w:val="both"/>
      </w:pPr>
      <w:r>
        <w:t>04C5.4.404</w:t>
      </w:r>
    </w:p>
    <w:p>
      <w:pPr>
        <w:jc w:val="both"/>
      </w:pPr>
      <w:r>
        <w:t>Xét nghiệm và chẩn đoán mô bệnh học bằng phương pháp nhuộm Đỏ Công gô</w:t>
      </w:r>
    </w:p>
    <w:p>
      <w:pPr>
        <w:jc w:val="both"/>
      </w:pPr>
      <w:r>
        <w:t>317.000</w:t>
      </w:r>
    </w:p>
    <w:p>
      <w:pPr>
        <w:jc w:val="both"/>
      </w:pPr>
      <w:r>
        <w:t>348.000</w:t>
      </w:r>
    </w:p>
    <w:p>
      <w:pPr>
        <w:jc w:val="both"/>
      </w:pPr>
      <w:r>
        <w:t>1765</w:t>
      </w:r>
    </w:p>
    <w:p>
      <w:pPr>
        <w:jc w:val="both"/>
      </w:pPr>
      <w:r>
        <w:t>1749</w:t>
      </w:r>
    </w:p>
    <w:p>
      <w:pPr>
        <w:jc w:val="both"/>
      </w:pPr>
      <w:r>
        <w:t>04C5.4.408</w:t>
      </w:r>
    </w:p>
    <w:p>
      <w:pPr>
        <w:jc w:val="both"/>
      </w:pPr>
      <w:r>
        <w:t>Xét nghiệm và chẩn đoán mô bệnh học bằng phương pháp nhuộm Giem sa</w:t>
      </w:r>
    </w:p>
    <w:p>
      <w:pPr>
        <w:jc w:val="both"/>
      </w:pPr>
      <w:r>
        <w:t>301.000</w:t>
      </w:r>
    </w:p>
    <w:p>
      <w:pPr>
        <w:jc w:val="both"/>
      </w:pPr>
      <w:r>
        <w:t>330.000</w:t>
      </w:r>
    </w:p>
    <w:p>
      <w:pPr>
        <w:jc w:val="both"/>
      </w:pPr>
      <w:r>
        <w:t>1766</w:t>
      </w:r>
    </w:p>
    <w:p>
      <w:pPr>
        <w:jc w:val="both"/>
      </w:pPr>
      <w:r>
        <w:t>1750</w:t>
      </w:r>
    </w:p>
    <w:p>
      <w:pPr>
        <w:jc w:val="both"/>
      </w:pPr>
      <w:r>
        <w:t>04C5.4.413</w:t>
      </w:r>
    </w:p>
    <w:p>
      <w:pPr>
        <w:jc w:val="both"/>
      </w:pPr>
      <w:r>
        <w:t>Xét nghiệm và chẩn đoán mô bệnh học bằng phương pháp nhuộm Gomori</w:t>
      </w:r>
    </w:p>
    <w:p>
      <w:pPr>
        <w:jc w:val="both"/>
      </w:pPr>
      <w:r>
        <w:t>391.000</w:t>
      </w:r>
    </w:p>
    <w:p>
      <w:pPr>
        <w:jc w:val="both"/>
      </w:pPr>
      <w:r>
        <w:t>428.000</w:t>
      </w:r>
    </w:p>
    <w:p>
      <w:pPr>
        <w:jc w:val="both"/>
      </w:pPr>
      <w:r>
        <w:t>1767</w:t>
      </w:r>
    </w:p>
    <w:p>
      <w:pPr>
        <w:jc w:val="both"/>
      </w:pPr>
      <w:r>
        <w:t>1751</w:t>
      </w:r>
    </w:p>
    <w:p>
      <w:pPr>
        <w:jc w:val="both"/>
      </w:pPr>
      <w:r>
        <w:t>04C5.4.401</w:t>
      </w:r>
    </w:p>
    <w:p>
      <w:pPr>
        <w:jc w:val="both"/>
      </w:pPr>
      <w:r>
        <w:t>Xét nghiệm và chẩn đoán mô bệnh học bằng phương pháp nhuộm Hemtoxylin Eosin</w:t>
      </w:r>
    </w:p>
    <w:p>
      <w:pPr>
        <w:jc w:val="both"/>
      </w:pPr>
      <w:r>
        <w:t>350.000</w:t>
      </w:r>
    </w:p>
    <w:p>
      <w:pPr>
        <w:jc w:val="both"/>
      </w:pPr>
      <w:r>
        <w:t>383.000</w:t>
      </w:r>
    </w:p>
    <w:p>
      <w:pPr>
        <w:jc w:val="both"/>
      </w:pPr>
      <w:r>
        <w:t>1768</w:t>
      </w:r>
    </w:p>
    <w:p>
      <w:pPr>
        <w:jc w:val="both"/>
      </w:pPr>
      <w:r>
        <w:t>1752</w:t>
      </w:r>
    </w:p>
    <w:p>
      <w:pPr>
        <w:jc w:val="both"/>
      </w:pPr>
      <w:r>
        <w:t>04C5.4.403</w:t>
      </w:r>
    </w:p>
    <w:p>
      <w:pPr>
        <w:jc w:val="both"/>
      </w:pPr>
      <w:r>
        <w:t>Xét nghiệm và chẩn đoán mô bệnh học bằng phương pháp nhuộm Mucicarmin</w:t>
      </w:r>
    </w:p>
    <w:p>
      <w:pPr>
        <w:jc w:val="both"/>
      </w:pPr>
      <w:r>
        <w:t>439.000</w:t>
      </w:r>
    </w:p>
    <w:p>
      <w:pPr>
        <w:jc w:val="both"/>
      </w:pPr>
      <w:r>
        <w:t>481.000</w:t>
      </w:r>
    </w:p>
    <w:p>
      <w:pPr>
        <w:jc w:val="both"/>
      </w:pPr>
      <w:r>
        <w:t>1769</w:t>
      </w:r>
    </w:p>
    <w:p>
      <w:pPr>
        <w:jc w:val="both"/>
      </w:pPr>
      <w:r>
        <w:t>1753</w:t>
      </w:r>
    </w:p>
    <w:p>
      <w:pPr>
        <w:jc w:val="both"/>
      </w:pPr>
      <w:r>
        <w:t>04C5.4.402</w:t>
      </w:r>
    </w:p>
    <w:p>
      <w:pPr>
        <w:jc w:val="both"/>
      </w:pPr>
      <w:r>
        <w:t>Xét nghiệm và chẩn đoán mô bệnh học bằng phương pháp nhuộm PAS (Periodic Acide - Siff)</w:t>
      </w:r>
    </w:p>
    <w:p>
      <w:pPr>
        <w:jc w:val="both"/>
      </w:pPr>
      <w:r>
        <w:t>415.000</w:t>
      </w:r>
    </w:p>
    <w:p>
      <w:pPr>
        <w:jc w:val="both"/>
      </w:pPr>
      <w:r>
        <w:t>455.000</w:t>
      </w:r>
    </w:p>
    <w:p>
      <w:pPr>
        <w:jc w:val="both"/>
      </w:pPr>
      <w:r>
        <w:t>1770</w:t>
      </w:r>
    </w:p>
    <w:p>
      <w:pPr>
        <w:jc w:val="both"/>
      </w:pPr>
      <w:r>
        <w:t>1754</w:t>
      </w:r>
    </w:p>
    <w:p>
      <w:pPr>
        <w:jc w:val="both"/>
      </w:pPr>
      <w:r>
        <w:t>04C5.4.405</w:t>
      </w:r>
    </w:p>
    <w:p>
      <w:pPr>
        <w:jc w:val="both"/>
      </w:pPr>
      <w:r>
        <w:t>Xét nghiệm và chẩn đoán mô bệnh học bằng phương pháp nhuộm Sudan III</w:t>
      </w:r>
    </w:p>
    <w:p>
      <w:pPr>
        <w:jc w:val="both"/>
      </w:pPr>
      <w:r>
        <w:t>431.000</w:t>
      </w:r>
    </w:p>
    <w:p>
      <w:pPr>
        <w:jc w:val="both"/>
      </w:pPr>
      <w:r>
        <w:t>472.000</w:t>
      </w:r>
    </w:p>
    <w:p>
      <w:pPr>
        <w:jc w:val="both"/>
      </w:pPr>
      <w:r>
        <w:t>1771</w:t>
      </w:r>
    </w:p>
    <w:p>
      <w:pPr>
        <w:jc w:val="both"/>
      </w:pPr>
      <w:r>
        <w:t>1755</w:t>
      </w:r>
    </w:p>
    <w:p>
      <w:pPr>
        <w:jc w:val="both"/>
      </w:pPr>
      <w:r>
        <w:t>04C5.4.406</w:t>
      </w:r>
    </w:p>
    <w:p>
      <w:pPr>
        <w:jc w:val="both"/>
      </w:pPr>
      <w:r>
        <w:t>Xét nghiệm và chẩn đoán mô bệnh học bằng phương pháp nhuộm Van Gie’son</w:t>
      </w:r>
    </w:p>
    <w:p>
      <w:pPr>
        <w:jc w:val="both"/>
      </w:pPr>
      <w:r>
        <w:t>407.000</w:t>
      </w:r>
    </w:p>
    <w:p>
      <w:pPr>
        <w:jc w:val="both"/>
      </w:pPr>
      <w:r>
        <w:t>446.000</w:t>
      </w:r>
    </w:p>
    <w:p>
      <w:pPr>
        <w:jc w:val="both"/>
      </w:pPr>
      <w:r>
        <w:t>1772</w:t>
      </w:r>
    </w:p>
    <w:p>
      <w:pPr>
        <w:jc w:val="both"/>
      </w:pPr>
      <w:r>
        <w:t>1756</w:t>
      </w:r>
    </w:p>
    <w:p>
      <w:pPr>
        <w:jc w:val="both"/>
      </w:pPr>
      <w:r>
        <w:t>04C5.4.407</w:t>
      </w:r>
    </w:p>
    <w:p>
      <w:pPr>
        <w:jc w:val="both"/>
      </w:pPr>
      <w:r>
        <w:t>Xét nghiệm và chẩn đoán mô bệnh học bằng phương pháp nhuộm Xanh Alcial</w:t>
      </w:r>
    </w:p>
    <w:p>
      <w:pPr>
        <w:jc w:val="both"/>
      </w:pPr>
      <w:r>
        <w:t>464.000</w:t>
      </w:r>
    </w:p>
    <w:p>
      <w:pPr>
        <w:jc w:val="both"/>
      </w:pPr>
      <w:r>
        <w:t>508.000</w:t>
      </w:r>
    </w:p>
    <w:p>
      <w:pPr>
        <w:jc w:val="both"/>
      </w:pPr>
      <w:r>
        <w:t>1773</w:t>
      </w:r>
    </w:p>
    <w:p>
      <w:pPr>
        <w:jc w:val="both"/>
      </w:pPr>
      <w:r>
        <w:t>1757</w:t>
      </w:r>
    </w:p>
    <w:p>
      <w:pPr>
        <w:jc w:val="both"/>
      </w:pPr>
      <w:r>
        <w:t>04C5.4.412</w:t>
      </w:r>
    </w:p>
    <w:p>
      <w:pPr>
        <w:jc w:val="both"/>
      </w:pPr>
      <w:r>
        <w:t>Xét nghiệm và chẩn đoán mô bệnh học tức thì bằng phương pháp cắt lạnh</w:t>
      </w:r>
    </w:p>
    <w:p>
      <w:pPr>
        <w:jc w:val="both"/>
      </w:pPr>
      <w:r>
        <w:t>569.000</w:t>
      </w:r>
    </w:p>
    <w:p>
      <w:pPr>
        <w:jc w:val="both"/>
      </w:pPr>
      <w:r>
        <w:t>623.000</w:t>
      </w:r>
    </w:p>
    <w:p>
      <w:pPr>
        <w:jc w:val="both"/>
      </w:pPr>
      <w:r>
        <w:t>1774</w:t>
      </w:r>
    </w:p>
    <w:p>
      <w:pPr>
        <w:jc w:val="both"/>
      </w:pPr>
      <w:r>
        <w:t>1758</w:t>
      </w:r>
    </w:p>
    <w:p>
      <w:pPr>
        <w:jc w:val="both"/>
      </w:pPr>
      <w:r>
        <w:t>04C5.4.415</w:t>
      </w:r>
    </w:p>
    <w:p>
      <w:pPr>
        <w:jc w:val="both"/>
      </w:pPr>
      <w:r>
        <w:t>Xét nghiệm và chẩn đoán tế bào học qua chọc hút tế bào bằng kim nhỏ (FNA)</w:t>
      </w:r>
    </w:p>
    <w:p>
      <w:pPr>
        <w:jc w:val="both"/>
      </w:pPr>
      <w:r>
        <w:t>276.000</w:t>
      </w:r>
    </w:p>
    <w:p>
      <w:pPr>
        <w:jc w:val="both"/>
      </w:pPr>
      <w:r>
        <w:t>302.000</w:t>
      </w:r>
    </w:p>
    <w:p>
      <w:pPr>
        <w:jc w:val="both"/>
      </w:pPr>
      <w:r>
        <w:t>Các thủ thuật còn lại khác</w:t>
      </w:r>
    </w:p>
    <w:p>
      <w:pPr>
        <w:jc w:val="both"/>
      </w:pPr>
      <w:r>
        <w:t>1775</w:t>
      </w:r>
    </w:p>
    <w:p>
      <w:pPr>
        <w:jc w:val="both"/>
      </w:pPr>
      <w:r>
        <w:t>1759</w:t>
      </w:r>
    </w:p>
    <w:p>
      <w:pPr>
        <w:jc w:val="both"/>
      </w:pPr>
      <w:r>
        <w:t>Thủ thuật loại I</w:t>
      </w:r>
    </w:p>
    <w:p>
      <w:pPr>
        <w:jc w:val="both"/>
      </w:pPr>
      <w:r>
        <w:t>456.000</w:t>
      </w:r>
    </w:p>
    <w:p>
      <w:pPr>
        <w:jc w:val="both"/>
      </w:pPr>
      <w:r>
        <w:t>510.000</w:t>
      </w:r>
    </w:p>
    <w:p>
      <w:pPr>
        <w:jc w:val="both"/>
      </w:pPr>
      <w:r>
        <w:t>1776</w:t>
      </w:r>
    </w:p>
    <w:p>
      <w:pPr>
        <w:jc w:val="both"/>
      </w:pPr>
      <w:r>
        <w:t>1760</w:t>
      </w:r>
    </w:p>
    <w:p>
      <w:pPr>
        <w:jc w:val="both"/>
      </w:pPr>
      <w:r>
        <w:t>Thủ thuật loại II</w:t>
      </w:r>
    </w:p>
    <w:p>
      <w:pPr>
        <w:jc w:val="both"/>
      </w:pPr>
      <w:r>
        <w:t>253.000</w:t>
      </w:r>
    </w:p>
    <w:p>
      <w:pPr>
        <w:jc w:val="both"/>
      </w:pPr>
      <w:r>
        <w:t>285.000</w:t>
      </w:r>
    </w:p>
    <w:p>
      <w:pPr>
        <w:jc w:val="both"/>
      </w:pPr>
      <w:r>
        <w:t>1777</w:t>
      </w:r>
    </w:p>
    <w:p>
      <w:pPr>
        <w:jc w:val="both"/>
      </w:pPr>
      <w:r>
        <w:t>1761</w:t>
      </w:r>
    </w:p>
    <w:p>
      <w:pPr>
        <w:jc w:val="both"/>
      </w:pPr>
      <w:r>
        <w:t>Thủ thuật loại III</w:t>
      </w:r>
    </w:p>
    <w:p>
      <w:pPr>
        <w:jc w:val="both"/>
      </w:pPr>
      <w:r>
        <w:t>125.000</w:t>
      </w:r>
    </w:p>
    <w:p>
      <w:pPr>
        <w:jc w:val="both"/>
      </w:pPr>
      <w:r>
        <w:t>139.000</w:t>
      </w:r>
    </w:p>
    <w:p>
      <w:pPr>
        <w:jc w:val="both"/>
      </w:pPr>
      <w:r>
        <w:t>VI</w:t>
      </w:r>
    </w:p>
    <w:p>
      <w:pPr>
        <w:jc w:val="both"/>
      </w:pPr>
      <w:r>
        <w:t>VI</w:t>
      </w:r>
    </w:p>
    <w:p>
      <w:pPr>
        <w:jc w:val="both"/>
      </w:pPr>
      <w:r>
        <w:t>XÉT NGHIỆM ĐỘC CHẤT</w:t>
      </w:r>
    </w:p>
    <w:p>
      <w:pPr>
        <w:jc w:val="both"/>
      </w:pPr>
      <w:r>
        <w:t>1778</w:t>
      </w:r>
    </w:p>
    <w:p>
      <w:pPr>
        <w:jc w:val="both"/>
      </w:pPr>
      <w:r>
        <w:t>1762</w:t>
      </w:r>
    </w:p>
    <w:p>
      <w:pPr>
        <w:jc w:val="both"/>
      </w:pPr>
      <w:r>
        <w:t>04C5.4.425</w:t>
      </w:r>
    </w:p>
    <w:p>
      <w:pPr>
        <w:jc w:val="both"/>
      </w:pPr>
      <w:r>
        <w:t>Định lượng cấp NH3 trong máu</w:t>
      </w:r>
    </w:p>
    <w:p>
      <w:pPr>
        <w:jc w:val="both"/>
      </w:pPr>
      <w:r>
        <w:t>276.000</w:t>
      </w:r>
    </w:p>
    <w:p>
      <w:pPr>
        <w:jc w:val="both"/>
      </w:pPr>
      <w:r>
        <w:t>302.000</w:t>
      </w:r>
    </w:p>
    <w:p>
      <w:pPr>
        <w:jc w:val="both"/>
      </w:pPr>
      <w:r>
        <w:t>1779</w:t>
      </w:r>
    </w:p>
    <w:p>
      <w:pPr>
        <w:jc w:val="both"/>
      </w:pPr>
      <w:r>
        <w:t>1763</w:t>
      </w:r>
    </w:p>
    <w:p>
      <w:pPr>
        <w:jc w:val="both"/>
      </w:pPr>
      <w:r>
        <w:t>03C3.6.7</w:t>
      </w:r>
    </w:p>
    <w:p>
      <w:pPr>
        <w:jc w:val="both"/>
      </w:pPr>
      <w:r>
        <w:t>Định tính porphyrin trong nước tiểu chẩn đoán tiêu cơ vân</w:t>
      </w:r>
    </w:p>
    <w:p>
      <w:pPr>
        <w:jc w:val="both"/>
      </w:pPr>
      <w:r>
        <w:t>56.900</w:t>
      </w:r>
    </w:p>
    <w:p>
      <w:pPr>
        <w:jc w:val="both"/>
      </w:pPr>
      <w:r>
        <w:t>62.200</w:t>
      </w:r>
    </w:p>
    <w:p>
      <w:pPr>
        <w:jc w:val="both"/>
      </w:pPr>
      <w:r>
        <w:t>1780</w:t>
      </w:r>
    </w:p>
    <w:p>
      <w:pPr>
        <w:jc w:val="both"/>
      </w:pPr>
      <w:r>
        <w:t>1764</w:t>
      </w:r>
    </w:p>
    <w:p>
      <w:pPr>
        <w:jc w:val="both"/>
      </w:pPr>
      <w:r>
        <w:t>03C3.6.4</w:t>
      </w:r>
    </w:p>
    <w:p>
      <w:pPr>
        <w:jc w:val="both"/>
      </w:pPr>
      <w:r>
        <w:t>Định tính thuốc gây ngộ độc (1 chỉ tiêu)</w:t>
      </w:r>
    </w:p>
    <w:p>
      <w:pPr>
        <w:jc w:val="both"/>
      </w:pPr>
      <w:r>
        <w:t>121.000</w:t>
      </w:r>
    </w:p>
    <w:p>
      <w:pPr>
        <w:jc w:val="both"/>
      </w:pPr>
      <w:r>
        <w:t>133.000</w:t>
      </w:r>
    </w:p>
    <w:p>
      <w:pPr>
        <w:jc w:val="both"/>
      </w:pPr>
      <w:r>
        <w:t>1781</w:t>
      </w:r>
    </w:p>
    <w:p>
      <w:pPr>
        <w:jc w:val="both"/>
      </w:pPr>
      <w:r>
        <w:t>1765</w:t>
      </w:r>
    </w:p>
    <w:p>
      <w:pPr>
        <w:jc w:val="both"/>
      </w:pPr>
      <w:r>
        <w:t>03C3.6.5</w:t>
      </w:r>
    </w:p>
    <w:p>
      <w:pPr>
        <w:jc w:val="both"/>
      </w:pPr>
      <w:r>
        <w:t>Định tính thuốc trừ sâu (1 chỉ tiêu)</w:t>
      </w:r>
    </w:p>
    <w:p>
      <w:pPr>
        <w:jc w:val="both"/>
      </w:pPr>
      <w:r>
        <w:t>121.000</w:t>
      </w:r>
    </w:p>
    <w:p>
      <w:pPr>
        <w:jc w:val="both"/>
      </w:pPr>
      <w:r>
        <w:t>133.000</w:t>
      </w:r>
    </w:p>
    <w:p>
      <w:pPr>
        <w:jc w:val="both"/>
      </w:pPr>
      <w:r>
        <w:t>1782</w:t>
      </w:r>
    </w:p>
    <w:p>
      <w:pPr>
        <w:jc w:val="both"/>
      </w:pPr>
      <w:r>
        <w:t>1766</w:t>
      </w:r>
    </w:p>
    <w:p>
      <w:pPr>
        <w:jc w:val="both"/>
      </w:pPr>
      <w:r>
        <w:t>04C5.4.424</w:t>
      </w:r>
    </w:p>
    <w:p>
      <w:pPr>
        <w:jc w:val="both"/>
      </w:pPr>
      <w:r>
        <w:t>Đo áp lực thẩm thấu dịch sinh học trên 01 chỉ tiêu</w:t>
      </w:r>
    </w:p>
    <w:p>
      <w:pPr>
        <w:jc w:val="both"/>
      </w:pPr>
      <w:r>
        <w:t>100.000</w:t>
      </w:r>
    </w:p>
    <w:p>
      <w:pPr>
        <w:jc w:val="both"/>
      </w:pPr>
      <w:r>
        <w:t>110.000</w:t>
      </w:r>
    </w:p>
    <w:p>
      <w:pPr>
        <w:jc w:val="both"/>
      </w:pPr>
      <w:r>
        <w:t>1783</w:t>
      </w:r>
    </w:p>
    <w:p>
      <w:pPr>
        <w:jc w:val="both"/>
      </w:pPr>
      <w:r>
        <w:t>1767</w:t>
      </w:r>
    </w:p>
    <w:p>
      <w:pPr>
        <w:jc w:val="both"/>
      </w:pPr>
      <w:r>
        <w:t>04C5.4.418</w:t>
      </w:r>
    </w:p>
    <w:p>
      <w:pPr>
        <w:jc w:val="both"/>
      </w:pPr>
      <w:r>
        <w:t>Xét nghiệm định tính một chỉ tiêu ma túy trong nước tiểu bằng máy Express pluss</w:t>
      </w:r>
    </w:p>
    <w:p>
      <w:pPr>
        <w:jc w:val="both"/>
      </w:pPr>
      <w:r>
        <w:t>211.000</w:t>
      </w:r>
    </w:p>
    <w:p>
      <w:pPr>
        <w:jc w:val="both"/>
      </w:pPr>
      <w:r>
        <w:t>231.000</w:t>
      </w:r>
    </w:p>
    <w:p>
      <w:pPr>
        <w:jc w:val="both"/>
      </w:pPr>
      <w:r>
        <w:t>1784</w:t>
      </w:r>
    </w:p>
    <w:p>
      <w:pPr>
        <w:jc w:val="both"/>
      </w:pPr>
      <w:r>
        <w:t>1768</w:t>
      </w:r>
    </w:p>
    <w:p>
      <w:pPr>
        <w:jc w:val="both"/>
      </w:pPr>
      <w:r>
        <w:t>04C5.4.419</w:t>
      </w:r>
    </w:p>
    <w:p>
      <w:pPr>
        <w:jc w:val="both"/>
      </w:pPr>
      <w:r>
        <w:t>Xét nghiệm sàng lọc và định tính 5 loại ma túy</w:t>
      </w:r>
    </w:p>
    <w:p>
      <w:pPr>
        <w:jc w:val="both"/>
      </w:pPr>
      <w:r>
        <w:t>731.000</w:t>
      </w:r>
    </w:p>
    <w:p>
      <w:pPr>
        <w:jc w:val="both"/>
      </w:pPr>
      <w:r>
        <w:t>799.000</w:t>
      </w:r>
    </w:p>
    <w:p>
      <w:pPr>
        <w:jc w:val="both"/>
      </w:pPr>
      <w:r>
        <w:t>1785</w:t>
      </w:r>
    </w:p>
    <w:p>
      <w:pPr>
        <w:jc w:val="both"/>
      </w:pPr>
      <w:r>
        <w:t>1769</w:t>
      </w:r>
    </w:p>
    <w:p>
      <w:pPr>
        <w:jc w:val="both"/>
      </w:pPr>
      <w:r>
        <w:t>04C5.4.422</w:t>
      </w:r>
    </w:p>
    <w:p>
      <w:pPr>
        <w:jc w:val="both"/>
      </w:pPr>
      <w:r>
        <w:t>Xét nghiệm xác định thành phần hoá chất bảo vệ thực vật bằng sắc ký khí khối phổ</w:t>
      </w:r>
    </w:p>
    <w:p>
      <w:pPr>
        <w:jc w:val="both"/>
      </w:pPr>
      <w:r>
        <w:t>1.288.000</w:t>
      </w:r>
    </w:p>
    <w:p>
      <w:pPr>
        <w:jc w:val="both"/>
      </w:pPr>
      <w:r>
        <w:t>1.435.000</w:t>
      </w:r>
    </w:p>
    <w:p>
      <w:pPr>
        <w:jc w:val="both"/>
      </w:pPr>
      <w:r>
        <w:t>1786</w:t>
      </w:r>
    </w:p>
    <w:p>
      <w:pPr>
        <w:jc w:val="both"/>
      </w:pPr>
      <w:r>
        <w:t>1770</w:t>
      </w:r>
    </w:p>
    <w:p>
      <w:pPr>
        <w:jc w:val="both"/>
      </w:pPr>
      <w:r>
        <w:t>04C5.4.417</w:t>
      </w:r>
    </w:p>
    <w:p>
      <w:pPr>
        <w:jc w:val="both"/>
      </w:pPr>
      <w:r>
        <w:t>Xét nghiệm định lượng một chỉ tiêu kim loại nặng trong máu bằng máy AAS</w:t>
      </w:r>
    </w:p>
    <w:p>
      <w:pPr>
        <w:jc w:val="both"/>
      </w:pPr>
      <w:r>
        <w:t>390.000</w:t>
      </w:r>
    </w:p>
    <w:p>
      <w:pPr>
        <w:jc w:val="both"/>
      </w:pPr>
      <w:r>
        <w:t>426.000</w:t>
      </w:r>
    </w:p>
    <w:p>
      <w:pPr>
        <w:jc w:val="both"/>
      </w:pPr>
      <w:r>
        <w:t>1787</w:t>
      </w:r>
    </w:p>
    <w:p>
      <w:pPr>
        <w:jc w:val="both"/>
      </w:pPr>
      <w:r>
        <w:t>1771</w:t>
      </w:r>
    </w:p>
    <w:p>
      <w:pPr>
        <w:jc w:val="both"/>
      </w:pPr>
      <w:r>
        <w:t>04C5.4.421</w:t>
      </w:r>
    </w:p>
    <w:p>
      <w:pPr>
        <w:jc w:val="both"/>
      </w:pPr>
      <w:r>
        <w:t>Xét nghiệm định lượng một chỉ tiêu thuốc trong máu bằng máy sắc ký lỏng khối phổ</w:t>
      </w:r>
    </w:p>
    <w:p>
      <w:pPr>
        <w:jc w:val="both"/>
      </w:pPr>
      <w:r>
        <w:t>1.313.000</w:t>
      </w:r>
    </w:p>
    <w:p>
      <w:pPr>
        <w:jc w:val="both"/>
      </w:pPr>
      <w:r>
        <w:t>1.464.000</w:t>
      </w:r>
    </w:p>
    <w:p>
      <w:pPr>
        <w:jc w:val="both"/>
      </w:pPr>
      <w:r>
        <w:t>1788</w:t>
      </w:r>
    </w:p>
    <w:p>
      <w:pPr>
        <w:jc w:val="both"/>
      </w:pPr>
      <w:r>
        <w:t>1772</w:t>
      </w:r>
    </w:p>
    <w:p>
      <w:pPr>
        <w:jc w:val="both"/>
      </w:pPr>
      <w:r>
        <w:t>04C5.4.423</w:t>
      </w:r>
    </w:p>
    <w:p>
      <w:pPr>
        <w:jc w:val="both"/>
      </w:pPr>
      <w:r>
        <w:t>Xét nghiệm định tính một chỉ tiêu độc chất bằng phương pháp sắc ký lớp mỏng</w:t>
      </w:r>
    </w:p>
    <w:p>
      <w:pPr>
        <w:jc w:val="both"/>
      </w:pPr>
      <w:r>
        <w:t>151.000</w:t>
      </w:r>
    </w:p>
    <w:p>
      <w:pPr>
        <w:jc w:val="both"/>
      </w:pPr>
      <w:r>
        <w:t>166.000</w:t>
      </w:r>
    </w:p>
    <w:p>
      <w:pPr>
        <w:jc w:val="both"/>
      </w:pPr>
      <w:r>
        <w:t>1789</w:t>
      </w:r>
    </w:p>
    <w:p>
      <w:pPr>
        <w:jc w:val="both"/>
      </w:pPr>
      <w:r>
        <w:t>1773</w:t>
      </w:r>
    </w:p>
    <w:p>
      <w:pPr>
        <w:jc w:val="both"/>
      </w:pPr>
      <w:r>
        <w:t>04C5.4.420</w:t>
      </w:r>
    </w:p>
    <w:p>
      <w:pPr>
        <w:jc w:val="both"/>
      </w:pPr>
      <w:r>
        <w:t>Xét nghiệm định tính PBG trong nước tiểu</w:t>
      </w:r>
    </w:p>
    <w:p>
      <w:pPr>
        <w:jc w:val="both"/>
      </w:pPr>
      <w:r>
        <w:t>78.000</w:t>
      </w:r>
    </w:p>
    <w:p>
      <w:pPr>
        <w:jc w:val="both"/>
      </w:pPr>
      <w:r>
        <w:t>85.300</w:t>
      </w:r>
    </w:p>
    <w:p>
      <w:pPr>
        <w:jc w:val="both"/>
      </w:pPr>
      <w:r>
        <w:t>1790</w:t>
      </w:r>
    </w:p>
    <w:p>
      <w:pPr>
        <w:jc w:val="both"/>
      </w:pPr>
      <w:r>
        <w:t>1773</w:t>
      </w:r>
    </w:p>
    <w:p>
      <w:pPr>
        <w:jc w:val="both"/>
      </w:pPr>
      <w:r>
        <w:t>04C5.4.416</w:t>
      </w:r>
    </w:p>
    <w:p>
      <w:pPr>
        <w:jc w:val="both"/>
      </w:pPr>
      <w:r>
        <w:t>Xử lý mẫu xét nghiệm độc chất</w:t>
      </w:r>
    </w:p>
    <w:p>
      <w:pPr>
        <w:jc w:val="both"/>
      </w:pPr>
      <w:r>
        <w:t>211.000</w:t>
      </w:r>
    </w:p>
    <w:p>
      <w:pPr>
        <w:jc w:val="both"/>
      </w:pPr>
      <w:r>
        <w:t>231.000</w:t>
      </w:r>
    </w:p>
    <w:p>
      <w:pPr>
        <w:jc w:val="both"/>
      </w:pPr>
      <w:r>
        <w:t>E</w:t>
      </w:r>
    </w:p>
    <w:p>
      <w:pPr>
        <w:jc w:val="both"/>
      </w:pPr>
      <w:r>
        <w:t>E</w:t>
      </w:r>
    </w:p>
    <w:p>
      <w:pPr>
        <w:jc w:val="both"/>
      </w:pPr>
      <w:r>
        <w:t>THĂM DÒ CHỨC NĂNG</w:t>
      </w:r>
    </w:p>
    <w:p>
      <w:pPr>
        <w:jc w:val="both"/>
      </w:pPr>
      <w:r>
        <w:t>1791</w:t>
      </w:r>
    </w:p>
    <w:p>
      <w:pPr>
        <w:jc w:val="both"/>
      </w:pPr>
      <w:r>
        <w:t>1774</w:t>
      </w:r>
    </w:p>
    <w:p>
      <w:pPr>
        <w:jc w:val="both"/>
      </w:pPr>
      <w:r>
        <w:t>04C3.1.182</w:t>
      </w:r>
    </w:p>
    <w:p>
      <w:pPr>
        <w:jc w:val="both"/>
      </w:pPr>
      <w:r>
        <w:t>Đặt và thăm dò huyết động</w:t>
      </w:r>
    </w:p>
    <w:p>
      <w:pPr>
        <w:jc w:val="both"/>
      </w:pPr>
      <w:r>
        <w:t>4.562.000</w:t>
      </w:r>
    </w:p>
    <w:p>
      <w:pPr>
        <w:jc w:val="both"/>
      </w:pPr>
      <w:r>
        <w:t>5.240.000</w:t>
      </w:r>
    </w:p>
    <w:p>
      <w:pPr>
        <w:jc w:val="both"/>
      </w:pPr>
      <w:r>
        <w:t>Bao gồm cả catheter Swan granz, bộ phận nhận cảm áp lực.</w:t>
      </w:r>
    </w:p>
    <w:p>
      <w:pPr>
        <w:jc w:val="both"/>
      </w:pPr>
      <w:r>
        <w:t>1792</w:t>
      </w:r>
    </w:p>
    <w:p>
      <w:pPr>
        <w:jc w:val="both"/>
      </w:pPr>
      <w:r>
        <w:t>1775</w:t>
      </w:r>
    </w:p>
    <w:p>
      <w:pPr>
        <w:jc w:val="both"/>
      </w:pPr>
      <w:r>
        <w:t>03C3.7.3.8</w:t>
      </w:r>
    </w:p>
    <w:p>
      <w:pPr>
        <w:jc w:val="both"/>
      </w:pPr>
      <w:r>
        <w:t>Điện cơ (EMG)</w:t>
      </w:r>
    </w:p>
    <w:p>
      <w:pPr>
        <w:jc w:val="both"/>
      </w:pPr>
      <w:r>
        <w:t>131.000</w:t>
      </w:r>
    </w:p>
    <w:p>
      <w:pPr>
        <w:jc w:val="both"/>
      </w:pPr>
      <w:r>
        <w:t>148.000</w:t>
      </w:r>
    </w:p>
    <w:p>
      <w:pPr>
        <w:jc w:val="both"/>
      </w:pPr>
      <w:r>
        <w:t>1793</w:t>
      </w:r>
    </w:p>
    <w:p>
      <w:pPr>
        <w:jc w:val="both"/>
      </w:pPr>
      <w:r>
        <w:t>1776</w:t>
      </w:r>
    </w:p>
    <w:p>
      <w:pPr>
        <w:jc w:val="both"/>
      </w:pPr>
      <w:r>
        <w:t>03C3.7.3.9</w:t>
      </w:r>
    </w:p>
    <w:p>
      <w:pPr>
        <w:jc w:val="both"/>
      </w:pPr>
      <w:r>
        <w:t>Điện cơ tầng sinh môn</w:t>
      </w:r>
    </w:p>
    <w:p>
      <w:pPr>
        <w:jc w:val="both"/>
      </w:pPr>
      <w:r>
        <w:t>146.000</w:t>
      </w:r>
    </w:p>
    <w:p>
      <w:pPr>
        <w:jc w:val="both"/>
      </w:pPr>
      <w:r>
        <w:t>164.000</w:t>
      </w:r>
    </w:p>
    <w:p>
      <w:pPr>
        <w:jc w:val="both"/>
      </w:pPr>
      <w:r>
        <w:t>1794</w:t>
      </w:r>
    </w:p>
    <w:p>
      <w:pPr>
        <w:jc w:val="both"/>
      </w:pPr>
      <w:r>
        <w:t>1777</w:t>
      </w:r>
    </w:p>
    <w:p>
      <w:pPr>
        <w:jc w:val="both"/>
      </w:pPr>
      <w:r>
        <w:t>04C6.427</w:t>
      </w:r>
    </w:p>
    <w:p>
      <w:pPr>
        <w:jc w:val="both"/>
      </w:pPr>
      <w:r>
        <w:t>Điện não đồ</w:t>
      </w:r>
    </w:p>
    <w:p>
      <w:pPr>
        <w:jc w:val="both"/>
      </w:pPr>
      <w:r>
        <w:t>68.300</w:t>
      </w:r>
    </w:p>
    <w:p>
      <w:pPr>
        <w:jc w:val="both"/>
      </w:pPr>
      <w:r>
        <w:t>75.100</w:t>
      </w:r>
    </w:p>
    <w:p>
      <w:pPr>
        <w:jc w:val="both"/>
      </w:pPr>
      <w:r>
        <w:t>1795</w:t>
      </w:r>
    </w:p>
    <w:p>
      <w:pPr>
        <w:jc w:val="both"/>
      </w:pPr>
      <w:r>
        <w:t>1778</w:t>
      </w:r>
    </w:p>
    <w:p>
      <w:pPr>
        <w:jc w:val="both"/>
      </w:pPr>
      <w:r>
        <w:t>04C6.426</w:t>
      </w:r>
    </w:p>
    <w:p>
      <w:pPr>
        <w:jc w:val="both"/>
      </w:pPr>
      <w:r>
        <w:t>Điện tâm đồ</w:t>
      </w:r>
    </w:p>
    <w:p>
      <w:pPr>
        <w:jc w:val="both"/>
      </w:pPr>
      <w:r>
        <w:t>35.400</w:t>
      </w:r>
    </w:p>
    <w:p>
      <w:pPr>
        <w:jc w:val="both"/>
      </w:pPr>
      <w:r>
        <w:t>38.500</w:t>
      </w:r>
    </w:p>
    <w:p>
      <w:pPr>
        <w:jc w:val="both"/>
      </w:pPr>
      <w:r>
        <w:t>1796</w:t>
      </w:r>
    </w:p>
    <w:p>
      <w:pPr>
        <w:jc w:val="both"/>
      </w:pPr>
      <w:r>
        <w:t>1779</w:t>
      </w:r>
    </w:p>
    <w:p>
      <w:pPr>
        <w:jc w:val="both"/>
      </w:pPr>
      <w:r>
        <w:t>03C3.7.3.6</w:t>
      </w:r>
    </w:p>
    <w:p>
      <w:pPr>
        <w:jc w:val="both"/>
      </w:pPr>
      <w:r>
        <w:t>Điện tâm đồ gắng sức</w:t>
      </w:r>
    </w:p>
    <w:p>
      <w:pPr>
        <w:jc w:val="both"/>
      </w:pPr>
      <w:r>
        <w:t>214.000</w:t>
      </w:r>
    </w:p>
    <w:p>
      <w:pPr>
        <w:jc w:val="both"/>
      </w:pPr>
      <w:r>
        <w:t>235.000</w:t>
      </w:r>
    </w:p>
    <w:p>
      <w:pPr>
        <w:jc w:val="both"/>
      </w:pPr>
      <w:r>
        <w:t>1797</w:t>
      </w:r>
    </w:p>
    <w:p>
      <w:pPr>
        <w:jc w:val="both"/>
      </w:pPr>
      <w:r>
        <w:t>1780</w:t>
      </w:r>
    </w:p>
    <w:p>
      <w:pPr>
        <w:jc w:val="both"/>
      </w:pPr>
      <w:r>
        <w:t>03C1.42</w:t>
      </w:r>
    </w:p>
    <w:p>
      <w:pPr>
        <w:jc w:val="both"/>
      </w:pPr>
      <w:r>
        <w:t>Đo áp lực đồ bàng quang</w:t>
      </w:r>
    </w:p>
    <w:p>
      <w:pPr>
        <w:jc w:val="both"/>
      </w:pPr>
      <w:r>
        <w:t>127.000</w:t>
      </w:r>
    </w:p>
    <w:p>
      <w:pPr>
        <w:jc w:val="both"/>
      </w:pPr>
      <w:r>
        <w:t>145.000</w:t>
      </w:r>
    </w:p>
    <w:p>
      <w:pPr>
        <w:jc w:val="both"/>
      </w:pPr>
      <w:r>
        <w:t>1798</w:t>
      </w:r>
    </w:p>
    <w:p>
      <w:pPr>
        <w:jc w:val="both"/>
      </w:pPr>
      <w:r>
        <w:t>1781</w:t>
      </w:r>
    </w:p>
    <w:p>
      <w:pPr>
        <w:jc w:val="both"/>
      </w:pPr>
      <w:r>
        <w:t>03C1.43</w:t>
      </w:r>
    </w:p>
    <w:p>
      <w:pPr>
        <w:jc w:val="both"/>
      </w:pPr>
      <w:r>
        <w:t>Đo áp lực đồ cắt dọc niệu đạo</w:t>
      </w:r>
    </w:p>
    <w:p>
      <w:pPr>
        <w:jc w:val="both"/>
      </w:pPr>
      <w:r>
        <w:t>137.000</w:t>
      </w:r>
    </w:p>
    <w:p>
      <w:pPr>
        <w:jc w:val="both"/>
      </w:pPr>
      <w:r>
        <w:t>157.000</w:t>
      </w:r>
    </w:p>
    <w:p>
      <w:pPr>
        <w:jc w:val="both"/>
      </w:pPr>
      <w:r>
        <w:t>1799</w:t>
      </w:r>
    </w:p>
    <w:p>
      <w:pPr>
        <w:jc w:val="both"/>
      </w:pPr>
      <w:r>
        <w:t>1782</w:t>
      </w:r>
    </w:p>
    <w:p>
      <w:pPr>
        <w:jc w:val="both"/>
      </w:pPr>
      <w:r>
        <w:t>Đo áp lực thẩm thấu niệu</w:t>
      </w:r>
    </w:p>
    <w:p>
      <w:pPr>
        <w:jc w:val="both"/>
      </w:pPr>
      <w:r>
        <w:t>32.000</w:t>
      </w:r>
    </w:p>
    <w:p>
      <w:pPr>
        <w:jc w:val="both"/>
      </w:pPr>
      <w:r>
        <w:t>35.000</w:t>
      </w:r>
    </w:p>
    <w:p>
      <w:pPr>
        <w:jc w:val="both"/>
      </w:pPr>
      <w:r>
        <w:t>1800</w:t>
      </w:r>
    </w:p>
    <w:p>
      <w:pPr>
        <w:jc w:val="both"/>
      </w:pPr>
      <w:r>
        <w:t>1783</w:t>
      </w:r>
    </w:p>
    <w:p>
      <w:pPr>
        <w:jc w:val="both"/>
      </w:pPr>
      <w:r>
        <w:t>Đo áp lực bàng quang bằng cột nước</w:t>
      </w:r>
    </w:p>
    <w:p>
      <w:pPr>
        <w:jc w:val="both"/>
      </w:pPr>
      <w:r>
        <w:t>552.000</w:t>
      </w:r>
    </w:p>
    <w:p>
      <w:pPr>
        <w:jc w:val="both"/>
      </w:pPr>
      <w:r>
        <w:t>602.000</w:t>
      </w:r>
    </w:p>
    <w:p>
      <w:pPr>
        <w:jc w:val="both"/>
      </w:pPr>
      <w:r>
        <w:t>1801</w:t>
      </w:r>
    </w:p>
    <w:p>
      <w:pPr>
        <w:jc w:val="both"/>
      </w:pPr>
      <w:r>
        <w:t>1784</w:t>
      </w:r>
    </w:p>
    <w:p>
      <w:pPr>
        <w:jc w:val="both"/>
      </w:pPr>
      <w:r>
        <w:t>Đo áp lực bàng quang bằng máy niệu động học</w:t>
      </w:r>
    </w:p>
    <w:p>
      <w:pPr>
        <w:jc w:val="both"/>
      </w:pPr>
      <w:r>
        <w:t>2.025.000</w:t>
      </w:r>
    </w:p>
    <w:p>
      <w:pPr>
        <w:jc w:val="both"/>
      </w:pPr>
      <w:r>
        <w:t>2.302.000</w:t>
      </w:r>
    </w:p>
    <w:p>
      <w:pPr>
        <w:jc w:val="both"/>
      </w:pPr>
      <w:r>
        <w:t>1802</w:t>
      </w:r>
    </w:p>
    <w:p>
      <w:pPr>
        <w:jc w:val="both"/>
      </w:pPr>
      <w:r>
        <w:t>1785</w:t>
      </w:r>
    </w:p>
    <w:p>
      <w:pPr>
        <w:jc w:val="both"/>
      </w:pPr>
      <w:r>
        <w:t>Đo áp lực bàng quang ở người bệnh nhi</w:t>
      </w:r>
    </w:p>
    <w:p>
      <w:pPr>
        <w:jc w:val="both"/>
      </w:pPr>
      <w:r>
        <w:t>1.975.000</w:t>
      </w:r>
    </w:p>
    <w:p>
      <w:pPr>
        <w:jc w:val="both"/>
      </w:pPr>
      <w:r>
        <w:t>2.240.000</w:t>
      </w:r>
    </w:p>
    <w:p>
      <w:pPr>
        <w:jc w:val="both"/>
      </w:pPr>
      <w:r>
        <w:t>1803</w:t>
      </w:r>
    </w:p>
    <w:p>
      <w:pPr>
        <w:jc w:val="both"/>
      </w:pPr>
      <w:r>
        <w:t>1786</w:t>
      </w:r>
    </w:p>
    <w:p>
      <w:pPr>
        <w:jc w:val="both"/>
      </w:pPr>
      <w:r>
        <w:t>Đo áp lực hậu môn trực tràng</w:t>
      </w:r>
    </w:p>
    <w:p>
      <w:pPr>
        <w:jc w:val="both"/>
      </w:pPr>
      <w:r>
        <w:t>986.000</w:t>
      </w:r>
    </w:p>
    <w:p>
      <w:pPr>
        <w:jc w:val="both"/>
      </w:pPr>
      <w:r>
        <w:t>1.102.000</w:t>
      </w:r>
    </w:p>
    <w:p>
      <w:pPr>
        <w:jc w:val="both"/>
      </w:pPr>
      <w:r>
        <w:t>1804</w:t>
      </w:r>
    </w:p>
    <w:p>
      <w:pPr>
        <w:jc w:val="both"/>
      </w:pPr>
      <w:r>
        <w:t>1787</w:t>
      </w:r>
    </w:p>
    <w:p>
      <w:pPr>
        <w:jc w:val="both"/>
      </w:pPr>
      <w:r>
        <w:t>DƯ-MDLS</w:t>
      </w:r>
    </w:p>
    <w:p>
      <w:pPr>
        <w:jc w:val="both"/>
      </w:pPr>
      <w:r>
        <w:t>Đo biến đổi thể tích toàn thân - Body Plethysmography</w:t>
      </w:r>
    </w:p>
    <w:p>
      <w:pPr>
        <w:jc w:val="both"/>
      </w:pPr>
      <w:r>
        <w:t>882.000</w:t>
      </w:r>
    </w:p>
    <w:p>
      <w:pPr>
        <w:jc w:val="both"/>
      </w:pPr>
      <w:r>
        <w:t>992.000</w:t>
      </w:r>
    </w:p>
    <w:p>
      <w:pPr>
        <w:jc w:val="both"/>
      </w:pPr>
      <w:r>
        <w:t>1805</w:t>
      </w:r>
    </w:p>
    <w:p>
      <w:pPr>
        <w:jc w:val="both"/>
      </w:pPr>
      <w:r>
        <w:t>1788</w:t>
      </w:r>
    </w:p>
    <w:p>
      <w:pPr>
        <w:jc w:val="both"/>
      </w:pPr>
      <w:r>
        <w:t>03C2.1.90</w:t>
      </w:r>
    </w:p>
    <w:p>
      <w:pPr>
        <w:jc w:val="both"/>
      </w:pPr>
      <w:r>
        <w:t>Đo các chỉ số niệu động học</w:t>
      </w:r>
    </w:p>
    <w:p>
      <w:pPr>
        <w:jc w:val="both"/>
      </w:pPr>
      <w:r>
        <w:t>2.426.000</w:t>
      </w:r>
    </w:p>
    <w:p>
      <w:pPr>
        <w:jc w:val="both"/>
      </w:pPr>
      <w:r>
        <w:t>2.732.000</w:t>
      </w:r>
    </w:p>
    <w:p>
      <w:pPr>
        <w:jc w:val="both"/>
      </w:pPr>
      <w:r>
        <w:t>1806</w:t>
      </w:r>
    </w:p>
    <w:p>
      <w:pPr>
        <w:jc w:val="both"/>
      </w:pPr>
      <w:r>
        <w:t>1789</w:t>
      </w:r>
    </w:p>
    <w:p>
      <w:pPr>
        <w:jc w:val="both"/>
      </w:pPr>
      <w:r>
        <w:t>DƯ-MDLS</w:t>
      </w:r>
    </w:p>
    <w:p>
      <w:pPr>
        <w:jc w:val="both"/>
      </w:pPr>
      <w:r>
        <w:t>Đo các thể tích phổi - Lung Volumes</w:t>
      </w:r>
    </w:p>
    <w:p>
      <w:pPr>
        <w:jc w:val="both"/>
      </w:pPr>
      <w:r>
        <w:t>2.842.000</w:t>
      </w:r>
    </w:p>
    <w:p>
      <w:pPr>
        <w:jc w:val="both"/>
      </w:pPr>
      <w:r>
        <w:t>3.243.000</w:t>
      </w:r>
    </w:p>
    <w:p>
      <w:pPr>
        <w:jc w:val="both"/>
      </w:pPr>
      <w:r>
        <w:t>1807</w:t>
      </w:r>
    </w:p>
    <w:p>
      <w:pPr>
        <w:jc w:val="both"/>
      </w:pPr>
      <w:r>
        <w:t>1790</w:t>
      </w:r>
    </w:p>
    <w:p>
      <w:pPr>
        <w:jc w:val="both"/>
      </w:pPr>
      <w:r>
        <w:t>Đo chỉ số ABI (Chỉ số cổ chân/cánh tay)</w:t>
      </w:r>
    </w:p>
    <w:p>
      <w:pPr>
        <w:jc w:val="both"/>
      </w:pPr>
      <w:r>
        <w:t>77.800</w:t>
      </w:r>
    </w:p>
    <w:p>
      <w:pPr>
        <w:jc w:val="both"/>
      </w:pPr>
      <w:r>
        <w:t>85.400</w:t>
      </w:r>
    </w:p>
    <w:p>
      <w:pPr>
        <w:jc w:val="both"/>
      </w:pPr>
      <w:r>
        <w:t>1808</w:t>
      </w:r>
    </w:p>
    <w:p>
      <w:pPr>
        <w:jc w:val="both"/>
      </w:pPr>
      <w:r>
        <w:t>1791</w:t>
      </w:r>
    </w:p>
    <w:p>
      <w:pPr>
        <w:jc w:val="both"/>
      </w:pPr>
      <w:r>
        <w:t>04C6.429</w:t>
      </w:r>
    </w:p>
    <w:p>
      <w:pPr>
        <w:jc w:val="both"/>
      </w:pPr>
      <w:r>
        <w:t>Đo chức năng hô hấp</w:t>
      </w:r>
    </w:p>
    <w:p>
      <w:pPr>
        <w:jc w:val="both"/>
      </w:pPr>
      <w:r>
        <w:t>133.000</w:t>
      </w:r>
    </w:p>
    <w:p>
      <w:pPr>
        <w:jc w:val="both"/>
      </w:pPr>
      <w:r>
        <w:t>147.000</w:t>
      </w:r>
    </w:p>
    <w:p>
      <w:pPr>
        <w:jc w:val="both"/>
      </w:pPr>
      <w:r>
        <w:t>1809</w:t>
      </w:r>
    </w:p>
    <w:p>
      <w:pPr>
        <w:jc w:val="both"/>
      </w:pPr>
      <w:r>
        <w:t>1792</w:t>
      </w:r>
    </w:p>
    <w:p>
      <w:pPr>
        <w:jc w:val="both"/>
      </w:pPr>
      <w:r>
        <w:t>Đo đa ký giấc ngủ</w:t>
      </w:r>
    </w:p>
    <w:p>
      <w:pPr>
        <w:jc w:val="both"/>
      </w:pPr>
      <w:r>
        <w:t>2.322.000</w:t>
      </w:r>
    </w:p>
    <w:p>
      <w:pPr>
        <w:jc w:val="both"/>
      </w:pPr>
      <w:r>
        <w:t>2.663.000</w:t>
      </w:r>
    </w:p>
    <w:p>
      <w:pPr>
        <w:jc w:val="both"/>
      </w:pPr>
      <w:r>
        <w:t>1810</w:t>
      </w:r>
    </w:p>
    <w:p>
      <w:pPr>
        <w:jc w:val="both"/>
      </w:pPr>
      <w:r>
        <w:t>1794</w:t>
      </w:r>
    </w:p>
    <w:p>
      <w:pPr>
        <w:jc w:val="both"/>
      </w:pPr>
      <w:r>
        <w:t>DƯ-MDLS</w:t>
      </w:r>
    </w:p>
    <w:p>
      <w:pPr>
        <w:jc w:val="both"/>
      </w:pPr>
      <w:r>
        <w:t>Đo FeNO</w:t>
      </w:r>
    </w:p>
    <w:p>
      <w:pPr>
        <w:jc w:val="both"/>
      </w:pPr>
      <w:r>
        <w:t>414.000</w:t>
      </w:r>
    </w:p>
    <w:p>
      <w:pPr>
        <w:jc w:val="both"/>
      </w:pPr>
      <w:r>
        <w:t>463.000</w:t>
      </w:r>
    </w:p>
    <w:p>
      <w:pPr>
        <w:jc w:val="both"/>
      </w:pPr>
      <w:r>
        <w:t>1811</w:t>
      </w:r>
    </w:p>
    <w:p>
      <w:pPr>
        <w:jc w:val="both"/>
      </w:pPr>
      <w:r>
        <w:t>1795</w:t>
      </w:r>
    </w:p>
    <w:p>
      <w:pPr>
        <w:jc w:val="both"/>
      </w:pPr>
      <w:r>
        <w:t>DƯ-MDLS</w:t>
      </w:r>
    </w:p>
    <w:p>
      <w:pPr>
        <w:jc w:val="both"/>
      </w:pPr>
      <w:r>
        <w:t>Đo khuếch tán phổi - Diffusion Capacity</w:t>
      </w:r>
    </w:p>
    <w:p>
      <w:pPr>
        <w:jc w:val="both"/>
      </w:pPr>
      <w:r>
        <w:t>1.371.000</w:t>
      </w:r>
    </w:p>
    <w:p>
      <w:pPr>
        <w:jc w:val="both"/>
      </w:pPr>
      <w:r>
        <w:t>1.555.000</w:t>
      </w:r>
    </w:p>
    <w:p>
      <w:pPr>
        <w:jc w:val="both"/>
      </w:pPr>
      <w:r>
        <w:t>1812</w:t>
      </w:r>
    </w:p>
    <w:p>
      <w:pPr>
        <w:jc w:val="both"/>
      </w:pPr>
      <w:r>
        <w:t>1796</w:t>
      </w:r>
    </w:p>
    <w:p>
      <w:pPr>
        <w:jc w:val="both"/>
      </w:pPr>
      <w:r>
        <w:t>DƯ-MDLS</w:t>
      </w:r>
    </w:p>
    <w:p>
      <w:pPr>
        <w:jc w:val="both"/>
      </w:pPr>
      <w:r>
        <w:t>Đo phế dung kế - Spirometry (FVC, SVC, TLC)/dung tích sống gắng sức - FVC/dung tích sống chậm - SVC/ thông khí tự nguyện tối đa - MVV/áp suất tối đa hít vào/thở ra - MIP / MEP</w:t>
      </w:r>
    </w:p>
    <w:p>
      <w:pPr>
        <w:jc w:val="both"/>
      </w:pPr>
      <w:r>
        <w:t>788.000</w:t>
      </w:r>
    </w:p>
    <w:p>
      <w:pPr>
        <w:jc w:val="both"/>
      </w:pPr>
      <w:r>
        <w:t>898.000</w:t>
      </w:r>
    </w:p>
    <w:p>
      <w:pPr>
        <w:jc w:val="both"/>
      </w:pPr>
      <w:r>
        <w:t>1813</w:t>
      </w:r>
    </w:p>
    <w:p>
      <w:pPr>
        <w:jc w:val="both"/>
      </w:pPr>
      <w:r>
        <w:t>1797</w:t>
      </w:r>
    </w:p>
    <w:p>
      <w:pPr>
        <w:jc w:val="both"/>
      </w:pPr>
      <w:r>
        <w:t>Đo vận tốc lan truyền sóng mạch</w:t>
      </w:r>
    </w:p>
    <w:p>
      <w:pPr>
        <w:jc w:val="both"/>
      </w:pPr>
      <w:r>
        <w:t>77.800</w:t>
      </w:r>
    </w:p>
    <w:p>
      <w:pPr>
        <w:jc w:val="both"/>
      </w:pPr>
      <w:r>
        <w:t>85.400</w:t>
      </w:r>
    </w:p>
    <w:p>
      <w:pPr>
        <w:jc w:val="both"/>
      </w:pPr>
      <w:r>
        <w:t>1814</w:t>
      </w:r>
    </w:p>
    <w:p>
      <w:pPr>
        <w:jc w:val="both"/>
      </w:pPr>
      <w:r>
        <w:t>1798</w:t>
      </w:r>
    </w:p>
    <w:p>
      <w:pPr>
        <w:jc w:val="both"/>
      </w:pPr>
      <w:r>
        <w:t>03C3.7.3.7</w:t>
      </w:r>
    </w:p>
    <w:p>
      <w:pPr>
        <w:jc w:val="both"/>
      </w:pPr>
      <w:r>
        <w:t>Holter điện tâm đồ/ huyết áp</w:t>
      </w:r>
    </w:p>
    <w:p>
      <w:pPr>
        <w:jc w:val="both"/>
      </w:pPr>
      <w:r>
        <w:t>204.000</w:t>
      </w:r>
    </w:p>
    <w:p>
      <w:pPr>
        <w:jc w:val="both"/>
      </w:pPr>
      <w:r>
        <w:t>229.000</w:t>
      </w:r>
    </w:p>
    <w:p>
      <w:pPr>
        <w:jc w:val="both"/>
      </w:pPr>
      <w:r>
        <w:t>1815</w:t>
      </w:r>
    </w:p>
    <w:p>
      <w:pPr>
        <w:jc w:val="both"/>
      </w:pPr>
      <w:r>
        <w:t>1799</w:t>
      </w:r>
    </w:p>
    <w:p>
      <w:pPr>
        <w:jc w:val="both"/>
      </w:pPr>
      <w:r>
        <w:t>04C6.428</w:t>
      </w:r>
    </w:p>
    <w:p>
      <w:pPr>
        <w:jc w:val="both"/>
      </w:pPr>
      <w:r>
        <w:t>Lưu huyết não</w:t>
      </w:r>
    </w:p>
    <w:p>
      <w:pPr>
        <w:jc w:val="both"/>
      </w:pPr>
      <w:r>
        <w:t>46.000</w:t>
      </w:r>
    </w:p>
    <w:p>
      <w:pPr>
        <w:jc w:val="both"/>
      </w:pPr>
      <w:r>
        <w:t>50.700</w:t>
      </w:r>
    </w:p>
    <w:p>
      <w:pPr>
        <w:jc w:val="both"/>
      </w:pPr>
      <w:r>
        <w:t>1816</w:t>
      </w:r>
    </w:p>
    <w:p>
      <w:pPr>
        <w:jc w:val="both"/>
      </w:pPr>
      <w:r>
        <w:t>1800</w:t>
      </w:r>
    </w:p>
    <w:p>
      <w:pPr>
        <w:jc w:val="both"/>
      </w:pPr>
      <w:r>
        <w:t>Nghiệm pháp dung nạp glucose cho bệnh nhân thường</w:t>
      </w:r>
    </w:p>
    <w:p>
      <w:pPr>
        <w:jc w:val="both"/>
      </w:pPr>
      <w:r>
        <w:t>132.000</w:t>
      </w:r>
    </w:p>
    <w:p>
      <w:pPr>
        <w:jc w:val="both"/>
      </w:pPr>
      <w:r>
        <w:t>150.000</w:t>
      </w:r>
    </w:p>
    <w:p>
      <w:pPr>
        <w:jc w:val="both"/>
      </w:pPr>
      <w:r>
        <w:t>1817</w:t>
      </w:r>
    </w:p>
    <w:p>
      <w:pPr>
        <w:jc w:val="both"/>
      </w:pPr>
      <w:r>
        <w:t>1801</w:t>
      </w:r>
    </w:p>
    <w:p>
      <w:pPr>
        <w:jc w:val="both"/>
      </w:pPr>
      <w:r>
        <w:t>Nghiệm pháp dung nạp glucose cho người bệnh thai nghén</w:t>
      </w:r>
    </w:p>
    <w:p>
      <w:pPr>
        <w:jc w:val="both"/>
      </w:pPr>
      <w:r>
        <w:t>162.000</w:t>
      </w:r>
    </w:p>
    <w:p>
      <w:pPr>
        <w:jc w:val="both"/>
      </w:pPr>
      <w:r>
        <w:t>185.000</w:t>
      </w:r>
    </w:p>
    <w:p>
      <w:pPr>
        <w:jc w:val="both"/>
      </w:pPr>
      <w:r>
        <w:t>1818</w:t>
      </w:r>
    </w:p>
    <w:p>
      <w:pPr>
        <w:jc w:val="both"/>
      </w:pPr>
      <w:r>
        <w:t>1802</w:t>
      </w:r>
    </w:p>
    <w:p>
      <w:pPr>
        <w:jc w:val="both"/>
      </w:pPr>
      <w:r>
        <w:t>Nghiệm pháp kích Synacthen</w:t>
      </w:r>
    </w:p>
    <w:p>
      <w:pPr>
        <w:jc w:val="both"/>
      </w:pPr>
      <w:r>
        <w:t>420.000</w:t>
      </w:r>
    </w:p>
    <w:p>
      <w:pPr>
        <w:jc w:val="both"/>
      </w:pPr>
      <w:r>
        <w:t>480.000</w:t>
      </w:r>
    </w:p>
    <w:p>
      <w:pPr>
        <w:jc w:val="both"/>
      </w:pPr>
      <w:r>
        <w:t>1819</w:t>
      </w:r>
    </w:p>
    <w:p>
      <w:pPr>
        <w:jc w:val="both"/>
      </w:pPr>
      <w:r>
        <w:t>1803</w:t>
      </w:r>
    </w:p>
    <w:p>
      <w:pPr>
        <w:jc w:val="both"/>
      </w:pPr>
      <w:r>
        <w:t>Nghiệm pháp nhịn uống</w:t>
      </w:r>
    </w:p>
    <w:p>
      <w:pPr>
        <w:jc w:val="both"/>
      </w:pPr>
      <w:r>
        <w:t>641.000</w:t>
      </w:r>
    </w:p>
    <w:p>
      <w:pPr>
        <w:jc w:val="both"/>
      </w:pPr>
      <w:r>
        <w:t>713.000</w:t>
      </w:r>
    </w:p>
    <w:p>
      <w:pPr>
        <w:jc w:val="both"/>
      </w:pPr>
      <w:r>
        <w:t>1820</w:t>
      </w:r>
    </w:p>
    <w:p>
      <w:pPr>
        <w:jc w:val="both"/>
      </w:pPr>
      <w:r>
        <w:t>1804</w:t>
      </w:r>
    </w:p>
    <w:p>
      <w:pPr>
        <w:jc w:val="both"/>
      </w:pPr>
      <w:r>
        <w:t>Nghiệm pháp ức chế bằng Dexamethason liều cao</w:t>
      </w:r>
    </w:p>
    <w:p>
      <w:pPr>
        <w:jc w:val="both"/>
      </w:pPr>
      <w:r>
        <w:t>436.000</w:t>
      </w:r>
    </w:p>
    <w:p>
      <w:pPr>
        <w:jc w:val="both"/>
      </w:pPr>
      <w:r>
        <w:t>490.000</w:t>
      </w:r>
    </w:p>
    <w:p>
      <w:pPr>
        <w:jc w:val="both"/>
      </w:pPr>
      <w:r>
        <w:t>1821</w:t>
      </w:r>
    </w:p>
    <w:p>
      <w:pPr>
        <w:jc w:val="both"/>
      </w:pPr>
      <w:r>
        <w:t>1805</w:t>
      </w:r>
    </w:p>
    <w:p>
      <w:pPr>
        <w:jc w:val="both"/>
      </w:pPr>
      <w:r>
        <w:t>Nghiệm pháp ức chế bằng Dexamethason liều thấp</w:t>
      </w:r>
    </w:p>
    <w:p>
      <w:pPr>
        <w:jc w:val="both"/>
      </w:pPr>
      <w:r>
        <w:t>276.000</w:t>
      </w:r>
    </w:p>
    <w:p>
      <w:pPr>
        <w:jc w:val="both"/>
      </w:pPr>
      <w:r>
        <w:t>306.000</w:t>
      </w:r>
    </w:p>
    <w:p>
      <w:pPr>
        <w:jc w:val="both"/>
      </w:pPr>
      <w:r>
        <w:t>1822</w:t>
      </w:r>
    </w:p>
    <w:p>
      <w:pPr>
        <w:jc w:val="both"/>
      </w:pPr>
      <w:r>
        <w:t>1806</w:t>
      </w:r>
    </w:p>
    <w:p>
      <w:pPr>
        <w:jc w:val="both"/>
      </w:pPr>
      <w:r>
        <w:t>04C6.434</w:t>
      </w:r>
    </w:p>
    <w:p>
      <w:pPr>
        <w:jc w:val="both"/>
      </w:pPr>
      <w:r>
        <w:t>Test dung nạp Glucagon</w:t>
      </w:r>
    </w:p>
    <w:p>
      <w:pPr>
        <w:jc w:val="both"/>
      </w:pPr>
      <w:r>
        <w:t>38.700</w:t>
      </w:r>
    </w:p>
    <w:p>
      <w:pPr>
        <w:jc w:val="both"/>
      </w:pPr>
      <w:r>
        <w:t>44.000</w:t>
      </w:r>
    </w:p>
    <w:p>
      <w:pPr>
        <w:jc w:val="both"/>
      </w:pPr>
      <w:r>
        <w:t>1823</w:t>
      </w:r>
    </w:p>
    <w:p>
      <w:pPr>
        <w:jc w:val="both"/>
      </w:pPr>
      <w:r>
        <w:t>1807</w:t>
      </w:r>
    </w:p>
    <w:p>
      <w:pPr>
        <w:jc w:val="both"/>
      </w:pPr>
      <w:r>
        <w:t>Test Glucagon gián tiếp (Định lượng C - Peptid thời điểm 0’ và 6’ sau tiêm)</w:t>
      </w:r>
    </w:p>
    <w:p>
      <w:pPr>
        <w:jc w:val="both"/>
      </w:pPr>
      <w:r>
        <w:t>210.000</w:t>
      </w:r>
    </w:p>
    <w:p>
      <w:pPr>
        <w:jc w:val="both"/>
      </w:pPr>
      <w:r>
        <w:t>239.000</w:t>
      </w:r>
    </w:p>
    <w:p>
      <w:pPr>
        <w:jc w:val="both"/>
      </w:pPr>
      <w:r>
        <w:t>Chưa bao gồm thuốc.</w:t>
      </w:r>
    </w:p>
    <w:p>
      <w:pPr>
        <w:jc w:val="both"/>
      </w:pPr>
      <w:r>
        <w:t>1824</w:t>
      </w:r>
    </w:p>
    <w:p>
      <w:pPr>
        <w:jc w:val="both"/>
      </w:pPr>
      <w:r>
        <w:t>1808</w:t>
      </w:r>
    </w:p>
    <w:p>
      <w:pPr>
        <w:jc w:val="both"/>
      </w:pPr>
      <w:r>
        <w:t>03C3.7.3.1</w:t>
      </w:r>
    </w:p>
    <w:p>
      <w:pPr>
        <w:jc w:val="both"/>
      </w:pPr>
      <w:r>
        <w:t>Test Raven/ Gille</w:t>
      </w:r>
    </w:p>
    <w:p>
      <w:pPr>
        <w:jc w:val="both"/>
      </w:pPr>
      <w:r>
        <w:t>27.000</w:t>
      </w:r>
    </w:p>
    <w:p>
      <w:pPr>
        <w:jc w:val="both"/>
      </w:pPr>
      <w:r>
        <w:t>29.300</w:t>
      </w:r>
    </w:p>
    <w:p>
      <w:pPr>
        <w:jc w:val="both"/>
      </w:pPr>
      <w:r>
        <w:t>1825</w:t>
      </w:r>
    </w:p>
    <w:p>
      <w:pPr>
        <w:jc w:val="both"/>
      </w:pPr>
      <w:r>
        <w:t>1809</w:t>
      </w:r>
    </w:p>
    <w:p>
      <w:pPr>
        <w:jc w:val="both"/>
      </w:pPr>
      <w:r>
        <w:t>03C3.7.3.3</w:t>
      </w:r>
    </w:p>
    <w:p>
      <w:pPr>
        <w:jc w:val="both"/>
      </w:pPr>
      <w:r>
        <w:t>Test tâm lý BECK/ZUNG</w:t>
      </w:r>
    </w:p>
    <w:p>
      <w:pPr>
        <w:jc w:val="both"/>
      </w:pPr>
      <w:r>
        <w:t>22.000</w:t>
      </w:r>
    </w:p>
    <w:p>
      <w:pPr>
        <w:jc w:val="both"/>
      </w:pPr>
      <w:r>
        <w:t>23.500</w:t>
      </w:r>
    </w:p>
    <w:p>
      <w:pPr>
        <w:jc w:val="both"/>
      </w:pPr>
      <w:r>
        <w:t>1826</w:t>
      </w:r>
    </w:p>
    <w:p>
      <w:pPr>
        <w:jc w:val="both"/>
      </w:pPr>
      <w:r>
        <w:t>1810</w:t>
      </w:r>
    </w:p>
    <w:p>
      <w:pPr>
        <w:jc w:val="both"/>
      </w:pPr>
      <w:r>
        <w:t>03C3.7.3.2</w:t>
      </w:r>
    </w:p>
    <w:p>
      <w:pPr>
        <w:jc w:val="both"/>
      </w:pPr>
      <w:r>
        <w:t>Test tâm lý MMPI/ WAIS/ WICS</w:t>
      </w:r>
    </w:p>
    <w:p>
      <w:pPr>
        <w:jc w:val="both"/>
      </w:pPr>
      <w:r>
        <w:t>32.000</w:t>
      </w:r>
    </w:p>
    <w:p>
      <w:pPr>
        <w:jc w:val="both"/>
      </w:pPr>
      <w:r>
        <w:t>35.000</w:t>
      </w:r>
    </w:p>
    <w:p>
      <w:pPr>
        <w:jc w:val="both"/>
      </w:pPr>
      <w:r>
        <w:t>1827</w:t>
      </w:r>
    </w:p>
    <w:p>
      <w:pPr>
        <w:jc w:val="both"/>
      </w:pPr>
      <w:r>
        <w:t>1811</w:t>
      </w:r>
    </w:p>
    <w:p>
      <w:pPr>
        <w:jc w:val="both"/>
      </w:pPr>
      <w:r>
        <w:t>04C6.432</w:t>
      </w:r>
    </w:p>
    <w:p>
      <w:pPr>
        <w:jc w:val="both"/>
      </w:pPr>
      <w:r>
        <w:t>Test thanh thải Creatinine</w:t>
      </w:r>
    </w:p>
    <w:p>
      <w:pPr>
        <w:jc w:val="both"/>
      </w:pPr>
      <w:r>
        <w:t>60.900</w:t>
      </w:r>
    </w:p>
    <w:p>
      <w:pPr>
        <w:jc w:val="both"/>
      </w:pPr>
      <w:r>
        <w:t>69.200</w:t>
      </w:r>
    </w:p>
    <w:p>
      <w:pPr>
        <w:jc w:val="both"/>
      </w:pPr>
      <w:r>
        <w:t>1828</w:t>
      </w:r>
    </w:p>
    <w:p>
      <w:pPr>
        <w:jc w:val="both"/>
      </w:pPr>
      <w:r>
        <w:t>1812</w:t>
      </w:r>
    </w:p>
    <w:p>
      <w:pPr>
        <w:jc w:val="both"/>
      </w:pPr>
      <w:r>
        <w:t>04C6.433</w:t>
      </w:r>
    </w:p>
    <w:p>
      <w:pPr>
        <w:jc w:val="both"/>
      </w:pPr>
      <w:r>
        <w:t>Test thanh thải Ure</w:t>
      </w:r>
    </w:p>
    <w:p>
      <w:pPr>
        <w:jc w:val="both"/>
      </w:pPr>
      <w:r>
        <w:t>60.900</w:t>
      </w:r>
    </w:p>
    <w:p>
      <w:pPr>
        <w:jc w:val="both"/>
      </w:pPr>
      <w:r>
        <w:t>69.200</w:t>
      </w:r>
    </w:p>
    <w:p>
      <w:pPr>
        <w:jc w:val="both"/>
      </w:pPr>
      <w:r>
        <w:t>1829</w:t>
      </w:r>
    </w:p>
    <w:p>
      <w:pPr>
        <w:jc w:val="both"/>
      </w:pPr>
      <w:r>
        <w:t>1813</w:t>
      </w:r>
    </w:p>
    <w:p>
      <w:pPr>
        <w:jc w:val="both"/>
      </w:pPr>
      <w:r>
        <w:t>03C3.7.3.5</w:t>
      </w:r>
    </w:p>
    <w:p>
      <w:pPr>
        <w:jc w:val="both"/>
      </w:pPr>
      <w:r>
        <w:t>Test trắc nghiệm tâm lý</w:t>
      </w:r>
    </w:p>
    <w:p>
      <w:pPr>
        <w:jc w:val="both"/>
      </w:pPr>
      <w:r>
        <w:t>32.000</w:t>
      </w:r>
    </w:p>
    <w:p>
      <w:pPr>
        <w:jc w:val="both"/>
      </w:pPr>
      <w:r>
        <w:t>35.000</w:t>
      </w:r>
    </w:p>
    <w:p>
      <w:pPr>
        <w:jc w:val="both"/>
      </w:pPr>
      <w:r>
        <w:t>1830</w:t>
      </w:r>
    </w:p>
    <w:p>
      <w:pPr>
        <w:jc w:val="both"/>
      </w:pPr>
      <w:r>
        <w:t>1814</w:t>
      </w:r>
    </w:p>
    <w:p>
      <w:pPr>
        <w:jc w:val="both"/>
      </w:pPr>
      <w:r>
        <w:t>03C3.7.3.4</w:t>
      </w:r>
    </w:p>
    <w:p>
      <w:pPr>
        <w:jc w:val="both"/>
      </w:pPr>
      <w:r>
        <w:t>Test WAIS/ WICS</w:t>
      </w:r>
    </w:p>
    <w:p>
      <w:pPr>
        <w:jc w:val="both"/>
      </w:pPr>
      <w:r>
        <w:t>37.000</w:t>
      </w:r>
    </w:p>
    <w:p>
      <w:pPr>
        <w:jc w:val="both"/>
      </w:pPr>
      <w:r>
        <w:t>40.800</w:t>
      </w:r>
    </w:p>
    <w:p>
      <w:pPr>
        <w:jc w:val="both"/>
      </w:pPr>
      <w:r>
        <w:t>1831</w:t>
      </w:r>
    </w:p>
    <w:p>
      <w:pPr>
        <w:jc w:val="both"/>
      </w:pPr>
      <w:r>
        <w:t>1815</w:t>
      </w:r>
    </w:p>
    <w:p>
      <w:pPr>
        <w:jc w:val="both"/>
      </w:pPr>
      <w:r>
        <w:t>04C6.435</w:t>
      </w:r>
    </w:p>
    <w:p>
      <w:pPr>
        <w:jc w:val="both"/>
      </w:pPr>
      <w:r>
        <w:t>Thăm dò các dung tích phổi</w:t>
      </w:r>
    </w:p>
    <w:p>
      <w:pPr>
        <w:jc w:val="both"/>
      </w:pPr>
      <w:r>
        <w:t>270.000</w:t>
      </w:r>
    </w:p>
    <w:p>
      <w:pPr>
        <w:jc w:val="both"/>
      </w:pPr>
      <w:r>
        <w:t>301.000</w:t>
      </w:r>
    </w:p>
    <w:p>
      <w:pPr>
        <w:jc w:val="both"/>
      </w:pPr>
      <w:r>
        <w:t>1832</w:t>
      </w:r>
    </w:p>
    <w:p>
      <w:pPr>
        <w:jc w:val="both"/>
      </w:pPr>
      <w:r>
        <w:t>1816</w:t>
      </w:r>
    </w:p>
    <w:p>
      <w:pPr>
        <w:jc w:val="both"/>
      </w:pPr>
      <w:r>
        <w:t>03C2.1.37</w:t>
      </w:r>
    </w:p>
    <w:p>
      <w:pPr>
        <w:jc w:val="both"/>
      </w:pPr>
      <w:r>
        <w:t>Thăm dò điện sinh lý trong buồng tim</w:t>
      </w:r>
    </w:p>
    <w:p>
      <w:pPr>
        <w:jc w:val="both"/>
      </w:pPr>
      <w:r>
        <w:t>1.997.000</w:t>
      </w:r>
    </w:p>
    <w:p>
      <w:pPr>
        <w:jc w:val="both"/>
      </w:pPr>
      <w:r>
        <w:t>2.258.000</w:t>
      </w:r>
    </w:p>
    <w:p>
      <w:pPr>
        <w:jc w:val="both"/>
      </w:pPr>
      <w:r>
        <w:t>Chưa bao gồm bộ dụng cụ thăm dò điện sinh lý tim.</w:t>
      </w:r>
    </w:p>
    <w:p>
      <w:pPr>
        <w:jc w:val="both"/>
      </w:pPr>
      <w:r>
        <w:t>1833</w:t>
      </w:r>
    </w:p>
    <w:p>
      <w:pPr>
        <w:jc w:val="both"/>
      </w:pPr>
      <w:r>
        <w:t>1817</w:t>
      </w:r>
    </w:p>
    <w:p>
      <w:pPr>
        <w:jc w:val="both"/>
      </w:pPr>
      <w:r>
        <w:t>04C6.431</w:t>
      </w:r>
    </w:p>
    <w:p>
      <w:pPr>
        <w:jc w:val="both"/>
      </w:pPr>
      <w:r>
        <w:t>Thử nghiệm dung nạp Cabonhydrate (glucoza, fructoza, galactoza, lactoza)</w:t>
      </w:r>
    </w:p>
    <w:p>
      <w:pPr>
        <w:jc w:val="both"/>
      </w:pPr>
      <w:r>
        <w:t>33.200</w:t>
      </w:r>
    </w:p>
    <w:p>
      <w:pPr>
        <w:jc w:val="both"/>
      </w:pPr>
      <w:r>
        <w:t>37.800</w:t>
      </w:r>
    </w:p>
    <w:p>
      <w:pPr>
        <w:jc w:val="both"/>
      </w:pPr>
      <w:r>
        <w:t>1834</w:t>
      </w:r>
    </w:p>
    <w:p>
      <w:pPr>
        <w:jc w:val="both"/>
      </w:pPr>
      <w:r>
        <w:t>1818</w:t>
      </w:r>
    </w:p>
    <w:p>
      <w:pPr>
        <w:jc w:val="both"/>
      </w:pPr>
      <w:r>
        <w:t>04C6.430</w:t>
      </w:r>
    </w:p>
    <w:p>
      <w:pPr>
        <w:jc w:val="both"/>
      </w:pPr>
      <w:r>
        <w:t>Thử nghiệm ngấm Bromsulphtalein trong thăm dò chức năng gan</w:t>
      </w:r>
    </w:p>
    <w:p>
      <w:pPr>
        <w:jc w:val="both"/>
      </w:pPr>
      <w:r>
        <w:t>33.200</w:t>
      </w:r>
    </w:p>
    <w:p>
      <w:pPr>
        <w:jc w:val="both"/>
      </w:pPr>
      <w:r>
        <w:t>37.800</w:t>
      </w:r>
    </w:p>
    <w:p>
      <w:pPr>
        <w:jc w:val="both"/>
      </w:pPr>
      <w:r>
        <w:t>Các thủ thuật còn lại khác</w:t>
      </w:r>
    </w:p>
    <w:p>
      <w:pPr>
        <w:jc w:val="both"/>
      </w:pPr>
      <w:r>
        <w:t>1835</w:t>
      </w:r>
    </w:p>
    <w:p>
      <w:pPr>
        <w:jc w:val="both"/>
      </w:pPr>
      <w:r>
        <w:t>1819</w:t>
      </w:r>
    </w:p>
    <w:p>
      <w:pPr>
        <w:jc w:val="both"/>
      </w:pPr>
      <w:r>
        <w:t>Thủ thuật loại đặc biệt</w:t>
      </w:r>
    </w:p>
    <w:p>
      <w:pPr>
        <w:jc w:val="both"/>
      </w:pPr>
      <w:r>
        <w:t>765.000</w:t>
      </w:r>
    </w:p>
    <w:p>
      <w:pPr>
        <w:jc w:val="both"/>
      </w:pPr>
      <w:r>
        <w:t>845.000</w:t>
      </w:r>
    </w:p>
    <w:p>
      <w:pPr>
        <w:jc w:val="both"/>
      </w:pPr>
      <w:r>
        <w:t>1836</w:t>
      </w:r>
    </w:p>
    <w:p>
      <w:pPr>
        <w:jc w:val="both"/>
      </w:pPr>
      <w:r>
        <w:t>1820</w:t>
      </w:r>
    </w:p>
    <w:p>
      <w:pPr>
        <w:jc w:val="both"/>
      </w:pPr>
      <w:r>
        <w:t>Thủ thuật loại I</w:t>
      </w:r>
    </w:p>
    <w:p>
      <w:pPr>
        <w:jc w:val="both"/>
      </w:pPr>
      <w:r>
        <w:t>293.000</w:t>
      </w:r>
    </w:p>
    <w:p>
      <w:pPr>
        <w:jc w:val="both"/>
      </w:pPr>
      <w:r>
        <w:t>325.000</w:t>
      </w:r>
    </w:p>
    <w:p>
      <w:pPr>
        <w:jc w:val="both"/>
      </w:pPr>
      <w:r>
        <w:t>1837</w:t>
      </w:r>
    </w:p>
    <w:p>
      <w:pPr>
        <w:jc w:val="both"/>
      </w:pPr>
      <w:r>
        <w:t>1821</w:t>
      </w:r>
    </w:p>
    <w:p>
      <w:pPr>
        <w:jc w:val="both"/>
      </w:pPr>
      <w:r>
        <w:t>Thủ thuật loại II</w:t>
      </w:r>
    </w:p>
    <w:p>
      <w:pPr>
        <w:jc w:val="both"/>
      </w:pPr>
      <w:r>
        <w:t>186.000</w:t>
      </w:r>
    </w:p>
    <w:p>
      <w:pPr>
        <w:jc w:val="both"/>
      </w:pPr>
      <w:r>
        <w:t>205.000</w:t>
      </w:r>
    </w:p>
    <w:p>
      <w:pPr>
        <w:jc w:val="both"/>
      </w:pPr>
      <w:r>
        <w:t>1838</w:t>
      </w:r>
    </w:p>
    <w:p>
      <w:pPr>
        <w:jc w:val="both"/>
      </w:pPr>
      <w:r>
        <w:t>1822</w:t>
      </w:r>
    </w:p>
    <w:p>
      <w:pPr>
        <w:jc w:val="both"/>
      </w:pPr>
      <w:r>
        <w:t>Thủ thuật loại III</w:t>
      </w:r>
    </w:p>
    <w:p>
      <w:pPr>
        <w:jc w:val="both"/>
      </w:pPr>
      <w:r>
        <w:t>95.400</w:t>
      </w:r>
    </w:p>
    <w:p>
      <w:pPr>
        <w:jc w:val="both"/>
      </w:pPr>
      <w:r>
        <w:t>105.000</w:t>
      </w:r>
    </w:p>
    <w:p>
      <w:pPr>
        <w:jc w:val="both"/>
      </w:pPr>
      <w:r>
        <w:t>F</w:t>
      </w:r>
    </w:p>
    <w:p>
      <w:pPr>
        <w:jc w:val="both"/>
      </w:pPr>
      <w:r>
        <w:t>F</w:t>
      </w:r>
    </w:p>
    <w:p>
      <w:pPr>
        <w:jc w:val="both"/>
      </w:pPr>
      <w:r>
        <w:t>CÁC THĂM DÒ VÀ ĐIỀU TRỊ BẰNG ĐỒNG VỊ PHÓNG XẠ</w:t>
      </w:r>
    </w:p>
    <w:p>
      <w:pPr>
        <w:jc w:val="both"/>
      </w:pPr>
      <w:r>
        <w:t>I</w:t>
      </w:r>
    </w:p>
    <w:p>
      <w:pPr>
        <w:jc w:val="both"/>
      </w:pPr>
      <w:r>
        <w:t>I</w:t>
      </w:r>
    </w:p>
    <w:p>
      <w:pPr>
        <w:jc w:val="both"/>
      </w:pPr>
      <w:r>
        <w:t>THĂM DÒ BẰNG ĐỒNG VỊ PHÓNG XẠ (giá chưa bao gồm dược chất, vật tư phóng xạ và Invivo kit)</w:t>
      </w:r>
    </w:p>
    <w:p>
      <w:pPr>
        <w:jc w:val="both"/>
      </w:pPr>
      <w:r>
        <w:t>1839</w:t>
      </w:r>
    </w:p>
    <w:p>
      <w:pPr>
        <w:jc w:val="both"/>
      </w:pPr>
      <w:r>
        <w:t>1823</w:t>
      </w:r>
    </w:p>
    <w:p>
      <w:pPr>
        <w:jc w:val="both"/>
      </w:pPr>
      <w:r>
        <w:t>04C7.447</w:t>
      </w:r>
    </w:p>
    <w:p>
      <w:pPr>
        <w:jc w:val="both"/>
      </w:pPr>
      <w:r>
        <w:t>Điều trị bệnh bằng kỹ thuật miễn dịch phóng xạ</w:t>
      </w:r>
    </w:p>
    <w:p>
      <w:pPr>
        <w:jc w:val="both"/>
      </w:pPr>
      <w:r>
        <w:t>835.000</w:t>
      </w:r>
    </w:p>
    <w:p>
      <w:pPr>
        <w:jc w:val="both"/>
      </w:pPr>
      <w:r>
        <w:t>917.000</w:t>
      </w:r>
    </w:p>
    <w:p>
      <w:pPr>
        <w:jc w:val="both"/>
      </w:pPr>
      <w:r>
        <w:t>1840</w:t>
      </w:r>
    </w:p>
    <w:p>
      <w:pPr>
        <w:jc w:val="both"/>
      </w:pPr>
      <w:r>
        <w:t>1824</w:t>
      </w:r>
    </w:p>
    <w:p>
      <w:pPr>
        <w:jc w:val="both"/>
      </w:pPr>
      <w:r>
        <w:t>04C7.441</w:t>
      </w:r>
    </w:p>
    <w:p>
      <w:pPr>
        <w:jc w:val="both"/>
      </w:pPr>
      <w:r>
        <w:t>Định lượng CA 19-9 hoặc CA 50 hoặc CA 125 hoặc CA 15-3 hoặc CA 72-4 hoặc PTH bằng kỹ thuật miễn dịch phóng xạ</w:t>
      </w:r>
    </w:p>
    <w:p>
      <w:pPr>
        <w:jc w:val="both"/>
      </w:pPr>
      <w:r>
        <w:t>296.000</w:t>
      </w:r>
    </w:p>
    <w:p>
      <w:pPr>
        <w:jc w:val="both"/>
      </w:pPr>
      <w:r>
        <w:t>330.000</w:t>
      </w:r>
    </w:p>
    <w:p>
      <w:pPr>
        <w:jc w:val="both"/>
      </w:pPr>
      <w:r>
        <w:t>1841</w:t>
      </w:r>
    </w:p>
    <w:p>
      <w:pPr>
        <w:jc w:val="both"/>
      </w:pPr>
      <w:r>
        <w:t>1825</w:t>
      </w:r>
    </w:p>
    <w:p>
      <w:pPr>
        <w:jc w:val="both"/>
      </w:pPr>
      <w:r>
        <w:t>04C7.440</w:t>
      </w:r>
    </w:p>
    <w:p>
      <w:pPr>
        <w:jc w:val="both"/>
      </w:pPr>
      <w:r>
        <w:t>Định lượng bằng kỹ thuật miễn dịch phóng xạ: LH hoặc FSH hoặc HCG hoặc Insullin hoặc Testosteron hoặc Prolactin hoặc Progesteron hoặc Estradiol hoặc CEA hoặc AFP hoặc PSA hoặc Cortisol</w:t>
      </w:r>
    </w:p>
    <w:p>
      <w:pPr>
        <w:jc w:val="both"/>
      </w:pPr>
      <w:r>
        <w:t>221.000</w:t>
      </w:r>
    </w:p>
    <w:p>
      <w:pPr>
        <w:jc w:val="both"/>
      </w:pPr>
      <w:r>
        <w:t>244.000</w:t>
      </w:r>
    </w:p>
    <w:p>
      <w:pPr>
        <w:jc w:val="both"/>
      </w:pPr>
      <w:r>
        <w:t>1842</w:t>
      </w:r>
    </w:p>
    <w:p>
      <w:pPr>
        <w:jc w:val="both"/>
      </w:pPr>
      <w:r>
        <w:t>1826</w:t>
      </w:r>
    </w:p>
    <w:p>
      <w:pPr>
        <w:jc w:val="both"/>
      </w:pPr>
      <w:r>
        <w:t>04C7.437</w:t>
      </w:r>
    </w:p>
    <w:p>
      <w:pPr>
        <w:jc w:val="both"/>
      </w:pPr>
      <w:r>
        <w:t>Định lượng bằng kỹ thuật miễn dịch phóng xạ: T3 hoặc FT3 hoặc T4 hoặc FT4 hoặc TSH hoặc Micro Albumin niệu hoặc kháng thể kháng Insullin hoặc Calcitonin</w:t>
      </w:r>
    </w:p>
    <w:p>
      <w:pPr>
        <w:jc w:val="both"/>
      </w:pPr>
      <w:r>
        <w:t>201.000</w:t>
      </w:r>
    </w:p>
    <w:p>
      <w:pPr>
        <w:jc w:val="both"/>
      </w:pPr>
      <w:r>
        <w:t>221.000</w:t>
      </w:r>
    </w:p>
    <w:p>
      <w:pPr>
        <w:jc w:val="both"/>
      </w:pPr>
      <w:r>
        <w:t>1843</w:t>
      </w:r>
    </w:p>
    <w:p>
      <w:pPr>
        <w:jc w:val="both"/>
      </w:pPr>
      <w:r>
        <w:t>1827</w:t>
      </w:r>
    </w:p>
    <w:p>
      <w:pPr>
        <w:jc w:val="both"/>
      </w:pPr>
      <w:r>
        <w:t>04C7.442</w:t>
      </w:r>
    </w:p>
    <w:p>
      <w:pPr>
        <w:jc w:val="both"/>
      </w:pPr>
      <w:r>
        <w:t>Định lượng kháng thể kháng Tg hoặc ACTH hoặc GH hoặc TRAb bằng kỹ thuật miễn dịch phóng xạ</w:t>
      </w:r>
    </w:p>
    <w:p>
      <w:pPr>
        <w:jc w:val="both"/>
      </w:pPr>
      <w:r>
        <w:t>386.000</w:t>
      </w:r>
    </w:p>
    <w:p>
      <w:pPr>
        <w:jc w:val="both"/>
      </w:pPr>
      <w:r>
        <w:t>434.000</w:t>
      </w:r>
    </w:p>
    <w:p>
      <w:pPr>
        <w:jc w:val="both"/>
      </w:pPr>
      <w:r>
        <w:t>1844</w:t>
      </w:r>
    </w:p>
    <w:p>
      <w:pPr>
        <w:jc w:val="both"/>
      </w:pPr>
      <w:r>
        <w:t>1828</w:t>
      </w:r>
    </w:p>
    <w:p>
      <w:pPr>
        <w:jc w:val="both"/>
      </w:pPr>
      <w:r>
        <w:t>03C3.7.1.13</w:t>
      </w:r>
    </w:p>
    <w:p>
      <w:pPr>
        <w:jc w:val="both"/>
      </w:pPr>
      <w:r>
        <w:t>Độ tập trung I-131 tuyến giáp</w:t>
      </w:r>
    </w:p>
    <w:p>
      <w:pPr>
        <w:jc w:val="both"/>
      </w:pPr>
      <w:r>
        <w:t>215.000</w:t>
      </w:r>
    </w:p>
    <w:p>
      <w:pPr>
        <w:jc w:val="both"/>
      </w:pPr>
      <w:r>
        <w:t>240.000</w:t>
      </w:r>
    </w:p>
    <w:p>
      <w:pPr>
        <w:jc w:val="both"/>
      </w:pPr>
      <w:r>
        <w:t>1845</w:t>
      </w:r>
    </w:p>
    <w:p>
      <w:pPr>
        <w:jc w:val="both"/>
      </w:pPr>
      <w:r>
        <w:t>1829</w:t>
      </w:r>
    </w:p>
    <w:p>
      <w:pPr>
        <w:jc w:val="both"/>
      </w:pPr>
      <w:r>
        <w:t>04C7.446</w:t>
      </w:r>
    </w:p>
    <w:p>
      <w:pPr>
        <w:jc w:val="both"/>
      </w:pPr>
      <w:r>
        <w:t>SPECT CT</w:t>
      </w:r>
    </w:p>
    <w:p>
      <w:pPr>
        <w:jc w:val="both"/>
      </w:pPr>
      <w:r>
        <w:t>931.000</w:t>
      </w:r>
    </w:p>
    <w:p>
      <w:pPr>
        <w:jc w:val="both"/>
      </w:pPr>
      <w:r>
        <w:t>1.053.000</w:t>
      </w:r>
    </w:p>
    <w:p>
      <w:pPr>
        <w:jc w:val="both"/>
      </w:pPr>
      <w:r>
        <w:t>1846</w:t>
      </w:r>
    </w:p>
    <w:p>
      <w:pPr>
        <w:jc w:val="both"/>
      </w:pPr>
      <w:r>
        <w:t>1830</w:t>
      </w:r>
    </w:p>
    <w:p>
      <w:pPr>
        <w:jc w:val="both"/>
      </w:pPr>
      <w:r>
        <w:t>03C3.7.1.1</w:t>
      </w:r>
    </w:p>
    <w:p>
      <w:pPr>
        <w:jc w:val="both"/>
      </w:pPr>
      <w:r>
        <w:t>SPECT não</w:t>
      </w:r>
    </w:p>
    <w:p>
      <w:pPr>
        <w:jc w:val="both"/>
      </w:pPr>
      <w:r>
        <w:t>461.000</w:t>
      </w:r>
    </w:p>
    <w:p>
      <w:pPr>
        <w:jc w:val="both"/>
      </w:pPr>
      <w:r>
        <w:t>512.000</w:t>
      </w:r>
    </w:p>
    <w:p>
      <w:pPr>
        <w:jc w:val="both"/>
      </w:pPr>
      <w:r>
        <w:t>1847</w:t>
      </w:r>
    </w:p>
    <w:p>
      <w:pPr>
        <w:jc w:val="both"/>
      </w:pPr>
      <w:r>
        <w:t>1831</w:t>
      </w:r>
    </w:p>
    <w:p>
      <w:pPr>
        <w:jc w:val="both"/>
      </w:pPr>
      <w:r>
        <w:t>04C7.445</w:t>
      </w:r>
    </w:p>
    <w:p>
      <w:pPr>
        <w:jc w:val="both"/>
      </w:pPr>
      <w:r>
        <w:t>SPECT phóng xạ miễn dịch (2 thời điểm)</w:t>
      </w:r>
    </w:p>
    <w:p>
      <w:pPr>
        <w:jc w:val="both"/>
      </w:pPr>
      <w:r>
        <w:t>606.000</w:t>
      </w:r>
    </w:p>
    <w:p>
      <w:pPr>
        <w:jc w:val="both"/>
      </w:pPr>
      <w:r>
        <w:t>679.000</w:t>
      </w:r>
    </w:p>
    <w:p>
      <w:pPr>
        <w:jc w:val="both"/>
      </w:pPr>
      <w:r>
        <w:t>1848</w:t>
      </w:r>
    </w:p>
    <w:p>
      <w:pPr>
        <w:jc w:val="both"/>
      </w:pPr>
      <w:r>
        <w:t>1832</w:t>
      </w:r>
    </w:p>
    <w:p>
      <w:pPr>
        <w:jc w:val="both"/>
      </w:pPr>
      <w:r>
        <w:t>03C3.7.1.2</w:t>
      </w:r>
    </w:p>
    <w:p>
      <w:pPr>
        <w:jc w:val="both"/>
      </w:pPr>
      <w:r>
        <w:t>SPECT tưới máu cơ tim</w:t>
      </w:r>
    </w:p>
    <w:p>
      <w:pPr>
        <w:jc w:val="both"/>
      </w:pPr>
      <w:r>
        <w:t>598.000</w:t>
      </w:r>
    </w:p>
    <w:p>
      <w:pPr>
        <w:jc w:val="both"/>
      </w:pPr>
      <w:r>
        <w:t>670.000</w:t>
      </w:r>
    </w:p>
    <w:p>
      <w:pPr>
        <w:jc w:val="both"/>
      </w:pPr>
      <w:r>
        <w:t>1849</w:t>
      </w:r>
    </w:p>
    <w:p>
      <w:pPr>
        <w:jc w:val="both"/>
      </w:pPr>
      <w:r>
        <w:t>1833</w:t>
      </w:r>
    </w:p>
    <w:p>
      <w:pPr>
        <w:jc w:val="both"/>
      </w:pPr>
      <w:r>
        <w:t>04C7.443</w:t>
      </w:r>
    </w:p>
    <w:p>
      <w:pPr>
        <w:jc w:val="both"/>
      </w:pPr>
      <w:r>
        <w:t>SPECT tuyến cận giáp với đồng vị kép</w:t>
      </w:r>
    </w:p>
    <w:p>
      <w:pPr>
        <w:jc w:val="both"/>
      </w:pPr>
      <w:r>
        <w:t>661.000</w:t>
      </w:r>
    </w:p>
    <w:p>
      <w:pPr>
        <w:jc w:val="both"/>
      </w:pPr>
      <w:r>
        <w:t>742.000</w:t>
      </w:r>
    </w:p>
    <w:p>
      <w:pPr>
        <w:jc w:val="both"/>
      </w:pPr>
      <w:r>
        <w:t>1850</w:t>
      </w:r>
    </w:p>
    <w:p>
      <w:pPr>
        <w:jc w:val="both"/>
      </w:pPr>
      <w:r>
        <w:t>1834</w:t>
      </w:r>
    </w:p>
    <w:p>
      <w:pPr>
        <w:jc w:val="both"/>
      </w:pPr>
      <w:r>
        <w:t>03C3.7.1.4</w:t>
      </w:r>
    </w:p>
    <w:p>
      <w:pPr>
        <w:jc w:val="both"/>
      </w:pPr>
      <w:r>
        <w:t>Thận đồ đồng vị</w:t>
      </w:r>
    </w:p>
    <w:p>
      <w:pPr>
        <w:jc w:val="both"/>
      </w:pPr>
      <w:r>
        <w:t>288.000</w:t>
      </w:r>
    </w:p>
    <w:p>
      <w:pPr>
        <w:jc w:val="both"/>
      </w:pPr>
      <w:r>
        <w:t>322.000</w:t>
      </w:r>
    </w:p>
    <w:p>
      <w:pPr>
        <w:jc w:val="both"/>
      </w:pPr>
      <w:r>
        <w:t>1851</w:t>
      </w:r>
    </w:p>
    <w:p>
      <w:pPr>
        <w:jc w:val="both"/>
      </w:pPr>
      <w:r>
        <w:t>1835</w:t>
      </w:r>
    </w:p>
    <w:p>
      <w:pPr>
        <w:jc w:val="both"/>
      </w:pPr>
      <w:r>
        <w:t>03C3.7.1.31</w:t>
      </w:r>
    </w:p>
    <w:p>
      <w:pPr>
        <w:jc w:val="both"/>
      </w:pPr>
      <w:r>
        <w:t>Xạ hình bạch mạch với Tc-99m HMPAO</w:t>
      </w:r>
    </w:p>
    <w:p>
      <w:pPr>
        <w:jc w:val="both"/>
      </w:pPr>
      <w:r>
        <w:t>361.000</w:t>
      </w:r>
    </w:p>
    <w:p>
      <w:pPr>
        <w:jc w:val="both"/>
      </w:pPr>
      <w:r>
        <w:t>397.000</w:t>
      </w:r>
    </w:p>
    <w:p>
      <w:pPr>
        <w:jc w:val="both"/>
      </w:pPr>
      <w:r>
        <w:t>1852</w:t>
      </w:r>
    </w:p>
    <w:p>
      <w:pPr>
        <w:jc w:val="both"/>
      </w:pPr>
      <w:r>
        <w:t>1836</w:t>
      </w:r>
    </w:p>
    <w:p>
      <w:pPr>
        <w:jc w:val="both"/>
      </w:pPr>
      <w:r>
        <w:t>03C3.7.1.28</w:t>
      </w:r>
    </w:p>
    <w:p>
      <w:pPr>
        <w:jc w:val="both"/>
      </w:pPr>
      <w:r>
        <w:t>Xạ hình chẩn đoán chức năng co bóp dạ dày với Tc-99m Sulfur Colloid dạ dày với Tc-99m Sulfur Colloid</w:t>
      </w:r>
    </w:p>
    <w:p>
      <w:pPr>
        <w:jc w:val="both"/>
      </w:pPr>
      <w:r>
        <w:t>381.000</w:t>
      </w:r>
    </w:p>
    <w:p>
      <w:pPr>
        <w:jc w:val="both"/>
      </w:pPr>
      <w:r>
        <w:t>420.000</w:t>
      </w:r>
    </w:p>
    <w:p>
      <w:pPr>
        <w:jc w:val="both"/>
      </w:pPr>
      <w:r>
        <w:t>1853</w:t>
      </w:r>
    </w:p>
    <w:p>
      <w:pPr>
        <w:jc w:val="both"/>
      </w:pPr>
      <w:r>
        <w:t>1837</w:t>
      </w:r>
    </w:p>
    <w:p>
      <w:pPr>
        <w:jc w:val="both"/>
      </w:pPr>
      <w:r>
        <w:t>03C3.7.1.27</w:t>
      </w:r>
    </w:p>
    <w:p>
      <w:pPr>
        <w:jc w:val="both"/>
      </w:pPr>
      <w:r>
        <w:t>Xạ hình chẩn đoán chức năng thực quản và trào ngược dạ dày - thực quản với Tc-99m Sulfur Colloid</w:t>
      </w:r>
    </w:p>
    <w:p>
      <w:pPr>
        <w:jc w:val="both"/>
      </w:pPr>
      <w:r>
        <w:t>491.000</w:t>
      </w:r>
    </w:p>
    <w:p>
      <w:pPr>
        <w:jc w:val="both"/>
      </w:pPr>
      <w:r>
        <w:t>547.000</w:t>
      </w:r>
    </w:p>
    <w:p>
      <w:pPr>
        <w:jc w:val="both"/>
      </w:pPr>
      <w:r>
        <w:t>1854</w:t>
      </w:r>
    </w:p>
    <w:p>
      <w:pPr>
        <w:jc w:val="both"/>
      </w:pPr>
      <w:r>
        <w:t>1838</w:t>
      </w:r>
    </w:p>
    <w:p>
      <w:pPr>
        <w:jc w:val="both"/>
      </w:pPr>
      <w:r>
        <w:t>03C3.7.1.19</w:t>
      </w:r>
    </w:p>
    <w:p>
      <w:pPr>
        <w:jc w:val="both"/>
      </w:pPr>
      <w:r>
        <w:t>Xạ hình chẩn đoán khối u</w:t>
      </w:r>
    </w:p>
    <w:p>
      <w:pPr>
        <w:jc w:val="both"/>
      </w:pPr>
      <w:r>
        <w:t>461.000</w:t>
      </w:r>
    </w:p>
    <w:p>
      <w:pPr>
        <w:jc w:val="both"/>
      </w:pPr>
      <w:r>
        <w:t>512.000</w:t>
      </w:r>
    </w:p>
    <w:p>
      <w:pPr>
        <w:jc w:val="both"/>
      </w:pPr>
      <w:r>
        <w:t>1855</w:t>
      </w:r>
    </w:p>
    <w:p>
      <w:pPr>
        <w:jc w:val="both"/>
      </w:pPr>
      <w:r>
        <w:t>1839</w:t>
      </w:r>
    </w:p>
    <w:p>
      <w:pPr>
        <w:jc w:val="both"/>
      </w:pPr>
      <w:r>
        <w:t>03C3.7.1.24</w:t>
      </w:r>
    </w:p>
    <w:p>
      <w:pPr>
        <w:jc w:val="both"/>
      </w:pPr>
      <w:r>
        <w:t>Xạ hình chẩn đoán nhồi máu cơ tim với Tc-99m Pyrophosphate</w:t>
      </w:r>
    </w:p>
    <w:p>
      <w:pPr>
        <w:jc w:val="both"/>
      </w:pPr>
      <w:r>
        <w:t>431.000</w:t>
      </w:r>
    </w:p>
    <w:p>
      <w:pPr>
        <w:jc w:val="both"/>
      </w:pPr>
      <w:r>
        <w:t>477.000</w:t>
      </w:r>
    </w:p>
    <w:p>
      <w:pPr>
        <w:jc w:val="both"/>
      </w:pPr>
      <w:r>
        <w:t>1856</w:t>
      </w:r>
    </w:p>
    <w:p>
      <w:pPr>
        <w:jc w:val="both"/>
      </w:pPr>
      <w:r>
        <w:t>1840</w:t>
      </w:r>
    </w:p>
    <w:p>
      <w:pPr>
        <w:jc w:val="both"/>
      </w:pPr>
      <w:r>
        <w:t>03C3.7.1.30</w:t>
      </w:r>
    </w:p>
    <w:p>
      <w:pPr>
        <w:jc w:val="both"/>
      </w:pPr>
      <w:r>
        <w:t>Xạ hình chẩn đoán túi thừa Meckel với Tc-99m</w:t>
      </w:r>
    </w:p>
    <w:p>
      <w:pPr>
        <w:jc w:val="both"/>
      </w:pPr>
      <w:r>
        <w:t>361.000</w:t>
      </w:r>
    </w:p>
    <w:p>
      <w:pPr>
        <w:jc w:val="both"/>
      </w:pPr>
      <w:r>
        <w:t>397.000</w:t>
      </w:r>
    </w:p>
    <w:p>
      <w:pPr>
        <w:jc w:val="both"/>
      </w:pPr>
      <w:r>
        <w:t>1857</w:t>
      </w:r>
    </w:p>
    <w:p>
      <w:pPr>
        <w:jc w:val="both"/>
      </w:pPr>
      <w:r>
        <w:t>1841</w:t>
      </w:r>
    </w:p>
    <w:p>
      <w:pPr>
        <w:jc w:val="both"/>
      </w:pPr>
      <w:r>
        <w:t>03C3.7.1.9</w:t>
      </w:r>
    </w:p>
    <w:p>
      <w:pPr>
        <w:jc w:val="both"/>
      </w:pPr>
      <w:r>
        <w:t>Xạ hình chẩn đoán u máu trong gan</w:t>
      </w:r>
    </w:p>
    <w:p>
      <w:pPr>
        <w:jc w:val="both"/>
      </w:pPr>
      <w:r>
        <w:t>431.000</w:t>
      </w:r>
    </w:p>
    <w:p>
      <w:pPr>
        <w:jc w:val="both"/>
      </w:pPr>
      <w:r>
        <w:t>477.000</w:t>
      </w:r>
    </w:p>
    <w:p>
      <w:pPr>
        <w:jc w:val="both"/>
      </w:pPr>
      <w:r>
        <w:t>1858</w:t>
      </w:r>
    </w:p>
    <w:p>
      <w:pPr>
        <w:jc w:val="both"/>
      </w:pPr>
      <w:r>
        <w:t>1842</w:t>
      </w:r>
    </w:p>
    <w:p>
      <w:pPr>
        <w:jc w:val="both"/>
      </w:pPr>
      <w:r>
        <w:t>03C3.7.1.17</w:t>
      </w:r>
    </w:p>
    <w:p>
      <w:pPr>
        <w:jc w:val="both"/>
      </w:pPr>
      <w:r>
        <w:t>Xạ hình chẩn đoán xuất huyết đường tiêu hóa với hồng cầu đánh dấu Tc-99m</w:t>
      </w:r>
    </w:p>
    <w:p>
      <w:pPr>
        <w:jc w:val="both"/>
      </w:pPr>
      <w:r>
        <w:t>431.000</w:t>
      </w:r>
    </w:p>
    <w:p>
      <w:pPr>
        <w:jc w:val="both"/>
      </w:pPr>
      <w:r>
        <w:t>477.000</w:t>
      </w:r>
    </w:p>
    <w:p>
      <w:pPr>
        <w:jc w:val="both"/>
      </w:pPr>
      <w:r>
        <w:t>1859</w:t>
      </w:r>
    </w:p>
    <w:p>
      <w:pPr>
        <w:jc w:val="both"/>
      </w:pPr>
      <w:r>
        <w:t>1843</w:t>
      </w:r>
    </w:p>
    <w:p>
      <w:pPr>
        <w:jc w:val="both"/>
      </w:pPr>
      <w:r>
        <w:t>03C3.7.1.3</w:t>
      </w:r>
    </w:p>
    <w:p>
      <w:pPr>
        <w:jc w:val="both"/>
      </w:pPr>
      <w:r>
        <w:t>Xạ hình chức năng thận</w:t>
      </w:r>
    </w:p>
    <w:p>
      <w:pPr>
        <w:jc w:val="both"/>
      </w:pPr>
      <w:r>
        <w:t>411.000</w:t>
      </w:r>
    </w:p>
    <w:p>
      <w:pPr>
        <w:jc w:val="both"/>
      </w:pPr>
      <w:r>
        <w:t>454.000</w:t>
      </w:r>
    </w:p>
    <w:p>
      <w:pPr>
        <w:jc w:val="both"/>
      </w:pPr>
      <w:r>
        <w:t>1860</w:t>
      </w:r>
    </w:p>
    <w:p>
      <w:pPr>
        <w:jc w:val="both"/>
      </w:pPr>
      <w:r>
        <w:t>1844</w:t>
      </w:r>
    </w:p>
    <w:p>
      <w:pPr>
        <w:jc w:val="both"/>
      </w:pPr>
      <w:r>
        <w:t>03C3.7.1.5</w:t>
      </w:r>
    </w:p>
    <w:p>
      <w:pPr>
        <w:jc w:val="both"/>
      </w:pPr>
      <w:r>
        <w:t>Xạ hình chức năng thận - tiết niệu sau ghép thận với Tc-99m MAG3</w:t>
      </w:r>
    </w:p>
    <w:p>
      <w:pPr>
        <w:jc w:val="both"/>
      </w:pPr>
      <w:r>
        <w:t>471.000</w:t>
      </w:r>
    </w:p>
    <w:p>
      <w:pPr>
        <w:jc w:val="both"/>
      </w:pPr>
      <w:r>
        <w:t>523.000</w:t>
      </w:r>
    </w:p>
    <w:p>
      <w:pPr>
        <w:jc w:val="both"/>
      </w:pPr>
      <w:r>
        <w:t>1861</w:t>
      </w:r>
    </w:p>
    <w:p>
      <w:pPr>
        <w:jc w:val="both"/>
      </w:pPr>
      <w:r>
        <w:t>1845</w:t>
      </w:r>
    </w:p>
    <w:p>
      <w:pPr>
        <w:jc w:val="both"/>
      </w:pPr>
      <w:r>
        <w:t>03C3.7.1.23</w:t>
      </w:r>
    </w:p>
    <w:p>
      <w:pPr>
        <w:jc w:val="both"/>
      </w:pPr>
      <w:r>
        <w:t>Xạ hình chức năng tim</w:t>
      </w:r>
    </w:p>
    <w:p>
      <w:pPr>
        <w:jc w:val="both"/>
      </w:pPr>
      <w:r>
        <w:t>461.000</w:t>
      </w:r>
    </w:p>
    <w:p>
      <w:pPr>
        <w:jc w:val="both"/>
      </w:pPr>
      <w:r>
        <w:t>512.000</w:t>
      </w:r>
    </w:p>
    <w:p>
      <w:pPr>
        <w:jc w:val="both"/>
      </w:pPr>
      <w:r>
        <w:t>1862</w:t>
      </w:r>
    </w:p>
    <w:p>
      <w:pPr>
        <w:jc w:val="both"/>
      </w:pPr>
      <w:r>
        <w:t>1846</w:t>
      </w:r>
    </w:p>
    <w:p>
      <w:pPr>
        <w:jc w:val="both"/>
      </w:pPr>
      <w:r>
        <w:t>03C3.7.1.8</w:t>
      </w:r>
    </w:p>
    <w:p>
      <w:pPr>
        <w:jc w:val="both"/>
      </w:pPr>
      <w:r>
        <w:t>Xạ hình gan mật</w:t>
      </w:r>
    </w:p>
    <w:p>
      <w:pPr>
        <w:jc w:val="both"/>
      </w:pPr>
      <w:r>
        <w:t>431.000</w:t>
      </w:r>
    </w:p>
    <w:p>
      <w:pPr>
        <w:jc w:val="both"/>
      </w:pPr>
      <w:r>
        <w:t>477.000</w:t>
      </w:r>
    </w:p>
    <w:p>
      <w:pPr>
        <w:jc w:val="both"/>
      </w:pPr>
      <w:r>
        <w:t>1863</w:t>
      </w:r>
    </w:p>
    <w:p>
      <w:pPr>
        <w:jc w:val="both"/>
      </w:pPr>
      <w:r>
        <w:t>1847</w:t>
      </w:r>
    </w:p>
    <w:p>
      <w:pPr>
        <w:jc w:val="both"/>
      </w:pPr>
      <w:r>
        <w:t>03C3.7.1.10</w:t>
      </w:r>
    </w:p>
    <w:p>
      <w:pPr>
        <w:jc w:val="both"/>
      </w:pPr>
      <w:r>
        <w:t>Xạ hình gan với Tc-99m Sulfur Colloid</w:t>
      </w:r>
    </w:p>
    <w:p>
      <w:pPr>
        <w:jc w:val="both"/>
      </w:pPr>
      <w:r>
        <w:t>461.000</w:t>
      </w:r>
    </w:p>
    <w:p>
      <w:pPr>
        <w:jc w:val="both"/>
      </w:pPr>
      <w:r>
        <w:t>512.000</w:t>
      </w:r>
    </w:p>
    <w:p>
      <w:pPr>
        <w:jc w:val="both"/>
      </w:pPr>
      <w:r>
        <w:t>1864</w:t>
      </w:r>
    </w:p>
    <w:p>
      <w:pPr>
        <w:jc w:val="both"/>
      </w:pPr>
      <w:r>
        <w:t>1848</w:t>
      </w:r>
    </w:p>
    <w:p>
      <w:pPr>
        <w:jc w:val="both"/>
      </w:pPr>
      <w:r>
        <w:t>Xạ hình hạch Lympho</w:t>
      </w:r>
    </w:p>
    <w:p>
      <w:pPr>
        <w:jc w:val="both"/>
      </w:pPr>
      <w:r>
        <w:t>461.000</w:t>
      </w:r>
    </w:p>
    <w:p>
      <w:pPr>
        <w:jc w:val="both"/>
      </w:pPr>
      <w:r>
        <w:t>512.000</w:t>
      </w:r>
    </w:p>
    <w:p>
      <w:pPr>
        <w:jc w:val="both"/>
      </w:pPr>
      <w:r>
        <w:t>1865</w:t>
      </w:r>
    </w:p>
    <w:p>
      <w:pPr>
        <w:jc w:val="both"/>
      </w:pPr>
      <w:r>
        <w:t>1849</w:t>
      </w:r>
    </w:p>
    <w:p>
      <w:pPr>
        <w:jc w:val="both"/>
      </w:pPr>
      <w:r>
        <w:t>03C3.7.1.11</w:t>
      </w:r>
    </w:p>
    <w:p>
      <w:pPr>
        <w:jc w:val="both"/>
      </w:pPr>
      <w:r>
        <w:t>Xạ hình lách</w:t>
      </w:r>
    </w:p>
    <w:p>
      <w:pPr>
        <w:jc w:val="both"/>
      </w:pPr>
      <w:r>
        <w:t>431.000</w:t>
      </w:r>
    </w:p>
    <w:p>
      <w:pPr>
        <w:jc w:val="both"/>
      </w:pPr>
      <w:r>
        <w:t>477.000</w:t>
      </w:r>
    </w:p>
    <w:p>
      <w:pPr>
        <w:jc w:val="both"/>
      </w:pPr>
      <w:r>
        <w:t>1866</w:t>
      </w:r>
    </w:p>
    <w:p>
      <w:pPr>
        <w:jc w:val="both"/>
      </w:pPr>
      <w:r>
        <w:t>1850</w:t>
      </w:r>
    </w:p>
    <w:p>
      <w:pPr>
        <w:jc w:val="both"/>
      </w:pPr>
      <w:r>
        <w:t>03C3.7.1.20</w:t>
      </w:r>
    </w:p>
    <w:p>
      <w:pPr>
        <w:jc w:val="both"/>
      </w:pPr>
      <w:r>
        <w:t>Xạ hình lưu thông dịch não tủy</w:t>
      </w:r>
    </w:p>
    <w:p>
      <w:pPr>
        <w:jc w:val="both"/>
      </w:pPr>
      <w:r>
        <w:t>461.000</w:t>
      </w:r>
    </w:p>
    <w:p>
      <w:pPr>
        <w:jc w:val="both"/>
      </w:pPr>
      <w:r>
        <w:t>512.000</w:t>
      </w:r>
    </w:p>
    <w:p>
      <w:pPr>
        <w:jc w:val="both"/>
      </w:pPr>
      <w:r>
        <w:t>1867</w:t>
      </w:r>
    </w:p>
    <w:p>
      <w:pPr>
        <w:jc w:val="both"/>
      </w:pPr>
      <w:r>
        <w:t>1851</w:t>
      </w:r>
    </w:p>
    <w:p>
      <w:pPr>
        <w:jc w:val="both"/>
      </w:pPr>
      <w:r>
        <w:t>03C3.7.1.29</w:t>
      </w:r>
    </w:p>
    <w:p>
      <w:pPr>
        <w:jc w:val="both"/>
      </w:pPr>
      <w:r>
        <w:t>Xạ hình não</w:t>
      </w:r>
    </w:p>
    <w:p>
      <w:pPr>
        <w:jc w:val="both"/>
      </w:pPr>
      <w:r>
        <w:t>381.000</w:t>
      </w:r>
    </w:p>
    <w:p>
      <w:pPr>
        <w:jc w:val="both"/>
      </w:pPr>
      <w:r>
        <w:t>420.000</w:t>
      </w:r>
    </w:p>
    <w:p>
      <w:pPr>
        <w:jc w:val="both"/>
      </w:pPr>
      <w:r>
        <w:t>1868</w:t>
      </w:r>
    </w:p>
    <w:p>
      <w:pPr>
        <w:jc w:val="both"/>
      </w:pPr>
      <w:r>
        <w:t>1852</w:t>
      </w:r>
    </w:p>
    <w:p>
      <w:pPr>
        <w:jc w:val="both"/>
      </w:pPr>
      <w:r>
        <w:t>04C7.444</w:t>
      </w:r>
    </w:p>
    <w:p>
      <w:pPr>
        <w:jc w:val="both"/>
      </w:pPr>
      <w:r>
        <w:t>Xạ hình phóng xạ miễn dịch (2 thời điểm)</w:t>
      </w:r>
    </w:p>
    <w:p>
      <w:pPr>
        <w:jc w:val="both"/>
      </w:pPr>
      <w:r>
        <w:t>606.000</w:t>
      </w:r>
    </w:p>
    <w:p>
      <w:pPr>
        <w:jc w:val="both"/>
      </w:pPr>
      <w:r>
        <w:t>679.000</w:t>
      </w:r>
    </w:p>
    <w:p>
      <w:pPr>
        <w:jc w:val="both"/>
      </w:pPr>
      <w:r>
        <w:t>1869</w:t>
      </w:r>
    </w:p>
    <w:p>
      <w:pPr>
        <w:jc w:val="both"/>
      </w:pPr>
      <w:r>
        <w:t>1853</w:t>
      </w:r>
    </w:p>
    <w:p>
      <w:pPr>
        <w:jc w:val="both"/>
      </w:pPr>
      <w:r>
        <w:t>03C3.7.1.6</w:t>
      </w:r>
    </w:p>
    <w:p>
      <w:pPr>
        <w:jc w:val="both"/>
      </w:pPr>
      <w:r>
        <w:t>Xạ hình thận với Tc-99m DMSA (DTPA)</w:t>
      </w:r>
    </w:p>
    <w:p>
      <w:pPr>
        <w:jc w:val="both"/>
      </w:pPr>
      <w:r>
        <w:t>411.000</w:t>
      </w:r>
    </w:p>
    <w:p>
      <w:pPr>
        <w:jc w:val="both"/>
      </w:pPr>
      <w:r>
        <w:t>454.000</w:t>
      </w:r>
    </w:p>
    <w:p>
      <w:pPr>
        <w:jc w:val="both"/>
      </w:pPr>
      <w:r>
        <w:t>1870</w:t>
      </w:r>
    </w:p>
    <w:p>
      <w:pPr>
        <w:jc w:val="both"/>
      </w:pPr>
      <w:r>
        <w:t>1854</w:t>
      </w:r>
    </w:p>
    <w:p>
      <w:pPr>
        <w:jc w:val="both"/>
      </w:pPr>
      <w:r>
        <w:t>03C3.7.1.33</w:t>
      </w:r>
    </w:p>
    <w:p>
      <w:pPr>
        <w:jc w:val="both"/>
      </w:pPr>
      <w:r>
        <w:t>Xạ hình thông khí phổi</w:t>
      </w:r>
    </w:p>
    <w:p>
      <w:pPr>
        <w:jc w:val="both"/>
      </w:pPr>
      <w:r>
        <w:t>461.000</w:t>
      </w:r>
    </w:p>
    <w:p>
      <w:pPr>
        <w:jc w:val="both"/>
      </w:pPr>
      <w:r>
        <w:t>512.000</w:t>
      </w:r>
    </w:p>
    <w:p>
      <w:pPr>
        <w:jc w:val="both"/>
      </w:pPr>
      <w:r>
        <w:t>1871</w:t>
      </w:r>
    </w:p>
    <w:p>
      <w:pPr>
        <w:jc w:val="both"/>
      </w:pPr>
      <w:r>
        <w:t>1855</w:t>
      </w:r>
    </w:p>
    <w:p>
      <w:pPr>
        <w:jc w:val="both"/>
      </w:pPr>
      <w:r>
        <w:t>03C3.7.1.16</w:t>
      </w:r>
    </w:p>
    <w:p>
      <w:pPr>
        <w:jc w:val="both"/>
      </w:pPr>
      <w:r>
        <w:t>Xạ hình tĩnh mạch với Tc-99m MAA</w:t>
      </w:r>
    </w:p>
    <w:p>
      <w:pPr>
        <w:jc w:val="both"/>
      </w:pPr>
      <w:r>
        <w:t>461.000</w:t>
      </w:r>
    </w:p>
    <w:p>
      <w:pPr>
        <w:jc w:val="both"/>
      </w:pPr>
      <w:r>
        <w:t>512.000</w:t>
      </w:r>
    </w:p>
    <w:p>
      <w:pPr>
        <w:jc w:val="both"/>
      </w:pPr>
      <w:r>
        <w:t>1872</w:t>
      </w:r>
    </w:p>
    <w:p>
      <w:pPr>
        <w:jc w:val="both"/>
      </w:pPr>
      <w:r>
        <w:t>1856</w:t>
      </w:r>
    </w:p>
    <w:p>
      <w:pPr>
        <w:jc w:val="both"/>
      </w:pPr>
      <w:r>
        <w:t>03C3.7.1.18</w:t>
      </w:r>
    </w:p>
    <w:p>
      <w:pPr>
        <w:jc w:val="both"/>
      </w:pPr>
      <w:r>
        <w:t>Xạ hình toàn thân với I-131</w:t>
      </w:r>
    </w:p>
    <w:p>
      <w:pPr>
        <w:jc w:val="both"/>
      </w:pPr>
      <w:r>
        <w:t>461.000</w:t>
      </w:r>
    </w:p>
    <w:p>
      <w:pPr>
        <w:jc w:val="both"/>
      </w:pPr>
      <w:r>
        <w:t>512.000</w:t>
      </w:r>
    </w:p>
    <w:p>
      <w:pPr>
        <w:jc w:val="both"/>
      </w:pPr>
      <w:r>
        <w:t>1873</w:t>
      </w:r>
    </w:p>
    <w:p>
      <w:pPr>
        <w:jc w:val="both"/>
      </w:pPr>
      <w:r>
        <w:t>1857</w:t>
      </w:r>
    </w:p>
    <w:p>
      <w:pPr>
        <w:jc w:val="both"/>
      </w:pPr>
      <w:r>
        <w:t>03C3.7.1.32</w:t>
      </w:r>
    </w:p>
    <w:p>
      <w:pPr>
        <w:jc w:val="both"/>
      </w:pPr>
      <w:r>
        <w:t>Xạ hình tưới máu phổi</w:t>
      </w:r>
    </w:p>
    <w:p>
      <w:pPr>
        <w:jc w:val="both"/>
      </w:pPr>
      <w:r>
        <w:t>431.000</w:t>
      </w:r>
    </w:p>
    <w:p>
      <w:pPr>
        <w:jc w:val="both"/>
      </w:pPr>
      <w:r>
        <w:t>477.000</w:t>
      </w:r>
    </w:p>
    <w:p>
      <w:pPr>
        <w:jc w:val="both"/>
      </w:pPr>
      <w:r>
        <w:t>1874</w:t>
      </w:r>
    </w:p>
    <w:p>
      <w:pPr>
        <w:jc w:val="both"/>
      </w:pPr>
      <w:r>
        <w:t>1858</w:t>
      </w:r>
    </w:p>
    <w:p>
      <w:pPr>
        <w:jc w:val="both"/>
      </w:pPr>
      <w:r>
        <w:t>03C3.7.1.14</w:t>
      </w:r>
    </w:p>
    <w:p>
      <w:pPr>
        <w:jc w:val="both"/>
      </w:pPr>
      <w:r>
        <w:t>Xạ hình tưới máu tinh hoàn với Tc-99m</w:t>
      </w:r>
    </w:p>
    <w:p>
      <w:pPr>
        <w:jc w:val="both"/>
      </w:pPr>
      <w:r>
        <w:t>331.000</w:t>
      </w:r>
    </w:p>
    <w:p>
      <w:pPr>
        <w:jc w:val="both"/>
      </w:pPr>
      <w:r>
        <w:t>362.000</w:t>
      </w:r>
    </w:p>
    <w:p>
      <w:pPr>
        <w:jc w:val="both"/>
      </w:pPr>
      <w:r>
        <w:t>1875</w:t>
      </w:r>
    </w:p>
    <w:p>
      <w:pPr>
        <w:jc w:val="both"/>
      </w:pPr>
      <w:r>
        <w:t>1859</w:t>
      </w:r>
    </w:p>
    <w:p>
      <w:pPr>
        <w:jc w:val="both"/>
      </w:pPr>
      <w:r>
        <w:t>04C7.439</w:t>
      </w:r>
    </w:p>
    <w:p>
      <w:pPr>
        <w:jc w:val="both"/>
      </w:pPr>
      <w:r>
        <w:t>Xạ hình tụy</w:t>
      </w:r>
    </w:p>
    <w:p>
      <w:pPr>
        <w:jc w:val="both"/>
      </w:pPr>
      <w:r>
        <w:t>560.000</w:t>
      </w:r>
    </w:p>
    <w:p>
      <w:pPr>
        <w:jc w:val="both"/>
      </w:pPr>
      <w:r>
        <w:t>634.000</w:t>
      </w:r>
    </w:p>
    <w:p>
      <w:pPr>
        <w:jc w:val="both"/>
      </w:pPr>
      <w:r>
        <w:t>1876</w:t>
      </w:r>
    </w:p>
    <w:p>
      <w:pPr>
        <w:jc w:val="both"/>
      </w:pPr>
      <w:r>
        <w:t>1860</w:t>
      </w:r>
    </w:p>
    <w:p>
      <w:pPr>
        <w:jc w:val="both"/>
      </w:pPr>
      <w:r>
        <w:t>03C3.7.1.21</w:t>
      </w:r>
    </w:p>
    <w:p>
      <w:pPr>
        <w:jc w:val="both"/>
      </w:pPr>
      <w:r>
        <w:t>Xạ hình tủy xương với Tc-99m Sulfur Colloid hoặc BMHP Sulfur Colloid hoặc BMHP</w:t>
      </w:r>
    </w:p>
    <w:p>
      <w:pPr>
        <w:jc w:val="both"/>
      </w:pPr>
      <w:r>
        <w:t>481.000</w:t>
      </w:r>
    </w:p>
    <w:p>
      <w:pPr>
        <w:jc w:val="both"/>
      </w:pPr>
      <w:r>
        <w:t>535.000</w:t>
      </w:r>
    </w:p>
    <w:p>
      <w:pPr>
        <w:jc w:val="both"/>
      </w:pPr>
      <w:r>
        <w:t>1877</w:t>
      </w:r>
    </w:p>
    <w:p>
      <w:pPr>
        <w:jc w:val="both"/>
      </w:pPr>
      <w:r>
        <w:t>1861</w:t>
      </w:r>
    </w:p>
    <w:p>
      <w:pPr>
        <w:jc w:val="both"/>
      </w:pPr>
      <w:r>
        <w:t>04C7.438</w:t>
      </w:r>
    </w:p>
    <w:p>
      <w:pPr>
        <w:jc w:val="both"/>
      </w:pPr>
      <w:r>
        <w:t>Xạ hình tuyến cận giáp: với Tc-99m MIBI hoặc với Tc-99m - V- DMSA hoặc với đồng vị kép</w:t>
      </w:r>
    </w:p>
    <w:p>
      <w:pPr>
        <w:jc w:val="both"/>
      </w:pPr>
      <w:r>
        <w:t>560.000</w:t>
      </w:r>
    </w:p>
    <w:p>
      <w:pPr>
        <w:jc w:val="both"/>
      </w:pPr>
      <w:r>
        <w:t>634.000</w:t>
      </w:r>
    </w:p>
    <w:p>
      <w:pPr>
        <w:jc w:val="both"/>
      </w:pPr>
      <w:r>
        <w:t>1878</w:t>
      </w:r>
    </w:p>
    <w:p>
      <w:pPr>
        <w:jc w:val="both"/>
      </w:pPr>
      <w:r>
        <w:t>1862</w:t>
      </w:r>
    </w:p>
    <w:p>
      <w:pPr>
        <w:jc w:val="both"/>
      </w:pPr>
      <w:r>
        <w:t>03G3.7.1.12</w:t>
      </w:r>
    </w:p>
    <w:p>
      <w:pPr>
        <w:jc w:val="both"/>
      </w:pPr>
      <w:r>
        <w:t>Xạ hình tuyến giáp</w:t>
      </w:r>
    </w:p>
    <w:p>
      <w:pPr>
        <w:jc w:val="both"/>
      </w:pPr>
      <w:r>
        <w:t>311.000</w:t>
      </w:r>
    </w:p>
    <w:p>
      <w:pPr>
        <w:jc w:val="both"/>
      </w:pPr>
      <w:r>
        <w:t>339.000</w:t>
      </w:r>
    </w:p>
    <w:p>
      <w:pPr>
        <w:jc w:val="both"/>
      </w:pPr>
      <w:r>
        <w:t>1879</w:t>
      </w:r>
    </w:p>
    <w:p>
      <w:pPr>
        <w:jc w:val="both"/>
      </w:pPr>
      <w:r>
        <w:t>1863</w:t>
      </w:r>
    </w:p>
    <w:p>
      <w:pPr>
        <w:jc w:val="both"/>
      </w:pPr>
      <w:r>
        <w:t>03C3.7.1.15</w:t>
      </w:r>
    </w:p>
    <w:p>
      <w:pPr>
        <w:jc w:val="both"/>
      </w:pPr>
      <w:r>
        <w:t>Xạ hình tuyến nước bọt với Tc-99m</w:t>
      </w:r>
    </w:p>
    <w:p>
      <w:pPr>
        <w:jc w:val="both"/>
      </w:pPr>
      <w:r>
        <w:t>361.000</w:t>
      </w:r>
    </w:p>
    <w:p>
      <w:pPr>
        <w:jc w:val="both"/>
      </w:pPr>
      <w:r>
        <w:t>397.000</w:t>
      </w:r>
    </w:p>
    <w:p>
      <w:pPr>
        <w:jc w:val="both"/>
      </w:pPr>
      <w:r>
        <w:t>1880</w:t>
      </w:r>
    </w:p>
    <w:p>
      <w:pPr>
        <w:jc w:val="both"/>
      </w:pPr>
      <w:r>
        <w:t>1864</w:t>
      </w:r>
    </w:p>
    <w:p>
      <w:pPr>
        <w:jc w:val="both"/>
      </w:pPr>
      <w:r>
        <w:t>03C3.7.1.7</w:t>
      </w:r>
    </w:p>
    <w:p>
      <w:pPr>
        <w:jc w:val="both"/>
      </w:pPr>
      <w:r>
        <w:t>Xạ hình tuyến thượng thận với I-131 MIBG</w:t>
      </w:r>
    </w:p>
    <w:p>
      <w:pPr>
        <w:jc w:val="both"/>
      </w:pPr>
      <w:r>
        <w:t>461.000</w:t>
      </w:r>
    </w:p>
    <w:p>
      <w:pPr>
        <w:jc w:val="both"/>
      </w:pPr>
      <w:r>
        <w:t>512.000</w:t>
      </w:r>
    </w:p>
    <w:p>
      <w:pPr>
        <w:jc w:val="both"/>
      </w:pPr>
      <w:r>
        <w:t>1881</w:t>
      </w:r>
    </w:p>
    <w:p>
      <w:pPr>
        <w:jc w:val="both"/>
      </w:pPr>
      <w:r>
        <w:t>1865</w:t>
      </w:r>
    </w:p>
    <w:p>
      <w:pPr>
        <w:jc w:val="both"/>
      </w:pPr>
      <w:r>
        <w:t>03C3.7.1.34</w:t>
      </w:r>
    </w:p>
    <w:p>
      <w:pPr>
        <w:jc w:val="both"/>
      </w:pPr>
      <w:r>
        <w:t>Xạ hình tuyến vú</w:t>
      </w:r>
    </w:p>
    <w:p>
      <w:pPr>
        <w:jc w:val="both"/>
      </w:pPr>
      <w:r>
        <w:t>431.000</w:t>
      </w:r>
    </w:p>
    <w:p>
      <w:pPr>
        <w:jc w:val="both"/>
      </w:pPr>
      <w:r>
        <w:t>477.000</w:t>
      </w:r>
    </w:p>
    <w:p>
      <w:pPr>
        <w:jc w:val="both"/>
      </w:pPr>
      <w:r>
        <w:t>1882</w:t>
      </w:r>
    </w:p>
    <w:p>
      <w:pPr>
        <w:jc w:val="both"/>
      </w:pPr>
      <w:r>
        <w:t>1866</w:t>
      </w:r>
    </w:p>
    <w:p>
      <w:pPr>
        <w:jc w:val="both"/>
      </w:pPr>
      <w:r>
        <w:t>03C3.7.1.22</w:t>
      </w:r>
    </w:p>
    <w:p>
      <w:pPr>
        <w:jc w:val="both"/>
      </w:pPr>
      <w:r>
        <w:t>Xạ hình xương</w:t>
      </w:r>
    </w:p>
    <w:p>
      <w:pPr>
        <w:jc w:val="both"/>
      </w:pPr>
      <w:r>
        <w:t>431.000</w:t>
      </w:r>
    </w:p>
    <w:p>
      <w:pPr>
        <w:jc w:val="both"/>
      </w:pPr>
      <w:r>
        <w:t>477.000</w:t>
      </w:r>
    </w:p>
    <w:p>
      <w:pPr>
        <w:jc w:val="both"/>
      </w:pPr>
      <w:r>
        <w:t>1883</w:t>
      </w:r>
    </w:p>
    <w:p>
      <w:pPr>
        <w:jc w:val="both"/>
      </w:pPr>
      <w:r>
        <w:t>1867</w:t>
      </w:r>
    </w:p>
    <w:p>
      <w:pPr>
        <w:jc w:val="both"/>
      </w:pPr>
      <w:r>
        <w:t>03C3.7.1.35</w:t>
      </w:r>
    </w:p>
    <w:p>
      <w:pPr>
        <w:jc w:val="both"/>
      </w:pPr>
      <w:r>
        <w:t>Xạ hình xương 3 pha với Tc-99m MDP</w:t>
      </w:r>
    </w:p>
    <w:p>
      <w:pPr>
        <w:jc w:val="both"/>
      </w:pPr>
      <w:r>
        <w:t>461.000</w:t>
      </w:r>
    </w:p>
    <w:p>
      <w:pPr>
        <w:jc w:val="both"/>
      </w:pPr>
      <w:r>
        <w:t>512.000</w:t>
      </w:r>
    </w:p>
    <w:p>
      <w:pPr>
        <w:jc w:val="both"/>
      </w:pPr>
      <w:r>
        <w:t>1884</w:t>
      </w:r>
    </w:p>
    <w:p>
      <w:pPr>
        <w:jc w:val="both"/>
      </w:pPr>
      <w:r>
        <w:t>1868</w:t>
      </w:r>
    </w:p>
    <w:p>
      <w:pPr>
        <w:jc w:val="both"/>
      </w:pPr>
      <w:r>
        <w:t>03C3.7.1.26</w:t>
      </w:r>
    </w:p>
    <w:p>
      <w:pPr>
        <w:jc w:val="both"/>
      </w:pPr>
      <w:r>
        <w:t>Xác định đời sống hồng cầu, nơi phân hủy hồng cầu với hồng cầu đánh dấu Cr-51</w:t>
      </w:r>
    </w:p>
    <w:p>
      <w:pPr>
        <w:jc w:val="both"/>
      </w:pPr>
      <w:r>
        <w:t>431.000</w:t>
      </w:r>
    </w:p>
    <w:p>
      <w:pPr>
        <w:jc w:val="both"/>
      </w:pPr>
      <w:r>
        <w:t>477.000</w:t>
      </w:r>
    </w:p>
    <w:p>
      <w:pPr>
        <w:jc w:val="both"/>
      </w:pPr>
      <w:r>
        <w:t>1885</w:t>
      </w:r>
    </w:p>
    <w:p>
      <w:pPr>
        <w:jc w:val="both"/>
      </w:pPr>
      <w:r>
        <w:t>1869</w:t>
      </w:r>
    </w:p>
    <w:p>
      <w:pPr>
        <w:jc w:val="both"/>
      </w:pPr>
      <w:r>
        <w:t>03C3.7.1.25</w:t>
      </w:r>
    </w:p>
    <w:p>
      <w:pPr>
        <w:jc w:val="both"/>
      </w:pPr>
      <w:r>
        <w:t>Xác định thể tích hồng cầu với hồng cầu đánh dấu Cr-51</w:t>
      </w:r>
    </w:p>
    <w:p>
      <w:pPr>
        <w:jc w:val="both"/>
      </w:pPr>
      <w:r>
        <w:t>331.000</w:t>
      </w:r>
    </w:p>
    <w:p>
      <w:pPr>
        <w:jc w:val="both"/>
      </w:pPr>
      <w:r>
        <w:t>362.000</w:t>
      </w:r>
    </w:p>
    <w:p>
      <w:pPr>
        <w:jc w:val="both"/>
      </w:pPr>
      <w:r>
        <w:t>II</w:t>
      </w:r>
    </w:p>
    <w:p>
      <w:pPr>
        <w:jc w:val="both"/>
      </w:pPr>
      <w:r>
        <w:t>II</w:t>
      </w:r>
    </w:p>
    <w:p>
      <w:pPr>
        <w:jc w:val="both"/>
      </w:pPr>
      <w:r>
        <w:t>Điều trị bằng chất phóng xạ (giá chưa bao gồm dược chất phóng xạ, hợp chất đánh dấu, vật tư phóng xạ và các thuốc bổ trợ khác, nếu có sử dụng)</w:t>
      </w:r>
    </w:p>
    <w:p>
      <w:pPr>
        <w:jc w:val="both"/>
      </w:pPr>
      <w:r>
        <w:t>1886</w:t>
      </w:r>
    </w:p>
    <w:p>
      <w:pPr>
        <w:jc w:val="both"/>
      </w:pPr>
      <w:r>
        <w:t>1870</w:t>
      </w:r>
    </w:p>
    <w:p>
      <w:pPr>
        <w:jc w:val="both"/>
      </w:pPr>
      <w:r>
        <w:t>03C3.7.2.36</w:t>
      </w:r>
    </w:p>
    <w:p>
      <w:pPr>
        <w:jc w:val="both"/>
      </w:pPr>
      <w:r>
        <w:t>Điều trị Basedow/ bướu tuyến giáp đơn thuần/ nhân độc tuyến giáp bằng I-131</w:t>
      </w:r>
    </w:p>
    <w:p>
      <w:pPr>
        <w:jc w:val="both"/>
      </w:pPr>
      <w:r>
        <w:t>828.000</w:t>
      </w:r>
    </w:p>
    <w:p>
      <w:pPr>
        <w:jc w:val="both"/>
      </w:pPr>
      <w:r>
        <w:t>900.000</w:t>
      </w:r>
    </w:p>
    <w:p>
      <w:pPr>
        <w:jc w:val="both"/>
      </w:pPr>
      <w:r>
        <w:t>1887</w:t>
      </w:r>
    </w:p>
    <w:p>
      <w:pPr>
        <w:jc w:val="both"/>
      </w:pPr>
      <w:r>
        <w:t>1871</w:t>
      </w:r>
    </w:p>
    <w:p>
      <w:pPr>
        <w:jc w:val="both"/>
      </w:pPr>
      <w:r>
        <w:t>03C3.7.2.38</w:t>
      </w:r>
    </w:p>
    <w:p>
      <w:pPr>
        <w:jc w:val="both"/>
      </w:pPr>
      <w:r>
        <w:t>Điều trị ung thư tuyến giáp bằng I-131</w:t>
      </w:r>
    </w:p>
    <w:p>
      <w:pPr>
        <w:jc w:val="both"/>
      </w:pPr>
      <w:r>
        <w:t>984.000</w:t>
      </w:r>
    </w:p>
    <w:p>
      <w:pPr>
        <w:jc w:val="both"/>
      </w:pPr>
      <w:r>
        <w:t>1.077.000</w:t>
      </w:r>
    </w:p>
    <w:p>
      <w:pPr>
        <w:jc w:val="both"/>
      </w:pPr>
      <w:r>
        <w:t>1888</w:t>
      </w:r>
    </w:p>
    <w:p>
      <w:pPr>
        <w:jc w:val="both"/>
      </w:pPr>
      <w:r>
        <w:t>1872</w:t>
      </w:r>
    </w:p>
    <w:p>
      <w:pPr>
        <w:jc w:val="both"/>
      </w:pPr>
      <w:r>
        <w:t>03C3.7.2.44</w:t>
      </w:r>
    </w:p>
    <w:p>
      <w:pPr>
        <w:jc w:val="both"/>
      </w:pPr>
      <w:r>
        <w:t>Điều trị bệnh đa hồng cầu nguyên phát/ bệnh Leucose kinh/ giảm đau do ung thư di căn vào xương bằng P-32</w:t>
      </w:r>
    </w:p>
    <w:p>
      <w:pPr>
        <w:jc w:val="both"/>
      </w:pPr>
      <w:r>
        <w:t>621.000</w:t>
      </w:r>
    </w:p>
    <w:p>
      <w:pPr>
        <w:jc w:val="both"/>
      </w:pPr>
      <w:r>
        <w:t>667.000</w:t>
      </w:r>
    </w:p>
    <w:p>
      <w:pPr>
        <w:jc w:val="both"/>
      </w:pPr>
      <w:r>
        <w:t>1889</w:t>
      </w:r>
    </w:p>
    <w:p>
      <w:pPr>
        <w:jc w:val="both"/>
      </w:pPr>
      <w:r>
        <w:t>1873</w:t>
      </w:r>
    </w:p>
    <w:p>
      <w:pPr>
        <w:jc w:val="both"/>
      </w:pPr>
      <w:r>
        <w:t>03C3.7.2.46</w:t>
      </w:r>
    </w:p>
    <w:p>
      <w:pPr>
        <w:jc w:val="both"/>
      </w:pPr>
      <w:r>
        <w:t>Điều trị giảm đau bằng Sammarium 153 (1 đợt điều trị 10 ngày)</w:t>
      </w:r>
    </w:p>
    <w:p>
      <w:pPr>
        <w:jc w:val="both"/>
      </w:pPr>
      <w:r>
        <w:t>836.000</w:t>
      </w:r>
    </w:p>
    <w:p>
      <w:pPr>
        <w:jc w:val="both"/>
      </w:pPr>
      <w:r>
        <w:t>915.000</w:t>
      </w:r>
    </w:p>
    <w:p>
      <w:pPr>
        <w:jc w:val="both"/>
      </w:pPr>
      <w:r>
        <w:t>1890</w:t>
      </w:r>
    </w:p>
    <w:p>
      <w:pPr>
        <w:jc w:val="both"/>
      </w:pPr>
      <w:r>
        <w:t>1874</w:t>
      </w:r>
    </w:p>
    <w:p>
      <w:pPr>
        <w:jc w:val="both"/>
      </w:pPr>
      <w:r>
        <w:t>03C3.7.2.40</w:t>
      </w:r>
    </w:p>
    <w:p>
      <w:pPr>
        <w:jc w:val="both"/>
      </w:pPr>
      <w:r>
        <w:t>Điều trị sẹo lồi/ Eczema/ u máu nông bằng P-32 (tính cho 1 ngày điều trị)</w:t>
      </w:r>
    </w:p>
    <w:p>
      <w:pPr>
        <w:jc w:val="both"/>
      </w:pPr>
      <w:r>
        <w:t>216.000</w:t>
      </w:r>
    </w:p>
    <w:p>
      <w:pPr>
        <w:jc w:val="both"/>
      </w:pPr>
      <w:r>
        <w:t>242.000</w:t>
      </w:r>
    </w:p>
    <w:p>
      <w:pPr>
        <w:jc w:val="both"/>
      </w:pPr>
      <w:r>
        <w:t>1891</w:t>
      </w:r>
    </w:p>
    <w:p>
      <w:pPr>
        <w:jc w:val="both"/>
      </w:pPr>
      <w:r>
        <w:t>1875</w:t>
      </w:r>
    </w:p>
    <w:p>
      <w:pPr>
        <w:jc w:val="both"/>
      </w:pPr>
      <w:r>
        <w:t>03C3.7.2.43</w:t>
      </w:r>
    </w:p>
    <w:p>
      <w:pPr>
        <w:jc w:val="both"/>
      </w:pPr>
      <w:r>
        <w:t>Điều trị tràn dịch màng bụng/ màng phổi do ung thư bằng keo phóng xạ</w:t>
      </w:r>
    </w:p>
    <w:p>
      <w:pPr>
        <w:jc w:val="both"/>
      </w:pPr>
      <w:r>
        <w:t>1.904.000</w:t>
      </w:r>
    </w:p>
    <w:p>
      <w:pPr>
        <w:jc w:val="both"/>
      </w:pPr>
      <w:r>
        <w:t>2.099.000</w:t>
      </w:r>
    </w:p>
    <w:p>
      <w:pPr>
        <w:jc w:val="both"/>
      </w:pPr>
      <w:r>
        <w:t>1892</w:t>
      </w:r>
    </w:p>
    <w:p>
      <w:pPr>
        <w:jc w:val="both"/>
      </w:pPr>
      <w:r>
        <w:t>1876</w:t>
      </w:r>
    </w:p>
    <w:p>
      <w:pPr>
        <w:jc w:val="both"/>
      </w:pPr>
      <w:r>
        <w:t>03C3.7.2.52</w:t>
      </w:r>
    </w:p>
    <w:p>
      <w:pPr>
        <w:jc w:val="both"/>
      </w:pPr>
      <w:r>
        <w:t>Điều trị u tuyến thượng thận và u tế bào thần kinh bằng I-131MIBG</w:t>
      </w:r>
    </w:p>
    <w:p>
      <w:pPr>
        <w:jc w:val="both"/>
      </w:pPr>
      <w:r>
        <w:t>605.000</w:t>
      </w:r>
    </w:p>
    <w:p>
      <w:pPr>
        <w:jc w:val="both"/>
      </w:pPr>
      <w:r>
        <w:t>681.000</w:t>
      </w:r>
    </w:p>
    <w:p>
      <w:pPr>
        <w:jc w:val="both"/>
      </w:pPr>
      <w:r>
        <w:t>1893</w:t>
      </w:r>
    </w:p>
    <w:p>
      <w:pPr>
        <w:jc w:val="both"/>
      </w:pPr>
      <w:r>
        <w:t>1877</w:t>
      </w:r>
    </w:p>
    <w:p>
      <w:pPr>
        <w:jc w:val="both"/>
      </w:pPr>
      <w:r>
        <w:t>03C3.7.2.49</w:t>
      </w:r>
    </w:p>
    <w:p>
      <w:pPr>
        <w:jc w:val="both"/>
      </w:pPr>
      <w:r>
        <w:t>Điều trị ung thư gan bằng keo Silicon P-32</w:t>
      </w:r>
    </w:p>
    <w:p>
      <w:pPr>
        <w:jc w:val="both"/>
      </w:pPr>
      <w:r>
        <w:t>850.000</w:t>
      </w:r>
    </w:p>
    <w:p>
      <w:pPr>
        <w:jc w:val="both"/>
      </w:pPr>
      <w:r>
        <w:t>947.000</w:t>
      </w:r>
    </w:p>
    <w:p>
      <w:pPr>
        <w:jc w:val="both"/>
      </w:pPr>
      <w:r>
        <w:t>1894</w:t>
      </w:r>
    </w:p>
    <w:p>
      <w:pPr>
        <w:jc w:val="both"/>
      </w:pPr>
      <w:r>
        <w:t>1878</w:t>
      </w:r>
    </w:p>
    <w:p>
      <w:pPr>
        <w:jc w:val="both"/>
      </w:pPr>
      <w:r>
        <w:t>03C3.7.2.47</w:t>
      </w:r>
    </w:p>
    <w:p>
      <w:pPr>
        <w:jc w:val="both"/>
      </w:pPr>
      <w:r>
        <w:t>Điều trị ung thư gan nguyên phát bằng I-131 Lipiodol</w:t>
      </w:r>
    </w:p>
    <w:p>
      <w:pPr>
        <w:jc w:val="both"/>
      </w:pPr>
      <w:r>
        <w:t>714.000</w:t>
      </w:r>
    </w:p>
    <w:p>
      <w:pPr>
        <w:jc w:val="both"/>
      </w:pPr>
      <w:r>
        <w:t>791.000</w:t>
      </w:r>
    </w:p>
    <w:p>
      <w:pPr>
        <w:jc w:val="both"/>
      </w:pPr>
      <w:r>
        <w:t>1895</w:t>
      </w:r>
    </w:p>
    <w:p>
      <w:pPr>
        <w:jc w:val="both"/>
      </w:pPr>
      <w:r>
        <w:t>1879</w:t>
      </w:r>
    </w:p>
    <w:p>
      <w:pPr>
        <w:jc w:val="both"/>
      </w:pPr>
      <w:r>
        <w:t>03C3.7.2.48</w:t>
      </w:r>
    </w:p>
    <w:p>
      <w:pPr>
        <w:jc w:val="both"/>
      </w:pPr>
      <w:r>
        <w:t>Điều trị ung thư gan nguyên phát bằng Renium188</w:t>
      </w:r>
    </w:p>
    <w:p>
      <w:pPr>
        <w:jc w:val="both"/>
      </w:pPr>
      <w:r>
        <w:t>700.000</w:t>
      </w:r>
    </w:p>
    <w:p>
      <w:pPr>
        <w:jc w:val="both"/>
      </w:pPr>
      <w:r>
        <w:t>774.000</w:t>
      </w:r>
    </w:p>
    <w:p>
      <w:pPr>
        <w:jc w:val="both"/>
      </w:pPr>
      <w:r>
        <w:t>1896</w:t>
      </w:r>
    </w:p>
    <w:p>
      <w:pPr>
        <w:jc w:val="both"/>
      </w:pPr>
      <w:r>
        <w:t>1880</w:t>
      </w:r>
    </w:p>
    <w:p>
      <w:pPr>
        <w:jc w:val="both"/>
      </w:pPr>
      <w:r>
        <w:t>03C3.7.2.51</w:t>
      </w:r>
    </w:p>
    <w:p>
      <w:pPr>
        <w:jc w:val="both"/>
      </w:pPr>
      <w:r>
        <w:t>Điều trị ung thư tiền liệt tuyến bằng hạt phóng xạ I-125</w:t>
      </w:r>
    </w:p>
    <w:p>
      <w:pPr>
        <w:jc w:val="both"/>
      </w:pPr>
      <w:r>
        <w:t>15.580.000</w:t>
      </w:r>
    </w:p>
    <w:p>
      <w:pPr>
        <w:jc w:val="both"/>
      </w:pPr>
      <w:r>
        <w:t>17.732.000</w:t>
      </w:r>
    </w:p>
    <w:p>
      <w:pPr>
        <w:jc w:val="both"/>
      </w:pPr>
      <w:r>
        <w:t>1897</w:t>
      </w:r>
    </w:p>
    <w:p>
      <w:pPr>
        <w:jc w:val="both"/>
      </w:pPr>
      <w:r>
        <w:t>1881</w:t>
      </w:r>
    </w:p>
    <w:p>
      <w:pPr>
        <w:jc w:val="both"/>
      </w:pPr>
      <w:r>
        <w:t>03C3.7.2.50</w:t>
      </w:r>
    </w:p>
    <w:p>
      <w:pPr>
        <w:jc w:val="both"/>
      </w:pPr>
      <w:r>
        <w:t>Điều trị ung thư vú bằng hạt phóng xạ I-125</w:t>
      </w:r>
    </w:p>
    <w:p>
      <w:pPr>
        <w:jc w:val="both"/>
      </w:pPr>
      <w:r>
        <w:t>15.580.000</w:t>
      </w:r>
    </w:p>
    <w:p>
      <w:pPr>
        <w:jc w:val="both"/>
      </w:pPr>
      <w:r>
        <w:t>17.732.000</w:t>
      </w:r>
    </w:p>
    <w:p>
      <w:pPr>
        <w:jc w:val="both"/>
      </w:pPr>
      <w:r>
        <w:t>1898</w:t>
      </w:r>
    </w:p>
    <w:p>
      <w:pPr>
        <w:jc w:val="both"/>
      </w:pPr>
      <w:r>
        <w:t>1882</w:t>
      </w:r>
    </w:p>
    <w:p>
      <w:pPr>
        <w:jc w:val="both"/>
      </w:pPr>
      <w:r>
        <w:t>03C3.7.2.42</w:t>
      </w:r>
    </w:p>
    <w:p>
      <w:pPr>
        <w:jc w:val="both"/>
      </w:pPr>
      <w:r>
        <w:t>Điều trị viêm bao hoạt dịch bằng keo phóng xạ</w:t>
      </w:r>
    </w:p>
    <w:p>
      <w:pPr>
        <w:jc w:val="both"/>
      </w:pPr>
      <w:r>
        <w:t>490.000</w:t>
      </w:r>
    </w:p>
    <w:p>
      <w:pPr>
        <w:jc w:val="both"/>
      </w:pPr>
      <w:r>
        <w:t>547.000</w:t>
      </w:r>
    </w:p>
    <w:p>
      <w:pPr>
        <w:jc w:val="both"/>
      </w:pPr>
      <w:r>
        <w:t>1899</w:t>
      </w:r>
    </w:p>
    <w:p>
      <w:pPr>
        <w:jc w:val="both"/>
      </w:pPr>
      <w:r>
        <w:t>1883</w:t>
      </w:r>
    </w:p>
    <w:p>
      <w:pPr>
        <w:jc w:val="both"/>
      </w:pPr>
      <w:r>
        <w:t>Điều trị ung thư gan bằng hạt vi cầu phóng xạ 90 Y</w:t>
      </w:r>
    </w:p>
    <w:p>
      <w:pPr>
        <w:jc w:val="both"/>
      </w:pPr>
      <w:r>
        <w:t>15.240.000</w:t>
      </w:r>
    </w:p>
    <w:p>
      <w:pPr>
        <w:jc w:val="both"/>
      </w:pPr>
      <w:r>
        <w:t>17.392.000</w:t>
      </w:r>
    </w:p>
    <w:p>
      <w:pPr>
        <w:jc w:val="both"/>
      </w:pPr>
      <w:r>
        <w:t>Chưa bao gồm chi phí dây dẫn trong trường hợp tiêm hạt vi cầu vào khối u gan thứ 2 trở lên.</w:t>
      </w:r>
    </w:p>
    <w:p>
      <w:pPr>
        <w:jc w:val="both"/>
      </w:pPr>
      <w:r>
        <w:t>1900</w:t>
      </w:r>
    </w:p>
    <w:p>
      <w:pPr>
        <w:jc w:val="both"/>
      </w:pPr>
      <w:r>
        <w:t>1884</w:t>
      </w:r>
    </w:p>
    <w:p>
      <w:pPr>
        <w:jc w:val="both"/>
      </w:pPr>
      <w:r>
        <w:t>PET/CT bằng bức xạ hãm ở bệnh nhân ung thư gan, ung thư đường mật trong gan, ung thư di căn gan sau điều trị bằng hạt vi cầu phóng xạ 90 Y</w:t>
      </w:r>
    </w:p>
    <w:p>
      <w:pPr>
        <w:jc w:val="both"/>
      </w:pPr>
      <w:r>
        <w:t>4.040.000</w:t>
      </w:r>
    </w:p>
    <w:p>
      <w:pPr>
        <w:jc w:val="both"/>
      </w:pPr>
      <w:r>
        <w:t>4.498.000</w:t>
      </w:r>
    </w:p>
    <w:p>
      <w:pPr>
        <w:jc w:val="both"/>
      </w:pPr>
      <w:r>
        <w:t>Các thủ thuật còn lại khác</w:t>
      </w:r>
    </w:p>
    <w:p>
      <w:pPr>
        <w:jc w:val="both"/>
      </w:pPr>
      <w:r>
        <w:t>1901</w:t>
      </w:r>
    </w:p>
    <w:p>
      <w:pPr>
        <w:jc w:val="both"/>
      </w:pPr>
      <w:r>
        <w:t>1885</w:t>
      </w:r>
    </w:p>
    <w:p>
      <w:pPr>
        <w:jc w:val="both"/>
      </w:pPr>
      <w:r>
        <w:t>Thủ thuật loại đặc biệt</w:t>
      </w:r>
    </w:p>
    <w:p>
      <w:pPr>
        <w:jc w:val="both"/>
      </w:pPr>
      <w:r>
        <w:t>526.000</w:t>
      </w:r>
    </w:p>
    <w:p>
      <w:pPr>
        <w:jc w:val="both"/>
      </w:pPr>
      <w:r>
        <w:t>583.000</w:t>
      </w:r>
    </w:p>
    <w:p>
      <w:pPr>
        <w:jc w:val="both"/>
      </w:pPr>
      <w:r>
        <w:t>1902</w:t>
      </w:r>
    </w:p>
    <w:p>
      <w:pPr>
        <w:jc w:val="both"/>
      </w:pPr>
      <w:r>
        <w:t>1886</w:t>
      </w:r>
    </w:p>
    <w:p>
      <w:pPr>
        <w:jc w:val="both"/>
      </w:pPr>
      <w:r>
        <w:t>Thủ thuật loại I</w:t>
      </w:r>
    </w:p>
    <w:p>
      <w:pPr>
        <w:jc w:val="both"/>
      </w:pPr>
      <w:r>
        <w:t>324.000</w:t>
      </w:r>
    </w:p>
    <w:p>
      <w:pPr>
        <w:jc w:val="both"/>
      </w:pPr>
      <w:r>
        <w:t>357.000</w:t>
      </w:r>
    </w:p>
    <w:p>
      <w:pPr>
        <w:jc w:val="both"/>
      </w:pPr>
      <w:r>
        <w:t>1903</w:t>
      </w:r>
    </w:p>
    <w:p>
      <w:pPr>
        <w:jc w:val="both"/>
      </w:pPr>
      <w:r>
        <w:t>1887</w:t>
      </w:r>
    </w:p>
    <w:p>
      <w:pPr>
        <w:jc w:val="both"/>
      </w:pPr>
      <w:r>
        <w:t>Thủ thuật loại II</w:t>
      </w:r>
    </w:p>
    <w:p>
      <w:pPr>
        <w:jc w:val="both"/>
      </w:pPr>
      <w:r>
        <w:t>207.000</w:t>
      </w:r>
    </w:p>
    <w:p>
      <w:pPr>
        <w:jc w:val="both"/>
      </w:pPr>
      <w:r>
        <w:t>230.000</w:t>
      </w:r>
    </w:p>
    <w:p>
      <w:pPr>
        <w:jc w:val="both"/>
      </w:pPr>
      <w:r>
        <w:t>F</w:t>
      </w:r>
    </w:p>
    <w:p>
      <w:pPr>
        <w:jc w:val="both"/>
      </w:pPr>
      <w:r>
        <w:t>F</w:t>
      </w:r>
    </w:p>
    <w:p>
      <w:pPr>
        <w:jc w:val="both"/>
      </w:pPr>
      <w:r>
        <w:t>BỔ SUNG MỘT SỐ DỊCH VỤ</w:t>
      </w:r>
    </w:p>
    <w:p>
      <w:pPr>
        <w:jc w:val="both"/>
      </w:pPr>
      <w:r>
        <w:t>1904</w:t>
      </w:r>
    </w:p>
    <w:p>
      <w:pPr>
        <w:jc w:val="both"/>
      </w:pPr>
      <w:r>
        <w:t>Theo dõi tim thai và cơn co tử cung bằng monitoring</w:t>
      </w:r>
    </w:p>
    <w:p>
      <w:pPr>
        <w:jc w:val="both"/>
      </w:pPr>
      <w:r>
        <w:t>55.000</w:t>
      </w:r>
    </w:p>
    <w:p>
      <w:pPr>
        <w:jc w:val="both"/>
      </w:pPr>
      <w:r>
        <w:t>63.300</w:t>
      </w:r>
    </w:p>
    <w:p>
      <w:pPr>
        <w:jc w:val="both"/>
      </w:pPr>
      <w:r>
        <w:t>Trường hợp theo dõi tim thai và cơn co tử cung của sản phụ khoa trong cuộc đẻ thì thanh toán 01 lần/ngày điều trị.</w:t>
      </w:r>
    </w:p>
    <w:p>
      <w:pPr>
        <w:jc w:val="both"/>
      </w:pPr>
      <w:r>
        <w:t>1905</w:t>
      </w:r>
    </w:p>
    <w:p>
      <w:pPr>
        <w:jc w:val="both"/>
      </w:pPr>
      <w:r>
        <w:t>Gây mê trong phẫu thuật mắt</w:t>
      </w:r>
    </w:p>
    <w:p>
      <w:pPr>
        <w:jc w:val="both"/>
      </w:pPr>
      <w:r>
        <w:t>500.000</w:t>
      </w:r>
    </w:p>
    <w:p>
      <w:pPr>
        <w:jc w:val="both"/>
      </w:pPr>
      <w:r>
        <w:t>575.600</w:t>
      </w:r>
    </w:p>
    <w:p>
      <w:pPr>
        <w:jc w:val="both"/>
      </w:pPr>
      <w:r>
        <w:t>1906</w:t>
      </w:r>
    </w:p>
    <w:p>
      <w:pPr>
        <w:jc w:val="both"/>
      </w:pPr>
      <w:r>
        <w:t>Gây mê trong thủ thuật mắt</w:t>
      </w:r>
    </w:p>
    <w:p>
      <w:pPr>
        <w:jc w:val="both"/>
      </w:pPr>
      <w:r>
        <w:t>250.000</w:t>
      </w:r>
    </w:p>
    <w:p>
      <w:pPr>
        <w:jc w:val="both"/>
      </w:pPr>
      <w:r>
        <w:t>287.800</w:t>
      </w:r>
    </w:p>
    <w:p>
      <w:pPr>
        <w:jc w:val="both"/>
      </w:pPr>
      <w:r>
        <w:t>1907</w:t>
      </w:r>
    </w:p>
    <w:p>
      <w:pPr>
        <w:jc w:val="both"/>
      </w:pPr>
      <w:r>
        <w:t>Chiếu tia Plasma lạnh điều trị vết thương hoặc vết mổ chiều dài ≤ 15cm</w:t>
      </w:r>
    </w:p>
    <w:p>
      <w:pPr>
        <w:jc w:val="both"/>
      </w:pPr>
      <w:r>
        <w:t>140.000</w:t>
      </w:r>
    </w:p>
    <w:p>
      <w:pPr>
        <w:jc w:val="both"/>
      </w:pPr>
      <w:r>
        <w:t>170.600</w:t>
      </w:r>
    </w:p>
    <w:p>
      <w:pPr>
        <w:jc w:val="both"/>
      </w:pPr>
      <w:r>
        <w:t>1908</w:t>
      </w:r>
    </w:p>
    <w:p>
      <w:pPr>
        <w:jc w:val="both"/>
      </w:pPr>
      <w:r>
        <w:t>Chiếu tia Plasma lạnh điều trị vết thương hoặc vết mổ chiều dài trên 15 cm đến 30 cm</w:t>
      </w:r>
    </w:p>
    <w:p>
      <w:pPr>
        <w:jc w:val="both"/>
      </w:pPr>
      <w:r>
        <w:t>280.000</w:t>
      </w:r>
    </w:p>
    <w:p>
      <w:pPr>
        <w:jc w:val="both"/>
      </w:pPr>
      <w:r>
        <w:t>315.800</w:t>
      </w:r>
    </w:p>
    <w:p>
      <w:pPr>
        <w:jc w:val="both"/>
      </w:pPr>
      <w:r>
        <w:t>1909</w:t>
      </w:r>
    </w:p>
    <w:p>
      <w:pPr>
        <w:jc w:val="both"/>
      </w:pPr>
      <w:r>
        <w:t>Chiếu tia Plasma lạnh điều trị vết thương hoặc vết mổ chiều dài trên 30 cm</w:t>
      </w:r>
    </w:p>
    <w:p>
      <w:pPr>
        <w:jc w:val="both"/>
      </w:pPr>
      <w:r>
        <w:t>430.000</w:t>
      </w:r>
    </w:p>
    <w:p>
      <w:pPr>
        <w:jc w:val="both"/>
      </w:pPr>
      <w:r>
        <w:t>505.400</w:t>
      </w:r>
    </w:p>
    <w:p>
      <w:pPr>
        <w:jc w:val="both"/>
      </w:pPr>
      <w:r>
        <w:t>1910</w:t>
      </w:r>
    </w:p>
    <w:p>
      <w:pPr>
        <w:jc w:val="both"/>
      </w:pPr>
      <w:r>
        <w:t>03C5.1</w:t>
      </w:r>
    </w:p>
    <w:p>
      <w:pPr>
        <w:jc w:val="both"/>
      </w:pPr>
      <w:r>
        <w:t>Telemedicine</w:t>
      </w:r>
    </w:p>
    <w:p>
      <w:pPr>
        <w:jc w:val="both"/>
      </w:pPr>
      <w:r>
        <w:t>1.734.000</w:t>
      </w:r>
    </w:p>
    <w:p>
      <w:pPr>
        <w:jc w:val="both"/>
      </w:pPr>
      <w:r>
        <w:t>1.961.000</w:t>
      </w:r>
    </w:p>
    <w:p>
      <w:pPr>
        <w:jc w:val="both"/>
      </w:pPr>
      <w:r>
        <w:t>1911</w:t>
      </w:r>
    </w:p>
    <w:p>
      <w:pPr>
        <w:jc w:val="both"/>
      </w:pPr>
      <w:r>
        <w:t>Điều trị bệnh rụng tóc hoặc bệnh hói hoặc rạn da sử dụng phương pháp vi kim dẫn thuốc và tái tạo collagen</w:t>
      </w:r>
    </w:p>
    <w:p>
      <w:pPr>
        <w:jc w:val="both"/>
      </w:pPr>
      <w:r>
        <w:t>258.000</w:t>
      </w:r>
    </w:p>
    <w:p>
      <w:pPr>
        <w:jc w:val="both"/>
      </w:pPr>
      <w:r>
        <w:t>286.000</w:t>
      </w:r>
    </w:p>
    <w:p>
      <w:pPr>
        <w:jc w:val="both"/>
      </w:pPr>
      <w:r>
        <w:t>Giá tính cho mỗi đơn vị là 10 cm2 diện tích điều trị, không bao gồm thuốc và kim dẫn thuốc.</w:t>
      </w:r>
    </w:p>
    <w:p>
      <w:pPr>
        <w:jc w:val="both"/>
      </w:pPr>
      <w:r>
        <w:t>1912</w:t>
      </w:r>
    </w:p>
    <w:p>
      <w:pPr>
        <w:jc w:val="both"/>
      </w:pPr>
      <w:r>
        <w:t>Điều trị bệnh da sử dụng phương pháp vi kim dẫn thuốc và tái tạo collagen</w:t>
      </w:r>
    </w:p>
    <w:p>
      <w:pPr>
        <w:jc w:val="both"/>
      </w:pPr>
      <w:r>
        <w:t>320.000</w:t>
      </w:r>
    </w:p>
    <w:p>
      <w:pPr>
        <w:jc w:val="both"/>
      </w:pPr>
      <w:r>
        <w:t>358.000</w:t>
      </w:r>
    </w:p>
    <w:p>
      <w:pPr>
        <w:jc w:val="both"/>
      </w:pPr>
      <w:r>
        <w:t>Giá tính cho mỗi đơn vị là 10 cm2 diện tích điều trị, không bao gồm thuốc và kim dẫn thuốc.</w:t>
      </w:r>
    </w:p>
    <w:p>
      <w:pPr>
        <w:jc w:val="both"/>
      </w:pPr>
      <w:r>
        <w:t>1913</w:t>
      </w:r>
    </w:p>
    <w:p>
      <w:pPr>
        <w:jc w:val="both"/>
      </w:pPr>
      <w:r>
        <w:t>Điều trị các bệnh về da sử dụng công nghệ ionphoresis</w:t>
      </w:r>
    </w:p>
    <w:p>
      <w:pPr>
        <w:jc w:val="both"/>
      </w:pPr>
      <w:r>
        <w:t>535.000</w:t>
      </w:r>
    </w:p>
    <w:p>
      <w:pPr>
        <w:jc w:val="both"/>
      </w:pPr>
      <w:r>
        <w:t>605.000</w:t>
      </w:r>
    </w:p>
    <w:p>
      <w:pPr>
        <w:jc w:val="both"/>
      </w:pPr>
      <w:r>
        <w:t>Giá tính cho mỗi đơn vị là 10 cm2 diện tích điều trị, không bao gồm thuốc và kim dẫn thuốc.</w:t>
      </w:r>
    </w:p>
    <w:p>
      <w:pPr>
        <w:jc w:val="both"/>
      </w:pPr>
      <w:r>
        <w:t>1914</w:t>
      </w:r>
    </w:p>
    <w:p>
      <w:pPr>
        <w:jc w:val="both"/>
      </w:pPr>
      <w:r>
        <w:t>Phẫu thuật cấy lông mày</w:t>
      </w:r>
    </w:p>
    <w:p>
      <w:pPr>
        <w:jc w:val="both"/>
      </w:pPr>
      <w:r>
        <w:t>1.923.000</w:t>
      </w:r>
    </w:p>
    <w:p>
      <w:pPr>
        <w:jc w:val="both"/>
      </w:pPr>
      <w:r>
        <w:t>2.093.000</w:t>
      </w:r>
    </w:p>
    <w:p>
      <w:pPr>
        <w:jc w:val="both"/>
      </w:pPr>
      <w:r>
        <w:t>1915</w:t>
      </w:r>
    </w:p>
    <w:p>
      <w:pPr>
        <w:jc w:val="both"/>
      </w:pPr>
      <w:r>
        <w:t>Xoá xăm bằng các kỹ thuật Laser Ruby</w:t>
      </w:r>
    </w:p>
    <w:p>
      <w:pPr>
        <w:jc w:val="both"/>
      </w:pPr>
      <w:r>
        <w:t>798.000</w:t>
      </w:r>
    </w:p>
    <w:p>
      <w:pPr>
        <w:jc w:val="both"/>
      </w:pPr>
      <w:r>
        <w:t>877.000</w:t>
      </w:r>
    </w:p>
    <w:p>
      <w:pPr>
        <w:jc w:val="both"/>
      </w:pPr>
      <w:r>
        <w:t>Giá tính cho mỗi đơn vị là 10 cm2 diện tích điều trị.</w:t>
      </w:r>
    </w:p>
    <w:p>
      <w:pPr>
        <w:jc w:val="both"/>
      </w:pPr>
      <w:r>
        <w:t>1916</w:t>
      </w:r>
    </w:p>
    <w:p>
      <w:pPr>
        <w:jc w:val="both"/>
      </w:pPr>
      <w:r>
        <w:t>Xoá nếp nhăn bằng Laser Fractional, Intracell</w:t>
      </w:r>
    </w:p>
    <w:p>
      <w:pPr>
        <w:jc w:val="both"/>
      </w:pPr>
      <w:r>
        <w:t>1.072.000</w:t>
      </w:r>
    </w:p>
    <w:p>
      <w:pPr>
        <w:jc w:val="both"/>
      </w:pPr>
      <w:r>
        <w:t>1.187.000</w:t>
      </w:r>
    </w:p>
    <w:p>
      <w:pPr>
        <w:jc w:val="both"/>
      </w:pPr>
      <w:r>
        <w:t>Giá tính cho mỗi đơn vị là 10 cm2 diện tích điều trị.</w:t>
      </w:r>
    </w:p>
    <w:p>
      <w:pPr>
        <w:jc w:val="both"/>
      </w:pPr>
      <w:r>
        <w:t>1917</w:t>
      </w:r>
    </w:p>
    <w:p>
      <w:pPr>
        <w:jc w:val="both"/>
      </w:pPr>
      <w:r>
        <w:t>Trẻ hoá da bằng các kỹ thuật Laser Fractional</w:t>
      </w:r>
    </w:p>
    <w:p>
      <w:pPr>
        <w:jc w:val="both"/>
      </w:pPr>
      <w:r>
        <w:t>1.072.000</w:t>
      </w:r>
    </w:p>
    <w:p>
      <w:pPr>
        <w:jc w:val="both"/>
      </w:pPr>
      <w:r>
        <w:t>1.187.000</w:t>
      </w:r>
    </w:p>
    <w:p>
      <w:pPr>
        <w:jc w:val="both"/>
      </w:pPr>
      <w:r>
        <w:t>Giá tính cho mỗi đơn vị là 10 cm2 diện tích điều trị.</w:t>
      </w:r>
    </w:p>
    <w:p>
      <w:pPr>
        <w:jc w:val="both"/>
      </w:pPr>
      <w:r>
        <w:t>1918</w:t>
      </w:r>
    </w:p>
    <w:p>
      <w:pPr>
        <w:jc w:val="both"/>
      </w:pPr>
      <w:r>
        <w:t>Trẻ hoá da bằng Radiofrequency (RF)</w:t>
      </w:r>
    </w:p>
    <w:p>
      <w:pPr>
        <w:jc w:val="both"/>
      </w:pPr>
      <w:r>
        <w:t>574.000</w:t>
      </w:r>
    </w:p>
    <w:p>
      <w:pPr>
        <w:jc w:val="both"/>
      </w:pPr>
      <w:r>
        <w:t>636.000</w:t>
      </w:r>
    </w:p>
    <w:p>
      <w:pPr>
        <w:jc w:val="both"/>
      </w:pPr>
      <w:r>
        <w:t>Giá tính cho mỗi đơn vị là 10 cm2 diện tích điều trị.</w:t>
      </w:r>
    </w:p>
    <w:p>
      <w:pPr>
        <w:jc w:val="both"/>
      </w:pPr>
      <w:r>
        <w:t>1919</w:t>
      </w:r>
    </w:p>
    <w:p>
      <w:pPr>
        <w:jc w:val="both"/>
      </w:pPr>
      <w:r>
        <w:t>Điều trị bệnh da bằng kỹ thuật ly trích huyết tương giàu tiểu cầu (PRP)</w:t>
      </w:r>
    </w:p>
    <w:p>
      <w:pPr>
        <w:jc w:val="both"/>
      </w:pPr>
      <w:r>
        <w:t>4.489.000</w:t>
      </w:r>
    </w:p>
    <w:p>
      <w:pPr>
        <w:jc w:val="both"/>
      </w:pPr>
      <w:r>
        <w:t>5.047.000</w:t>
      </w:r>
    </w:p>
    <w:p>
      <w:pPr>
        <w:jc w:val="both"/>
      </w:pPr>
      <w:r>
        <w:t>Giá tính cho mỗi đơn vị là 10 cm2 diện tích điều trị, không bao gồm thuốc.</w:t>
      </w:r>
    </w:p>
    <w:p>
      <w:pPr>
        <w:jc w:val="both"/>
      </w:pPr>
      <w:r>
        <w:t>1920</w:t>
      </w:r>
    </w:p>
    <w:p>
      <w:pPr>
        <w:jc w:val="both"/>
      </w:pPr>
      <w:r>
        <w:t>Điều trị lão hóa da sử dụng kim dẫn thuốc</w:t>
      </w:r>
    </w:p>
    <w:p>
      <w:pPr>
        <w:jc w:val="both"/>
      </w:pPr>
      <w:r>
        <w:t>597.000</w:t>
      </w:r>
    </w:p>
    <w:p>
      <w:pPr>
        <w:jc w:val="both"/>
      </w:pPr>
      <w:r>
        <w:t>640.000</w:t>
      </w:r>
    </w:p>
    <w:p>
      <w:pPr>
        <w:jc w:val="both"/>
      </w:pPr>
      <w:r>
        <w:t>Giá tính cho mỗi đơn vị là 10 cm2 diện tích điều trị, không bao gồm thuốc.</w:t>
      </w:r>
    </w:p>
    <w:p>
      <w:pPr>
        <w:jc w:val="both"/>
      </w:pPr>
      <w:r>
        <w:t>1921</w:t>
      </w:r>
    </w:p>
    <w:p>
      <w:pPr>
        <w:jc w:val="both"/>
      </w:pPr>
      <w:r>
        <w:t>Điều trị mụn trứng cá, rụng tóc bằng máy Mesoderm</w:t>
      </w:r>
    </w:p>
    <w:p>
      <w:pPr>
        <w:jc w:val="both"/>
      </w:pPr>
      <w:r>
        <w:t>218.000</w:t>
      </w:r>
    </w:p>
    <w:p>
      <w:pPr>
        <w:jc w:val="both"/>
      </w:pPr>
      <w:r>
        <w:t>243.000</w:t>
      </w:r>
    </w:p>
    <w:p>
      <w:pPr>
        <w:jc w:val="both"/>
      </w:pPr>
      <w:r>
        <w:t>Giá tính cho mỗi đơn vị là 10 cm2 diện tích điều trị, không bao gồm thuốc và kim dẫn thuốc.</w:t>
      </w:r>
    </w:p>
    <w:p>
      <w:pPr>
        <w:jc w:val="both"/>
      </w:pPr>
      <w:r>
        <w:t>1922</w:t>
      </w:r>
    </w:p>
    <w:p>
      <w:pPr>
        <w:jc w:val="both"/>
      </w:pPr>
      <w:r>
        <w:t>Điều trị bệnh da bằng chiếu đèn LED</w:t>
      </w:r>
    </w:p>
    <w:p>
      <w:pPr>
        <w:jc w:val="both"/>
      </w:pPr>
      <w:r>
        <w:t>198.000</w:t>
      </w:r>
    </w:p>
    <w:p>
      <w:pPr>
        <w:jc w:val="both"/>
      </w:pPr>
      <w:r>
        <w:t>220.000</w:t>
      </w:r>
    </w:p>
    <w:p>
      <w:pPr>
        <w:jc w:val="both"/>
      </w:pPr>
      <w:r>
        <w:t>1923</w:t>
      </w:r>
    </w:p>
    <w:p>
      <w:pPr>
        <w:jc w:val="both"/>
      </w:pPr>
      <w:r>
        <w:t>Bơm tinh trùng vào buồng tử cung (IUI)</w:t>
      </w:r>
    </w:p>
    <w:p>
      <w:pPr>
        <w:jc w:val="both"/>
      </w:pPr>
      <w:r>
        <w:t>1.028.000</w:t>
      </w:r>
    </w:p>
    <w:p>
      <w:pPr>
        <w:jc w:val="both"/>
      </w:pPr>
      <w:r>
        <w:t>1.171.000</w:t>
      </w:r>
    </w:p>
    <w:p>
      <w:pPr>
        <w:jc w:val="both"/>
      </w:pPr>
      <w:r>
        <w:t>1924</w:t>
      </w:r>
    </w:p>
    <w:p>
      <w:pPr>
        <w:jc w:val="both"/>
      </w:pPr>
      <w:r>
        <w:t>Cấy - tháo thuốc tránh thai</w:t>
      </w:r>
    </w:p>
    <w:p>
      <w:pPr>
        <w:jc w:val="both"/>
      </w:pPr>
      <w:r>
        <w:t>228.000</w:t>
      </w:r>
    </w:p>
    <w:p>
      <w:pPr>
        <w:jc w:val="both"/>
      </w:pPr>
      <w:r>
        <w:t>250.000</w:t>
      </w:r>
    </w:p>
    <w:p>
      <w:pPr>
        <w:jc w:val="both"/>
      </w:pPr>
      <w:r>
        <w:t>1925</w:t>
      </w:r>
    </w:p>
    <w:p>
      <w:pPr>
        <w:jc w:val="both"/>
      </w:pPr>
      <w:r>
        <w:t>Chọc hút noãn</w:t>
      </w:r>
    </w:p>
    <w:p>
      <w:pPr>
        <w:jc w:val="both"/>
      </w:pPr>
      <w:r>
        <w:t>7.142.000</w:t>
      </w:r>
    </w:p>
    <w:p>
      <w:pPr>
        <w:jc w:val="both"/>
      </w:pPr>
      <w:r>
        <w:t>8.181.000</w:t>
      </w:r>
    </w:p>
    <w:p>
      <w:pPr>
        <w:jc w:val="both"/>
      </w:pPr>
      <w:r>
        <w:t>1926</w:t>
      </w:r>
    </w:p>
    <w:p>
      <w:pPr>
        <w:jc w:val="both"/>
      </w:pPr>
      <w:r>
        <w:t>Chọc hút tinh hoàn mào tinh hoàn lấy tinh trùng hoặc sinh thiết tinh hoàn, mào tinh hoàn</w:t>
      </w:r>
    </w:p>
    <w:p>
      <w:pPr>
        <w:jc w:val="both"/>
      </w:pPr>
      <w:r>
        <w:t>2.577.000</w:t>
      </w:r>
    </w:p>
    <w:p>
      <w:pPr>
        <w:jc w:val="both"/>
      </w:pPr>
      <w:r>
        <w:t>2.946.000</w:t>
      </w:r>
    </w:p>
    <w:p>
      <w:pPr>
        <w:jc w:val="both"/>
      </w:pPr>
      <w:r>
        <w:t>1927</w:t>
      </w:r>
    </w:p>
    <w:p>
      <w:pPr>
        <w:jc w:val="both"/>
      </w:pPr>
      <w:r>
        <w:t>Chuyển phôi hoặc chuyển phôi giao tử vào vòi tử cung</w:t>
      </w:r>
    </w:p>
    <w:p>
      <w:pPr>
        <w:jc w:val="both"/>
      </w:pPr>
      <w:r>
        <w:t>3.899.000</w:t>
      </w:r>
    </w:p>
    <w:p>
      <w:pPr>
        <w:jc w:val="both"/>
      </w:pPr>
      <w:r>
        <w:t>4.468.000</w:t>
      </w:r>
    </w:p>
    <w:p>
      <w:pPr>
        <w:jc w:val="both"/>
      </w:pPr>
      <w:r>
        <w:t>1928</w:t>
      </w:r>
    </w:p>
    <w:p>
      <w:pPr>
        <w:jc w:val="both"/>
      </w:pPr>
      <w:r>
        <w:t>Đặt và tháo dụng cụ tử cung</w:t>
      </w:r>
    </w:p>
    <w:p>
      <w:pPr>
        <w:jc w:val="both"/>
      </w:pPr>
      <w:r>
        <w:t>233.000</w:t>
      </w:r>
    </w:p>
    <w:p>
      <w:pPr>
        <w:jc w:val="both"/>
      </w:pPr>
      <w:r>
        <w:t>259.000</w:t>
      </w:r>
    </w:p>
    <w:p>
      <w:pPr>
        <w:jc w:val="both"/>
      </w:pPr>
      <w:r>
        <w:t>1929</w:t>
      </w:r>
    </w:p>
    <w:p>
      <w:pPr>
        <w:jc w:val="both"/>
      </w:pPr>
      <w:r>
        <w:t>Điều trị tắc tia sữa bằng máy hút hoặc sóng ngắn hoặc hồng ngoại</w:t>
      </w:r>
    </w:p>
    <w:p>
      <w:pPr>
        <w:jc w:val="both"/>
      </w:pPr>
      <w:r>
        <w:t>65.600</w:t>
      </w:r>
    </w:p>
    <w:p>
      <w:pPr>
        <w:jc w:val="both"/>
      </w:pPr>
      <w:r>
        <w:t>73.200</w:t>
      </w:r>
    </w:p>
    <w:p>
      <w:pPr>
        <w:jc w:val="both"/>
      </w:pPr>
      <w:r>
        <w:t>1930</w:t>
      </w:r>
    </w:p>
    <w:p>
      <w:pPr>
        <w:jc w:val="both"/>
      </w:pPr>
      <w:r>
        <w:t>Giảm thiểu phôi (Giảm thiểu thai)</w:t>
      </w:r>
    </w:p>
    <w:p>
      <w:pPr>
        <w:jc w:val="both"/>
      </w:pPr>
      <w:r>
        <w:t>2.208.000</w:t>
      </w:r>
    </w:p>
    <w:p>
      <w:pPr>
        <w:jc w:val="both"/>
      </w:pPr>
      <w:r>
        <w:t>2.482.000</w:t>
      </w:r>
    </w:p>
    <w:p>
      <w:pPr>
        <w:jc w:val="both"/>
      </w:pPr>
      <w:r>
        <w:t>1931</w:t>
      </w:r>
    </w:p>
    <w:p>
      <w:pPr>
        <w:jc w:val="both"/>
      </w:pPr>
      <w:r>
        <w:t>Lọc rửa tinh trùng</w:t>
      </w:r>
    </w:p>
    <w:p>
      <w:pPr>
        <w:jc w:val="both"/>
      </w:pPr>
      <w:r>
        <w:t>950.000</w:t>
      </w:r>
    </w:p>
    <w:p>
      <w:pPr>
        <w:jc w:val="both"/>
      </w:pPr>
      <w:r>
        <w:t>1.083.000</w:t>
      </w:r>
    </w:p>
    <w:p>
      <w:pPr>
        <w:jc w:val="both"/>
      </w:pPr>
      <w:r>
        <w:t>1932</w:t>
      </w:r>
    </w:p>
    <w:p>
      <w:pPr>
        <w:jc w:val="both"/>
      </w:pPr>
      <w:r>
        <w:t>Rã đông phôi, noãn</w:t>
      </w:r>
    </w:p>
    <w:p>
      <w:pPr>
        <w:jc w:val="both"/>
      </w:pPr>
      <w:r>
        <w:t>3.623.000</w:t>
      </w:r>
    </w:p>
    <w:p>
      <w:pPr>
        <w:jc w:val="both"/>
      </w:pPr>
      <w:r>
        <w:t>4.086.000</w:t>
      </w:r>
    </w:p>
    <w:p>
      <w:pPr>
        <w:jc w:val="both"/>
      </w:pPr>
      <w:r>
        <w:t>1933</w:t>
      </w:r>
    </w:p>
    <w:p>
      <w:pPr>
        <w:jc w:val="both"/>
      </w:pPr>
      <w:r>
        <w:t>Rã đông tinh trùng</w:t>
      </w:r>
    </w:p>
    <w:p>
      <w:pPr>
        <w:jc w:val="both"/>
      </w:pPr>
      <w:r>
        <w:t>212.000</w:t>
      </w:r>
    </w:p>
    <w:p>
      <w:pPr>
        <w:jc w:val="both"/>
      </w:pPr>
      <w:r>
        <w:t>235.000</w:t>
      </w:r>
    </w:p>
    <w:p>
      <w:pPr>
        <w:jc w:val="both"/>
      </w:pPr>
      <w:r>
        <w:t>1934</w:t>
      </w:r>
    </w:p>
    <w:p>
      <w:pPr>
        <w:jc w:val="both"/>
      </w:pPr>
      <w:r>
        <w:t>Sinh thiết phôi chẩn đoán (Sinh thiết phôi bào cho chẩn đoán di truyền tiền làm tổ (Biopsy-PGS)/cho 1 người bệnh)</w:t>
      </w:r>
    </w:p>
    <w:p>
      <w:pPr>
        <w:jc w:val="both"/>
      </w:pPr>
      <w:r>
        <w:t>8.868.000</w:t>
      </w:r>
    </w:p>
    <w:p>
      <w:pPr>
        <w:jc w:val="both"/>
      </w:pPr>
      <w:r>
        <w:t>10.179.000</w:t>
      </w:r>
    </w:p>
    <w:p>
      <w:pPr>
        <w:jc w:val="both"/>
      </w:pPr>
      <w:r>
        <w:t>1935</w:t>
      </w:r>
    </w:p>
    <w:p>
      <w:pPr>
        <w:jc w:val="both"/>
      </w:pPr>
      <w:r>
        <w:t>Tiêm tinh trùng vào bào tương của noãn (ICSI)</w:t>
      </w:r>
    </w:p>
    <w:p>
      <w:pPr>
        <w:jc w:val="both"/>
      </w:pPr>
      <w:r>
        <w:t>6.253.000</w:t>
      </w:r>
    </w:p>
    <w:p>
      <w:pPr>
        <w:jc w:val="both"/>
      </w:pPr>
      <w:r>
        <w:t>7.168.000</w:t>
      </w:r>
    </w:p>
    <w:p>
      <w:pPr>
        <w:jc w:val="both"/>
      </w:pPr>
      <w:r>
        <w:t>1936</w:t>
      </w:r>
    </w:p>
    <w:p>
      <w:pPr>
        <w:jc w:val="both"/>
      </w:pPr>
      <w:r>
        <w:t>Triệt sản nam (bằng dao hoặc không bằng dao)</w:t>
      </w:r>
    </w:p>
    <w:p>
      <w:pPr>
        <w:jc w:val="both"/>
      </w:pPr>
      <w:r>
        <w:t>1.288.000</w:t>
      </w:r>
    </w:p>
    <w:p>
      <w:pPr>
        <w:jc w:val="both"/>
      </w:pPr>
      <w:r>
        <w:t>1.471.000</w:t>
      </w:r>
    </w:p>
    <w:p>
      <w:pPr>
        <w:jc w:val="both"/>
      </w:pPr>
      <w:r>
        <w:t>1937</w:t>
      </w:r>
    </w:p>
    <w:p>
      <w:pPr>
        <w:jc w:val="both"/>
      </w:pPr>
      <w:r>
        <w:t>03C2.3.93</w:t>
      </w:r>
    </w:p>
    <w:p>
      <w:pPr>
        <w:jc w:val="both"/>
      </w:pPr>
      <w:r>
        <w:t>Phẫu thuật điều trị tật khúc xạ bằng Laser Excimer (01 mắt)</w:t>
      </w:r>
    </w:p>
    <w:p>
      <w:pPr>
        <w:jc w:val="both"/>
      </w:pPr>
      <w:r>
        <w:t>4.190.000</w:t>
      </w:r>
    </w:p>
    <w:p>
      <w:pPr>
        <w:jc w:val="both"/>
      </w:pPr>
      <w:r>
        <w:t>4.792.000</w:t>
      </w:r>
    </w:p>
    <w:p>
      <w:pPr>
        <w:jc w:val="both"/>
      </w:pPr>
      <w:r>
        <w:t>1938</w:t>
      </w:r>
    </w:p>
    <w:p>
      <w:pPr>
        <w:jc w:val="both"/>
      </w:pPr>
      <w:r>
        <w:t>03C2.3.21</w:t>
      </w:r>
    </w:p>
    <w:p>
      <w:pPr>
        <w:jc w:val="both"/>
      </w:pPr>
      <w:r>
        <w:t>Rạch giác mạc nan hoa (1 mắt)</w:t>
      </w:r>
    </w:p>
    <w:p>
      <w:pPr>
        <w:jc w:val="both"/>
      </w:pPr>
      <w:r>
        <w:t>623.000</w:t>
      </w:r>
    </w:p>
    <w:p>
      <w:pPr>
        <w:jc w:val="both"/>
      </w:pPr>
      <w:r>
        <w:t>689.000</w:t>
      </w:r>
    </w:p>
    <w:p>
      <w:pPr>
        <w:jc w:val="both"/>
      </w:pPr>
      <w:r>
        <w:t>1939</w:t>
      </w:r>
    </w:p>
    <w:p>
      <w:pPr>
        <w:jc w:val="both"/>
      </w:pPr>
      <w:r>
        <w:t>03C2.3.22</w:t>
      </w:r>
    </w:p>
    <w:p>
      <w:pPr>
        <w:jc w:val="both"/>
      </w:pPr>
      <w:r>
        <w:t>Rạch giác mạc nan hoa (2 mắt)</w:t>
      </w:r>
    </w:p>
    <w:p>
      <w:pPr>
        <w:jc w:val="both"/>
      </w:pPr>
      <w:r>
        <w:t>757.000</w:t>
      </w:r>
    </w:p>
    <w:p>
      <w:pPr>
        <w:jc w:val="both"/>
      </w:pPr>
      <w:r>
        <w:t>833.000</w:t>
      </w:r>
    </w:p>
    <w:p>
      <w:pPr>
        <w:jc w:val="both"/>
      </w:pPr>
      <w:r>
        <w:t>1940</w:t>
      </w:r>
    </w:p>
    <w:p>
      <w:pPr>
        <w:jc w:val="both"/>
      </w:pPr>
      <w:r>
        <w:t>03C2.5.7.40</w:t>
      </w:r>
    </w:p>
    <w:p>
      <w:pPr>
        <w:jc w:val="both"/>
      </w:pPr>
      <w:r>
        <w:t>Dùng laser, sóng cao tần trong điều trị sẹo &gt;2cm</w:t>
      </w:r>
    </w:p>
    <w:p>
      <w:pPr>
        <w:jc w:val="both"/>
      </w:pPr>
      <w:r>
        <w:t>1.707.000</w:t>
      </w:r>
    </w:p>
    <w:p>
      <w:pPr>
        <w:jc w:val="both"/>
      </w:pPr>
      <w:r>
        <w:t>1.911.000</w:t>
      </w:r>
    </w:p>
    <w:p>
      <w:pPr>
        <w:jc w:val="both"/>
      </w:pPr>
      <w:r>
        <w:t>Ghi chú:</w:t>
      </w:r>
    </w:p>
    <w:p>
      <w:pPr>
        <w:jc w:val="both"/>
      </w:pPr>
      <w:r>
        <w:t>(*) Số thứ tự theo Thông tư liên tịch số 37/2015/TTLT-BYT-BTC ngày 29/10/2015 của Bộ Y tế - Bộ Tài chính quy định thống nhất giá dịch vụ khám bệnh, chữa bệnh bảo hiểm y tế giữa các bệnh viện cùng hạng trên toàn quốc.</w:t>
      </w:r>
    </w:p>
    <w:p>
      <w:pPr>
        <w:jc w:val="both"/>
      </w:pPr>
      <w:r>
        <w:t>1. Giá của các dịch vụ kỹ thuật đã bao gồm tiền thuốc, vật tư tiêu hao, vật tư thay thế để thực hiện dịch vụ trừ một số trường hợp đặc biệt đã có ghi chú cụ thể. Bệnh viện không được thu thêm của người bệnh các chi phí đã kết cấu trong giá của các dịch vụ.</w:t>
      </w:r>
    </w:p>
    <w:p>
      <w:pPr>
        <w:jc w:val="both"/>
      </w:pPr>
      <w:r>
        <w:t>2. Chi phí gây mê:</w:t>
      </w:r>
    </w:p>
    <w:p>
      <w:pPr>
        <w:jc w:val="both"/>
      </w:pPr>
      <w:r>
        <w:t>+ Giá của các phẫu thuật đã bao gồm chi phí gây mê hoặc gây tê (trừ chuyên khoa Mắt); Trường hợp khi thực hiện phẫu thuật chuyên khoa mắt gây mê thì chi phí gây mê được thanh toán theo giá của dịch vụ số 1905 của Phụ lục này.</w:t>
      </w:r>
    </w:p>
    <w:p>
      <w:pPr>
        <w:jc w:val="both"/>
      </w:pPr>
      <w:r>
        <w:t>+ Giá của các thủ thuật đã bao gồm chi phí thuốc gây tê, an thần tiền mê, chưa bao gồm chi phí gây mê (trừ một số trường hợp đã ghi cụ thể đã bao gồm chi phí gây mê).</w:t>
      </w:r>
    </w:p>
    <w:p>
      <w:pPr>
        <w:jc w:val="both"/>
      </w:pPr>
      <w:r>
        <w:t>Trường hợp khi thực hiện thủ thuật cần phải gây mê thì chi phí gây mê của thủ thuật chuyên khoa mắt được thanh toán theo giá của dịch vụ số 1906; chi phí gây mê của các thủ thuật còn lại khác được thanh toán theo giá của dịch vụ số 1230 của Phụ lục này.</w:t>
      </w:r>
    </w:p>
    <w:p>
      <w:pPr>
        <w:jc w:val="both"/>
      </w:pPr>
      <w:r>
        <w:t>3. Dịch vụ định nhóm máu ABO trong truyền máu đối với các xét nghiệm số 1281, 1282, 1283 quy định tại Phụ lục này:</w:t>
      </w:r>
    </w:p>
    <w:p>
      <w:pPr>
        <w:jc w:val="both"/>
      </w:pPr>
      <w:r>
        <w:t>a) Định nhóm máu hệ ABO tại khoa xét nghiệm khi phát máu toàn phần và các chế phẩm khối hồng cầu, khối bạch cầu, khối tiểu cầu, huyết tương:</w:t>
      </w:r>
    </w:p>
    <w:p>
      <w:pPr>
        <w:jc w:val="both"/>
      </w:pPr>
      <w:r>
        <w:t>- Định nhóm máu cho người bệnh: thanh toán 1 lần theo giá dịch vụ số thứ tự 1283 (do mức giá của dịch vụ 1283 đã tính chi phí của 2 lần định nhóm máu hệ ABO trên cùng một mẫu máu hoặc 2 mẫu máu của cùng một người bệnh bằng 2 phương pháp huyết thanh mẫu và hồng cầu mẫu);</w:t>
      </w:r>
    </w:p>
    <w:p>
      <w:pPr>
        <w:jc w:val="both"/>
      </w:pPr>
      <w:r>
        <w:t>- Định nhóm máu hệ ABO của đơn vị túi máu, đơn vị chế phẩm máu: thanh toán 01 lần theo giá dịch vụ số thứ tự 1281;</w:t>
      </w:r>
    </w:p>
    <w:p>
      <w:pPr>
        <w:jc w:val="both"/>
      </w:pPr>
      <w:r>
        <w:t>- Trường hợp người bệnh được phát nhiều đơn vị máu hoặc chế phẩm máu tại cùng một thời điểm thì bắt đầu từ đơn vị máu hoặc đơn vị chế phẩm thứ 2 trở đi, cứ phát thêm một đơn vị thì sẽ được thanh toán thêm 01 lần định nhóm máu hệ ABO của đơn vị túi máu theo giá dịch vụ có số thứ tự 1281. Trường hợp này không phải xác định nhóm máu hệ ABO của người bệnh do người bệnh đã được xác định nhóm máu hệ ABO khi phát đơn vị máu hoặc đơn vị chế phẩm thứ nhất.</w:t>
      </w:r>
    </w:p>
    <w:p>
      <w:pPr>
        <w:jc w:val="both"/>
      </w:pPr>
      <w:r>
        <w:t>b) Xét nghiệm định nhóm máu hệ ABO tại giường bệnh:</w:t>
      </w:r>
    </w:p>
    <w:p>
      <w:pPr>
        <w:jc w:val="both"/>
      </w:pPr>
      <w:r>
        <w:t>- Định nhóm máu hệ ABO tại giường bệnh khi người bệnh được truyền máu toàn phần hoặc khối hồng cầu hoặc khối bạch cầu: thanh toán 01 lần theo giá dịch vụ có số thứ tự 1281;</w:t>
      </w:r>
    </w:p>
    <w:p>
      <w:pPr>
        <w:jc w:val="both"/>
      </w:pPr>
      <w:r>
        <w:t>- Định nhóm máu hệ ABO tại giường bệnh khi người bệnh được truyền chế phẩm huyết tương, khối tiểu cầu: thanh toán 01 lần theo giá dịch vụ có số thứ tự 1282;</w:t>
      </w:r>
    </w:p>
    <w:p>
      <w:pPr>
        <w:jc w:val="both"/>
      </w:pPr>
      <w:r>
        <w:t>- Trường hợp tại cùng một thời điểm người bệnh được truyền nhiều đơn vị máu hoặc chế phẩm máu thì bắt đầu từ đơn vị máu hoặc đơn vị chế phẩm thứ 2 trở đi thanh toán thêm 01 lần định nhóm máu tại giường bệnh theo mức giá dịch vụ có số thứ tự 1281; số lần định nhóm máu ABO tại giường, thực hiện theo quy định của Bộ Y tế.</w:t>
      </w:r>
    </w:p>
    <w:p>
      <w:pPr>
        <w:jc w:val="both"/>
      </w:pPr>
      <w:r>
        <w:t>- Mức giá của các dịch vụ định nhóm máu ABO từ số thứ tự 1281, 1282, 1283 được quy định chung cho các phương pháp ống nghiệm, phiến đá hoặc trên giấy.</w:t>
      </w:r>
    </w:p>
    <w:p>
      <w:pPr>
        <w:jc w:val="both"/>
      </w:pPr>
      <w:r>
        <w:t>PHỤ LỤC IV</w:t>
      </w:r>
    </w:p>
    <w:p>
      <w:pPr>
        <w:jc w:val="both"/>
      </w:pPr>
      <w:r>
        <w:t>BỔ SUNG GHI CHÚ CỦA MỘT SỐ DỊCH VỤ KỸ THUẬT Y TẾ</w:t>
      </w:r>
    </w:p>
    <w:p>
      <w:pPr>
        <w:jc w:val="both"/>
      </w:pPr>
      <w:r>
        <w:t>(Ban hành kèm theo Thông tư 21/2023/TT-BYT ngày 17/11/2023 của Bộ Y tế)</w:t>
      </w:r>
    </w:p>
    <w:p>
      <w:pPr>
        <w:jc w:val="both"/>
      </w:pPr>
      <w:r>
        <w:t>Đơn vị: đồng</w:t>
      </w:r>
    </w:p>
    <w:p>
      <w:pPr>
        <w:jc w:val="both"/>
      </w:pPr>
      <w:r>
        <w:t>STT</w:t>
      </w:r>
    </w:p>
    <w:p>
      <w:pPr>
        <w:jc w:val="both"/>
      </w:pPr>
      <w:r>
        <w:t>Mã theo TT50 (*)</w:t>
      </w:r>
    </w:p>
    <w:p>
      <w:pPr>
        <w:jc w:val="both"/>
      </w:pPr>
      <w:r>
        <w:t>Tên theo Thông tư 50/2014/TT-BYT</w:t>
      </w:r>
    </w:p>
    <w:p>
      <w:pPr>
        <w:jc w:val="both"/>
      </w:pPr>
      <w:r>
        <w:t>Tên danh mục tại Phụ lục 3 Thông tư này</w:t>
      </w:r>
    </w:p>
    <w:p>
      <w:pPr>
        <w:jc w:val="both"/>
      </w:pPr>
      <w:r>
        <w:t>Ghi chú</w:t>
      </w:r>
    </w:p>
    <w:p>
      <w:pPr>
        <w:jc w:val="both"/>
      </w:pPr>
      <w:r>
        <w:t>1</w:t>
      </w:r>
    </w:p>
    <w:p>
      <w:pPr>
        <w:jc w:val="both"/>
      </w:pPr>
      <w:r>
        <w:t>1.209</w:t>
      </w:r>
    </w:p>
    <w:p>
      <w:pPr>
        <w:jc w:val="both"/>
      </w:pPr>
      <w:r>
        <w:t>Dẫn lưu não thất cấp cứu ≤ 8 giờ</w:t>
      </w:r>
    </w:p>
    <w:p>
      <w:pPr>
        <w:jc w:val="both"/>
      </w:pPr>
      <w:r>
        <w:t>Đặt catheter tĩnh mạch trung tâm một nòng</w:t>
      </w:r>
    </w:p>
    <w:p>
      <w:pPr>
        <w:jc w:val="both"/>
      </w:pPr>
      <w:r>
        <w:t>Chưa bao gồm bộ dẫn lưu não thất và đo áp lực nội sọ. Thanh toán theo số lần thực hiện kỹ thuật đặt dẫn lưu, không thanh toán theo giờ.</w:t>
      </w:r>
    </w:p>
    <w:p>
      <w:pPr>
        <w:jc w:val="both"/>
      </w:pPr>
      <w:r>
        <w:t>2</w:t>
      </w:r>
    </w:p>
    <w:p>
      <w:pPr>
        <w:jc w:val="both"/>
      </w:pPr>
      <w:r>
        <w:t>1.231</w:t>
      </w:r>
    </w:p>
    <w:p>
      <w:pPr>
        <w:jc w:val="both"/>
      </w:pPr>
      <w:r>
        <w:t>Đặt ống thông Blakemore vào thực quản cầm máu</w:t>
      </w:r>
    </w:p>
    <w:p>
      <w:pPr>
        <w:jc w:val="both"/>
      </w:pPr>
      <w:r>
        <w:t>Thủ thuật loại I (HSCC - CĐ)</w:t>
      </w:r>
    </w:p>
    <w:p>
      <w:pPr>
        <w:jc w:val="both"/>
      </w:pPr>
      <w:r>
        <w:t>Chưa bao gồm bộ ống thông Blakemore</w:t>
      </w:r>
    </w:p>
    <w:p>
      <w:pPr>
        <w:jc w:val="both"/>
      </w:pPr>
      <w:r>
        <w:t>3</w:t>
      </w:r>
    </w:p>
    <w:p>
      <w:pPr>
        <w:jc w:val="both"/>
      </w:pPr>
      <w:r>
        <w:t>2.127</w:t>
      </w:r>
    </w:p>
    <w:p>
      <w:pPr>
        <w:jc w:val="both"/>
      </w:pPr>
      <w:r>
        <w:t>Triệt đốt thần kinh giao cảm động mạch thận bằng năng lượng sóng tần số radio qua đường ống thông trong điều trị tăng huyết áp kháng trị</w:t>
      </w:r>
    </w:p>
    <w:p>
      <w:pPr>
        <w:jc w:val="both"/>
      </w:pPr>
      <w:r>
        <w:t>Chụp và can thiệp tim mạch (van tim, tim bẩm sinh, động mạch vành) dưới DSA</w:t>
      </w:r>
    </w:p>
    <w:p>
      <w:pPr>
        <w:jc w:val="both"/>
      </w:pPr>
      <w:r>
        <w:t>Chưa bao gồm catheter đốt và cáp nối</w:t>
      </w:r>
    </w:p>
    <w:p>
      <w:pPr>
        <w:jc w:val="both"/>
      </w:pPr>
      <w:r>
        <w:t>4</w:t>
      </w:r>
    </w:p>
    <w:p>
      <w:pPr>
        <w:jc w:val="both"/>
      </w:pPr>
      <w:r>
        <w:t>2.219</w:t>
      </w:r>
    </w:p>
    <w:p>
      <w:pPr>
        <w:jc w:val="both"/>
      </w:pPr>
      <w:r>
        <w:t>Nội soi bơm rửa bàng quang, bơm hoá chất</w:t>
      </w:r>
    </w:p>
    <w:p>
      <w:pPr>
        <w:jc w:val="both"/>
      </w:pPr>
      <w:r>
        <w:t>Nội soi bàng quang không sinh thiết</w:t>
      </w:r>
    </w:p>
    <w:p>
      <w:pPr>
        <w:jc w:val="both"/>
      </w:pPr>
      <w:r>
        <w:t>Chưa bao gồm hóa chất</w:t>
      </w:r>
    </w:p>
    <w:p>
      <w:pPr>
        <w:jc w:val="both"/>
      </w:pPr>
      <w:r>
        <w:t>5</w:t>
      </w:r>
    </w:p>
    <w:p>
      <w:pPr>
        <w:jc w:val="both"/>
      </w:pPr>
      <w:r>
        <w:t>2.461</w:t>
      </w:r>
    </w:p>
    <w:p>
      <w:pPr>
        <w:jc w:val="both"/>
      </w:pPr>
      <w:r>
        <w:t>Điều trị rối loạn nhịp tim bằng sóng cao tần thông thường</w:t>
      </w:r>
    </w:p>
    <w:p>
      <w:pPr>
        <w:jc w:val="both"/>
      </w:pPr>
      <w:r>
        <w:t>Điều trị suy tĩnh mạch bằng Laser nội mạch</w:t>
      </w:r>
    </w:p>
    <w:p>
      <w:pPr>
        <w:jc w:val="both"/>
      </w:pPr>
      <w:r>
        <w:t>Chưa bao gồm bộ dụng cụ điều trị rối loạn nhịp tim bằng RF.</w:t>
      </w:r>
    </w:p>
    <w:p>
      <w:pPr>
        <w:jc w:val="both"/>
      </w:pPr>
      <w:r>
        <w:t>6</w:t>
      </w:r>
    </w:p>
    <w:p>
      <w:pPr>
        <w:jc w:val="both"/>
      </w:pPr>
      <w:r>
        <w:t>10.51</w:t>
      </w:r>
    </w:p>
    <w:p>
      <w:pPr>
        <w:jc w:val="both"/>
      </w:pPr>
      <w:r>
        <w:t>Phẫu thuật u rễ thần kinh ngoài màng tủy kèm tái tạo đốt sống, bằng đường vào phía sau</w:t>
      </w:r>
    </w:p>
    <w:p>
      <w:pPr>
        <w:jc w:val="both"/>
      </w:pPr>
      <w:r>
        <w:t>Phẫu thuật nội soi não hoặc tủy sống</w:t>
      </w:r>
    </w:p>
    <w:p>
      <w:pPr>
        <w:jc w:val="both"/>
      </w:pPr>
      <w:r>
        <w:t>Chưa bao gồm xương nhân tạo hoặc sản phẩm sinh học thay thế xương, đốt sống nhân tạo.</w:t>
      </w:r>
    </w:p>
    <w:p>
      <w:pPr>
        <w:jc w:val="both"/>
      </w:pPr>
      <w:r>
        <w:t>7</w:t>
      </w:r>
    </w:p>
    <w:p>
      <w:pPr>
        <w:jc w:val="both"/>
      </w:pPr>
      <w:r>
        <w:t>10.53</w:t>
      </w:r>
    </w:p>
    <w:p>
      <w:pPr>
        <w:jc w:val="both"/>
      </w:pPr>
      <w:r>
        <w:t>Phẫu thuật u trong và ngoài ống sống, kèm tái tạo đốt sống, bằng đường vào trước hoặc trước-ngoài</w:t>
      </w:r>
    </w:p>
    <w:p>
      <w:pPr>
        <w:jc w:val="both"/>
      </w:pPr>
      <w:r>
        <w:t>Phẫu thuật nội soi não hoặc tủy sống</w:t>
      </w:r>
    </w:p>
    <w:p>
      <w:pPr>
        <w:jc w:val="both"/>
      </w:pPr>
      <w:r>
        <w:t>Chưa bao gồm xương nhân tạo hoặc sản phẩm sinh học thay thế xương, đốt sống nhân tạo.</w:t>
      </w:r>
    </w:p>
    <w:p>
      <w:pPr>
        <w:jc w:val="both"/>
      </w:pPr>
      <w:r>
        <w:t>8</w:t>
      </w:r>
    </w:p>
    <w:p>
      <w:pPr>
        <w:jc w:val="both"/>
      </w:pPr>
      <w:r>
        <w:t>10.167</w:t>
      </w:r>
    </w:p>
    <w:p>
      <w:pPr>
        <w:jc w:val="both"/>
      </w:pPr>
      <w:r>
        <w:t>Phẫu thuật điều trị vết thương - chấn thương mạch máu chi</w:t>
      </w:r>
    </w:p>
    <w:p>
      <w:pPr>
        <w:jc w:val="both"/>
      </w:pPr>
      <w:r>
        <w:t>Phẫu thuật loại I (Ngoại khoa)</w:t>
      </w:r>
    </w:p>
    <w:p>
      <w:pPr>
        <w:jc w:val="both"/>
      </w:pPr>
      <w:r>
        <w:t>Chưa bao gồm đoạn mạch nhân tạo.</w:t>
      </w:r>
    </w:p>
    <w:p>
      <w:pPr>
        <w:jc w:val="both"/>
      </w:pPr>
      <w:r>
        <w:t>9</w:t>
      </w:r>
    </w:p>
    <w:p>
      <w:pPr>
        <w:jc w:val="both"/>
      </w:pPr>
      <w:r>
        <w:t>10.175</w:t>
      </w:r>
    </w:p>
    <w:p>
      <w:pPr>
        <w:jc w:val="both"/>
      </w:pPr>
      <w:r>
        <w:t>Phẫu thuật Hybrid trong cấp cứu mạch máu (phẫu thuật mạch + can thiệp mạch)</w:t>
      </w:r>
    </w:p>
    <w:p>
      <w:pPr>
        <w:jc w:val="both"/>
      </w:pPr>
      <w:r>
        <w:t>Phẫu thuật đặc biệt (Ngoại khoa)</w:t>
      </w:r>
    </w:p>
    <w:p>
      <w:pPr>
        <w:jc w:val="both"/>
      </w:pPr>
      <w:r>
        <w:t>Chưa bao gồm: mạch nhân tạo, keo sinh học, bóng nong, stent, các vật liệu nút mạch, các loại ống thông hoặc vi ống thông, các loại dây dẫn hoặc vi dây dẫn, các vòng xoắn kim loại, dụng cụ lấy dị vật, bộ dụng cụ lấy huyết khối.</w:t>
      </w:r>
    </w:p>
    <w:p>
      <w:pPr>
        <w:jc w:val="both"/>
      </w:pPr>
      <w:r>
        <w:t>10</w:t>
      </w:r>
    </w:p>
    <w:p>
      <w:pPr>
        <w:jc w:val="both"/>
      </w:pPr>
      <w:r>
        <w:t>10.249</w:t>
      </w:r>
    </w:p>
    <w:p>
      <w:pPr>
        <w:jc w:val="both"/>
      </w:pPr>
      <w:r>
        <w:t>Phẫu thuật bắc cầu điều trị thiếu máu mạn tính chi</w:t>
      </w:r>
    </w:p>
    <w:p>
      <w:pPr>
        <w:jc w:val="both"/>
      </w:pPr>
      <w:r>
        <w:t>Phẫu thuật loại I (Ngoại khoa)</w:t>
      </w:r>
    </w:p>
    <w:p>
      <w:pPr>
        <w:jc w:val="both"/>
      </w:pPr>
      <w:r>
        <w:t>Chưa bao gồm đoạn mạch nhân tạo.</w:t>
      </w:r>
    </w:p>
    <w:p>
      <w:pPr>
        <w:jc w:val="both"/>
      </w:pPr>
      <w:r>
        <w:t>11</w:t>
      </w:r>
    </w:p>
    <w:p>
      <w:pPr>
        <w:jc w:val="both"/>
      </w:pPr>
      <w:r>
        <w:t>10.250</w:t>
      </w:r>
    </w:p>
    <w:p>
      <w:pPr>
        <w:jc w:val="both"/>
      </w:pPr>
      <w:r>
        <w:t>Phẫu thuật điều trị tắc động mạch chi cấp tính do huyết khối, mảnh sùi, dị vật</w:t>
      </w:r>
    </w:p>
    <w:p>
      <w:pPr>
        <w:jc w:val="both"/>
      </w:pPr>
      <w:r>
        <w:t>Phẫu thuật loại I (Ngoại khoa)</w:t>
      </w:r>
    </w:p>
    <w:p>
      <w:pPr>
        <w:jc w:val="both"/>
      </w:pPr>
      <w:r>
        <w:t>Chưa bao gồm đoạn mạch nhân tạo.</w:t>
      </w:r>
    </w:p>
    <w:p>
      <w:pPr>
        <w:jc w:val="both"/>
      </w:pPr>
      <w:r>
        <w:t>12</w:t>
      </w:r>
    </w:p>
    <w:p>
      <w:pPr>
        <w:jc w:val="both"/>
      </w:pPr>
      <w:r>
        <w:t>10.251</w:t>
      </w:r>
    </w:p>
    <w:p>
      <w:pPr>
        <w:jc w:val="both"/>
      </w:pPr>
      <w:r>
        <w:t>Phẫu thuật điều trị tắc động mạch chi bán cấp tính</w:t>
      </w:r>
    </w:p>
    <w:p>
      <w:pPr>
        <w:jc w:val="both"/>
      </w:pPr>
      <w:r>
        <w:t>Phẫu thuật loại I (Ngoại khoa)</w:t>
      </w:r>
    </w:p>
    <w:p>
      <w:pPr>
        <w:jc w:val="both"/>
      </w:pPr>
      <w:r>
        <w:t>Chưa bao gồm đoạn mạch nhân tạo.</w:t>
      </w:r>
    </w:p>
    <w:p>
      <w:pPr>
        <w:jc w:val="both"/>
      </w:pPr>
      <w:r>
        <w:t>13</w:t>
      </w:r>
    </w:p>
    <w:p>
      <w:pPr>
        <w:jc w:val="both"/>
      </w:pPr>
      <w:r>
        <w:t>10.258</w:t>
      </w:r>
    </w:p>
    <w:p>
      <w:pPr>
        <w:jc w:val="both"/>
      </w:pPr>
      <w:r>
        <w:t>Phẫu thuật bắc cầu động mạch nách - động mạch đùi</w:t>
      </w:r>
    </w:p>
    <w:p>
      <w:pPr>
        <w:jc w:val="both"/>
      </w:pPr>
      <w:r>
        <w:t>Phẫu thuật loại I (Ngoại khoa)</w:t>
      </w:r>
    </w:p>
    <w:p>
      <w:pPr>
        <w:jc w:val="both"/>
      </w:pPr>
      <w:r>
        <w:t>Chưa bao gồm đoạn mạch nhân tạo.</w:t>
      </w:r>
    </w:p>
    <w:p>
      <w:pPr>
        <w:jc w:val="both"/>
      </w:pPr>
      <w:r>
        <w:t>14</w:t>
      </w:r>
    </w:p>
    <w:p>
      <w:pPr>
        <w:jc w:val="both"/>
      </w:pPr>
      <w:r>
        <w:t>10.270</w:t>
      </w:r>
    </w:p>
    <w:p>
      <w:pPr>
        <w:jc w:val="both"/>
      </w:pPr>
      <w:r>
        <w:t>Phẫu thuật Hybrid điều trị bệnh mạch máu (phẫu thuật mạch + can thiệp mạch)</w:t>
      </w:r>
    </w:p>
    <w:p>
      <w:pPr>
        <w:jc w:val="both"/>
      </w:pPr>
      <w:r>
        <w:t>Phẫu thuật đặc biệt (Ngoại khoa)</w:t>
      </w:r>
    </w:p>
    <w:p>
      <w:pPr>
        <w:jc w:val="both"/>
      </w:pPr>
      <w:r>
        <w:t>Chưa bao gồm: mạch nhân tạo, keo sinh học, bóng nong, stent, các vật liệu nút mạch, các loại ống thông hoặc vi ống thông, các loại dây dẫn hoặc vi dây dẫn, các vòng xoắn kim loại, dụng cụ lấy dị vật, bộ dụng cụ lấy huyết khối.</w:t>
      </w:r>
    </w:p>
    <w:p>
      <w:pPr>
        <w:jc w:val="both"/>
      </w:pPr>
      <w:r>
        <w:t>15</w:t>
      </w:r>
    </w:p>
    <w:p>
      <w:pPr>
        <w:jc w:val="both"/>
      </w:pPr>
      <w:r>
        <w:t>10.312</w:t>
      </w:r>
    </w:p>
    <w:p>
      <w:pPr>
        <w:jc w:val="both"/>
      </w:pPr>
      <w:r>
        <w:t>Chọc hút và bơm thuốc vào nang thận</w:t>
      </w:r>
    </w:p>
    <w:p>
      <w:pPr>
        <w:jc w:val="both"/>
      </w:pPr>
      <w:r>
        <w:t>Chọc hút hạch hoặc u hoặc áp xe hoặc các tổn thương khác dưới hướng dẫn của siêu âm</w:t>
      </w:r>
    </w:p>
    <w:p>
      <w:pPr>
        <w:jc w:val="both"/>
      </w:pPr>
      <w:r>
        <w:t>Chưa bao gồm thuốc cản quang.</w:t>
      </w:r>
    </w:p>
    <w:p>
      <w:pPr>
        <w:jc w:val="both"/>
      </w:pPr>
      <w:r>
        <w:t>16</w:t>
      </w:r>
    </w:p>
    <w:p>
      <w:pPr>
        <w:jc w:val="both"/>
      </w:pPr>
      <w:r>
        <w:t>10.312</w:t>
      </w:r>
    </w:p>
    <w:p>
      <w:pPr>
        <w:jc w:val="both"/>
      </w:pPr>
      <w:r>
        <w:t>Chọc hút và bơm thuốc vào nang thận</w:t>
      </w:r>
    </w:p>
    <w:p>
      <w:pPr>
        <w:jc w:val="both"/>
      </w:pPr>
      <w:r>
        <w:t>Chọc hút hạch hoặc u hoặc áp xe hoặc các tổn thương khác dưới hướng dẫn của cắt lớp vi tính</w:t>
      </w:r>
    </w:p>
    <w:p>
      <w:pPr>
        <w:jc w:val="both"/>
      </w:pPr>
      <w:r>
        <w:t>Chưa bao gồm thuốc cản quang.</w:t>
      </w:r>
    </w:p>
    <w:p>
      <w:pPr>
        <w:jc w:val="both"/>
      </w:pPr>
      <w:r>
        <w:t>17</w:t>
      </w:r>
    </w:p>
    <w:p>
      <w:pPr>
        <w:jc w:val="both"/>
      </w:pPr>
      <w:r>
        <w:t>10.313</w:t>
      </w:r>
    </w:p>
    <w:p>
      <w:pPr>
        <w:jc w:val="both"/>
      </w:pPr>
      <w:r>
        <w:t>Dẫn lưu đài bể thận qua da</w:t>
      </w:r>
    </w:p>
    <w:p>
      <w:pPr>
        <w:jc w:val="both"/>
      </w:pPr>
      <w:r>
        <w:t>Đặt sonde JJ niệu quản</w:t>
      </w:r>
    </w:p>
    <w:p>
      <w:pPr>
        <w:jc w:val="both"/>
      </w:pPr>
      <w:r>
        <w:t>Chưa bao gồm sonde.</w:t>
      </w:r>
    </w:p>
    <w:p>
      <w:pPr>
        <w:jc w:val="both"/>
      </w:pPr>
      <w:r>
        <w:t>18</w:t>
      </w:r>
    </w:p>
    <w:p>
      <w:pPr>
        <w:jc w:val="both"/>
      </w:pPr>
      <w:r>
        <w:t>10.318</w:t>
      </w:r>
    </w:p>
    <w:p>
      <w:pPr>
        <w:jc w:val="both"/>
      </w:pPr>
      <w:r>
        <w:t>Dẫn lưu thận qua da dưới hướng dẫn của siêu âm</w:t>
      </w:r>
    </w:p>
    <w:p>
      <w:pPr>
        <w:jc w:val="both"/>
      </w:pPr>
      <w:r>
        <w:t>Đặt sonde JJ niệu quản</w:t>
      </w:r>
    </w:p>
    <w:p>
      <w:pPr>
        <w:jc w:val="both"/>
      </w:pPr>
      <w:r>
        <w:t>Chưa bao gồm sonde.</w:t>
      </w:r>
    </w:p>
    <w:p>
      <w:pPr>
        <w:jc w:val="both"/>
      </w:pPr>
      <w:r>
        <w:t>19</w:t>
      </w:r>
    </w:p>
    <w:p>
      <w:pPr>
        <w:jc w:val="both"/>
      </w:pPr>
      <w:r>
        <w:t>10.383</w:t>
      </w:r>
    </w:p>
    <w:p>
      <w:pPr>
        <w:jc w:val="both"/>
      </w:pPr>
      <w:r>
        <w:t>Đặt ống Stent chữa bí đái do phì đại tiền liệt tuyến</w:t>
      </w:r>
    </w:p>
    <w:p>
      <w:pPr>
        <w:jc w:val="both"/>
      </w:pPr>
      <w:r>
        <w:t>Phẫu thuật nội soi đặt Sonde JJ</w:t>
      </w:r>
    </w:p>
    <w:p>
      <w:pPr>
        <w:jc w:val="both"/>
      </w:pPr>
      <w:r>
        <w:t>Chưa bao gồm stent.</w:t>
      </w:r>
    </w:p>
    <w:p>
      <w:pPr>
        <w:jc w:val="both"/>
      </w:pPr>
      <w:r>
        <w:t>20</w:t>
      </w:r>
    </w:p>
    <w:p>
      <w:pPr>
        <w:jc w:val="both"/>
      </w:pPr>
      <w:r>
        <w:t>10.603</w:t>
      </w:r>
    </w:p>
    <w:p>
      <w:pPr>
        <w:jc w:val="both"/>
      </w:pPr>
      <w:r>
        <w:t>Lấy huyết khối tĩnh mạch cửa</w:t>
      </w:r>
    </w:p>
    <w:p>
      <w:pPr>
        <w:jc w:val="both"/>
      </w:pPr>
      <w:r>
        <w:t>Phẫu thuật khâu lỗ thủng tiêu hóa hoặc lấy dị vật ống tiêu hóa hoặc đẩy bả thức ăn xuống đại tràng</w:t>
      </w:r>
    </w:p>
    <w:p>
      <w:pPr>
        <w:jc w:val="both"/>
      </w:pPr>
      <w:r>
        <w:t>Chưa bao gồm đoạn mạch nhân tạo.</w:t>
      </w:r>
    </w:p>
    <w:p>
      <w:pPr>
        <w:jc w:val="both"/>
      </w:pPr>
      <w:r>
        <w:t>21</w:t>
      </w:r>
    </w:p>
    <w:p>
      <w:pPr>
        <w:jc w:val="both"/>
      </w:pPr>
      <w:r>
        <w:t>10.604</w:t>
      </w:r>
    </w:p>
    <w:p>
      <w:pPr>
        <w:jc w:val="both"/>
      </w:pPr>
      <w:r>
        <w:t>Các loại phẫu thuật phân lưu cửa chủ</w:t>
      </w:r>
    </w:p>
    <w:p>
      <w:pPr>
        <w:jc w:val="both"/>
      </w:pPr>
      <w:r>
        <w:t>Phẫu thuật khâu lỗ thủng tiêu hóa hoặc lấy dị vật ống tiêu hóa hoặc đẩy bả thức ăn xuống đại tràng</w:t>
      </w:r>
    </w:p>
    <w:p>
      <w:pPr>
        <w:jc w:val="both"/>
      </w:pPr>
      <w:r>
        <w:t>Chưa bao gồm đoạn mạch nhân tạo.</w:t>
      </w:r>
    </w:p>
    <w:p>
      <w:pPr>
        <w:jc w:val="both"/>
      </w:pPr>
      <w:r>
        <w:t>22</w:t>
      </w:r>
    </w:p>
    <w:p>
      <w:pPr>
        <w:jc w:val="both"/>
      </w:pPr>
      <w:r>
        <w:t>10.618</w:t>
      </w:r>
    </w:p>
    <w:p>
      <w:pPr>
        <w:jc w:val="both"/>
      </w:pPr>
      <w:r>
        <w:t>Thăm dò kết hợp với tiêm cồn hoặc đốt sóng cao tần hoặc áp lạnh</w:t>
      </w:r>
    </w:p>
    <w:p>
      <w:pPr>
        <w:jc w:val="both"/>
      </w:pPr>
      <w:r>
        <w:t>Phẫu thuật thăm dò ổ bụng hoặc mở thông dạ dày hoặc mở thông hổng tràng hoặc làm hậu môn nhân tạo</w:t>
      </w:r>
    </w:p>
    <w:p>
      <w:pPr>
        <w:jc w:val="both"/>
      </w:pPr>
      <w:r>
        <w:t>Chưa bao gồm kim đốt sóng cao tần.</w:t>
      </w:r>
    </w:p>
    <w:p>
      <w:pPr>
        <w:jc w:val="both"/>
      </w:pPr>
      <w:r>
        <w:t>23</w:t>
      </w:r>
    </w:p>
    <w:p>
      <w:pPr>
        <w:jc w:val="both"/>
      </w:pPr>
      <w:r>
        <w:t>10.823</w:t>
      </w:r>
    </w:p>
    <w:p>
      <w:pPr>
        <w:jc w:val="both"/>
      </w:pPr>
      <w:r>
        <w:t>Phẫu thuật và điều trị trật khớp quay trụ dưới</w:t>
      </w:r>
    </w:p>
    <w:p>
      <w:pPr>
        <w:jc w:val="both"/>
      </w:pPr>
      <w:r>
        <w:t>Phẫu thuật loại I (Ngoại khoa)</w:t>
      </w:r>
    </w:p>
    <w:p>
      <w:pPr>
        <w:jc w:val="both"/>
      </w:pPr>
      <w:r>
        <w:t>Chưa bao gồm kim găm, nẹp vít.</w:t>
      </w:r>
    </w:p>
    <w:p>
      <w:pPr>
        <w:jc w:val="both"/>
      </w:pPr>
      <w:r>
        <w:t>24</w:t>
      </w:r>
    </w:p>
    <w:p>
      <w:pPr>
        <w:jc w:val="both"/>
      </w:pPr>
      <w:r>
        <w:t>10.829</w:t>
      </w:r>
    </w:p>
    <w:p>
      <w:pPr>
        <w:jc w:val="both"/>
      </w:pPr>
      <w:r>
        <w:t>Phẫu thuật phương pháp Suave.Kapandji và điều trị viêm khớp quay trụ dưới</w:t>
      </w:r>
    </w:p>
    <w:p>
      <w:pPr>
        <w:jc w:val="both"/>
      </w:pPr>
      <w:r>
        <w:t>Phẫu thuật loại I (Ngoại khoa)</w:t>
      </w:r>
    </w:p>
    <w:p>
      <w:pPr>
        <w:jc w:val="both"/>
      </w:pPr>
      <w:r>
        <w:t>Chưa bao gồm kim găm, nẹp vít.</w:t>
      </w:r>
    </w:p>
    <w:p>
      <w:pPr>
        <w:jc w:val="both"/>
      </w:pPr>
      <w:r>
        <w:t>25</w:t>
      </w:r>
    </w:p>
    <w:p>
      <w:pPr>
        <w:jc w:val="both"/>
      </w:pPr>
      <w:r>
        <w:t>15.2</w:t>
      </w:r>
    </w:p>
    <w:p>
      <w:pPr>
        <w:jc w:val="both"/>
      </w:pPr>
      <w:r>
        <w:t>Phẫu thuật cấy máy trợ thính đường xương (BAHA)</w:t>
      </w:r>
    </w:p>
    <w:p>
      <w:pPr>
        <w:jc w:val="both"/>
      </w:pPr>
      <w:r>
        <w:t>Phẫu thuật loại I (Tai Mũi Họng)</w:t>
      </w:r>
    </w:p>
    <w:p>
      <w:pPr>
        <w:jc w:val="both"/>
      </w:pPr>
      <w:r>
        <w:t>Chưa bao gồm máy trợ thính đường xương.</w:t>
      </w:r>
    </w:p>
    <w:p>
      <w:pPr>
        <w:jc w:val="both"/>
      </w:pPr>
      <w:r>
        <w:t>26</w:t>
      </w:r>
    </w:p>
    <w:p>
      <w:pPr>
        <w:jc w:val="both"/>
      </w:pPr>
      <w:r>
        <w:t>18.580</w:t>
      </w:r>
    </w:p>
    <w:p>
      <w:pPr>
        <w:jc w:val="both"/>
      </w:pPr>
      <w:r>
        <w:t>Đốt sóng cao tần điều trị các khối u số hóa xóa nền</w:t>
      </w:r>
    </w:p>
    <w:p>
      <w:pPr>
        <w:jc w:val="both"/>
      </w:pPr>
      <w:r>
        <w:t>Điều trị các tổn thương xương, khớp, cột sống và các tạng dưới DSA (đổ xi măng cột sống, điều trị các khối u tạng và giả u xương...)</w:t>
      </w:r>
    </w:p>
    <w:p>
      <w:pPr>
        <w:jc w:val="both"/>
      </w:pPr>
      <w:r>
        <w:t>Chưa bao gồm bộ kim đốt và dây dẫn tín hiệu.</w:t>
      </w:r>
    </w:p>
    <w:p>
      <w:pPr>
        <w:jc w:val="both"/>
      </w:pPr>
      <w:r>
        <w:t>27</w:t>
      </w:r>
    </w:p>
    <w:p>
      <w:pPr>
        <w:jc w:val="both"/>
      </w:pPr>
      <w:r>
        <w:t>27.65</w:t>
      </w:r>
    </w:p>
    <w:p>
      <w:pPr>
        <w:jc w:val="both"/>
      </w:pPr>
      <w:r>
        <w:t>Phẫu thuật nội soi lấy nhân đệm cột sống thắt lưng qua lỗ liên hợp</w:t>
      </w:r>
    </w:p>
    <w:p>
      <w:pPr>
        <w:jc w:val="both"/>
      </w:pPr>
      <w:r>
        <w:t>Phẫu thuật nội soi khớp gối hoặc khớp háng hoặc khớp vai hoặc cổ chân</w:t>
      </w:r>
    </w:p>
    <w:p>
      <w:pPr>
        <w:jc w:val="both"/>
      </w:pPr>
      <w:r>
        <w:t>Chưa bao gồm bộ kít dùng trong điều trị thoát vị đĩa đệm cột sống, mũi khoan (mài), dây bơm nước, tấm phủ, đầu đốt RF.</w:t>
      </w:r>
    </w:p>
    <w:p>
      <w:pPr>
        <w:jc w:val="both"/>
      </w:pPr>
      <w:r>
        <w:t>28</w:t>
      </w:r>
    </w:p>
    <w:p>
      <w:pPr>
        <w:jc w:val="both"/>
      </w:pPr>
      <w:r>
        <w:t>27.66</w:t>
      </w:r>
    </w:p>
    <w:p>
      <w:pPr>
        <w:jc w:val="both"/>
      </w:pPr>
      <w:r>
        <w:t>Phẫu thuật nội soi cắt bản sống giải ép trong hẹp ống sống thắt lưng</w:t>
      </w:r>
    </w:p>
    <w:p>
      <w:pPr>
        <w:jc w:val="both"/>
      </w:pPr>
      <w:r>
        <w:t>Phẫu thuật nội soi khớp gối hoặc khớp háng hoặc khớp vai hoặc cổ chân</w:t>
      </w:r>
    </w:p>
    <w:p>
      <w:pPr>
        <w:jc w:val="both"/>
      </w:pPr>
      <w:r>
        <w:t>Chưa bao gồm bộ kít dùng trong điều trị thoát vị đĩa đệm cột sống, mũi khoan (mài), miếng ghép đĩa đệm, nẹp, vít.</w:t>
      </w:r>
    </w:p>
    <w:p>
      <w:pPr>
        <w:jc w:val="both"/>
      </w:pPr>
      <w:r>
        <w:t>29</w:t>
      </w:r>
    </w:p>
    <w:p>
      <w:pPr>
        <w:jc w:val="both"/>
      </w:pPr>
      <w:r>
        <w:t>27.68</w:t>
      </w:r>
    </w:p>
    <w:p>
      <w:pPr>
        <w:jc w:val="both"/>
      </w:pPr>
      <w:r>
        <w:t>Phẫu thuật nội soi lấy đĩa đệm cột sống ngực đường trước trong vẹo cột sống</w:t>
      </w:r>
    </w:p>
    <w:p>
      <w:pPr>
        <w:jc w:val="both"/>
      </w:pPr>
      <w:r>
        <w:t>Phẫu thuật nội soi khớp gối hoặc khớp háng hoặc khớp vai hoặc cổ chân</w:t>
      </w:r>
    </w:p>
    <w:p>
      <w:pPr>
        <w:jc w:val="both"/>
      </w:pPr>
      <w:r>
        <w:t>Chưa bao gồm hệ thống bộ kít dùng trong điều trị thoát vị đĩa đệm cột sống, mũi khoan (mài), miếng ghép đĩa đệm, nẹp, vít, xương nhân tạo hoặc sản phẩm thay thế xương.</w:t>
      </w:r>
    </w:p>
    <w:p>
      <w:pPr>
        <w:jc w:val="both"/>
      </w:pPr>
      <w:r>
        <w:t>30</w:t>
      </w:r>
    </w:p>
    <w:p>
      <w:pPr>
        <w:jc w:val="both"/>
      </w:pPr>
      <w:r>
        <w:t>27.69</w:t>
      </w:r>
    </w:p>
    <w:p>
      <w:pPr>
        <w:jc w:val="both"/>
      </w:pPr>
      <w:r>
        <w:t>Phẫu thuật nội soi chỉnh vẹo cột sống ngực</w:t>
      </w:r>
    </w:p>
    <w:p>
      <w:pPr>
        <w:jc w:val="both"/>
      </w:pPr>
      <w:r>
        <w:t>Phẫu thuật nội soi khớp gối hoặc khớp háng hoặc khớp vai hoặc cổ chân</w:t>
      </w:r>
    </w:p>
    <w:p>
      <w:pPr>
        <w:jc w:val="both"/>
      </w:pPr>
      <w:r>
        <w:t>Chưa bao gồm hệ thống bộ kít dùng trong điều trị thoát vị đĩa đệm cột sống, mũi khoan (mài), miếng ghép đĩa đệm, nẹp, vít, xương nhân tạo hoặc sản phẩm thay thế xương.</w:t>
      </w:r>
    </w:p>
    <w:p>
      <w:pPr>
        <w:jc w:val="both"/>
      </w:pPr>
      <w:r>
        <w:t>31</w:t>
      </w:r>
    </w:p>
    <w:p>
      <w:pPr>
        <w:jc w:val="both"/>
      </w:pPr>
      <w:r>
        <w:t>27.70</w:t>
      </w:r>
    </w:p>
    <w:p>
      <w:pPr>
        <w:jc w:val="both"/>
      </w:pPr>
      <w:r>
        <w:t>Phẫu thuật nội soi lấy thoát vị đĩa đệm cột sống cổ đường sau</w:t>
      </w:r>
    </w:p>
    <w:p>
      <w:pPr>
        <w:jc w:val="both"/>
      </w:pPr>
      <w:r>
        <w:t>Phẫu thuật nội soi khớp gối hoặc khớp háng hoặc khớp vai hoặc cổ chân</w:t>
      </w:r>
    </w:p>
    <w:p>
      <w:pPr>
        <w:jc w:val="both"/>
      </w:pPr>
      <w:r>
        <w:t>Chưa bao gồm mũi khoan (mài).</w:t>
      </w:r>
    </w:p>
    <w:p>
      <w:pPr>
        <w:jc w:val="both"/>
      </w:pPr>
      <w:r>
        <w:t>32</w:t>
      </w:r>
    </w:p>
    <w:p>
      <w:pPr>
        <w:jc w:val="both"/>
      </w:pPr>
      <w:r>
        <w:t>27.74</w:t>
      </w:r>
    </w:p>
    <w:p>
      <w:pPr>
        <w:jc w:val="both"/>
      </w:pPr>
      <w:r>
        <w:t>Phẫu thuật nội soi lấy đĩa đệm cột sống ngực</w:t>
      </w:r>
    </w:p>
    <w:p>
      <w:pPr>
        <w:jc w:val="both"/>
      </w:pPr>
      <w:r>
        <w:t>Phẫu thuật nội soi khớp gối hoặc khớp háng hoặc khớp vai hoặc cổ chân</w:t>
      </w:r>
    </w:p>
    <w:p>
      <w:pPr>
        <w:jc w:val="both"/>
      </w:pPr>
      <w:r>
        <w:t>Chưa bao gồm mũi khoan (mài), miếng ghép đĩa đệm, nẹp</w:t>
      </w:r>
    </w:p>
    <w:p>
      <w:pPr>
        <w:jc w:val="both"/>
      </w:pPr>
      <w:r>
        <w:t>33</w:t>
      </w:r>
    </w:p>
    <w:p>
      <w:pPr>
        <w:jc w:val="both"/>
      </w:pPr>
      <w:r>
        <w:t>27.82</w:t>
      </w:r>
    </w:p>
    <w:p>
      <w:pPr>
        <w:jc w:val="both"/>
      </w:pPr>
      <w:r>
        <w:t>Phẫu thuật nội soi cắt - khâu kén khí phổi</w:t>
      </w:r>
    </w:p>
    <w:p>
      <w:pPr>
        <w:jc w:val="both"/>
      </w:pPr>
      <w:r>
        <w:t>Nội soi màng phổi, sinh thiết màng phổi</w:t>
      </w:r>
    </w:p>
    <w:p>
      <w:pPr>
        <w:jc w:val="both"/>
      </w:pPr>
      <w:r>
        <w:t>Chưa bao gồm: máy cắt nối tự động, ghim khâu máy; hoặc Stapler.</w:t>
      </w:r>
    </w:p>
    <w:p>
      <w:pPr>
        <w:jc w:val="both"/>
      </w:pPr>
      <w:r>
        <w:t>34</w:t>
      </w:r>
    </w:p>
    <w:p>
      <w:pPr>
        <w:jc w:val="both"/>
      </w:pPr>
      <w:r>
        <w:t>27.90</w:t>
      </w:r>
    </w:p>
    <w:p>
      <w:pPr>
        <w:jc w:val="both"/>
      </w:pPr>
      <w:r>
        <w:t>Phẫu thuật nội soi cắt u trung thất nhỏ (&lt; 5 cm)</w:t>
      </w:r>
    </w:p>
    <w:p>
      <w:pPr>
        <w:jc w:val="both"/>
      </w:pPr>
      <w:r>
        <w:t>Nội soi màng phổi, sinh thiết màng phổi</w:t>
      </w:r>
    </w:p>
    <w:p>
      <w:pPr>
        <w:jc w:val="both"/>
      </w:pPr>
      <w:r>
        <w:t>Chưa bao gồm: máy cắt nối tự động, ghim khâu máy; hoặc Stapler.</w:t>
      </w:r>
    </w:p>
    <w:p>
      <w:pPr>
        <w:jc w:val="both"/>
      </w:pPr>
      <w:r>
        <w:t>35</w:t>
      </w:r>
    </w:p>
    <w:p>
      <w:pPr>
        <w:jc w:val="both"/>
      </w:pPr>
      <w:r>
        <w:t>27.91</w:t>
      </w:r>
    </w:p>
    <w:p>
      <w:pPr>
        <w:jc w:val="both"/>
      </w:pPr>
      <w:r>
        <w:t>Phẫu thuật nội soi cắt u trung thất lớn (&gt; 5 cm)</w:t>
      </w:r>
    </w:p>
    <w:p>
      <w:pPr>
        <w:jc w:val="both"/>
      </w:pPr>
      <w:r>
        <w:t>Phẫu thuật nội soi cắt u trung thất</w:t>
      </w:r>
    </w:p>
    <w:p>
      <w:pPr>
        <w:jc w:val="both"/>
      </w:pPr>
      <w:r>
        <w:t>Chưa bao gồm: máy cắt nối tự động, ghim khâu máy; hoặc Stapler.</w:t>
      </w:r>
    </w:p>
    <w:p>
      <w:pPr>
        <w:jc w:val="both"/>
      </w:pPr>
      <w:r>
        <w:t>36</w:t>
      </w:r>
    </w:p>
    <w:p>
      <w:pPr>
        <w:jc w:val="both"/>
      </w:pPr>
      <w:r>
        <w:t>27.94</w:t>
      </w:r>
    </w:p>
    <w:p>
      <w:pPr>
        <w:jc w:val="both"/>
      </w:pPr>
      <w:r>
        <w:t>Phẫu thuật nội soi cắt một phần thùy phổi, kén - nang phổi</w:t>
      </w:r>
    </w:p>
    <w:p>
      <w:pPr>
        <w:jc w:val="both"/>
      </w:pPr>
      <w:r>
        <w:t>Phẫu thuật nội soi ngực bệnh lý hoặc chấn thương</w:t>
      </w:r>
    </w:p>
    <w:p>
      <w:pPr>
        <w:jc w:val="both"/>
      </w:pPr>
      <w:r>
        <w:t>Chưa bao gồm: máy cắt nối tự động, ghim khâu máy; hoặc Stapler.</w:t>
      </w:r>
    </w:p>
    <w:p>
      <w:pPr>
        <w:jc w:val="both"/>
      </w:pPr>
      <w:r>
        <w:t>37</w:t>
      </w:r>
    </w:p>
    <w:p>
      <w:pPr>
        <w:jc w:val="both"/>
      </w:pPr>
      <w:r>
        <w:t>27.95</w:t>
      </w:r>
    </w:p>
    <w:p>
      <w:pPr>
        <w:jc w:val="both"/>
      </w:pPr>
      <w:r>
        <w:t>Phẫu thuật nội soi cắt một thùy phổi</w:t>
      </w:r>
    </w:p>
    <w:p>
      <w:pPr>
        <w:jc w:val="both"/>
      </w:pPr>
      <w:r>
        <w:t>Phẫu thuật nội soi ngực bệnh lý hoặc chấn thương</w:t>
      </w:r>
    </w:p>
    <w:p>
      <w:pPr>
        <w:jc w:val="both"/>
      </w:pPr>
      <w:r>
        <w:t>Chưa bao gồm: máy cắt nối tự động, ghim khâu máy; hoặc Stapler.</w:t>
      </w:r>
    </w:p>
    <w:p>
      <w:pPr>
        <w:jc w:val="both"/>
      </w:pPr>
      <w:r>
        <w:t>38</w:t>
      </w:r>
    </w:p>
    <w:p>
      <w:pPr>
        <w:jc w:val="both"/>
      </w:pPr>
      <w:r>
        <w:t>27.96</w:t>
      </w:r>
    </w:p>
    <w:p>
      <w:pPr>
        <w:jc w:val="both"/>
      </w:pPr>
      <w:r>
        <w:t>Phẫu thuật nội soi cắt một thùy phổi kèm nạo vét hạch</w:t>
      </w:r>
    </w:p>
    <w:p>
      <w:pPr>
        <w:jc w:val="both"/>
      </w:pPr>
      <w:r>
        <w:t>Phẫu thuật nội soi ngực bệnh lý hoặc chấn thương</w:t>
      </w:r>
    </w:p>
    <w:p>
      <w:pPr>
        <w:jc w:val="both"/>
      </w:pPr>
      <w:r>
        <w:t>Chưa bao gồm: máy cắt nối tự động, ghim khâu máy; hoặc Stapler.</w:t>
      </w:r>
    </w:p>
    <w:p>
      <w:pPr>
        <w:jc w:val="both"/>
      </w:pPr>
      <w:r>
        <w:t>39</w:t>
      </w:r>
    </w:p>
    <w:p>
      <w:pPr>
        <w:jc w:val="both"/>
      </w:pPr>
      <w:r>
        <w:t>27.97</w:t>
      </w:r>
    </w:p>
    <w:p>
      <w:pPr>
        <w:jc w:val="both"/>
      </w:pPr>
      <w:r>
        <w:t>Phẫu thuật nội soi cắt một phổi</w:t>
      </w:r>
    </w:p>
    <w:p>
      <w:pPr>
        <w:jc w:val="both"/>
      </w:pPr>
      <w:r>
        <w:t>Phẫu thuật nội soi ngực bệnh lý hoặc chấn thương</w:t>
      </w:r>
    </w:p>
    <w:p>
      <w:pPr>
        <w:jc w:val="both"/>
      </w:pPr>
      <w:r>
        <w:t>Chưa bao gồm: máy cắt nối tự động, ghim khâu máy; hoặc Stapler.</w:t>
      </w:r>
    </w:p>
    <w:p>
      <w:pPr>
        <w:jc w:val="both"/>
      </w:pPr>
      <w:r>
        <w:t>40</w:t>
      </w:r>
    </w:p>
    <w:p>
      <w:pPr>
        <w:jc w:val="both"/>
      </w:pPr>
      <w:r>
        <w:t>27.98</w:t>
      </w:r>
    </w:p>
    <w:p>
      <w:pPr>
        <w:jc w:val="both"/>
      </w:pPr>
      <w:r>
        <w:t>Phẫu thuật nội soi cắt một phổi kèm nạo vét hạch</w:t>
      </w:r>
    </w:p>
    <w:p>
      <w:pPr>
        <w:jc w:val="both"/>
      </w:pPr>
      <w:r>
        <w:t>Phẫu thuật nội soi ngực bệnh lý hoặc chấn thương</w:t>
      </w:r>
    </w:p>
    <w:p>
      <w:pPr>
        <w:jc w:val="both"/>
      </w:pPr>
      <w:r>
        <w:t>Chưa bao gồm: máy cắt nối tự động, ghim khâu máy; hoặc Stapler.</w:t>
      </w:r>
    </w:p>
    <w:p>
      <w:pPr>
        <w:jc w:val="both"/>
      </w:pPr>
      <w:r>
        <w:t>41</w:t>
      </w:r>
    </w:p>
    <w:p>
      <w:pPr>
        <w:jc w:val="both"/>
      </w:pPr>
      <w:r>
        <w:t>27.99</w:t>
      </w:r>
    </w:p>
    <w:p>
      <w:pPr>
        <w:jc w:val="both"/>
      </w:pPr>
      <w:r>
        <w:t>Phẫu thuật nội soi cắt - nối phế quản</w:t>
      </w:r>
    </w:p>
    <w:p>
      <w:pPr>
        <w:jc w:val="both"/>
      </w:pPr>
      <w:r>
        <w:t>Phẫu thuật nội soi ngực bệnh lý hoặc chấn thương</w:t>
      </w:r>
    </w:p>
    <w:p>
      <w:pPr>
        <w:jc w:val="both"/>
      </w:pPr>
      <w:r>
        <w:t>Chưa bao gồm: máy cắt nối tự động, ghim khâu máy; hoặc Stapler.</w:t>
      </w:r>
    </w:p>
    <w:p>
      <w:pPr>
        <w:jc w:val="both"/>
      </w:pPr>
      <w:r>
        <w:t>42</w:t>
      </w:r>
    </w:p>
    <w:p>
      <w:pPr>
        <w:jc w:val="both"/>
      </w:pPr>
      <w:r>
        <w:t>27.135</w:t>
      </w:r>
    </w:p>
    <w:p>
      <w:pPr>
        <w:jc w:val="both"/>
      </w:pPr>
      <w:r>
        <w:t>Phẫu thuật mở cơ thực quản nội soi ngực phải điều trị bệnh co thắt thực quản lan tỏa</w:t>
      </w:r>
    </w:p>
    <w:p>
      <w:pPr>
        <w:jc w:val="both"/>
      </w:pPr>
      <w:r>
        <w:t>Phẫu thuật đặc biệt (Phẫu thuật Nội soi)</w:t>
      </w:r>
    </w:p>
    <w:p>
      <w:pPr>
        <w:jc w:val="both"/>
      </w:pPr>
      <w:r>
        <w:t>Chưa bao gồm dao hàn mạch, hàn mô.</w:t>
      </w:r>
    </w:p>
    <w:p>
      <w:pPr>
        <w:jc w:val="both"/>
      </w:pPr>
      <w:r>
        <w:t>43</w:t>
      </w:r>
    </w:p>
    <w:p>
      <w:pPr>
        <w:jc w:val="both"/>
      </w:pPr>
      <w:r>
        <w:t>27.313</w:t>
      </w:r>
    </w:p>
    <w:p>
      <w:pPr>
        <w:jc w:val="both"/>
      </w:pPr>
      <w:r>
        <w:t>Phẫu thuật nội soi đặt tấm lưới nhân tạo đường vào hoàn toàn trước phúc mạc (TEP)</w:t>
      </w:r>
    </w:p>
    <w:p>
      <w:pPr>
        <w:jc w:val="both"/>
      </w:pPr>
      <w:r>
        <w:t>Phẫu thuật loại I (Nội soi)</w:t>
      </w:r>
    </w:p>
    <w:p>
      <w:pPr>
        <w:jc w:val="both"/>
      </w:pPr>
      <w:r>
        <w:t>Chưa bao gồm tấm lưới nhân tạo.</w:t>
      </w:r>
    </w:p>
    <w:p>
      <w:pPr>
        <w:jc w:val="both"/>
      </w:pPr>
      <w:r>
        <w:t>44</w:t>
      </w:r>
    </w:p>
    <w:p>
      <w:pPr>
        <w:jc w:val="both"/>
      </w:pPr>
      <w:r>
        <w:t>27.314</w:t>
      </w:r>
    </w:p>
    <w:p>
      <w:pPr>
        <w:jc w:val="both"/>
      </w:pPr>
      <w:r>
        <w:t>Phẫu thuật nội soi đặt tấm lưới nhân tạo trước phúc mạc đường vào qua ổ bụng (TAPP)</w:t>
      </w:r>
    </w:p>
    <w:p>
      <w:pPr>
        <w:jc w:val="both"/>
      </w:pPr>
      <w:r>
        <w:t>Phẫu thuật loại I (Nội soi)</w:t>
      </w:r>
    </w:p>
    <w:p>
      <w:pPr>
        <w:jc w:val="both"/>
      </w:pPr>
      <w:r>
        <w:t>Chưa bao gồm tấm lưới nhân tạo.</w:t>
      </w:r>
    </w:p>
    <w:p>
      <w:pPr>
        <w:jc w:val="both"/>
      </w:pPr>
      <w:r>
        <w:t>45</w:t>
      </w:r>
    </w:p>
    <w:p>
      <w:pPr>
        <w:jc w:val="both"/>
      </w:pPr>
      <w:r>
        <w:t>27.315</w:t>
      </w:r>
    </w:p>
    <w:p>
      <w:pPr>
        <w:jc w:val="both"/>
      </w:pPr>
      <w:r>
        <w:t>Phẫu thuật nội soi đặt lưới nhân tạo trong ổ bụng</w:t>
      </w:r>
    </w:p>
    <w:p>
      <w:pPr>
        <w:jc w:val="both"/>
      </w:pPr>
      <w:r>
        <w:t>Phẫu thuật loại I (Nội soi)</w:t>
      </w:r>
    </w:p>
    <w:p>
      <w:pPr>
        <w:jc w:val="both"/>
      </w:pPr>
      <w:r>
        <w:t>Chưa bao gồm tấm lưới nhân tạo.</w:t>
      </w:r>
    </w:p>
    <w:p>
      <w:pPr>
        <w:jc w:val="both"/>
      </w:pPr>
      <w:r>
        <w:t>46</w:t>
      </w:r>
    </w:p>
    <w:p>
      <w:pPr>
        <w:jc w:val="both"/>
      </w:pPr>
      <w:r>
        <w:t>27.354</w:t>
      </w:r>
    </w:p>
    <w:p>
      <w:pPr>
        <w:jc w:val="both"/>
      </w:pPr>
      <w:r>
        <w:t>Tán sỏi thận qua da</w:t>
      </w:r>
    </w:p>
    <w:p>
      <w:pPr>
        <w:jc w:val="both"/>
      </w:pPr>
      <w:r>
        <w:t>Phẫu thuật loại I (Nội soi)</w:t>
      </w:r>
    </w:p>
    <w:p>
      <w:pPr>
        <w:jc w:val="both"/>
      </w:pPr>
      <w:r>
        <w:t>Chưa bao gồm sonde JJ.</w:t>
      </w:r>
    </w:p>
    <w:p>
      <w:pPr>
        <w:jc w:val="both"/>
      </w:pPr>
      <w:r>
        <w:t>47</w:t>
      </w:r>
    </w:p>
    <w:p>
      <w:pPr>
        <w:jc w:val="both"/>
      </w:pPr>
      <w:r>
        <w:t>27.355</w:t>
      </w:r>
    </w:p>
    <w:p>
      <w:pPr>
        <w:jc w:val="both"/>
      </w:pPr>
      <w:r>
        <w:t>Nội soi niệu quản ngược dòng bằng ống soi mềm tán sỏi thận bằng laser</w:t>
      </w:r>
    </w:p>
    <w:p>
      <w:pPr>
        <w:jc w:val="both"/>
      </w:pPr>
      <w:r>
        <w:t>Phẫu thuật loại I (Nội soi)</w:t>
      </w:r>
    </w:p>
    <w:p>
      <w:pPr>
        <w:jc w:val="both"/>
      </w:pPr>
      <w:r>
        <w:t>Chưa bao gồm sonde JJ và rọ lấy sỏi.</w:t>
      </w:r>
    </w:p>
    <w:p>
      <w:pPr>
        <w:jc w:val="both"/>
      </w:pPr>
      <w:r>
        <w:t>48</w:t>
      </w:r>
    </w:p>
    <w:p>
      <w:pPr>
        <w:jc w:val="both"/>
      </w:pPr>
      <w:r>
        <w:t>27.445</w:t>
      </w:r>
    </w:p>
    <w:p>
      <w:pPr>
        <w:jc w:val="both"/>
      </w:pPr>
      <w:r>
        <w:t>Phẫu thuật nội soi đính lại điểm bám gân nhị đầu</w:t>
      </w:r>
    </w:p>
    <w:p>
      <w:pPr>
        <w:jc w:val="both"/>
      </w:pPr>
      <w:r>
        <w:t>Phẫu thuật nội soi tái tạo dây chằng</w:t>
      </w:r>
    </w:p>
    <w:p>
      <w:pPr>
        <w:jc w:val="both"/>
      </w:pPr>
      <w:r>
        <w:t>Chưa bao gồm lưỡi bào (mài), bộ dây bơm nước, đầu đốt điện, tay dao đốt điện, ốc, vít.</w:t>
      </w:r>
    </w:p>
    <w:p>
      <w:pPr>
        <w:jc w:val="both"/>
      </w:pPr>
      <w:r>
        <w:t>49</w:t>
      </w:r>
    </w:p>
    <w:p>
      <w:pPr>
        <w:jc w:val="both"/>
      </w:pPr>
      <w:r>
        <w:t>27.448</w:t>
      </w:r>
    </w:p>
    <w:p>
      <w:pPr>
        <w:jc w:val="both"/>
      </w:pPr>
      <w:r>
        <w:t>Phẫu thuật nội soi khâu chóp xoay</w:t>
      </w:r>
    </w:p>
    <w:p>
      <w:pPr>
        <w:jc w:val="both"/>
      </w:pPr>
      <w:r>
        <w:t>Phẫu thuật nội soi khớp gối hoặc khớp háng hoặc khớp vai hoặc cổ chân</w:t>
      </w:r>
    </w:p>
    <w:p>
      <w:pPr>
        <w:jc w:val="both"/>
      </w:pPr>
      <w:r>
        <w:t>Chưa bao gồm lưỡi bào (mài), bộ dây bơm nước, đầu đốt điện, tay dao đốt điện, ốc, vít.</w:t>
      </w:r>
    </w:p>
    <w:p>
      <w:pPr>
        <w:jc w:val="both"/>
      </w:pPr>
      <w:r>
        <w:t>50</w:t>
      </w:r>
    </w:p>
    <w:p>
      <w:pPr>
        <w:jc w:val="both"/>
      </w:pPr>
      <w:r>
        <w:t>27.451</w:t>
      </w:r>
    </w:p>
    <w:p>
      <w:pPr>
        <w:jc w:val="both"/>
      </w:pPr>
      <w:r>
        <w:t>Phẫu thuật nội soi cắt hoạt mạc viêm khớp khuỷu</w:t>
      </w:r>
    </w:p>
    <w:p>
      <w:pPr>
        <w:jc w:val="both"/>
      </w:pPr>
      <w:r>
        <w:t>Phẫu thuật loại I (Nội soi)</w:t>
      </w:r>
    </w:p>
    <w:p>
      <w:pPr>
        <w:jc w:val="both"/>
      </w:pPr>
      <w:r>
        <w:t>Chưa bao gồm lưỡi bào (mài), bộ dây bơm nước, đầu đốt điện, tay dao đốt điện, ốc, vít.</w:t>
      </w:r>
    </w:p>
    <w:p>
      <w:pPr>
        <w:jc w:val="both"/>
      </w:pPr>
      <w:r>
        <w:t>51</w:t>
      </w:r>
    </w:p>
    <w:p>
      <w:pPr>
        <w:jc w:val="both"/>
      </w:pPr>
      <w:r>
        <w:t>27.454</w:t>
      </w:r>
    </w:p>
    <w:p>
      <w:pPr>
        <w:jc w:val="both"/>
      </w:pPr>
      <w:r>
        <w:t>Phẫu thuật nội soi điều trị viêm mỏm trên lồi cầu ngoài</w:t>
      </w:r>
    </w:p>
    <w:p>
      <w:pPr>
        <w:jc w:val="both"/>
      </w:pPr>
      <w:r>
        <w:t>Phẫu thuật loại I (Nội soi)</w:t>
      </w:r>
    </w:p>
    <w:p>
      <w:pPr>
        <w:jc w:val="both"/>
      </w:pPr>
      <w:r>
        <w:t>Chưa bao gồm lưỡi bào (mài), bộ dây bơm nước, đầu đốt điện, tay dao đốt điện, ốc, vít.</w:t>
      </w:r>
    </w:p>
    <w:p>
      <w:pPr>
        <w:jc w:val="both"/>
      </w:pPr>
      <w:r>
        <w:t>52</w:t>
      </w:r>
    </w:p>
    <w:p>
      <w:pPr>
        <w:jc w:val="both"/>
      </w:pPr>
      <w:r>
        <w:t>14.49</w:t>
      </w:r>
    </w:p>
    <w:p>
      <w:pPr>
        <w:jc w:val="both"/>
      </w:pPr>
      <w:r>
        <w:t>Phẫu thuật cố định IOL thì hai + cắt dịch kính</w:t>
      </w:r>
    </w:p>
    <w:p>
      <w:pPr>
        <w:jc w:val="both"/>
      </w:pPr>
      <w:r>
        <w:t>Cắt dịch kính đơn thuần hoặc lấy dị vật nội nhãn</w:t>
      </w:r>
    </w:p>
    <w:p>
      <w:pPr>
        <w:jc w:val="both"/>
      </w:pPr>
      <w:r>
        <w:t>Chưa bao gồm: thủy tinh thể nhân tạo, đầu cắt dịch kính, đầu laser, dây dẫn sáng.</w:t>
      </w:r>
    </w:p>
    <w:p>
      <w:pPr>
        <w:jc w:val="both"/>
      </w:pPr>
      <w:r>
        <w:t>53</w:t>
      </w:r>
    </w:p>
    <w:p>
      <w:pPr>
        <w:jc w:val="both"/>
      </w:pPr>
      <w:r>
        <w:t>14.42</w:t>
      </w:r>
    </w:p>
    <w:p>
      <w:pPr>
        <w:jc w:val="both"/>
      </w:pPr>
      <w:r>
        <w:t>Lấy thể thủy tinh sa, lệch trong bao phối hợp cắt dịch kính có hoặc không cố định IOL</w:t>
      </w:r>
    </w:p>
    <w:p>
      <w:pPr>
        <w:jc w:val="both"/>
      </w:pPr>
      <w:r>
        <w:t>Phẫu thuật cắt thủy tinh thể</w:t>
      </w:r>
    </w:p>
    <w:p>
      <w:pPr>
        <w:jc w:val="both"/>
      </w:pPr>
      <w:r>
        <w:t>Chưa bao gồm đầu cắt, thủy tinh thể nhân tạo.</w:t>
      </w:r>
    </w:p>
    <w:p>
      <w:pPr>
        <w:jc w:val="both"/>
      </w:pPr>
      <w:r>
        <w:t>54</w:t>
      </w:r>
    </w:p>
    <w:p>
      <w:pPr>
        <w:jc w:val="both"/>
      </w:pPr>
      <w:r>
        <w:t>14.43</w:t>
      </w:r>
    </w:p>
    <w:p>
      <w:pPr>
        <w:jc w:val="both"/>
      </w:pPr>
      <w:r>
        <w:t>Cắt thể thủy tinh, dịch kính có hoặc không cố định IOL</w:t>
      </w:r>
    </w:p>
    <w:p>
      <w:pPr>
        <w:jc w:val="both"/>
      </w:pPr>
      <w:r>
        <w:t>Phẫu thuật cắt thủy tinh thể.</w:t>
      </w:r>
    </w:p>
    <w:p>
      <w:pPr>
        <w:jc w:val="both"/>
      </w:pPr>
      <w:r>
        <w:t>Chưa bao gồm đầu cắt, thủy tinh thể nhân tạo.</w:t>
      </w:r>
    </w:p>
    <w:p>
      <w:pPr>
        <w:jc w:val="both"/>
      </w:pPr>
      <w:r>
        <w:t>55</w:t>
      </w:r>
    </w:p>
    <w:p>
      <w:pPr>
        <w:jc w:val="both"/>
      </w:pPr>
      <w:r>
        <w:t>01.0023</w:t>
      </w:r>
    </w:p>
    <w:p>
      <w:pPr>
        <w:jc w:val="both"/>
      </w:pPr>
      <w:r>
        <w:t>Thăm dò huyết động theo phương pháp PiCCO</w:t>
      </w:r>
    </w:p>
    <w:p>
      <w:pPr>
        <w:jc w:val="both"/>
      </w:pPr>
      <w:r>
        <w:t>Đặt catheter động mạch quay</w:t>
      </w:r>
    </w:p>
    <w:p>
      <w:pPr>
        <w:jc w:val="both"/>
      </w:pPr>
      <w:r>
        <w:t>Chưa bao gồm bộ theo dõi cung liên tục tim PiCCO (catheter động mạch đùi có đầu nhận cảm biến)</w:t>
      </w:r>
    </w:p>
    <w:p>
      <w:pPr>
        <w:jc w:val="both"/>
      </w:pPr>
      <w:r>
        <w:t>56</w:t>
      </w:r>
    </w:p>
    <w:p>
      <w:pPr>
        <w:jc w:val="both"/>
      </w:pPr>
      <w:r>
        <w:t>01.0247</w:t>
      </w:r>
    </w:p>
    <w:p>
      <w:pPr>
        <w:jc w:val="both"/>
      </w:pPr>
      <w:r>
        <w:t>Hạ thân nhiệt chỉ huy</w:t>
      </w:r>
    </w:p>
    <w:p>
      <w:pPr>
        <w:jc w:val="both"/>
      </w:pPr>
      <w:r>
        <w:t>Lọc máu liên tục (01 lần)</w:t>
      </w:r>
    </w:p>
    <w:p>
      <w:pPr>
        <w:jc w:val="both"/>
      </w:pPr>
      <w:r>
        <w:t>Chưa bao gồm: bộ bẫy khí và hệ thống kết nối (bộ dây truyền dịch ICY hoặc chăn hạ nhiệt)</w:t>
      </w:r>
    </w:p>
    <w:p>
      <w:pPr>
        <w:jc w:val="both"/>
      </w:pPr>
      <w:r>
        <w:t>57</w:t>
      </w:r>
    </w:p>
    <w:p>
      <w:pPr>
        <w:jc w:val="both"/>
      </w:pPr>
      <w:r>
        <w:t>01.0322</w:t>
      </w:r>
    </w:p>
    <w:p>
      <w:pPr>
        <w:jc w:val="both"/>
      </w:pPr>
      <w:r>
        <w:t>Khai thông động mạch vành bằng sử dụng thuốc tiêu sợi huyết trong điều trị nhồi máu cơ tim cấp</w:t>
      </w:r>
    </w:p>
    <w:p>
      <w:pPr>
        <w:jc w:val="both"/>
      </w:pPr>
      <w:r>
        <w:t>Đặt catheter động mạch quay</w:t>
      </w:r>
    </w:p>
    <w:p>
      <w:pPr>
        <w:jc w:val="both"/>
      </w:pPr>
      <w:r>
        <w:t>Chưa bao gồm thuốc tiêu sợi huyết</w:t>
      </w:r>
    </w:p>
    <w:p>
      <w:pPr>
        <w:jc w:val="both"/>
      </w:pPr>
      <w:r>
        <w:t>58</w:t>
      </w:r>
    </w:p>
    <w:p>
      <w:pPr>
        <w:jc w:val="both"/>
      </w:pPr>
      <w:r>
        <w:t>01.0346</w:t>
      </w:r>
    </w:p>
    <w:p>
      <w:pPr>
        <w:jc w:val="both"/>
      </w:pPr>
      <w:r>
        <w:t>Khai thông mạch não bằng điều trị thuốc tiêu sợi huyết trong nhồi máu não cấp</w:t>
      </w:r>
    </w:p>
    <w:p>
      <w:pPr>
        <w:jc w:val="both"/>
      </w:pPr>
      <w:r>
        <w:t>Đặt catheter động mạch quay</w:t>
      </w:r>
    </w:p>
    <w:p>
      <w:pPr>
        <w:jc w:val="both"/>
      </w:pPr>
      <w:r>
        <w:t>Chưa bao gồm thuốc tiêu sợi huyết</w:t>
      </w:r>
    </w:p>
    <w:p>
      <w:pPr>
        <w:jc w:val="both"/>
      </w:pPr>
      <w:r>
        <w:t>59</w:t>
      </w:r>
    </w:p>
    <w:p>
      <w:pPr>
        <w:jc w:val="both"/>
      </w:pPr>
      <w:r>
        <w:t>01.0386</w:t>
      </w:r>
    </w:p>
    <w:p>
      <w:pPr>
        <w:jc w:val="both"/>
      </w:pPr>
      <w:r>
        <w:t>Khai thông động mạch phổi bằng sử dụng thuốc tiêu sợi huyết trong điều trị tắc mạch phổi cấp</w:t>
      </w:r>
    </w:p>
    <w:p>
      <w:pPr>
        <w:jc w:val="both"/>
      </w:pPr>
      <w:r>
        <w:t>Đặt catheter động mạch quay</w:t>
      </w:r>
    </w:p>
    <w:p>
      <w:pPr>
        <w:jc w:val="both"/>
      </w:pPr>
      <w:r>
        <w:t>Chưa bao gồm thuốc tiêu sợi huyết</w:t>
      </w:r>
    </w:p>
    <w:p>
      <w:pPr>
        <w:jc w:val="both"/>
      </w:pPr>
      <w:r>
        <w:t>60</w:t>
      </w:r>
    </w:p>
    <w:p>
      <w:pPr>
        <w:jc w:val="both"/>
      </w:pPr>
      <w:r>
        <w:t>01.0191</w:t>
      </w:r>
    </w:p>
    <w:p>
      <w:pPr>
        <w:jc w:val="both"/>
      </w:pPr>
      <w:r>
        <w:t>Lọc máu hấp phụ bằng quả lọc resin</w:t>
      </w:r>
    </w:p>
    <w:p>
      <w:pPr>
        <w:jc w:val="both"/>
      </w:pPr>
      <w:r>
        <w:t>Thận nhân tạo cấp cứu</w:t>
      </w:r>
    </w:p>
    <w:p>
      <w:pPr>
        <w:jc w:val="both"/>
      </w:pPr>
      <w:r>
        <w:t>Chưa bao gồm quả lọc hấp phụ và dây dẫn</w:t>
      </w:r>
    </w:p>
    <w:p>
      <w:pPr>
        <w:jc w:val="both"/>
      </w:pPr>
      <w:r>
        <w:t>61</w:t>
      </w:r>
    </w:p>
    <w:p>
      <w:pPr>
        <w:jc w:val="both"/>
      </w:pPr>
      <w:r>
        <w:t>27101</w:t>
      </w:r>
    </w:p>
    <w:p>
      <w:pPr>
        <w:jc w:val="both"/>
      </w:pPr>
      <w:r>
        <w:t>Phẫu thuật nội soi sửa van hai lá</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62</w:t>
      </w:r>
    </w:p>
    <w:p>
      <w:pPr>
        <w:jc w:val="both"/>
      </w:pPr>
      <w:r>
        <w:t>27.102</w:t>
      </w:r>
    </w:p>
    <w:p>
      <w:pPr>
        <w:jc w:val="both"/>
      </w:pPr>
      <w:r>
        <w:t>Phẫu thuật nội soi thay van hai lá</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63</w:t>
      </w:r>
    </w:p>
    <w:p>
      <w:pPr>
        <w:jc w:val="both"/>
      </w:pPr>
      <w:r>
        <w:t>27.103</w:t>
      </w:r>
    </w:p>
    <w:p>
      <w:pPr>
        <w:jc w:val="both"/>
      </w:pPr>
      <w:r>
        <w:t>Phẫu thuật nội soi đóng lỗ thông liên nhĩ</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64</w:t>
      </w:r>
    </w:p>
    <w:p>
      <w:pPr>
        <w:jc w:val="both"/>
      </w:pPr>
      <w:r>
        <w:t>2.266</w:t>
      </w:r>
    </w:p>
    <w:p>
      <w:pPr>
        <w:jc w:val="both"/>
      </w:pPr>
      <w:r>
        <w:t>Nội soi can thiệp - Nong thực quản bằng bóng</w:t>
      </w:r>
    </w:p>
    <w:p>
      <w:pPr>
        <w:jc w:val="both"/>
      </w:pPr>
      <w:r>
        <w:t>Nong thực quản qua nội soi</w:t>
      </w:r>
    </w:p>
    <w:p>
      <w:pPr>
        <w:jc w:val="both"/>
      </w:pPr>
      <w:r>
        <w:t>Chưa bao gồm bóng nong thực quản</w:t>
      </w:r>
    </w:p>
    <w:p>
      <w:pPr>
        <w:jc w:val="both"/>
      </w:pPr>
      <w:r>
        <w:t>65</w:t>
      </w:r>
    </w:p>
    <w:p>
      <w:pPr>
        <w:jc w:val="both"/>
      </w:pPr>
      <w:r>
        <w:t>2.321</w:t>
      </w:r>
    </w:p>
    <w:p>
      <w:pPr>
        <w:jc w:val="both"/>
      </w:pPr>
      <w:r>
        <w:t>Siêu âm can thiệp - Đặt dẫn lưu đường mật, đặt stent đường mật qua da</w:t>
      </w:r>
    </w:p>
    <w:p>
      <w:pPr>
        <w:jc w:val="both"/>
      </w:pPr>
      <w:r>
        <w:t>Đặt stent đường mật hoặc tụy dưới hướng dẫn của siêu âm</w:t>
      </w:r>
    </w:p>
    <w:p>
      <w:pPr>
        <w:jc w:val="both"/>
      </w:pPr>
      <w:r>
        <w:t>Chưa bao gồm stent, dao cắt, catheter, guidewire, bộ dẫn lưu đường mật</w:t>
      </w:r>
    </w:p>
    <w:p>
      <w:pPr>
        <w:jc w:val="both"/>
      </w:pPr>
      <w:r>
        <w:t>66</w:t>
      </w:r>
    </w:p>
    <w:p>
      <w:pPr>
        <w:jc w:val="both"/>
      </w:pPr>
      <w:r>
        <w:t>2277</w:t>
      </w:r>
    </w:p>
    <w:p>
      <w:pPr>
        <w:jc w:val="both"/>
      </w:pPr>
      <w:r>
        <w:t>Nội soi can thiệp - mở thông dạ dày</w:t>
      </w:r>
    </w:p>
    <w:p>
      <w:pPr>
        <w:jc w:val="both"/>
      </w:pPr>
      <w:r>
        <w:t>Mở thông dạ dày qua nội soi</w:t>
      </w:r>
    </w:p>
    <w:p>
      <w:pPr>
        <w:jc w:val="both"/>
      </w:pPr>
      <w:r>
        <w:t>Chưa bao gồm bộ mở thông dạ dày qua da</w:t>
      </w:r>
    </w:p>
    <w:p>
      <w:pPr>
        <w:jc w:val="both"/>
      </w:pPr>
      <w:r>
        <w:t>67</w:t>
      </w:r>
    </w:p>
    <w:p>
      <w:pPr>
        <w:jc w:val="both"/>
      </w:pPr>
      <w:r>
        <w:t>1128</w:t>
      </w:r>
    </w:p>
    <w:p>
      <w:pPr>
        <w:jc w:val="both"/>
      </w:pPr>
      <w:r>
        <w:t>Thông khí nhân tạo không xâm nhập</w:t>
      </w:r>
    </w:p>
    <w:p>
      <w:pPr>
        <w:jc w:val="both"/>
      </w:pPr>
      <w:r>
        <w:t>Thở máy</w:t>
      </w:r>
    </w:p>
    <w:p>
      <w:pPr>
        <w:jc w:val="both"/>
      </w:pPr>
      <w:r>
        <w:t>Chưa bao gồm bộ dây máy thở cao tần các loại, các cỡ. Trường hợp sử dụng bộ dây máy thở cao tần thì trừ đi 34.000 đồng chi phí bộ dây máy thở và 5.360 đồng bộ làm ẩm oxy).</w:t>
      </w:r>
    </w:p>
    <w:p>
      <w:pPr>
        <w:jc w:val="both"/>
      </w:pPr>
      <w:r>
        <w:t>68</w:t>
      </w:r>
    </w:p>
    <w:p>
      <w:pPr>
        <w:jc w:val="both"/>
      </w:pPr>
      <w:r>
        <w:t>1.0067</w:t>
      </w:r>
    </w:p>
    <w:p>
      <w:pPr>
        <w:jc w:val="both"/>
      </w:pPr>
      <w:r>
        <w:t>Đặt nội khí quản 2 nòng</w:t>
      </w:r>
    </w:p>
    <w:p>
      <w:pPr>
        <w:jc w:val="both"/>
      </w:pPr>
      <w:r>
        <w:t>Đặt nội khí quản</w:t>
      </w:r>
    </w:p>
    <w:p>
      <w:pPr>
        <w:jc w:val="both"/>
      </w:pPr>
      <w:r>
        <w:t>Chưa bao gồm ống nội khí quản 2 nòng. Trường hợp sử dụng ống nội khí quản 2 nòng thì trừ 19.500 đồng chi phí ông nội khí quản thông thường.</w:t>
      </w:r>
    </w:p>
    <w:p>
      <w:pPr>
        <w:jc w:val="both"/>
      </w:pPr>
      <w:r>
        <w:t>69</w:t>
      </w:r>
    </w:p>
    <w:p>
      <w:pPr>
        <w:jc w:val="both"/>
      </w:pPr>
      <w:r>
        <w:t>1.0070</w:t>
      </w:r>
    </w:p>
    <w:p>
      <w:pPr>
        <w:jc w:val="both"/>
      </w:pPr>
      <w:r>
        <w:t>Đặt ống nội khí quản có cửa hút trên bóng chèn (Hi-low EVAC)</w:t>
      </w:r>
    </w:p>
    <w:p>
      <w:pPr>
        <w:jc w:val="both"/>
      </w:pPr>
      <w:r>
        <w:t>Đặt nội khí quản</w:t>
      </w:r>
    </w:p>
    <w:p>
      <w:pPr>
        <w:jc w:val="both"/>
      </w:pPr>
      <w:r>
        <w:t>Chưa bao gồm ống Hi_low EVAC. Trường hợp sử dụng ống Hi_low EVAC thì trừ 19.500 đồng chi phí ống nội khí quản thông thường.</w:t>
      </w:r>
    </w:p>
    <w:p>
      <w:pPr>
        <w:jc w:val="both"/>
      </w:pPr>
      <w:r>
        <w:t>70</w:t>
      </w:r>
    </w:p>
    <w:p>
      <w:pPr>
        <w:jc w:val="both"/>
      </w:pPr>
      <w:r>
        <w:t>7.0200</w:t>
      </w:r>
    </w:p>
    <w:p>
      <w:pPr>
        <w:jc w:val="both"/>
      </w:pPr>
      <w:r>
        <w:t>Thay băng trên người bệnh đái tháo đường</w:t>
      </w:r>
    </w:p>
    <w:p>
      <w:pPr>
        <w:jc w:val="both"/>
      </w:pPr>
      <w:r>
        <w:t>Thay băng vết thương hoặc mổ chiều dài ≤ 15cm</w:t>
      </w:r>
    </w:p>
    <w:p>
      <w:pPr>
        <w:jc w:val="both"/>
      </w:pPr>
      <w:r>
        <w:t>Chưa bao gồm gạc hydrocolloid; gạc xốp, miếng xốp (foam); gạc, gạc lưới có tẩm kháng sinh hoặc chất sát khuẩn.</w:t>
      </w:r>
    </w:p>
    <w:p>
      <w:pPr>
        <w:jc w:val="both"/>
      </w:pPr>
      <w:r>
        <w:t>71</w:t>
      </w:r>
    </w:p>
    <w:p>
      <w:pPr>
        <w:jc w:val="both"/>
      </w:pPr>
      <w:r>
        <w:t>7.0201</w:t>
      </w:r>
    </w:p>
    <w:p>
      <w:pPr>
        <w:jc w:val="both"/>
      </w:pPr>
      <w:r>
        <w:t>Thay băng trên người bệnh đái tháo đường</w:t>
      </w:r>
    </w:p>
    <w:p>
      <w:pPr>
        <w:jc w:val="both"/>
      </w:pPr>
      <w:r>
        <w:t>Thay băng vết mổ chiều dài trên 15cm đến 30 cm</w:t>
      </w:r>
    </w:p>
    <w:p>
      <w:pPr>
        <w:jc w:val="both"/>
      </w:pPr>
      <w:r>
        <w:t>Chưa bao gồm gạc hydrocolloid; gạc xốp, miếng xốp (foam); gạc, gạc lưới có tẩm kháng sinh hoặc chất sát khuẩn.</w:t>
      </w:r>
    </w:p>
    <w:p>
      <w:pPr>
        <w:jc w:val="both"/>
      </w:pPr>
      <w:r>
        <w:t>72</w:t>
      </w:r>
    </w:p>
    <w:p>
      <w:pPr>
        <w:jc w:val="both"/>
      </w:pPr>
      <w:r>
        <w:t>7.0202</w:t>
      </w:r>
    </w:p>
    <w:p>
      <w:pPr>
        <w:jc w:val="both"/>
      </w:pPr>
      <w:r>
        <w:t>Thay băng trên người bệnh đái tháo đường</w:t>
      </w:r>
    </w:p>
    <w:p>
      <w:pPr>
        <w:jc w:val="both"/>
      </w:pPr>
      <w:r>
        <w:t>Thay băng vết thương hoặc mổ chiều dài từ trên 30 cm đến 50 cm</w:t>
      </w:r>
    </w:p>
    <w:p>
      <w:pPr>
        <w:jc w:val="both"/>
      </w:pPr>
      <w:r>
        <w:t>Chưa bao gồm gạc hydrocolloid; gạc xốp, miếng xốp (foam); gạc, gạc lưới có tẩm kháng sinh hoặc chất sát khuẩn.</w:t>
      </w:r>
    </w:p>
    <w:p>
      <w:pPr>
        <w:jc w:val="both"/>
      </w:pPr>
      <w:r>
        <w:t>73</w:t>
      </w:r>
    </w:p>
    <w:p>
      <w:pPr>
        <w:jc w:val="both"/>
      </w:pPr>
      <w:r>
        <w:t>7.0203</w:t>
      </w:r>
    </w:p>
    <w:p>
      <w:pPr>
        <w:jc w:val="both"/>
      </w:pPr>
      <w:r>
        <w:t>Thay băng trên người bệnh đái tháo đường</w:t>
      </w:r>
    </w:p>
    <w:p>
      <w:pPr>
        <w:jc w:val="both"/>
      </w:pPr>
      <w:r>
        <w:t>Thay băng vết thương hoặc mổ chiều dài từ trên 15 cm đến 30 cm nhiễm trùng</w:t>
      </w:r>
    </w:p>
    <w:p>
      <w:pPr>
        <w:jc w:val="both"/>
      </w:pPr>
      <w:r>
        <w:t>Chưa bao gồm gạc hydrocolloid; gạc xốp, miếng xốp (foam); gạc, gạc lưới có tẩm kháng sinh hoặc chất sát khuẩn.</w:t>
      </w:r>
    </w:p>
    <w:p>
      <w:pPr>
        <w:jc w:val="both"/>
      </w:pPr>
      <w:r>
        <w:t>74</w:t>
      </w:r>
    </w:p>
    <w:p>
      <w:pPr>
        <w:jc w:val="both"/>
      </w:pPr>
      <w:r>
        <w:t>7.0204</w:t>
      </w:r>
    </w:p>
    <w:p>
      <w:pPr>
        <w:jc w:val="both"/>
      </w:pPr>
      <w:r>
        <w:t>Thay băng trên người bệnh đái tháo đường</w:t>
      </w:r>
    </w:p>
    <w:p>
      <w:pPr>
        <w:jc w:val="both"/>
      </w:pPr>
      <w:r>
        <w:t>Thay băng vết thương hoặc mổ chiều dài từ 30 cm đến 50 cm nhiễm trùng</w:t>
      </w:r>
    </w:p>
    <w:p>
      <w:pPr>
        <w:jc w:val="both"/>
      </w:pPr>
      <w:r>
        <w:t>Chưa bao gồm gạc hydrocolloid; gạc xốp, miếng xốp (foam); gạc, gạc lưới có tẩm kháng sinh hoặc chất sát khuẩn.</w:t>
      </w:r>
    </w:p>
    <w:p>
      <w:pPr>
        <w:jc w:val="both"/>
      </w:pPr>
      <w:r>
        <w:t>75</w:t>
      </w:r>
    </w:p>
    <w:p>
      <w:pPr>
        <w:jc w:val="both"/>
      </w:pPr>
      <w:r>
        <w:t>7.0205</w:t>
      </w:r>
    </w:p>
    <w:p>
      <w:pPr>
        <w:jc w:val="both"/>
      </w:pPr>
      <w:r>
        <w:t>Thay băng trên người bệnh đái tháo đường</w:t>
      </w:r>
    </w:p>
    <w:p>
      <w:pPr>
        <w:jc w:val="both"/>
      </w:pPr>
      <w:r>
        <w:t>Thay băng vết thương hoặc mổ chiều dài &gt; 50cm nhiễm trùng</w:t>
      </w:r>
    </w:p>
    <w:p>
      <w:pPr>
        <w:jc w:val="both"/>
      </w:pPr>
      <w:r>
        <w:t>Chưa bao gồm gạc hydrocolloid; gạc xốp, miếng xốp (foam); gạc, gạc lưới có tẩm kháng sinh hoặc chất sát khuẩn.</w:t>
      </w:r>
    </w:p>
    <w:p>
      <w:pPr>
        <w:jc w:val="both"/>
      </w:pPr>
      <w:r>
        <w:t>76</w:t>
      </w:r>
    </w:p>
    <w:p>
      <w:pPr>
        <w:jc w:val="both"/>
      </w:pPr>
      <w:r>
        <w:t>10140</w:t>
      </w:r>
    </w:p>
    <w:p>
      <w:pPr>
        <w:jc w:val="both"/>
      </w:pPr>
      <w:r>
        <w:t>Phẫu thuật thay bộ phát kích thích điện cực thần kinh, đặt dưới da</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77</w:t>
      </w:r>
    </w:p>
    <w:p>
      <w:pPr>
        <w:jc w:val="both"/>
      </w:pPr>
      <w:r>
        <w:t>10141</w:t>
      </w:r>
    </w:p>
    <w:p>
      <w:pPr>
        <w:jc w:val="both"/>
      </w:pPr>
      <w:r>
        <w:t>Phẫu thuật đặt dưới da bộ phát kích thích điện cực thần kinh</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78</w:t>
      </w:r>
    </w:p>
    <w:p>
      <w:pPr>
        <w:jc w:val="both"/>
      </w:pPr>
      <w:r>
        <w:t>10142</w:t>
      </w:r>
    </w:p>
    <w:p>
      <w:pPr>
        <w:jc w:val="both"/>
      </w:pPr>
      <w:r>
        <w:t>Phẫu thuật đặt bộ phát kích thích điện cực tủy sống</w:t>
      </w:r>
    </w:p>
    <w:p>
      <w:pPr>
        <w:jc w:val="both"/>
      </w:pPr>
      <w:r>
        <w:t>Cấy hoặc đặt máy tạo nhịp hoặc cấy máy tạo nhịp phá rung</w:t>
      </w:r>
    </w:p>
    <w:p>
      <w:pPr>
        <w:jc w:val="both"/>
      </w:pPr>
      <w:r>
        <w:t>Chưa bao gồm bộ phát kích thích tủy sống và các phụ kiện kèm theo</w:t>
      </w:r>
    </w:p>
    <w:p>
      <w:pPr>
        <w:jc w:val="both"/>
      </w:pPr>
      <w:r>
        <w:t>79</w:t>
      </w:r>
    </w:p>
    <w:p>
      <w:pPr>
        <w:jc w:val="both"/>
      </w:pPr>
      <w:r>
        <w:t>10143</w:t>
      </w:r>
    </w:p>
    <w:p>
      <w:pPr>
        <w:jc w:val="both"/>
      </w:pPr>
      <w:r>
        <w:t>Phẫu thuật lấy bỏ bộ phát kích thích điện cực thần kinh</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80</w:t>
      </w:r>
    </w:p>
    <w:p>
      <w:pPr>
        <w:jc w:val="both"/>
      </w:pPr>
      <w:r>
        <w:t>10126</w:t>
      </w:r>
    </w:p>
    <w:p>
      <w:pPr>
        <w:jc w:val="both"/>
      </w:pPr>
      <w:r>
        <w:t>Phẫu thuật đặt điện cực sâu điều trị bệnh Parkinson</w:t>
      </w:r>
    </w:p>
    <w:p>
      <w:pPr>
        <w:jc w:val="both"/>
      </w:pPr>
      <w:r>
        <w:t>Phẫu thuật vi phẫu u não đường giữa</w:t>
      </w:r>
    </w:p>
    <w:p>
      <w:pPr>
        <w:jc w:val="both"/>
      </w:pPr>
      <w:r>
        <w:t>Chưa bao gồm hệ thống điện cực kích thích não sâu và các phụ kiện kèm theo</w:t>
      </w:r>
    </w:p>
    <w:p>
      <w:pPr>
        <w:jc w:val="both"/>
      </w:pPr>
      <w:r>
        <w:t>81</w:t>
      </w:r>
    </w:p>
    <w:p>
      <w:pPr>
        <w:jc w:val="both"/>
      </w:pPr>
      <w:r>
        <w:t>18.0521</w:t>
      </w:r>
    </w:p>
    <w:p>
      <w:pPr>
        <w:jc w:val="both"/>
      </w:pPr>
      <w:r>
        <w:t>Chụp và nong cầu nối mạch chi (trên, dưới) số hóa xóa nền</w:t>
      </w:r>
    </w:p>
    <w:p>
      <w:pPr>
        <w:jc w:val="both"/>
      </w:pPr>
      <w:r>
        <w:t>Chụp mạch máu số hóa xóa nền (DSA)</w:t>
      </w:r>
    </w:p>
    <w:p>
      <w:pPr>
        <w:jc w:val="both"/>
      </w:pPr>
      <w:r>
        <w:t>Chưa bao gồm bóng nong, bộ bơm áp lực, stent, keo nút mạch, các vật liệu nút mạch, các vi ống thông, vi dây dẫn, các vòng xoắn kim loại, Dụng cụ đóng lòng mạch (angioseal; perclose...), Dụng cụ lấy dị vật (multi-snare) trong tim mạch, bộ dụng cụ lấy huyết khối.</w:t>
      </w:r>
    </w:p>
    <w:p>
      <w:pPr>
        <w:jc w:val="both"/>
      </w:pPr>
      <w:r>
        <w:t>82</w:t>
      </w:r>
    </w:p>
    <w:p>
      <w:pPr>
        <w:jc w:val="both"/>
      </w:pPr>
      <w:r>
        <w:t>2.0027</w:t>
      </w:r>
    </w:p>
    <w:p>
      <w:pPr>
        <w:jc w:val="both"/>
      </w:pPr>
      <w:r>
        <w:t>Kỹ thuật đặt van một chiều nội phế quản</w:t>
      </w:r>
    </w:p>
    <w:p>
      <w:pPr>
        <w:jc w:val="both"/>
      </w:pPr>
      <w:r>
        <w:t>Nội soi phế quản dưới gây mê lấy dị vật phế quản</w:t>
      </w:r>
    </w:p>
    <w:p>
      <w:pPr>
        <w:jc w:val="both"/>
      </w:pPr>
      <w:r>
        <w:t>Chưa bao gồm van dẫn lưu nhân tạo các loại, các cỡ</w:t>
      </w:r>
    </w:p>
    <w:p>
      <w:pPr>
        <w:jc w:val="both"/>
      </w:pPr>
      <w:r>
        <w:t>(*) Mã số theo Thông tư 50/2014/TT-BYT ngày 26/12/2014 của Bộ Y tế quy định việc phân loại phẫu thuật, thủ thuật và định mức nhân lực trong từng ca phẫu thuật, thủ thuật.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21/2023/TT-BYT</w:t>
      </w:r>
    </w:p>
    <w:p>
      <w:pPr>
        <w:jc w:val="both"/>
      </w:pPr>
      <w:r>
        <w:t>Hà Nội, ngày 17 tháng 11 năm 2023</w:t>
      </w:r>
    </w:p>
    <w:p>
      <w:pPr>
        <w:jc w:val="center"/>
      </w:pPr>
      <w:r>
        <w:rPr>
          <w:b/>
        </w:rPr>
        <w:t>THÔNG TƯ</w:t>
      </w:r>
    </w:p>
    <w:p>
      <w:pPr>
        <w:jc w:val="both"/>
      </w:pPr>
      <w:r>
        <w:t>QUY ĐỊNH KHUNG GIÁ DỊCH VỤ KHÁM BỆNH, CHỮA BỆNH TRONG CÁC CƠ SỞ KHÁM BỆNH, CHỮA BỆNH CỦA NHÀ NƯỚC VÀ HƯỚNG DẪN ÁP DỤNG GIÁ, THANH TOÁN CHI PHÍ KHÁM BỆNH CHỮA BỆNH TRONG MỘT SỐ TRƯỜNG HỢP</w:t>
      </w:r>
    </w:p>
    <w:p>
      <w:pPr>
        <w:jc w:val="both"/>
      </w:pPr>
      <w:r>
        <w:t>Căn cứ Luật Khám bệnh, chữa bệnh số 40/2009/QH12 ngày 23 tháng 11 năm 2009;</w:t>
      </w:r>
    </w:p>
    <w:p>
      <w:pPr>
        <w:jc w:val="both"/>
      </w:pPr>
      <w:r>
        <w:t>Căn cứ Luật Giá số 11/2012/QH12 ngày 20 tháng 6 năm 2012;</w:t>
      </w:r>
    </w:p>
    <w:p>
      <w:pPr>
        <w:jc w:val="both"/>
      </w:pPr>
      <w:r>
        <w:t>Căn cứ Nghị định số 177/2013/NĐ-CP ngày 14 tháng 11 năm 2013 của Chính phủ quy định chi tiết và hướng dẫn thi hành một số điều của Luật giá được sửa đổi, bổ sung bởi Nghị định số 149/2016/NĐ-CP ngày 11 tháng 11 năm 2016 của Chính phủ;</w:t>
      </w:r>
    </w:p>
    <w:p>
      <w:pPr>
        <w:jc w:val="both"/>
      </w:pPr>
      <w:r>
        <w:t>Căn cứ Nghị định 60/2021/NĐ-CP ngày 21 tháng 6 năm 2021 của Chính phủ quy định cơ chế tự chủ của đơn vị sự nghiệp công lập;</w:t>
      </w:r>
    </w:p>
    <w:p>
      <w:pPr>
        <w:jc w:val="both"/>
      </w:pPr>
      <w:r>
        <w:t>Căn cứ Nghị định số 24/2023/NĐ-CP ngày 14 tháng 5 năm 2023 của Chính phủ quy định mức lương cơ sở đối với cán bộ, công chức, viên chức và lực lượng vũ trang;</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Kế hoạch - Tài chính, Bộ Y tế;</w:t>
      </w:r>
    </w:p>
    <w:p>
      <w:pPr>
        <w:jc w:val="both"/>
      </w:pPr>
      <w:r>
        <w:t>Bộ trưởng Bộ Y tế ban hành Thông tư quy định khung giá dịch vụ khám bệnh, chữa bệnh của Nhà nước và hướng dẫn áp dụng giá, thanh toán chi phí khám bệnh, chữa bệnh trong một số trường hợp.</w:t>
      </w:r>
    </w:p>
    <w:p>
      <w:pPr>
        <w:jc w:val="both"/>
      </w:pPr>
      <w:r>
        <w:rPr>
          <w:b/>
        </w:rPr>
        <w:t>Điều 1. Phạm vi điều chỉnh và đối tượng áp dụng</w:t>
      </w:r>
    </w:p>
    <w:p>
      <w:pPr>
        <w:jc w:val="both"/>
      </w:pPr>
      <w:r>
        <w:t>Thông tư này quy định khung giá dịch vụ khám bệnh, chữa bệnh (dịch vụ thuộc phạm vi thanh toán của Quỹ bảo hiểm y tế và dịch vụ không thuộc phạm vi thanh toán của Quỹ bảo hiểm y tế mà không phải là dịch vụ khám bệnh, chữa bệnh theo yêu cầu) trong các cơ sở khám bệnh, chữa bệnh của Nhà nước; và hướng dẫn áp dụng giá, thanh toán chi phí khám bệnh, chữa bệnh trong một số trường hợp.</w:t>
      </w:r>
    </w:p>
    <w:p>
      <w:pPr>
        <w:jc w:val="both"/>
      </w:pPr>
      <w:r>
        <w:rPr>
          <w:b/>
        </w:rPr>
        <w:t>Điều 2. Khung giá dịch vụ khám bệnh, chữa bệnh</w:t>
      </w:r>
    </w:p>
    <w:p>
      <w:pPr>
        <w:jc w:val="both"/>
      </w:pPr>
      <w:r>
        <w:t>Khung giá dịch vụ khám bệnh, chữa bệnh bao gồm:</w:t>
      </w:r>
    </w:p>
    <w:p>
      <w:pPr>
        <w:jc w:val="both"/>
      </w:pPr>
      <w:r>
        <w:t>1. Khung giá dịch vụ khám bệnh, kiểm tra sức khỏe quy định tại Phụ lục I ban hành kèm theo Thông tư này;</w:t>
      </w:r>
    </w:p>
    <w:p>
      <w:pPr>
        <w:jc w:val="both"/>
      </w:pPr>
      <w:r>
        <w:t>2. Khung giá dịch vụ ngày giường bệnh quy định tại Phụ lục II ban hành kèm theo Thông tư này;</w:t>
      </w:r>
    </w:p>
    <w:p>
      <w:pPr>
        <w:jc w:val="both"/>
      </w:pPr>
      <w:r>
        <w:t>3. Khung giá dịch vụ kỹ thuật, xét nghiệm quy định tại Phụ lục III ban hành kèm theo Thông tư này.</w:t>
      </w:r>
    </w:p>
    <w:p>
      <w:pPr>
        <w:jc w:val="both"/>
      </w:pPr>
      <w:r>
        <w:t>4. Bổ sung ghi chú của một số dịch vụ kỹ thuật đã được Bộ Y tế xếp tương đương tại các Quyết định của Bộ Y tế tại Phụ lục IV ban hành kèm theo Thông tư này.</w:t>
      </w:r>
    </w:p>
    <w:p>
      <w:pPr>
        <w:jc w:val="both"/>
      </w:pPr>
      <w:r>
        <w:rPr>
          <w:b/>
        </w:rPr>
        <w:t>Điều 3. Cơ cấu giá dịch vụ khám bệnh, chữa bệnh</w:t>
      </w:r>
    </w:p>
    <w:p>
      <w:pPr>
        <w:jc w:val="both"/>
      </w:pPr>
      <w:r>
        <w:t>Khung giá các dịch vụ khám bệnh, chữa bệnh quy định tại Thông tư này được xây dựng trên cơ sở chi phí trực tiếp và tiền lương để bảo đảm cho việc khám bệnh, chăm sóc, điều trị người bệnh và thực hiện các dịch vụ kỹ thuật y tế; cụ thể như sau:</w:t>
      </w:r>
    </w:p>
    <w:p>
      <w:pPr>
        <w:jc w:val="both"/>
      </w:pPr>
      <w:r>
        <w:t>1. Các chi phí trực tiếp tính trong mức giá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điều trị:</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4, khoản 5 Điều 7 Thông tư này); điện cực, cáp điện tim, băng đo huyết áp, dây cáp SPO2 trong quá trình sử dụng máy theo dõi bệnh nhân đối với giường hồi sức cấp cứu, hồi sức tích cực.</w:t>
      </w:r>
    </w:p>
    <w:p>
      <w:pPr>
        <w:jc w:val="both"/>
      </w:pPr>
      <w:r>
        <w:t>b) Các chi phí quy định tại điểm b, điểm c khoản 1 Điều này phục vụ việc chăm sóc và điều trị người bệnh theo yêu cầu chuyên môn.</w:t>
      </w:r>
    </w:p>
    <w:p>
      <w:pPr>
        <w:jc w:val="both"/>
      </w:pPr>
      <w:r>
        <w:t>c) Riêng chi phí về thuốc, máu toàn phần, chế phẩm máu đạt tiêu chuẩn, dịch truyền, trang thiết bị y tế (ngoài các vật tư nêu trên); các loại bơm tiêm, kim tiêm, kim lấy thuốc dùng trong tiêm, truyền; bơm cho ăn; dây truyền dịch, ống nối, dây nối bơm tiêm điện, máy truyền dịch dùng trong tiêm, truyền; khí oxy, dây thở oxy, mask thở oxy (trừ các trường hợp người bệnh được chỉ định sử dụng thở máy) chưa tính trong cơ cấu giá dịch vụ ngày giường bệnh, được thanh toán theo thực tế sử dụng cho người bệnh.</w:t>
      </w:r>
    </w:p>
    <w:p>
      <w:pPr>
        <w:jc w:val="both"/>
      </w:pPr>
      <w:r>
        <w:t>3. Các chi phí trực tiếp tính trong giá dịch vụ kỹ thuật y tế:</w:t>
      </w:r>
    </w:p>
    <w:p>
      <w:pPr>
        <w:jc w:val="both"/>
      </w:pPr>
      <w:r>
        <w:t>a) Chi phí về quần áo, mũ, khẩu trang, ga, gối, đệm, chiếu, đồ vải; văn phòng phẩm; thuốc, dịch truyền, hóa chất, vật tư tiêu hao, vật tư thay thế sử dụng trong quá trình thực hiện các dịch vụ, kỹ thuật y tế;</w:t>
      </w:r>
    </w:p>
    <w:p>
      <w:pPr>
        <w:jc w:val="both"/>
      </w:pPr>
      <w:r>
        <w:t>b) Các chi phí quy định tại điểm b, điểm c khoản 1 Điều này phục vụ cho việc thực hiện các dịch vụ kỹ thuật y tế theo yêu cầu chuyên môn.</w:t>
      </w:r>
    </w:p>
    <w:p>
      <w:pPr>
        <w:jc w:val="both"/>
      </w:pPr>
      <w:r>
        <w:t>4. Chi phí tiền lương tính trong giá khám bệnh, ngày giường bệnh và các dịch vụ kỹ thuật y tế,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24/2023/NĐ-CP ngày 14 tháng 5 năm 2023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quy định tại khoản 4 Điều này không bao gồm các khoản chi theo chế độ do ngân sách nhà nước bảo đảm quy định tại các văn bản sau đây:</w:t>
      </w:r>
    </w:p>
    <w:p>
      <w:pPr>
        <w:jc w:val="both"/>
      </w:pPr>
      <w:r>
        <w:t>a) Chế độ phụ cấp ưu đãi, phụ cấp thu hút, trợ cấp và các ưu đãi khác đối với cán bộ, viên chức y tế, lao động hợp đồng và cán bộ, nhân viên quân y trực tiếp làm công tác chuyên môn y tế tại các cơ sở y tế của Nhà nước ở vùng có điều kiện kinh tế - xã hội đặc biệt khó khăn;</w:t>
      </w:r>
    </w:p>
    <w:p>
      <w:pPr>
        <w:jc w:val="both"/>
      </w:pPr>
      <w:r>
        <w:t>b) Phụ cấp thu hút, phụ cấp công tác lâu năm, một số trợ cấp và thanh toán tiền tàu xe đối với cán bộ, công chức, viên chức và người hưởng lương trong lực lượng vũ trang (quân đội nhân dân và công an nhân dân) công tác ở vùng có điều kiện kinh tế - xã hội đặc biệt khó khăn;</w:t>
      </w:r>
    </w:p>
    <w:p>
      <w:pPr>
        <w:jc w:val="both"/>
      </w:pPr>
      <w:r>
        <w:t>c)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w:t>
      </w:r>
    </w:p>
    <w:p>
      <w:pPr>
        <w:jc w:val="both"/>
      </w:pPr>
      <w:r>
        <w:t>d) Các chế độ phụ cấp đặc thù theo nghề hoặc công việc.</w:t>
      </w:r>
    </w:p>
    <w:p>
      <w:pPr>
        <w:jc w:val="both"/>
      </w:pPr>
      <w:r>
        <w:rPr>
          <w:b/>
        </w:rPr>
        <w:t>Điều 4. Nguyên tắc và thẩm quyền quyết định giá dịch vụ khám bệnh, chữa bệnh không thuộc phạm vi thanh toán của Quỹ bảo hiểm y tế mà không phải là dịch vụ khám bệnh, chữa bệnh theo yêu cầu</w:t>
      </w:r>
    </w:p>
    <w:p>
      <w:pPr>
        <w:jc w:val="both"/>
      </w:pPr>
      <w:r>
        <w:t>1. Cơ quan có thẩm quyền quy định tại khoản 2, khoản 3 Điều này quyết định mức giá cụ thể của các dịch vụ khám bệnh, chữa bệnh đối với các cơ sở khám bệnh, chữa bệnh thuộc phạm vi quản lý không được vượt quá mức tối đa khung giá của các dịch vụ khám bệnh, chữa bệnh quy định tại Thông tư này.</w:t>
      </w:r>
    </w:p>
    <w:p>
      <w:pPr>
        <w:jc w:val="both"/>
      </w:pPr>
      <w:r>
        <w:t>2. Hội đồng nhân dân cấp tỉnh quyết định mức giá cụ thể đối với dịch vụ khám bệnh, chữa bệnh thực hiện tại các cơ sở khám bệnh, chữa bệnh thuộc địa phương quản lý và quyết định mức giá cụ thể hoặc thực hiện áp giá dịch vụ khám bệnh, chữa bệnh đối với một số trường hợp theo nguyên tắc sau:</w:t>
      </w:r>
    </w:p>
    <w:p>
      <w:pPr>
        <w:jc w:val="both"/>
      </w:pPr>
      <w:r>
        <w:t>a) 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tương đương;</w:t>
      </w:r>
    </w:p>
    <w:p>
      <w:pPr>
        <w:jc w:val="both"/>
      </w:pPr>
      <w:r>
        <w:t>b) Các cơ sở khám bệnh, chữa bệnh chưa được phân hạng: áp dụng mức giá của bệnh viện hạng IV;</w:t>
      </w:r>
    </w:p>
    <w:p>
      <w:pPr>
        <w:jc w:val="both"/>
      </w:pPr>
      <w:r>
        <w:t>c) Đối với phòng khám đa khoa khu vực:</w:t>
      </w:r>
    </w:p>
    <w:p>
      <w:pPr>
        <w:jc w:val="both"/>
      </w:pPr>
      <w:r>
        <w:t>- Trường hợp được cấp giấy phép hoạt động bệnh viện hoặc thuộc trường hợp quy định tại khoản 12 Điều 11 Nghị định 155/2018/NĐ-CP ngày 12 tháng 11 năm 2018 của Chính phủ sửa đổi, bổ sung một số quy định liên quan đến điều kiện đầu tư kinh doanh thuộc phạm vi quản lý nhà nước của Bộ Y tế: áp dụng mức giá của bệnh viện hạng IV;</w:t>
      </w:r>
    </w:p>
    <w:p>
      <w:pPr>
        <w:jc w:val="both"/>
      </w:pPr>
      <w:r>
        <w:t>- Trường hợp chỉ làm nhiệm vụ cấp cứu, khám bệnh, chữa bệnh ngoại trú: áp dụng mức giá của bệnh viện hạng IV. Đối với trường hợp được Sở Y tế quyết định có giường lưu: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d) Trạm y tế xã, phường, thị trấn:</w:t>
      </w:r>
    </w:p>
    <w:p>
      <w:pPr>
        <w:jc w:val="both"/>
      </w:pPr>
      <w:r>
        <w:t>- Mức giá khám bệnh: áp dụng mức giá của trạm y tế xã. Mức giá các dịch vụ kỹ thuật bằng 70% mức giá của các dịch vụ tại Phụ lục III;</w:t>
      </w:r>
    </w:p>
    <w:p>
      <w:pPr>
        <w:jc w:val="both"/>
      </w:pPr>
      <w:r>
        <w:t>- Đối với các trạm y tế được Sở Y tế quyết định có giường lưu: áp dụng mức giá bằng 50% mức giá ngày giường nội khoa loại 3 của bệnh viện hạng IV.</w:t>
      </w:r>
    </w:p>
    <w:p>
      <w:pPr>
        <w:jc w:val="both"/>
      </w:pPr>
      <w:r>
        <w:t>e) Nhà hộ sinh: áp dụng mức giá của bệnh viện viện hạng IV. Mức giá thanh toán tiền giường bệnh áp dụng bằng 50% mức giá ngày giường nội khoa loại 3 của bệnh viện hạng 4.</w:t>
      </w:r>
    </w:p>
    <w:p>
      <w:pPr>
        <w:jc w:val="both"/>
      </w:pPr>
      <w:r>
        <w:t>3. Các cơ sở khám bệnh, chữa bệnh trực thuộc Bộ Y tế và các bệnh viện hạng đặc biệt, bệnh viện hạng I thuộc các Bộ, cơ quan trung ương: áp dụng mức giá tối thiểu theo hạng bệnh viện quy định tại các phụ lục đính kèm thông tư. Đối với các cơ sở y tế còn lại thuộc các Bộ, cơ quan trung ương việc áp giá dịch vụ khám bệnh, chữa bệnh như sau:</w:t>
      </w:r>
    </w:p>
    <w:p>
      <w:pPr>
        <w:jc w:val="both"/>
      </w:pPr>
      <w:r>
        <w:t>a) Đối với trạm y tế cơ quan, đơn vị, tổ chức, trạm y tế quân dân y, phòng khám quân dân y: áp dụng giá dịch vụ khám bệnh, chữa bệnh quy định đối với trạm y tế xã, phường, thị trấn của địa phương;</w:t>
      </w:r>
    </w:p>
    <w:p>
      <w:pPr>
        <w:jc w:val="both"/>
      </w:pPr>
      <w:r>
        <w:t>b) Đối với bệnh xá quân dân y: áp dụng giá dịch vụ khám bệnh, chữa bệnh đối với phòng khám đa khoa khu vực của địa phương;</w:t>
      </w:r>
    </w:p>
    <w:p>
      <w:pPr>
        <w:jc w:val="both"/>
      </w:pPr>
      <w:r>
        <w:t>c) Đối với các bệnh viện hạng II, III, IV (bao gồm cả bệnh viện quân dân y): áp dụng giá dịch vụ đối với cơ sở khám bệnh, chữa bệnh cùng hạng của địa phương;</w:t>
      </w:r>
    </w:p>
    <w:p>
      <w:pPr>
        <w:jc w:val="both"/>
      </w:pPr>
      <w:r>
        <w:t>d) Đối với các cơ sở khám bệnh, chữa bệnh còn lại khác: áp dụng giá dịch vụ đối với cơ sở khám bệnh, chữa bệnh hạng IV của địa phương.</w:t>
      </w:r>
    </w:p>
    <w:p>
      <w:pPr>
        <w:jc w:val="both"/>
      </w:pPr>
      <w:r>
        <w:t>4. Trường hợp cơ sở khám bệnh, chữa bệnh thuộc các Bộ, cơ quan trung ương thực hiện các dịch vụ kỹ thuật chưa có trong quy định giá dịch vụ khám bệnh, chữa bệnh của địa phương thì cơ sở khám bệnh, chữa bệnh phải thực hiện xây dựng phương án giá và báo cáo Bộ Y tế xem xét, quyết định.</w:t>
      </w:r>
    </w:p>
    <w:p>
      <w:pPr>
        <w:jc w:val="both"/>
      </w:pPr>
      <w:r>
        <w:t>5. Đối với dịch vụ kỹ thuật mới theo quy định của Luật khám bệnh, chữa bệnh và các dịch vụ kỹ thuật còn lại khác (trừ các dịch vụ đã được Bộ Y tế xếp tương đương về kỹ thuật và chi phí thực hiện) chưa được quy định khung giá:</w:t>
      </w:r>
    </w:p>
    <w:p>
      <w:pPr>
        <w:jc w:val="both"/>
      </w:pPr>
      <w:r>
        <w:t>a) Cơ sở khám bệnh, chữa bệnh xây dựng và đề xuất mức giá trình cơ quan có thẩm quyền quy định tại Điều 4 Thông tư này tạm thời quyết định mức giá;</w:t>
      </w:r>
    </w:p>
    <w:p>
      <w:pPr>
        <w:jc w:val="both"/>
      </w:pPr>
      <w:r>
        <w:t>b) Định kỳ 6 tháng (tuần thứ 4 của tháng 6 và tuần thứ 4 của tháng 12 hằng năm) các đơn vị, địa phương tổng hợp báo cáo về Bộ Y tế để xem xét, quyết định;</w:t>
      </w:r>
    </w:p>
    <w:p>
      <w:pPr>
        <w:jc w:val="both"/>
      </w:pPr>
      <w:r>
        <w:t>c) Trình tự và hồ sơ phương án giá thực hiện theo quy định của pháp luật về giá.</w:t>
      </w:r>
    </w:p>
    <w:p>
      <w:pPr>
        <w:jc w:val="both"/>
      </w:pPr>
      <w:r>
        <w:rPr>
          <w:b/>
        </w:rPr>
        <w:t>Điều 5. Hướng dẫn thực hiện giá khám bệnh</w:t>
      </w:r>
    </w:p>
    <w:p>
      <w:pPr>
        <w:jc w:val="both"/>
      </w:pPr>
      <w:r>
        <w:t>Số lần và giá khám bệnh trong một số trường hợp được xác định như sau:</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3 Điều này. Trường hợp không đăng ký khám bệnh tại khoa khám bệnh nhưng đến khám bệnh và vào điều trị nội trú tại các khoa lâm sàng theo yêu cầu chuyên môn thì không thanh toán tiền khám bệnh.</w:t>
      </w:r>
    </w:p>
    <w:p>
      <w:pPr>
        <w:jc w:val="both"/>
      </w:pPr>
      <w:r>
        <w:t>2. Cơ sở khám bệnh,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khám bệnh, chữa bệnh (có thể trong cùng một ngày hoặc do điều kiện khách quan hoặc yêu cầu chuyên môn nên chưa hoàn thành được quá trình khám bệnh trong ngày, phải tiếp tục khám bệnh trong ngày tiếp theo), người bệnh sau khi khám một chuyên khoa cần phải khám thêm các chuyên khoa khác thì từ lần khám thứ 02 chỉ tính 30% mức giá của 01 lần khám bệnh và mức thanh toán tối đa chi phí khám bệnh của người đó không quá 02 lần mức giá của 01 lần khám bệnh.</w:t>
      </w:r>
    </w:p>
    <w:p>
      <w:pPr>
        <w:jc w:val="both"/>
      </w:pPr>
      <w:r>
        <w:t>4. Người bệnh đến khám bệnh tại cơ sở khám bệnh, chữa bệnh, đã được khám bệnh, cấp thuốc về điều trị nhưng sau đó có biểu hiện bất thường, đến cơ sở khám bệnh, chữa bệnh đó để khám lại ngay trong ngày hôm đó và được tiếp tục thăm khám thì lần khám này được coi như là lần khám thứ 02 trở đi trong một ngày. Việc thanh toán thực hiện theo quy định tại khoản 3 Điều này.</w:t>
      </w:r>
    </w:p>
    <w:p>
      <w:pPr>
        <w:jc w:val="both"/>
      </w:pPr>
      <w:r>
        <w:rPr>
          <w:b/>
        </w:rPr>
        <w:t>Điều 6. Xác định số ngày giường, áp dụng mức giá ngày giường</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nặng đang điều trị nội trú mà tình trạng bệnh chưa thuyên giảm, tử vong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khám bệnh, chữa bệnh khác;</w:t>
      </w:r>
    </w:p>
    <w:p>
      <w:pPr>
        <w:jc w:val="both"/>
      </w:pPr>
      <w:r>
        <w:t>b) Số ngày điều trị nội trú bằng ngày ra viện trừ (-) ngày vào viện: áp dụng đối với các trường hợp còn lại;</w:t>
      </w:r>
    </w:p>
    <w:p>
      <w:pPr>
        <w:jc w:val="both"/>
      </w:pPr>
      <w:r>
        <w:t>c) Trường hợp người bệnh vào viện và ra viện trong cùng một ngày (hoặc vào viện ngày hôm trước, ra ngày hôm sau) có thời gian điều trị trên 04 giờ đến dưới 24 giờ thì được tính là 01 ngày điều trị. 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trang thiết bị y tế và các dịch vụ kỹ thuật, không thanh toán tiền ngày giường bệnh hồi sức cấp cứu;</w:t>
      </w:r>
    </w:p>
    <w:p>
      <w:pPr>
        <w:jc w:val="both"/>
      </w:pPr>
      <w:r>
        <w:t>d) Trường hợp người bệnh vào viện và ra viện có thời gian điều trị từ 04 giờ trở xuống thì được thanh toán tiền khám bệnh, tiền thuốc, trang thiết bị y tế và các dịch vụ kỹ thuật mà người bệnh đã sử dụng, không được tính tiền ngày giường bệnh điều trị nội trú.</w:t>
      </w:r>
    </w:p>
    <w:p>
      <w:pPr>
        <w:jc w:val="both"/>
      </w:pPr>
      <w:r>
        <w:t>2. Trường hợp trong cùng một ngày người bệnh chuyển 02 khoa thì mỗi khoa chỉ được tính 1/2 ngày. Trường hợp trong cùng một ngày người bệnh chuyển từ 03 khoa trở lên thì giá dịch vụ ngày giường bệnh hôm đó được tính bằng trung bình cộng tiền ngày giường bệnh tại khoa có thời gian nằm điều trị trên 04 giờ có mức giá tiền ngày giường bệnh cao nhất và tại khoa có thời gian nằm điều trị trên 04 giờ có mức giá tiền ngày giường bệnh thấp nhất.</w:t>
      </w:r>
    </w:p>
    <w:p>
      <w:pPr>
        <w:jc w:val="both"/>
      </w:pPr>
      <w:r>
        <w:t>3. Giá dịch vụ ngày giường bệnh ngoại khoa, bỏng: áp dụng tối đa không quá 10 ngày sau một lần phẫu thuật. Từ ngày thứ 11 sau phẫu thuật trở đi thì áp dụng mức giá ngày giường nội khoa theo các khoa tương ứng quy định tại mục 3 của Phụ lục II ban hành kèm theo Thông tư này.</w:t>
      </w:r>
    </w:p>
    <w:p>
      <w:pPr>
        <w:jc w:val="both"/>
      </w:pPr>
      <w:r>
        <w:t>4. Giá dịch vụ ngày giường bệnh được tính cho 01 người/01 giường. Trường hợp ở cùng một thời điểm phải nằm ghép 02 người/01 giường thì chỉ được thanh toán 1/2 mức giá dịch vụ ngày giường bệnh tương ứng. Trường hợp nằm ghép từ 03 người trở lên thì chỉ được thanh toán 1/3 mức giá ngày giường bệnh tương ứng.</w:t>
      </w:r>
    </w:p>
    <w:p>
      <w:pPr>
        <w:jc w:val="both"/>
      </w:pPr>
      <w:r>
        <w:t>5. Giá dịch vụ ngày giường bệnh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trong khoa Cấp cứu, khoa Gây mê hồi sức, khoa Nhi, khoa Sơ sinh, khoa Truyền nhiễm bố trí khu vực riêng hoặc buồng cấp cứu (có giường bệnh hồi sức tích cực hoặc giường bệnh sau hậu phẫu của các phẫu thuật loại đặc biệt) đáp ứng được yêu cầu về cơ sở vật chất, trang thiết bị, nhân lực quy định tại Quy chế Cấp cứu, Hồi sức tích cực và Chống độc ban hành kèm theo Quyết định số 01/2008/QĐ-BYT;</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dịch vụ ngày giường bệnh hồi sức cấp cứu và các loại giường khác quy định Phụ lục II ban hành kèm theo Thông tư này.</w:t>
      </w:r>
    </w:p>
    <w:p>
      <w:pPr>
        <w:jc w:val="both"/>
      </w:pPr>
      <w:r>
        <w:t>6. Đối với các khoa điều trị lâm sàng có giường hồi sức cấp cứu: áp dụng giá dịch vụ ngày giường bệnh hồi sức cấp cứu theo quy định tại dịch vụ số 2 Phụ lục II ban hành kèm theo Thông tư này.</w:t>
      </w:r>
    </w:p>
    <w:p>
      <w:pPr>
        <w:jc w:val="both"/>
      </w:pPr>
      <w:r>
        <w:t>Ví dụ: khoa Nhi có giường hồi sức cấp cứu nhi, các khoa sơ sinh hoặc chăm sóc đặc biệt đối với trẻ sơ sinh thiếu tháng.</w:t>
      </w:r>
    </w:p>
    <w:p>
      <w:pPr>
        <w:jc w:val="both"/>
      </w:pPr>
      <w:r>
        <w:t>7. Bệnh viện hạng III, hạng IV hoặc chưa xếp hạng nhưng được cơ quan có thẩm quyền phê duyệt thực hiện phẫu thuật loại đặc biệt: áp dụng mức giá dịch vụ ngày giường bệnh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dịch vụ ngày giường bệnh ngoại khoa sau phẫu thuật loại 1 của bệnh viện hạng III; nếu Bệnh viện được xếp hạng IV hoặc chưa xếp hạng thì được áp dụng mức giá dịch vụ ngày giường bệnh ngoại khoa sau phẫu thuật loại 1 của bệnh viện hạng IV.</w:t>
      </w:r>
    </w:p>
    <w:p>
      <w:pPr>
        <w:jc w:val="both"/>
      </w:pPr>
      <w:r>
        <w:t>8. Trường hợp một phẫu thuật nhưng được phân loại khác nhau theo các chuyên khoa (trừ chuyên khoa nhi) theo quy định tại Thông tư số 50/2014/TT-BYT ngày 26 tháng 12 năm 2014 của Bộ trưởng Bộ Y tế quy định phân loại phẫu thuật, thủ thuật và định mức nhân lực trong từng ca phẫu thuật, thủ thuật (sau đây gọi tắt là Thông tư số 50/2014/TT-BYT): áp dụng mức giá dịch vụ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50/2014/TT-BYT: áp dụng mức giá dịch vụ ngày giường bệnh ngoại khoa, bỏng theo phân loại của phẫu thuật.</w:t>
      </w:r>
    </w:p>
    <w:p>
      <w:pPr>
        <w:jc w:val="both"/>
      </w:pPr>
      <w:r>
        <w:t>10. Các phẫu thuật chưa được phân loại phẫu thuật quy định tại Thông tư số 50/2014/TT-BYT: áp dụng mức giá dịch vụ ngày giường ngoại khoa loại 4 của hạng bệnh viện tương ứng.</w:t>
      </w:r>
    </w:p>
    <w:p>
      <w:pPr>
        <w:jc w:val="both"/>
      </w:pPr>
      <w:r>
        <w:t>11. Đối với các bệnh viện y học cổ truyền hạng I trực thuộc Bộ Y tế: áp dụng mức giá dịch vụ ngày giường bệnh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Giá dịch vụ ngày giường bệnh Hồi sức tích cực (ICU): theo quy định tại khoản 5 Điều này;</w:t>
      </w:r>
    </w:p>
    <w:p>
      <w:pPr>
        <w:jc w:val="both"/>
      </w:pPr>
      <w:r>
        <w:t>b) Giá dịch vụ ngày giường bệnh Hồi sức Cấp cứu: theo quy định tại khoản 6 Điều này;</w:t>
      </w:r>
    </w:p>
    <w:p>
      <w:pPr>
        <w:jc w:val="both"/>
      </w:pPr>
      <w:r>
        <w:t>c) Giá dịch vụ ngày giường bệnh tại các khoa ung thư, nhi: áp dụng giá dịch vụ ngày giường bệnh nội khoa loại 1;</w:t>
      </w:r>
    </w:p>
    <w:p>
      <w:pPr>
        <w:jc w:val="both"/>
      </w:pPr>
      <w:r>
        <w:t>d) Giá dịch vụ ngày giường bệnh điều trị một trong các bệnh về tổn thương tủy sống, tai biến mạch máu não, chấn thương sọ não: áp dụng giá dịch vụ ngày giường bệnh nội khoa loại 2;</w:t>
      </w:r>
    </w:p>
    <w:p>
      <w:pPr>
        <w:jc w:val="both"/>
      </w:pPr>
      <w:r>
        <w:t>đ) Giá dịch vụ ngày giường bệnh tại các khoa còn lại: áp dụng giá dịch vụ ngày giường bệnh nội khoa loại 3.</w:t>
      </w:r>
    </w:p>
    <w:p>
      <w:pPr>
        <w:jc w:val="both"/>
      </w:pPr>
      <w:r>
        <w:t>13. Đối với các cơ sở khám bệnh, chữa bệnh tổ chức các khoa theo hình thức liên chuyên khoa: áp dụng mức giá dịch vụ ngày giường bệnh nội khoa mà người bệnh điều trị tương ứng với hạng bệnh viện. Trường hợp người bệnh điều trị nhiều bệnh cùng lúc thì áp theo mức giá dịch vụ ngày giường bệnh của khoa điều trị bệnh chính của người bệnh.</w:t>
      </w:r>
    </w:p>
    <w:p>
      <w:pPr>
        <w:jc w:val="both"/>
      </w:pPr>
      <w:r>
        <w:t>14. Trường hợp người bệnh nằm trên băng ca, giường gấp: áp dụng mức giá bằng 50% giá ngày giường theo từng loại chuyên khoa quy định tại Phụ lục II ban hành kèm theo Thông tư này.</w:t>
      </w:r>
    </w:p>
    <w:p>
      <w:pPr>
        <w:jc w:val="both"/>
      </w:pPr>
      <w:r>
        <w:t>15. Ngày giường bệnh ngoại khoa sau thực hiện “Phẫu thuật đục thủy tinh thể bằng phương pháp Phaco” áp dụng mức giá “Ngày giường bệnh ngoại khoa, bỏng” của loại 3 tương ứng theo hạng bệnh viện của Phụ lục II ban hành kèm theo Thông tư này.</w:t>
      </w:r>
    </w:p>
    <w:p>
      <w:pPr>
        <w:jc w:val="both"/>
      </w:pPr>
      <w:r>
        <w:rPr>
          <w:b/>
        </w:rPr>
        <w:t>Điều 7. Hướng dẫn thực hiện giá dịch vụ kỹ thuật và xét nghiệm</w:t>
      </w:r>
    </w:p>
    <w:p>
      <w:pPr>
        <w:jc w:val="both"/>
      </w:pPr>
      <w:r>
        <w:t>1. Các dịch vụ kỹ thuật được áp dụng theo thứ tự như sau:</w:t>
      </w:r>
    </w:p>
    <w:p>
      <w:pPr>
        <w:jc w:val="both"/>
      </w:pPr>
      <w:r>
        <w:t>a) Đối với các dịch vụ kỹ thuật cụ thể đã được quy định mức giá tại phụ lục ban hành kèm theo Thông tư này: áp dụng theo mức giá đã được quy định;</w:t>
      </w:r>
    </w:p>
    <w:p>
      <w:pPr>
        <w:jc w:val="both"/>
      </w:pPr>
      <w:r>
        <w:t>b) Các dịch vụ kỹ thuật chưa được quy định mức giá tại phụ lục ban hành kèm theo Thông tư này nhưng đã được xếp tương đương về kỹ thuật và chi phí thực hiện: áp dụng theo mức giá của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3.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phát sinh.</w:t>
      </w:r>
    </w:p>
    <w:p>
      <w:pPr>
        <w:jc w:val="both"/>
      </w:pPr>
      <w:r>
        <w:t>4. Đối với dịch vụ “Thay băng vết thương hoặc vết mổ chiều dài ≤ 15 cm”:</w:t>
      </w:r>
    </w:p>
    <w:p>
      <w:pPr>
        <w:jc w:val="both"/>
      </w:pPr>
      <w:r>
        <w:t>a) Thanh toán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w:t>
      </w:r>
    </w:p>
    <w:p>
      <w:pPr>
        <w:jc w:val="both"/>
      </w:pPr>
      <w:r>
        <w:t>b) Không áp dụng đối với thay băng trong các trường hợp sau: phẫu thuật nội soi, thay băng vết mổ, vết thương thông thường, thay băng rốn sơ sinh.</w:t>
      </w:r>
    </w:p>
    <w:p>
      <w:pPr>
        <w:jc w:val="both"/>
      </w:pPr>
      <w:r>
        <w:t>5.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mố trở lên;</w:t>
      </w:r>
    </w:p>
    <w:p>
      <w:pPr>
        <w:jc w:val="both"/>
      </w:pPr>
      <w:r>
        <w:t>d) Trường hợp phẫu thuật mổ lấy thai: được áp dụng mức giá này nhưng tối đa không quá 03 lần.</w:t>
      </w:r>
    </w:p>
    <w:p>
      <w:pPr>
        <w:jc w:val="both"/>
      </w:pPr>
      <w:r>
        <w:t>6. Đối với xét nghiệm hòa hợp miễn dịch ở nhiệt độ 37°C và có sử dụng huyết thanh kháng globulin (nghiệm pháp Coombs gián tiếp) trong truyền máu: Thanh toán theo giá của dịch vụ “Phản ứng hòa hợp có sử dụng kháng globulin người” có số thứ tự 1340 hoặc 1341 quy định tại Phụ lục III ban hành kèm theo Thông tư này.</w:t>
      </w:r>
    </w:p>
    <w:p>
      <w:pPr>
        <w:jc w:val="both"/>
      </w:pPr>
      <w:r>
        <w:t>7. Các dịch vụ kỹ thuật chuyên khoa nhi nhưng thực hiện cho người lớn hoặc các dịch vụ kỹ thuật thực hiện cho bệnh nhi nhưng trùng tên với người lớn nhưng chưa quy định cụ thể mức giá: được áp dụng mức giá dịch vụ kỹ thuật theo danh mục tại Thông tư này và các quyết định tương đương về kỹ thuật và chi phí thực hiện.</w:t>
      </w:r>
    </w:p>
    <w:p>
      <w:pPr>
        <w:jc w:val="both"/>
      </w:pPr>
      <w:r>
        <w:t>Các dịch vụ kỹ thuật chỉ có tên tại chuyên khoa nhi nhưng thực hiện cho người bệnh trên 16 tuổi: áp dụng mức giá dịch vụ kỹ thuật như đối với mức giá đã được quy định tại chuyên khoa nhi.</w:t>
      </w:r>
    </w:p>
    <w:p>
      <w:pPr>
        <w:jc w:val="both"/>
      </w:pPr>
      <w:r>
        <w:rPr>
          <w:b/>
        </w:rPr>
        <w:t>Điều 8. Tổ chức thực hiện</w:t>
      </w:r>
    </w:p>
    <w:p>
      <w:pPr>
        <w:jc w:val="both"/>
      </w:pPr>
      <w:r>
        <w:t>1. Ngân sách bảo đảm kinh phí theo phân cấp ngân sách hiện hành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hiện hành của Chính phủ quy định mức lương cơ sở đối với cán bộ, công chức, viên chức và lực lượng vũ trang.</w:t>
      </w:r>
    </w:p>
    <w:p>
      <w:pPr>
        <w:jc w:val="both"/>
      </w:pPr>
      <w:r>
        <w:t>c) Trường hợp nguồn tài chính của đơn vị không đảm bảo hoạt động thường xuyên, đơn vị được cơ quan có thẩm quyền phân loại là đơn vị sự nghiệp công tư bảo đảm một phần chi thường xuyên hoặc đơn vị sự nghiệp công do nhà nước bảo đảm chi thường xuyên.</w:t>
      </w:r>
    </w:p>
    <w:p>
      <w:pPr>
        <w:jc w:val="both"/>
      </w:pPr>
      <w:r>
        <w:t>2. Trách nhiệm của Bộ Y tế:</w:t>
      </w:r>
    </w:p>
    <w:p>
      <w:pPr>
        <w:jc w:val="both"/>
      </w:pPr>
      <w:r>
        <w:t>a) Chủ trì phối hợp với Bộ Tài chính quy định thống nhất giá dịch vụ khám bệnh, chữa bệnh bảo hiểm y tế giữa các bệnh viện cùng hạng trên toàn quốc.</w:t>
      </w:r>
    </w:p>
    <w:p>
      <w:pPr>
        <w:jc w:val="both"/>
      </w:pPr>
      <w:r>
        <w:t>b) Thống nhất với Bộ Tài chính xem xét, điều chỉnh khung giá của các dịch vụ khám bệnh, chữa bệnh quy định tại các phụ lục ban hành kèm theo Thông tư này khi bổ sung các yếu tố hình thành giá theo lộ trình, điều chỉnh định mức kinh tế kỹ thuật hoặc chi phí của các yếu tố hình thành giá thay đổi.</w:t>
      </w:r>
    </w:p>
    <w:p>
      <w:pPr>
        <w:jc w:val="both"/>
      </w:pPr>
      <w:r>
        <w:t>3. Trách nhiệm của Sở Y tế:</w:t>
      </w:r>
    </w:p>
    <w:p>
      <w:pPr>
        <w:jc w:val="both"/>
      </w:pPr>
      <w:r>
        <w:t>b) Chủ trì, thống nhất với Sở Tài chính báo cáo Ủy ban nhân dân cấp tỉnh để trình Hội đồng nhân dân cấp tỉnh xem xét, quyết định giá dịch vụ khám bệnh, chữa bệnh không thanh toán BHYT nhưng không phải là đối tượng khám chữa bệnh theo yêu cầu và thời điểm thực hiện đối với các cơ sở khám bệnh, chữa bệnh thuộc thẩm quyền quản lý của địa phương.</w:t>
      </w:r>
    </w:p>
    <w:p>
      <w:pPr>
        <w:jc w:val="both"/>
      </w:pPr>
      <w:r>
        <w:t>b) Chủ trì, phối hợp với các đơn vị có liên quan tổ chức triển khai, kiểm tra, giám sát, sơ kết, tổng kết việc thực hiện Thông tư này trên địa bàn quản lý.</w:t>
      </w:r>
    </w:p>
    <w:p>
      <w:pPr>
        <w:jc w:val="both"/>
      </w:pPr>
      <w:r>
        <w:t>c)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d) Báo cáo cấp có thẩm quyền giao giường bệnh, quyết định số lượng người làm việc cho các cơ sở y tế thuộc địa phương quản lý để các cơ sở y tế có đủ giường bệnh, nhân lực đáp ứng nhu cầu và nâng cao chất lượng dịch vụ khám, chữa bệnh cho nhân dân.</w:t>
      </w:r>
    </w:p>
    <w:p>
      <w:pPr>
        <w:jc w:val="both"/>
      </w:pPr>
      <w:r>
        <w:t>4. Trách nhiệm của các cơ sở khám,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và các hàng hóa khác ...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rPr>
          <w:b/>
        </w:rPr>
        <w:t>Điều 9. Điều khoản thi hành</w:t>
      </w:r>
    </w:p>
    <w:p>
      <w:pPr>
        <w:jc w:val="both"/>
      </w:pPr>
      <w:r>
        <w:t>1. Thông tư này có hiệu lực thi hành kể từ ngày ký ban hành.</w:t>
      </w:r>
    </w:p>
    <w:p>
      <w:pPr>
        <w:jc w:val="both"/>
      </w:pPr>
      <w:r>
        <w:t>2. Các văn bản sau đây hết hiệu lực thi hành kể từ ngày Thông tư này có hiệu lực thi hành:</w:t>
      </w:r>
    </w:p>
    <w:p>
      <w:pPr>
        <w:jc w:val="both"/>
      </w:pPr>
      <w:r>
        <w:t>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b) Thông tư 14/2019/TT-BYT ngày 05 tháng 7 năm 2019 của Bộ trưởng Bộ Y tế sửa đổi, bổ sung một số điều của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10. Điều khoản chuyển tiếp</w:t>
      </w:r>
    </w:p>
    <w:p>
      <w:pPr>
        <w:jc w:val="both"/>
      </w:pPr>
      <w:r>
        <w:t>1. Tiếp tục áp dụng danh mục các dịch vụ kỹ thuật khám bệnh, chữa bệnh được xếp tương đương về quy trình kỹ thuật và chi phí đã quy định tại các Quyết định của Bộ trưởng Bộ Y tế về việc ban hành Danh mục kỹ thuật tương đương thực hiện Thông tư 37/2018/TT-BYT.</w:t>
      </w:r>
    </w:p>
    <w:p>
      <w:pPr>
        <w:jc w:val="both"/>
      </w:pPr>
      <w:r>
        <w:t>2. Trong thời gian chờ cơ quan có thẩm quyền quyết định mức giá khám bệnh, chữa bệnh theo quy định tại Thông tư này, các cơ sở khám bệnh, chữa bệnh được tiếp tục thực hiện mức giá đã được cơ quan có thẩm quyền phê duyệt trước ngày Thông tư này có hiệu lực cho đến khi cơ quan có thẩm quyền quyết định mức giá theo quy định tại Thông tư này.</w:t>
      </w:r>
    </w:p>
    <w:p>
      <w:pPr>
        <w:jc w:val="both"/>
      </w:pPr>
      <w:r>
        <w:rPr>
          <w:b/>
        </w:rPr>
        <w:t>Điều 11. Điều khoản tham chiếu</w:t>
      </w:r>
    </w:p>
    <w:p>
      <w:pPr>
        <w:jc w:val="both"/>
      </w:pPr>
      <w:r>
        <w:t>Trong trường hợp các văn bản quy phạm pháp luật và các quy định được viện dẫn trong Thông tư này có thay đổi, bổ sung hoặc được thay thế thì áp dụng theo văn bản quy phạm pháp luật mới.</w:t>
      </w:r>
    </w:p>
    <w:p>
      <w:pPr>
        <w:jc w:val="both"/>
      </w:pPr>
      <w:r>
        <w:t>Trong quá trình thực hiện, nếu có khó khăn, vướng mắc đề nghị các cơ quan, tổ chức, cá nhân phản ánh về Bộ Y tế để xem xét, giải quyết./.</w:t>
      </w:r>
    </w:p>
    <w:p>
      <w:pPr>
        <w:jc w:val="both"/>
      </w:pPr>
      <w:r>
        <w:t>Nơi nhận:</w:t>
      </w:r>
    </w:p>
    <w:p>
      <w:pPr>
        <w:jc w:val="both"/>
      </w:pPr>
      <w:r>
        <w:t>- Ủy ban Xã hội của Quốc hội;</w:t>
      </w:r>
    </w:p>
    <w:p>
      <w:pPr>
        <w:jc w:val="both"/>
      </w:pPr>
      <w:r>
        <w:t>- Văn phòng Chính phủ (Vụ Khoa giáo văn xã, Công báo;</w:t>
      </w:r>
    </w:p>
    <w:p>
      <w:pPr>
        <w:jc w:val="both"/>
      </w:pPr>
      <w:r>
        <w:t>Cổng Thông tin điện tử Chính phủ);</w:t>
      </w:r>
    </w:p>
    <w:p>
      <w:pPr>
        <w:jc w:val="both"/>
      </w:pPr>
      <w:r>
        <w:t>- Bộ trưởng Bộ Y tế (để báo cáo);</w:t>
      </w:r>
    </w:p>
    <w:p>
      <w:pPr>
        <w:jc w:val="both"/>
      </w:pPr>
      <w:r>
        <w:t>- Các đồng chí Thứ trưởng;</w:t>
      </w:r>
    </w:p>
    <w:p>
      <w:pPr>
        <w:jc w:val="both"/>
      </w:pPr>
      <w:r>
        <w:t>- Bộ Tư pháp (Cục Kiểm tra văn bản quy phạm pháp luật);</w:t>
      </w:r>
    </w:p>
    <w:p>
      <w:pPr>
        <w:jc w:val="both"/>
      </w:pPr>
      <w:r>
        <w:t>- Các Bộ, cơ quan ngang Bộ, cơ quan thuộc Chính phủ;</w:t>
      </w:r>
    </w:p>
    <w:p>
      <w:pPr>
        <w:jc w:val="both"/>
      </w:pPr>
      <w:r>
        <w:t>- Kiểm toán Nhà nước; Cơ quan TW của các đoàn thể;</w:t>
      </w:r>
    </w:p>
    <w:p>
      <w:pPr>
        <w:jc w:val="both"/>
      </w:pPr>
      <w:r>
        <w:t>- UBND các tỉnh, thành phố trực thuộc trung ương;</w:t>
      </w:r>
    </w:p>
    <w:p>
      <w:pPr>
        <w:jc w:val="both"/>
      </w:pPr>
      <w:r>
        <w:t>- Sở Y tế các tỉnh, thành phố trực thuộc trung ương;</w:t>
      </w:r>
    </w:p>
    <w:p>
      <w:pPr>
        <w:jc w:val="both"/>
      </w:pPr>
      <w:r>
        <w:t>- Các đơn vị trực thuộc Bộ Y tế;</w:t>
      </w:r>
    </w:p>
    <w:p>
      <w:pPr>
        <w:jc w:val="both"/>
      </w:pPr>
      <w:r>
        <w:t>- Y tế các Bộ, ngành;</w:t>
      </w:r>
    </w:p>
    <w:p>
      <w:pPr>
        <w:jc w:val="both"/>
      </w:pPr>
      <w:r>
        <w:t>- Các Vụ, Cục, Tổng Cục, Văn phòng Bộ, Thanh tra Bộ;</w:t>
      </w:r>
    </w:p>
    <w:p>
      <w:pPr>
        <w:jc w:val="both"/>
      </w:pPr>
      <w:r>
        <w:t>- Cổng thông tin điện tử Bộ Y tế;</w:t>
      </w:r>
    </w:p>
    <w:p>
      <w:pPr>
        <w:jc w:val="both"/>
      </w:pPr>
      <w:r>
        <w:t>- Lưu: VT, KH-TC (02) , PC (02b) .</w:t>
      </w:r>
    </w:p>
    <w:p>
      <w:pPr>
        <w:jc w:val="both"/>
      </w:pPr>
      <w:r>
        <w:t>KT. BỘ TRƯỞNG</w:t>
      </w:r>
    </w:p>
    <w:p>
      <w:pPr>
        <w:jc w:val="both"/>
      </w:pPr>
      <w:r>
        <w:t>THỨ TRƯỞNG</w:t>
      </w:r>
    </w:p>
    <w:p>
      <w:pPr>
        <w:jc w:val="both"/>
      </w:pPr>
      <w:r>
        <w:t>Lê Đức Luận</w:t>
      </w:r>
    </w:p>
    <w:p>
      <w:pPr>
        <w:jc w:val="both"/>
      </w:pPr>
      <w:r>
        <w:t>PHỤ LỤC I</w:t>
      </w:r>
    </w:p>
    <w:p>
      <w:pPr>
        <w:jc w:val="both"/>
      </w:pPr>
      <w:r>
        <w:t>KHUNG GIÁ DỊCH VỤ KHÁM BỆNH</w:t>
      </w:r>
    </w:p>
    <w:p>
      <w:pPr>
        <w:jc w:val="both"/>
      </w:pPr>
      <w:r>
        <w:t>(Ban hành kèm theo Thông tư số 21/2023/TT-BYT ngày 17/11/2023 của Bộ Y tế)</w:t>
      </w:r>
    </w:p>
    <w:p>
      <w:pPr>
        <w:jc w:val="both"/>
      </w:pPr>
      <w:r>
        <w:t>Đơn vị: đồng</w:t>
      </w:r>
    </w:p>
    <w:p>
      <w:pPr>
        <w:jc w:val="both"/>
      </w:pPr>
      <w:r>
        <w:t>STT</w:t>
      </w:r>
    </w:p>
    <w:p>
      <w:pPr>
        <w:jc w:val="both"/>
      </w:pPr>
      <w:r>
        <w:t>Cơ sở y tế</w:t>
      </w:r>
    </w:p>
    <w:p>
      <w:pPr>
        <w:jc w:val="both"/>
      </w:pPr>
      <w:r>
        <w:t>Giá tối thiểu</w:t>
      </w:r>
    </w:p>
    <w:p>
      <w:pPr>
        <w:jc w:val="both"/>
      </w:pPr>
      <w:r>
        <w:t>Giá tối đa</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Bệnh viện hạng đặc biệt</w:t>
      </w:r>
    </w:p>
    <w:p>
      <w:pPr>
        <w:jc w:val="both"/>
      </w:pPr>
      <w:r>
        <w:t>42.100</w:t>
      </w:r>
    </w:p>
    <w:p>
      <w:pPr>
        <w:jc w:val="both"/>
      </w:pPr>
      <w:r>
        <w:t>45.900</w:t>
      </w:r>
    </w:p>
    <w:p>
      <w:pPr>
        <w:jc w:val="both"/>
      </w:pPr>
      <w:r>
        <w:t>2</w:t>
      </w:r>
    </w:p>
    <w:p>
      <w:pPr>
        <w:jc w:val="both"/>
      </w:pPr>
      <w:r>
        <w:t>Bệnh viện hạng I</w:t>
      </w:r>
    </w:p>
    <w:p>
      <w:pPr>
        <w:jc w:val="both"/>
      </w:pPr>
      <w:r>
        <w:t>42.100</w:t>
      </w:r>
    </w:p>
    <w:p>
      <w:pPr>
        <w:jc w:val="both"/>
      </w:pPr>
      <w:r>
        <w:t>45.900</w:t>
      </w:r>
    </w:p>
    <w:p>
      <w:pPr>
        <w:jc w:val="both"/>
      </w:pPr>
      <w:r>
        <w:t>3</w:t>
      </w:r>
    </w:p>
    <w:p>
      <w:pPr>
        <w:jc w:val="both"/>
      </w:pPr>
      <w:r>
        <w:t>Bệnh viện hạng II</w:t>
      </w:r>
    </w:p>
    <w:p>
      <w:pPr>
        <w:jc w:val="both"/>
      </w:pPr>
      <w:r>
        <w:t>37.500</w:t>
      </w:r>
    </w:p>
    <w:p>
      <w:pPr>
        <w:jc w:val="both"/>
      </w:pPr>
      <w:r>
        <w:t>41.000</w:t>
      </w:r>
    </w:p>
    <w:p>
      <w:pPr>
        <w:jc w:val="both"/>
      </w:pPr>
      <w:r>
        <w:t>4</w:t>
      </w:r>
    </w:p>
    <w:p>
      <w:pPr>
        <w:jc w:val="both"/>
      </w:pPr>
      <w:r>
        <w:t>Bệnh viện hạng III</w:t>
      </w:r>
    </w:p>
    <w:p>
      <w:pPr>
        <w:jc w:val="both"/>
      </w:pPr>
      <w:r>
        <w:t>33.200</w:t>
      </w:r>
    </w:p>
    <w:p>
      <w:pPr>
        <w:jc w:val="both"/>
      </w:pPr>
      <w:r>
        <w:t>35.800</w:t>
      </w:r>
    </w:p>
    <w:p>
      <w:pPr>
        <w:jc w:val="both"/>
      </w:pPr>
      <w:r>
        <w:t>5</w:t>
      </w:r>
    </w:p>
    <w:p>
      <w:pPr>
        <w:jc w:val="both"/>
      </w:pPr>
      <w:r>
        <w:t>Bệnh viện hạng IV</w:t>
      </w:r>
    </w:p>
    <w:p>
      <w:pPr>
        <w:jc w:val="both"/>
      </w:pPr>
      <w:r>
        <w:t>30.100</w:t>
      </w:r>
    </w:p>
    <w:p>
      <w:pPr>
        <w:jc w:val="both"/>
      </w:pPr>
      <w:r>
        <w:t>32.700</w:t>
      </w:r>
    </w:p>
    <w:p>
      <w:pPr>
        <w:jc w:val="both"/>
      </w:pPr>
      <w:r>
        <w:t>6</w:t>
      </w:r>
    </w:p>
    <w:p>
      <w:pPr>
        <w:jc w:val="both"/>
      </w:pPr>
      <w:r>
        <w:t>Trạm y tế xã</w:t>
      </w:r>
    </w:p>
    <w:p>
      <w:pPr>
        <w:jc w:val="both"/>
      </w:pPr>
      <w:r>
        <w:t>30.100</w:t>
      </w:r>
    </w:p>
    <w:p>
      <w:pPr>
        <w:jc w:val="both"/>
      </w:pPr>
      <w:r>
        <w:t>32.700</w:t>
      </w:r>
    </w:p>
    <w:p>
      <w:pPr>
        <w:jc w:val="both"/>
      </w:pPr>
      <w:r>
        <w:t>7</w:t>
      </w:r>
    </w:p>
    <w:p>
      <w:pPr>
        <w:jc w:val="both"/>
      </w:pPr>
      <w:r>
        <w:t>Hội chẩn để xác định ca bệnh khó (chuyên gia/ca; Chỉ áp dụng đối với trường hợp mời chuyên gia đơn vị khác đến hội chẩn tại cơ sở khám, chữa bệnh).</w:t>
      </w:r>
    </w:p>
    <w:p>
      <w:pPr>
        <w:jc w:val="both"/>
      </w:pPr>
      <w:r>
        <w:t>200.000</w:t>
      </w:r>
    </w:p>
    <w:p>
      <w:pPr>
        <w:jc w:val="both"/>
      </w:pPr>
      <w:r>
        <w:t>230.200</w:t>
      </w:r>
    </w:p>
    <w:p>
      <w:pPr>
        <w:jc w:val="both"/>
      </w:pPr>
      <w:r>
        <w:t>8</w:t>
      </w:r>
    </w:p>
    <w:p>
      <w:pPr>
        <w:jc w:val="both"/>
      </w:pPr>
      <w:r>
        <w:t>Khám cấp giấy chứng thương, giám định y khoa (không kể xét nghiệm, X-quang)</w:t>
      </w:r>
    </w:p>
    <w:p>
      <w:pPr>
        <w:jc w:val="both"/>
      </w:pPr>
      <w:r>
        <w:t>160.000</w:t>
      </w:r>
    </w:p>
    <w:p>
      <w:pPr>
        <w:jc w:val="both"/>
      </w:pPr>
      <w:r>
        <w:t>184.200</w:t>
      </w:r>
    </w:p>
    <w:p>
      <w:pPr>
        <w:jc w:val="both"/>
      </w:pPr>
      <w:r>
        <w:t>9</w:t>
      </w:r>
    </w:p>
    <w:p>
      <w:pPr>
        <w:jc w:val="both"/>
      </w:pPr>
      <w:r>
        <w:t>Khám sức khỏe toàn diện lao động, lái xe, khám sức khỏe định kỳ (không kể xét nghiệm, X-quang)</w:t>
      </w:r>
    </w:p>
    <w:p>
      <w:pPr>
        <w:jc w:val="both"/>
      </w:pPr>
      <w:r>
        <w:t>160.000</w:t>
      </w:r>
    </w:p>
    <w:p>
      <w:pPr>
        <w:jc w:val="both"/>
      </w:pPr>
      <w:r>
        <w:t>184.200</w:t>
      </w:r>
    </w:p>
    <w:p>
      <w:pPr>
        <w:jc w:val="both"/>
      </w:pPr>
      <w:r>
        <w:t>10</w:t>
      </w:r>
    </w:p>
    <w:p>
      <w:pPr>
        <w:jc w:val="both"/>
      </w:pPr>
      <w:r>
        <w:t>Khám sức khỏe toàn diện cho người đi xuất khẩu lao động (không kể xét nghiệm, X-quang)</w:t>
      </w:r>
    </w:p>
    <w:p>
      <w:pPr>
        <w:jc w:val="both"/>
      </w:pPr>
      <w:r>
        <w:t>450.000</w:t>
      </w:r>
    </w:p>
    <w:p>
      <w:pPr>
        <w:jc w:val="both"/>
      </w:pPr>
      <w:r>
        <w:t>515.400</w:t>
      </w:r>
    </w:p>
    <w:p>
      <w:pPr>
        <w:jc w:val="both"/>
      </w:pPr>
      <w:r>
        <w:t>PHỤ LỤC II</w:t>
      </w:r>
    </w:p>
    <w:p>
      <w:pPr>
        <w:jc w:val="both"/>
      </w:pPr>
      <w:r>
        <w:t>KHUNG GIÁ DỊCH VỤ NGÀY GIƯỜNG BỆNH</w:t>
      </w:r>
    </w:p>
    <w:p>
      <w:pPr>
        <w:jc w:val="both"/>
      </w:pPr>
      <w:r>
        <w:t>(Ban hành kèm theo Thông tư số 21/2023/TT-BYT ngày 17/11/2023 của Bộ Y tế)</w:t>
      </w:r>
    </w:p>
    <w:p>
      <w:pPr>
        <w:jc w:val="both"/>
      </w:pPr>
      <w:r>
        <w:t>Số TT</w:t>
      </w:r>
    </w:p>
    <w:p>
      <w:pPr>
        <w:jc w:val="both"/>
      </w:pPr>
      <w:r>
        <w:t>Các loại dịch vụ</w:t>
      </w:r>
    </w:p>
    <w:p>
      <w:pPr>
        <w:jc w:val="both"/>
      </w:pPr>
      <w:r>
        <w:t>Bệnh viện hạng Đặc biệt</w:t>
      </w:r>
    </w:p>
    <w:p>
      <w:pPr>
        <w:jc w:val="both"/>
      </w:pPr>
      <w:r>
        <w:t>Bệnh viện hạng I</w:t>
      </w:r>
    </w:p>
    <w:p>
      <w:pPr>
        <w:jc w:val="both"/>
      </w:pPr>
      <w:r>
        <w:t>Bệnh viện hạng II</w:t>
      </w:r>
    </w:p>
    <w:p>
      <w:pPr>
        <w:jc w:val="both"/>
      </w:pPr>
      <w:r>
        <w:t>Bệnh viện hạng III</w:t>
      </w:r>
    </w:p>
    <w:p>
      <w:pPr>
        <w:jc w:val="both"/>
      </w:pPr>
      <w:r>
        <w:t>Bệnh viện hạng IV</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Giá tối thiểu</w:t>
      </w:r>
    </w:p>
    <w:p>
      <w:pPr>
        <w:jc w:val="both"/>
      </w:pPr>
      <w:r>
        <w:t>Giá tối đa</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Ngày điều trị Hồi sức tích cực (ICU)/ghép tạng hoặc ghép tủy hoặc ghép tế bào gốc</w:t>
      </w:r>
    </w:p>
    <w:p>
      <w:pPr>
        <w:jc w:val="both"/>
      </w:pPr>
      <w:r>
        <w:t>867.500</w:t>
      </w:r>
    </w:p>
    <w:p>
      <w:pPr>
        <w:jc w:val="both"/>
      </w:pPr>
      <w:r>
        <w:t>918.800</w:t>
      </w:r>
    </w:p>
    <w:p>
      <w:pPr>
        <w:jc w:val="both"/>
      </w:pPr>
      <w:r>
        <w:t>786.300</w:t>
      </w:r>
    </w:p>
    <w:p>
      <w:pPr>
        <w:jc w:val="both"/>
      </w:pPr>
      <w:r>
        <w:t>829.400</w:t>
      </w:r>
    </w:p>
    <w:p>
      <w:pPr>
        <w:jc w:val="both"/>
      </w:pPr>
      <w:r>
        <w:t>673.900</w:t>
      </w:r>
    </w:p>
    <w:p>
      <w:pPr>
        <w:jc w:val="both"/>
      </w:pPr>
      <w:r>
        <w:t>709.200</w:t>
      </w:r>
    </w:p>
    <w:p>
      <w:pPr>
        <w:jc w:val="both"/>
      </w:pPr>
      <w:r>
        <w:t>2</w:t>
      </w:r>
    </w:p>
    <w:p>
      <w:pPr>
        <w:jc w:val="both"/>
      </w:pPr>
      <w:r>
        <w:t>Ngày giường bệnh Hồi sức cấp cứu</w:t>
      </w:r>
    </w:p>
    <w:p>
      <w:pPr>
        <w:jc w:val="both"/>
      </w:pPr>
      <w:r>
        <w:t>509.400</w:t>
      </w:r>
    </w:p>
    <w:p>
      <w:pPr>
        <w:jc w:val="both"/>
      </w:pPr>
      <w:r>
        <w:t>536.900</w:t>
      </w:r>
    </w:p>
    <w:p>
      <w:pPr>
        <w:jc w:val="both"/>
      </w:pPr>
      <w:r>
        <w:t>474.700</w:t>
      </w:r>
    </w:p>
    <w:p>
      <w:pPr>
        <w:jc w:val="both"/>
      </w:pPr>
      <w:r>
        <w:t>500.000</w:t>
      </w:r>
    </w:p>
    <w:p>
      <w:pPr>
        <w:jc w:val="both"/>
      </w:pPr>
      <w:r>
        <w:t>359.200</w:t>
      </w:r>
    </w:p>
    <w:p>
      <w:pPr>
        <w:jc w:val="both"/>
      </w:pPr>
      <w:r>
        <w:t>380.400</w:t>
      </w:r>
    </w:p>
    <w:p>
      <w:pPr>
        <w:jc w:val="both"/>
      </w:pPr>
      <w:r>
        <w:t>312.200</w:t>
      </w:r>
    </w:p>
    <w:p>
      <w:pPr>
        <w:jc w:val="both"/>
      </w:pPr>
      <w:r>
        <w:t>330.700</w:t>
      </w:r>
    </w:p>
    <w:p>
      <w:pPr>
        <w:jc w:val="both"/>
      </w:pPr>
      <w:r>
        <w:t>279.400</w:t>
      </w:r>
    </w:p>
    <w:p>
      <w:pPr>
        <w:jc w:val="both"/>
      </w:pPr>
      <w:r>
        <w:t>295.000</w:t>
      </w:r>
    </w:p>
    <w:p>
      <w:pPr>
        <w:jc w:val="both"/>
      </w:pPr>
      <w:r>
        <w:t>3</w:t>
      </w:r>
    </w:p>
    <w:p>
      <w:pPr>
        <w:jc w:val="both"/>
      </w:pPr>
      <w:r>
        <w:t>Ngày giường bệnh Nội khoa:</w:t>
      </w:r>
    </w:p>
    <w:p>
      <w:pPr>
        <w:jc w:val="both"/>
      </w:pPr>
      <w:r>
        <w:t>3.1</w:t>
      </w:r>
    </w:p>
    <w:p>
      <w:pPr>
        <w:jc w:val="both"/>
      </w:pPr>
      <w:r>
        <w:t>Loại 1: Các khoa: Truyền nhiễm, Hô hấp, Huyết học, Ung thư, Tim mạch, Tâm thần, Thần kinh, Lão , Nhi, Tiêu hoá, Thận học, Nội tiết; Dị ứng (đối với bệnh nhân dị ứng thuốc nặng: Stevens Jonhson hoặc Lyell)</w:t>
      </w:r>
    </w:p>
    <w:p>
      <w:pPr>
        <w:jc w:val="both"/>
      </w:pPr>
      <w:r>
        <w:t>273.100</w:t>
      </w:r>
    </w:p>
    <w:p>
      <w:pPr>
        <w:jc w:val="both"/>
      </w:pPr>
      <w:r>
        <w:t>284.300</w:t>
      </w:r>
    </w:p>
    <w:p>
      <w:pPr>
        <w:jc w:val="both"/>
      </w:pPr>
      <w:r>
        <w:t>255.300</w:t>
      </w:r>
    </w:p>
    <w:p>
      <w:pPr>
        <w:jc w:val="both"/>
      </w:pPr>
      <w:r>
        <w:t>265.600</w:t>
      </w:r>
    </w:p>
    <w:p>
      <w:pPr>
        <w:jc w:val="both"/>
      </w:pPr>
      <w:r>
        <w:t>212.600</w:t>
      </w:r>
    </w:p>
    <w:p>
      <w:pPr>
        <w:jc w:val="both"/>
      </w:pPr>
      <w:r>
        <w:t>220.000</w:t>
      </w:r>
    </w:p>
    <w:p>
      <w:pPr>
        <w:jc w:val="both"/>
      </w:pPr>
      <w:r>
        <w:t>198.000</w:t>
      </w:r>
    </w:p>
    <w:p>
      <w:pPr>
        <w:jc w:val="both"/>
      </w:pPr>
      <w:r>
        <w:t>202.500</w:t>
      </w:r>
    </w:p>
    <w:p>
      <w:pPr>
        <w:jc w:val="both"/>
      </w:pPr>
      <w:r>
        <w:t>176.900</w:t>
      </w:r>
    </w:p>
    <w:p>
      <w:pPr>
        <w:jc w:val="both"/>
      </w:pPr>
      <w:r>
        <w:t>180.800</w:t>
      </w:r>
    </w:p>
    <w:p>
      <w:pPr>
        <w:jc w:val="both"/>
      </w:pPr>
      <w:r>
        <w:t>Các khoa trên thuộc Bệnh viện chuyên khoa trực thuộc Bộ Y tế tại Hà Nội và Thành phố Hồ Chí Minh</w:t>
      </w:r>
    </w:p>
    <w:p>
      <w:pPr>
        <w:jc w:val="both"/>
      </w:pPr>
      <w:r>
        <w:t>273.100</w:t>
      </w:r>
    </w:p>
    <w:p>
      <w:pPr>
        <w:jc w:val="both"/>
      </w:pPr>
      <w:r>
        <w:t>284.300</w:t>
      </w:r>
    </w:p>
    <w:p>
      <w:pPr>
        <w:jc w:val="both"/>
      </w:pPr>
      <w:r>
        <w:t>3.2</w:t>
      </w:r>
    </w:p>
    <w:p>
      <w:pPr>
        <w:jc w:val="both"/>
      </w:pPr>
      <w:r>
        <w:t>Loại 2: Các Khoa: Cơ-Xương-Khớp, Da liễu, Dị ứng, Tai-Mũi-Họng, Mắt, Răng Hàm Mặt, Ngoại, Phụ -Sản không mổ; YHDT hoặc PHCN cho nhóm người bệnh tổn thương tủy sống, tai biến mạch máu não, chấn thương sọ não.</w:t>
      </w:r>
    </w:p>
    <w:p>
      <w:pPr>
        <w:jc w:val="both"/>
      </w:pPr>
      <w:r>
        <w:t>247.200</w:t>
      </w:r>
    </w:p>
    <w:p>
      <w:pPr>
        <w:jc w:val="both"/>
      </w:pPr>
      <w:r>
        <w:t>257.400</w:t>
      </w:r>
    </w:p>
    <w:p>
      <w:pPr>
        <w:jc w:val="both"/>
      </w:pPr>
      <w:r>
        <w:t>229.200</w:t>
      </w:r>
    </w:p>
    <w:p>
      <w:pPr>
        <w:jc w:val="both"/>
      </w:pPr>
      <w:r>
        <w:t>238.300</w:t>
      </w:r>
    </w:p>
    <w:p>
      <w:pPr>
        <w:jc w:val="both"/>
      </w:pPr>
      <w:r>
        <w:t>182.700</w:t>
      </w:r>
    </w:p>
    <w:p>
      <w:pPr>
        <w:jc w:val="both"/>
      </w:pPr>
      <w:r>
        <w:t>188.200</w:t>
      </w:r>
    </w:p>
    <w:p>
      <w:pPr>
        <w:jc w:val="both"/>
      </w:pPr>
      <w:r>
        <w:t>171.600</w:t>
      </w:r>
    </w:p>
    <w:p>
      <w:pPr>
        <w:jc w:val="both"/>
      </w:pPr>
      <w:r>
        <w:t>176.100</w:t>
      </w:r>
    </w:p>
    <w:p>
      <w:pPr>
        <w:jc w:val="both"/>
      </w:pPr>
      <w:r>
        <w:t>152.800</w:t>
      </w:r>
    </w:p>
    <w:p>
      <w:pPr>
        <w:jc w:val="both"/>
      </w:pPr>
      <w:r>
        <w:t>156.700</w:t>
      </w:r>
    </w:p>
    <w:p>
      <w:pPr>
        <w:jc w:val="both"/>
      </w:pPr>
      <w:r>
        <w:t>Các khoa trên thuộc Bệnh viện chuyên khoa trực thuộc Bộ Y tế tại Hà Nội và Thành phố Hồ Chí Minh</w:t>
      </w:r>
    </w:p>
    <w:p>
      <w:pPr>
        <w:jc w:val="both"/>
      </w:pPr>
      <w:r>
        <w:t>247.200</w:t>
      </w:r>
    </w:p>
    <w:p>
      <w:pPr>
        <w:jc w:val="both"/>
      </w:pPr>
      <w:r>
        <w:t>257.400</w:t>
      </w:r>
    </w:p>
    <w:p>
      <w:pPr>
        <w:jc w:val="both"/>
      </w:pPr>
      <w:r>
        <w:t>3.3</w:t>
      </w:r>
    </w:p>
    <w:p>
      <w:pPr>
        <w:jc w:val="both"/>
      </w:pPr>
      <w:r>
        <w:t>Loại 3: Các khoa: YHDT, Phục hồi chức năng</w:t>
      </w:r>
    </w:p>
    <w:p>
      <w:pPr>
        <w:jc w:val="both"/>
      </w:pPr>
      <w:r>
        <w:t>209.200</w:t>
      </w:r>
    </w:p>
    <w:p>
      <w:pPr>
        <w:jc w:val="both"/>
      </w:pPr>
      <w:r>
        <w:t>216.700</w:t>
      </w:r>
    </w:p>
    <w:p>
      <w:pPr>
        <w:jc w:val="both"/>
      </w:pPr>
      <w:r>
        <w:t>193.800</w:t>
      </w:r>
    </w:p>
    <w:p>
      <w:pPr>
        <w:jc w:val="both"/>
      </w:pPr>
      <w:r>
        <w:t>200.400</w:t>
      </w:r>
    </w:p>
    <w:p>
      <w:pPr>
        <w:jc w:val="both"/>
      </w:pPr>
      <w:r>
        <w:t>147.600</w:t>
      </w:r>
    </w:p>
    <w:p>
      <w:pPr>
        <w:jc w:val="both"/>
      </w:pPr>
      <w:r>
        <w:t>152.800</w:t>
      </w:r>
    </w:p>
    <w:p>
      <w:pPr>
        <w:jc w:val="both"/>
      </w:pPr>
      <w:r>
        <w:t>138.600</w:t>
      </w:r>
    </w:p>
    <w:p>
      <w:pPr>
        <w:jc w:val="both"/>
      </w:pPr>
      <w:r>
        <w:t>142.500</w:t>
      </w:r>
    </w:p>
    <w:p>
      <w:pPr>
        <w:jc w:val="both"/>
      </w:pPr>
      <w:r>
        <w:t>128.200</w:t>
      </w:r>
    </w:p>
    <w:p>
      <w:pPr>
        <w:jc w:val="both"/>
      </w:pPr>
      <w:r>
        <w:t>131.800</w:t>
      </w:r>
    </w:p>
    <w:p>
      <w:pPr>
        <w:jc w:val="both"/>
      </w:pPr>
      <w:r>
        <w:t>4</w:t>
      </w:r>
    </w:p>
    <w:p>
      <w:pPr>
        <w:jc w:val="both"/>
      </w:pPr>
      <w:r>
        <w:t>Ngày giường bệnh ngoại khoa, bỏng:</w:t>
      </w:r>
    </w:p>
    <w:p>
      <w:pPr>
        <w:jc w:val="both"/>
      </w:pPr>
      <w:r>
        <w:t>4.1</w:t>
      </w:r>
    </w:p>
    <w:p>
      <w:pPr>
        <w:jc w:val="both"/>
      </w:pPr>
      <w:r>
        <w:t>Loại 1: Sau các phẫu thuật loại đặc biệt; Bỏng độ 3-4 trên 70% diện tích cơ thể</w:t>
      </w:r>
    </w:p>
    <w:p>
      <w:pPr>
        <w:jc w:val="both"/>
      </w:pPr>
      <w:r>
        <w:t>374.500</w:t>
      </w:r>
    </w:p>
    <w:p>
      <w:pPr>
        <w:jc w:val="both"/>
      </w:pPr>
      <w:r>
        <w:t>394.900</w:t>
      </w:r>
    </w:p>
    <w:p>
      <w:pPr>
        <w:jc w:val="both"/>
      </w:pPr>
      <w:r>
        <w:t>339.000</w:t>
      </w:r>
    </w:p>
    <w:p>
      <w:pPr>
        <w:jc w:val="both"/>
      </w:pPr>
      <w:r>
        <w:t>356.300</w:t>
      </w:r>
    </w:p>
    <w:p>
      <w:pPr>
        <w:jc w:val="both"/>
      </w:pPr>
      <w:r>
        <w:t>287.500</w:t>
      </w:r>
    </w:p>
    <w:p>
      <w:pPr>
        <w:jc w:val="both"/>
      </w:pPr>
      <w:r>
        <w:t>301.300</w:t>
      </w:r>
    </w:p>
    <w:p>
      <w:pPr>
        <w:jc w:val="both"/>
      </w:pPr>
      <w:r>
        <w:t>Các khoa trên thuộc Bệnh viện chuyên khoa trực thuộc Bộ Y tế tại Hà Nội và Thành phố Hồ Chí Minh</w:t>
      </w:r>
    </w:p>
    <w:p>
      <w:pPr>
        <w:jc w:val="both"/>
      </w:pPr>
      <w:r>
        <w:t>374.500</w:t>
      </w:r>
    </w:p>
    <w:p>
      <w:pPr>
        <w:jc w:val="both"/>
      </w:pPr>
      <w:r>
        <w:t>394.900</w:t>
      </w:r>
    </w:p>
    <w:p>
      <w:pPr>
        <w:jc w:val="both"/>
      </w:pPr>
      <w:r>
        <w:t>4.2</w:t>
      </w:r>
    </w:p>
    <w:p>
      <w:pPr>
        <w:jc w:val="both"/>
      </w:pPr>
      <w:r>
        <w:t>Loại 2: Sau các phẫu thuật loại 1; Bỏng độ 3-4 từ 25 -70% diện tích cơ thể</w:t>
      </w:r>
    </w:p>
    <w:p>
      <w:pPr>
        <w:jc w:val="both"/>
      </w:pPr>
      <w:r>
        <w:t>334.800</w:t>
      </w:r>
    </w:p>
    <w:p>
      <w:pPr>
        <w:jc w:val="both"/>
      </w:pPr>
      <w:r>
        <w:t>352.200</w:t>
      </w:r>
    </w:p>
    <w:p>
      <w:pPr>
        <w:jc w:val="both"/>
      </w:pPr>
      <w:r>
        <w:t>308.500</w:t>
      </w:r>
    </w:p>
    <w:p>
      <w:pPr>
        <w:jc w:val="both"/>
      </w:pPr>
      <w:r>
        <w:t>324.100</w:t>
      </w:r>
    </w:p>
    <w:p>
      <w:pPr>
        <w:jc w:val="both"/>
      </w:pPr>
      <w:r>
        <w:t>252.100</w:t>
      </w:r>
    </w:p>
    <w:p>
      <w:pPr>
        <w:jc w:val="both"/>
      </w:pPr>
      <w:r>
        <w:t>263.100</w:t>
      </w:r>
    </w:p>
    <w:p>
      <w:pPr>
        <w:jc w:val="both"/>
      </w:pPr>
      <w:r>
        <w:t>225.200</w:t>
      </w:r>
    </w:p>
    <w:p>
      <w:pPr>
        <w:jc w:val="both"/>
      </w:pPr>
      <w:r>
        <w:t>233.900</w:t>
      </w:r>
    </w:p>
    <w:p>
      <w:pPr>
        <w:jc w:val="both"/>
      </w:pPr>
      <w:r>
        <w:t>204.000</w:t>
      </w:r>
    </w:p>
    <w:p>
      <w:pPr>
        <w:jc w:val="both"/>
      </w:pPr>
      <w:r>
        <w:t>210.700</w:t>
      </w:r>
    </w:p>
    <w:p>
      <w:pPr>
        <w:jc w:val="both"/>
      </w:pPr>
      <w:r>
        <w:t>Các khoa trên thuộc Bệnh viện chuyên khoa trực thuộc Bộ Y tế tại Hà Nội và Thành phố Hồ Chí Minh</w:t>
      </w:r>
    </w:p>
    <w:p>
      <w:pPr>
        <w:jc w:val="both"/>
      </w:pPr>
      <w:r>
        <w:t>334.800</w:t>
      </w:r>
    </w:p>
    <w:p>
      <w:pPr>
        <w:jc w:val="both"/>
      </w:pPr>
      <w:r>
        <w:t>352.200</w:t>
      </w:r>
    </w:p>
    <w:p>
      <w:pPr>
        <w:jc w:val="both"/>
      </w:pPr>
      <w:r>
        <w:t>4.3</w:t>
      </w:r>
    </w:p>
    <w:p>
      <w:pPr>
        <w:jc w:val="both"/>
      </w:pPr>
      <w:r>
        <w:t>Loại 3: Sau các phẫu thuật loại 2; Bỏng độ 2 trên 30% diện tích cơ thể, Bỏng độ 3-4 dưới 25% diện tích cơ thể</w:t>
      </w:r>
    </w:p>
    <w:p>
      <w:pPr>
        <w:jc w:val="both"/>
      </w:pPr>
      <w:r>
        <w:t>291.900</w:t>
      </w:r>
    </w:p>
    <w:p>
      <w:pPr>
        <w:jc w:val="both"/>
      </w:pPr>
      <w:r>
        <w:t>305.800</w:t>
      </w:r>
    </w:p>
    <w:p>
      <w:pPr>
        <w:jc w:val="both"/>
      </w:pPr>
      <w:r>
        <w:t>270.500</w:t>
      </w:r>
    </w:p>
    <w:p>
      <w:pPr>
        <w:jc w:val="both"/>
      </w:pPr>
      <w:r>
        <w:t>383.100</w:t>
      </w:r>
    </w:p>
    <w:p>
      <w:pPr>
        <w:jc w:val="both"/>
      </w:pPr>
      <w:r>
        <w:t>224.700</w:t>
      </w:r>
    </w:p>
    <w:p>
      <w:pPr>
        <w:jc w:val="both"/>
      </w:pPr>
      <w:r>
        <w:t>234.000</w:t>
      </w:r>
    </w:p>
    <w:p>
      <w:pPr>
        <w:jc w:val="both"/>
      </w:pPr>
      <w:r>
        <w:t>199.600</w:t>
      </w:r>
    </w:p>
    <w:p>
      <w:pPr>
        <w:jc w:val="both"/>
      </w:pPr>
      <w:r>
        <w:t>207.000</w:t>
      </w:r>
    </w:p>
    <w:p>
      <w:pPr>
        <w:jc w:val="both"/>
      </w:pPr>
      <w:r>
        <w:t>177.200</w:t>
      </w:r>
    </w:p>
    <w:p>
      <w:pPr>
        <w:jc w:val="both"/>
      </w:pPr>
      <w:r>
        <w:t>183.200</w:t>
      </w:r>
    </w:p>
    <w:p>
      <w:pPr>
        <w:jc w:val="both"/>
      </w:pPr>
      <w:r>
        <w:t>Các khoa trên thuộc Bệnh viện chuyên khoa trực thuộc Bộ Y tế tại Hà Nội và Thành phố Hồ Chí Minh</w:t>
      </w:r>
    </w:p>
    <w:p>
      <w:pPr>
        <w:jc w:val="both"/>
      </w:pPr>
      <w:r>
        <w:t>291.900</w:t>
      </w:r>
    </w:p>
    <w:p>
      <w:pPr>
        <w:jc w:val="both"/>
      </w:pPr>
      <w:r>
        <w:t>305.800</w:t>
      </w:r>
    </w:p>
    <w:p>
      <w:pPr>
        <w:jc w:val="both"/>
      </w:pPr>
      <w:r>
        <w:t>4.4</w:t>
      </w:r>
    </w:p>
    <w:p>
      <w:pPr>
        <w:jc w:val="both"/>
      </w:pPr>
      <w:r>
        <w:t>Loại 4: Sau các phẫu thuật loại 3; Bỏng độ 1, độ 2 dưới 30% diện tích cơ thể</w:t>
      </w:r>
    </w:p>
    <w:p>
      <w:pPr>
        <w:jc w:val="both"/>
      </w:pPr>
      <w:r>
        <w:t>262.300</w:t>
      </w:r>
    </w:p>
    <w:p>
      <w:pPr>
        <w:jc w:val="both"/>
      </w:pPr>
      <w:r>
        <w:t>274.800</w:t>
      </w:r>
    </w:p>
    <w:p>
      <w:pPr>
        <w:jc w:val="both"/>
      </w:pPr>
      <w:r>
        <w:t>242.100</w:t>
      </w:r>
    </w:p>
    <w:p>
      <w:pPr>
        <w:jc w:val="both"/>
      </w:pPr>
      <w:r>
        <w:t>253.200</w:t>
      </w:r>
    </w:p>
    <w:p>
      <w:pPr>
        <w:jc w:val="both"/>
      </w:pPr>
      <w:r>
        <w:t>192.100</w:t>
      </w:r>
    </w:p>
    <w:p>
      <w:pPr>
        <w:jc w:val="both"/>
      </w:pPr>
      <w:r>
        <w:t>200.200</w:t>
      </w:r>
    </w:p>
    <w:p>
      <w:pPr>
        <w:jc w:val="both"/>
      </w:pPr>
      <w:r>
        <w:t>168.100</w:t>
      </w:r>
    </w:p>
    <w:p>
      <w:pPr>
        <w:jc w:val="both"/>
      </w:pPr>
      <w:r>
        <w:t>174.700</w:t>
      </w:r>
    </w:p>
    <w:p>
      <w:pPr>
        <w:jc w:val="both"/>
      </w:pPr>
      <w:r>
        <w:t>153.100</w:t>
      </w:r>
    </w:p>
    <w:p>
      <w:pPr>
        <w:jc w:val="both"/>
      </w:pPr>
      <w:r>
        <w:t>158.500</w:t>
      </w:r>
    </w:p>
    <w:p>
      <w:pPr>
        <w:jc w:val="both"/>
      </w:pPr>
      <w:r>
        <w:t>5</w:t>
      </w:r>
    </w:p>
    <w:p>
      <w:pPr>
        <w:jc w:val="both"/>
      </w:pPr>
      <w:r>
        <w:t>Ngày giường trạm y tế xã</w:t>
      </w:r>
    </w:p>
    <w:p>
      <w:pPr>
        <w:jc w:val="both"/>
      </w:pPr>
      <w:r>
        <w:t>64.100-65.900</w:t>
      </w:r>
    </w:p>
    <w:p>
      <w:pPr>
        <w:jc w:val="both"/>
      </w:pPr>
      <w:r>
        <w:t>6</w:t>
      </w:r>
    </w:p>
    <w:p>
      <w:pPr>
        <w:jc w:val="both"/>
      </w:pPr>
      <w:r>
        <w:t>Ngày giường bệnh ban ngày</w:t>
      </w:r>
    </w:p>
    <w:p>
      <w:pPr>
        <w:jc w:val="both"/>
      </w:pPr>
      <w:r>
        <w:t>Được tính bằng 0,3 lần giá ngày giường của các khoa và loại phòng tương ứng.</w:t>
      </w:r>
    </w:p>
    <w:p>
      <w:pPr>
        <w:jc w:val="both"/>
      </w:pPr>
      <w:r>
        <w:t>Ghi chú: Giá ngày giường điều trị nội trú chưa bao gồm chi phí máy thở và khí y tế.</w:t>
      </w:r>
    </w:p>
    <w:p>
      <w:pPr>
        <w:jc w:val="both"/>
      </w:pPr>
      <w:r>
        <w:t>PHỤ LỤC III</w:t>
      </w:r>
    </w:p>
    <w:p>
      <w:pPr>
        <w:jc w:val="both"/>
      </w:pPr>
      <w:r>
        <w:t>KHUNG GIÁ DỊCH VỤ KỸ THUẬT VÀ XÉT NGHIỆM</w:t>
      </w:r>
    </w:p>
    <w:p>
      <w:pPr>
        <w:jc w:val="both"/>
      </w:pPr>
      <w:r>
        <w:t>(Ban hành kèm theo Thông tư số 21/2023/TT-BYT ngày 17/11/2023 của Bộ Y tế)</w:t>
      </w:r>
    </w:p>
    <w:p>
      <w:pPr>
        <w:jc w:val="both"/>
      </w:pPr>
      <w:r>
        <w:t>Đơn vị: đồng</w:t>
      </w:r>
    </w:p>
    <w:p>
      <w:pPr>
        <w:jc w:val="both"/>
      </w:pPr>
      <w:r>
        <w:t>STT</w:t>
      </w:r>
    </w:p>
    <w:p>
      <w:pPr>
        <w:jc w:val="both"/>
      </w:pPr>
      <w:r>
        <w:t>STT</w:t>
      </w:r>
    </w:p>
    <w:p>
      <w:pPr>
        <w:jc w:val="both"/>
      </w:pPr>
      <w:r>
        <w:t>TT 37 (*)</w:t>
      </w:r>
    </w:p>
    <w:p>
      <w:pPr>
        <w:jc w:val="both"/>
      </w:pPr>
      <w:r>
        <w:t>Mã dịch vụ</w:t>
      </w:r>
    </w:p>
    <w:p>
      <w:pPr>
        <w:jc w:val="both"/>
      </w:pPr>
      <w:r>
        <w:t>Tên dịch vụ</w:t>
      </w:r>
    </w:p>
    <w:p>
      <w:pPr>
        <w:jc w:val="both"/>
      </w:pPr>
      <w:r>
        <w:t>Giá tối thiểu</w:t>
      </w:r>
    </w:p>
    <w:p>
      <w:pPr>
        <w:jc w:val="both"/>
      </w:pPr>
      <w:r>
        <w:t>Giá tối đa</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A</w:t>
      </w:r>
    </w:p>
    <w:p>
      <w:pPr>
        <w:jc w:val="both"/>
      </w:pPr>
      <w:r>
        <w:t>A</w:t>
      </w:r>
    </w:p>
    <w:p>
      <w:pPr>
        <w:jc w:val="both"/>
      </w:pPr>
      <w:r>
        <w:t>CHẨN ĐOÁN BẰNG HÌNH ẢNH</w:t>
      </w:r>
    </w:p>
    <w:p>
      <w:pPr>
        <w:jc w:val="both"/>
      </w:pPr>
      <w:r>
        <w:t>I</w:t>
      </w:r>
    </w:p>
    <w:p>
      <w:pPr>
        <w:jc w:val="both"/>
      </w:pPr>
      <w:r>
        <w:t>I</w:t>
      </w:r>
    </w:p>
    <w:p>
      <w:pPr>
        <w:jc w:val="both"/>
      </w:pPr>
      <w:r>
        <w:t>Siêu âm</w:t>
      </w:r>
    </w:p>
    <w:p>
      <w:pPr>
        <w:jc w:val="both"/>
      </w:pPr>
      <w:r>
        <w:t>1</w:t>
      </w:r>
    </w:p>
    <w:p>
      <w:pPr>
        <w:jc w:val="both"/>
      </w:pPr>
      <w:r>
        <w:t>1</w:t>
      </w:r>
    </w:p>
    <w:p>
      <w:pPr>
        <w:jc w:val="both"/>
      </w:pPr>
      <w:r>
        <w:t>04C1.1.3</w:t>
      </w:r>
    </w:p>
    <w:p>
      <w:pPr>
        <w:jc w:val="both"/>
      </w:pPr>
      <w:r>
        <w:t>Siêu âm</w:t>
      </w:r>
    </w:p>
    <w:p>
      <w:pPr>
        <w:jc w:val="both"/>
      </w:pPr>
      <w:r>
        <w:t>49.300</w:t>
      </w:r>
    </w:p>
    <w:p>
      <w:pPr>
        <w:jc w:val="both"/>
      </w:pPr>
      <w:r>
        <w:t>52.000</w:t>
      </w:r>
    </w:p>
    <w:p>
      <w:pPr>
        <w:jc w:val="both"/>
      </w:pPr>
      <w:r>
        <w:t>2</w:t>
      </w:r>
    </w:p>
    <w:p>
      <w:pPr>
        <w:jc w:val="both"/>
      </w:pPr>
      <w:r>
        <w:t>2</w:t>
      </w:r>
    </w:p>
    <w:p>
      <w:pPr>
        <w:jc w:val="both"/>
      </w:pPr>
      <w:r>
        <w:t>03C4.1.3</w:t>
      </w:r>
    </w:p>
    <w:p>
      <w:pPr>
        <w:jc w:val="both"/>
      </w:pPr>
      <w:r>
        <w:t>Siêu âm + đo trục nhãn cầu</w:t>
      </w:r>
    </w:p>
    <w:p>
      <w:pPr>
        <w:jc w:val="both"/>
      </w:pPr>
      <w:r>
        <w:t>81.300</w:t>
      </w:r>
    </w:p>
    <w:p>
      <w:pPr>
        <w:jc w:val="both"/>
      </w:pPr>
      <w:r>
        <w:t>89.100</w:t>
      </w:r>
    </w:p>
    <w:p>
      <w:pPr>
        <w:jc w:val="both"/>
      </w:pPr>
      <w:r>
        <w:t>3</w:t>
      </w:r>
    </w:p>
    <w:p>
      <w:pPr>
        <w:jc w:val="both"/>
      </w:pPr>
      <w:r>
        <w:t>3</w:t>
      </w:r>
    </w:p>
    <w:p>
      <w:pPr>
        <w:jc w:val="both"/>
      </w:pPr>
      <w:r>
        <w:t>Siêu âm đầu dò âm đạo, trực tràng</w:t>
      </w:r>
    </w:p>
    <w:p>
      <w:pPr>
        <w:jc w:val="both"/>
      </w:pPr>
      <w:r>
        <w:t>186.000</w:t>
      </w:r>
    </w:p>
    <w:p>
      <w:pPr>
        <w:jc w:val="both"/>
      </w:pPr>
      <w:r>
        <w:t>210.000</w:t>
      </w:r>
    </w:p>
    <w:p>
      <w:pPr>
        <w:jc w:val="both"/>
      </w:pPr>
      <w:r>
        <w:t>4</w:t>
      </w:r>
    </w:p>
    <w:p>
      <w:pPr>
        <w:jc w:val="both"/>
      </w:pPr>
      <w:r>
        <w:t>4</w:t>
      </w:r>
    </w:p>
    <w:p>
      <w:pPr>
        <w:jc w:val="both"/>
      </w:pPr>
      <w:r>
        <w:t>03C4.1.1</w:t>
      </w:r>
    </w:p>
    <w:p>
      <w:pPr>
        <w:jc w:val="both"/>
      </w:pPr>
      <w:r>
        <w:t>Siêu âm Doppler màu tim hoặc mạch máu</w:t>
      </w:r>
    </w:p>
    <w:p>
      <w:pPr>
        <w:jc w:val="both"/>
      </w:pPr>
      <w:r>
        <w:t>233.000</w:t>
      </w:r>
    </w:p>
    <w:p>
      <w:pPr>
        <w:jc w:val="both"/>
      </w:pPr>
      <w:r>
        <w:t>259.000</w:t>
      </w:r>
    </w:p>
    <w:p>
      <w:pPr>
        <w:jc w:val="both"/>
      </w:pPr>
      <w:r>
        <w:t>5</w:t>
      </w:r>
    </w:p>
    <w:p>
      <w:pPr>
        <w:jc w:val="both"/>
      </w:pPr>
      <w:r>
        <w:t>5</w:t>
      </w:r>
    </w:p>
    <w:p>
      <w:pPr>
        <w:jc w:val="both"/>
      </w:pPr>
      <w:r>
        <w:t>03C4.1.6</w:t>
      </w:r>
    </w:p>
    <w:p>
      <w:pPr>
        <w:jc w:val="both"/>
      </w:pPr>
      <w:r>
        <w:t>Siêu âm Doppler màu tim + cản âm</w:t>
      </w:r>
    </w:p>
    <w:p>
      <w:pPr>
        <w:jc w:val="both"/>
      </w:pPr>
      <w:r>
        <w:t>268.000</w:t>
      </w:r>
    </w:p>
    <w:p>
      <w:pPr>
        <w:jc w:val="both"/>
      </w:pPr>
      <w:r>
        <w:t>299.000</w:t>
      </w:r>
    </w:p>
    <w:p>
      <w:pPr>
        <w:jc w:val="both"/>
      </w:pPr>
      <w:r>
        <w:t>6</w:t>
      </w:r>
    </w:p>
    <w:p>
      <w:pPr>
        <w:jc w:val="both"/>
      </w:pPr>
      <w:r>
        <w:t>6</w:t>
      </w:r>
    </w:p>
    <w:p>
      <w:pPr>
        <w:jc w:val="both"/>
      </w:pPr>
      <w:r>
        <w:t>03C4.1.5</w:t>
      </w:r>
    </w:p>
    <w:p>
      <w:pPr>
        <w:jc w:val="both"/>
      </w:pPr>
      <w:r>
        <w:t>Siêu âm tim gắng sức</w:t>
      </w:r>
    </w:p>
    <w:p>
      <w:pPr>
        <w:jc w:val="both"/>
      </w:pPr>
      <w:r>
        <w:t>598.000</w:t>
      </w:r>
    </w:p>
    <w:p>
      <w:pPr>
        <w:jc w:val="both"/>
      </w:pPr>
      <w:r>
        <w:t>679.000</w:t>
      </w:r>
    </w:p>
    <w:p>
      <w:pPr>
        <w:jc w:val="both"/>
      </w:pPr>
      <w:r>
        <w:t>7</w:t>
      </w:r>
    </w:p>
    <w:p>
      <w:pPr>
        <w:jc w:val="both"/>
      </w:pPr>
      <w:r>
        <w:t>7</w:t>
      </w:r>
    </w:p>
    <w:p>
      <w:pPr>
        <w:jc w:val="both"/>
      </w:pPr>
      <w:r>
        <w:t>04C1.1.4</w:t>
      </w:r>
    </w:p>
    <w:p>
      <w:pPr>
        <w:jc w:val="both"/>
      </w:pPr>
      <w:r>
        <w:t>Siêu âm Doppler màu tim 4D (3D REAL TIME)</w:t>
      </w:r>
    </w:p>
    <w:p>
      <w:pPr>
        <w:jc w:val="both"/>
      </w:pPr>
      <w:r>
        <w:t>468.000</w:t>
      </w:r>
    </w:p>
    <w:p>
      <w:pPr>
        <w:jc w:val="both"/>
      </w:pPr>
      <w:r>
        <w:t>529.000</w:t>
      </w:r>
    </w:p>
    <w:p>
      <w:pPr>
        <w:jc w:val="both"/>
      </w:pPr>
      <w:r>
        <w:t>Chỉ áp dụng trong trường hợp chỉ định để thực hiện các phẫu thuật hoặc can thiệp tim mạch.</w:t>
      </w:r>
    </w:p>
    <w:p>
      <w:pPr>
        <w:jc w:val="both"/>
      </w:pPr>
      <w:r>
        <w:t>8</w:t>
      </w:r>
    </w:p>
    <w:p>
      <w:pPr>
        <w:jc w:val="both"/>
      </w:pPr>
      <w:r>
        <w:t>8</w:t>
      </w:r>
    </w:p>
    <w:p>
      <w:pPr>
        <w:jc w:val="both"/>
      </w:pPr>
      <w:r>
        <w:t>04C1.1.5</w:t>
      </w:r>
    </w:p>
    <w:p>
      <w:pPr>
        <w:jc w:val="both"/>
      </w:pPr>
      <w:r>
        <w:t>Siêu âm Doppler màu tim hoặc mạch máu qua thực quản</w:t>
      </w:r>
    </w:p>
    <w:p>
      <w:pPr>
        <w:jc w:val="both"/>
      </w:pPr>
      <w:r>
        <w:t>816.000</w:t>
      </w:r>
    </w:p>
    <w:p>
      <w:pPr>
        <w:jc w:val="both"/>
      </w:pPr>
      <w:r>
        <w:t>930.000</w:t>
      </w:r>
    </w:p>
    <w:p>
      <w:pPr>
        <w:jc w:val="both"/>
      </w:pPr>
      <w:r>
        <w:t>9</w:t>
      </w:r>
    </w:p>
    <w:p>
      <w:pPr>
        <w:jc w:val="both"/>
      </w:pPr>
      <w:r>
        <w:t>9</w:t>
      </w:r>
    </w:p>
    <w:p>
      <w:pPr>
        <w:jc w:val="both"/>
      </w:pPr>
      <w:r>
        <w:t>04C1.1.6</w:t>
      </w:r>
    </w:p>
    <w:p>
      <w:pPr>
        <w:jc w:val="both"/>
      </w:pPr>
      <w:r>
        <w:t>Siêu âm trong lòng mạch hoặc Đo dự trữ lưu lượng động mạch vành FFR</w:t>
      </w:r>
    </w:p>
    <w:p>
      <w:pPr>
        <w:jc w:val="both"/>
      </w:pPr>
      <w:r>
        <w:t>2.023.000</w:t>
      </w:r>
    </w:p>
    <w:p>
      <w:pPr>
        <w:jc w:val="both"/>
      </w:pPr>
      <w:r>
        <w:t>2.307.000</w:t>
      </w:r>
    </w:p>
    <w:p>
      <w:pPr>
        <w:jc w:val="both"/>
      </w:pPr>
      <w:r>
        <w:t>Chưa bao gồm bộ đầu dò siêu âm, bộ dụng cụ đo dự trữ lưu lượng động mạch vành và các dụng cụ để đưa vào lòng mạch.</w:t>
      </w:r>
    </w:p>
    <w:p>
      <w:pPr>
        <w:jc w:val="both"/>
      </w:pPr>
      <w:r>
        <w:t>II</w:t>
      </w:r>
    </w:p>
    <w:p>
      <w:pPr>
        <w:jc w:val="both"/>
      </w:pPr>
      <w:r>
        <w:t>II</w:t>
      </w:r>
    </w:p>
    <w:p>
      <w:pPr>
        <w:jc w:val="both"/>
      </w:pPr>
      <w:r>
        <w:t>Chụp X-quang thường</w:t>
      </w:r>
    </w:p>
    <w:p>
      <w:pPr>
        <w:jc w:val="both"/>
      </w:pPr>
      <w:r>
        <w:t>10</w:t>
      </w:r>
    </w:p>
    <w:p>
      <w:pPr>
        <w:jc w:val="both"/>
      </w:pPr>
      <w:r>
        <w:t>10</w:t>
      </w:r>
    </w:p>
    <w:p>
      <w:pPr>
        <w:jc w:val="both"/>
      </w:pPr>
      <w:r>
        <w:t>Chụp X-quang phim ≤ 24x30 cm (1 tư thế)</w:t>
      </w:r>
    </w:p>
    <w:p>
      <w:pPr>
        <w:jc w:val="both"/>
      </w:pPr>
      <w:r>
        <w:t>53.200</w:t>
      </w:r>
    </w:p>
    <w:p>
      <w:pPr>
        <w:jc w:val="both"/>
      </w:pPr>
      <w:r>
        <w:t>58.600</w:t>
      </w:r>
    </w:p>
    <w:p>
      <w:pPr>
        <w:jc w:val="both"/>
      </w:pPr>
      <w:r>
        <w:t>Áp dụng cho 01 vị trí</w:t>
      </w:r>
    </w:p>
    <w:p>
      <w:pPr>
        <w:jc w:val="both"/>
      </w:pPr>
      <w:r>
        <w:t>11</w:t>
      </w:r>
    </w:p>
    <w:p>
      <w:pPr>
        <w:jc w:val="both"/>
      </w:pPr>
      <w:r>
        <w:t>11</w:t>
      </w:r>
    </w:p>
    <w:p>
      <w:pPr>
        <w:jc w:val="both"/>
      </w:pPr>
      <w:r>
        <w:t>Chụp X-quang phim ≤ 24x30 cm (2 tư thế)</w:t>
      </w:r>
    </w:p>
    <w:p>
      <w:pPr>
        <w:jc w:val="both"/>
      </w:pPr>
      <w:r>
        <w:t>59.200</w:t>
      </w:r>
    </w:p>
    <w:p>
      <w:pPr>
        <w:jc w:val="both"/>
      </w:pPr>
      <w:r>
        <w:t>65.500</w:t>
      </w:r>
    </w:p>
    <w:p>
      <w:pPr>
        <w:jc w:val="both"/>
      </w:pPr>
      <w:r>
        <w:t>Áp dụng cho 01 vị trí</w:t>
      </w:r>
    </w:p>
    <w:p>
      <w:pPr>
        <w:jc w:val="both"/>
      </w:pPr>
      <w:r>
        <w:t>12</w:t>
      </w:r>
    </w:p>
    <w:p>
      <w:pPr>
        <w:jc w:val="both"/>
      </w:pPr>
      <w:r>
        <w:t>12</w:t>
      </w:r>
    </w:p>
    <w:p>
      <w:pPr>
        <w:jc w:val="both"/>
      </w:pPr>
      <w:r>
        <w:t>Chụp X-quang phim &gt; 24x30 cm (1 tư thế)</w:t>
      </w:r>
    </w:p>
    <w:p>
      <w:pPr>
        <w:jc w:val="both"/>
      </w:pPr>
      <w:r>
        <w:t>59.200</w:t>
      </w:r>
    </w:p>
    <w:p>
      <w:pPr>
        <w:jc w:val="both"/>
      </w:pPr>
      <w:r>
        <w:t>65.500</w:t>
      </w:r>
    </w:p>
    <w:p>
      <w:pPr>
        <w:jc w:val="both"/>
      </w:pPr>
      <w:r>
        <w:t>Áp dụng cho 01 vị trí</w:t>
      </w:r>
    </w:p>
    <w:p>
      <w:pPr>
        <w:jc w:val="both"/>
      </w:pPr>
      <w:r>
        <w:t>13</w:t>
      </w:r>
    </w:p>
    <w:p>
      <w:pPr>
        <w:jc w:val="both"/>
      </w:pPr>
      <w:r>
        <w:t>13</w:t>
      </w:r>
    </w:p>
    <w:p>
      <w:pPr>
        <w:jc w:val="both"/>
      </w:pPr>
      <w:r>
        <w:t>Chụp X-quang phim &gt; 24x30 cm (2 tư thế)</w:t>
      </w:r>
    </w:p>
    <w:p>
      <w:pPr>
        <w:jc w:val="both"/>
      </w:pPr>
      <w:r>
        <w:t>72.200</w:t>
      </w:r>
    </w:p>
    <w:p>
      <w:pPr>
        <w:jc w:val="both"/>
      </w:pPr>
      <w:r>
        <w:t>80.500</w:t>
      </w:r>
    </w:p>
    <w:p>
      <w:pPr>
        <w:jc w:val="both"/>
      </w:pPr>
      <w:r>
        <w:t>Áp dụng cho 01 vị trí</w:t>
      </w:r>
    </w:p>
    <w:p>
      <w:pPr>
        <w:jc w:val="both"/>
      </w:pPr>
      <w:r>
        <w:t>14</w:t>
      </w:r>
    </w:p>
    <w:p>
      <w:pPr>
        <w:jc w:val="both"/>
      </w:pPr>
      <w:r>
        <w:t>Chụp X-quang ổ răng hoặc cận chóp</w:t>
      </w:r>
    </w:p>
    <w:p>
      <w:pPr>
        <w:jc w:val="both"/>
      </w:pPr>
      <w:r>
        <w:t>14.200</w:t>
      </w:r>
    </w:p>
    <w:p>
      <w:pPr>
        <w:jc w:val="both"/>
      </w:pPr>
      <w:r>
        <w:t>15.400</w:t>
      </w:r>
    </w:p>
    <w:p>
      <w:pPr>
        <w:jc w:val="both"/>
      </w:pPr>
      <w:r>
        <w:t>15</w:t>
      </w:r>
    </w:p>
    <w:p>
      <w:pPr>
        <w:jc w:val="both"/>
      </w:pPr>
      <w:r>
        <w:t>14</w:t>
      </w:r>
    </w:p>
    <w:p>
      <w:pPr>
        <w:jc w:val="both"/>
      </w:pPr>
      <w:r>
        <w:t>03C4.2.2.1</w:t>
      </w:r>
    </w:p>
    <w:p>
      <w:pPr>
        <w:jc w:val="both"/>
      </w:pPr>
      <w:r>
        <w:t>Chụp sọ mặt chỉnh nha thường (Panorama, Cephalometric, cắt lớp lồi cầu)</w:t>
      </w:r>
    </w:p>
    <w:p>
      <w:pPr>
        <w:jc w:val="both"/>
      </w:pPr>
      <w:r>
        <w:t>67.200</w:t>
      </w:r>
    </w:p>
    <w:p>
      <w:pPr>
        <w:jc w:val="both"/>
      </w:pPr>
      <w:r>
        <w:t>74.700</w:t>
      </w:r>
    </w:p>
    <w:p>
      <w:pPr>
        <w:jc w:val="both"/>
      </w:pPr>
      <w:r>
        <w:t>16</w:t>
      </w:r>
    </w:p>
    <w:p>
      <w:pPr>
        <w:jc w:val="both"/>
      </w:pPr>
      <w:r>
        <w:t>15</w:t>
      </w:r>
    </w:p>
    <w:p>
      <w:pPr>
        <w:jc w:val="both"/>
      </w:pPr>
      <w:r>
        <w:t>03C4.2.1.7</w:t>
      </w:r>
    </w:p>
    <w:p>
      <w:pPr>
        <w:jc w:val="both"/>
      </w:pPr>
      <w:r>
        <w:t>Chụp Angiography mắt</w:t>
      </w:r>
    </w:p>
    <w:p>
      <w:pPr>
        <w:jc w:val="both"/>
      </w:pPr>
      <w:r>
        <w:t>217.000</w:t>
      </w:r>
    </w:p>
    <w:p>
      <w:pPr>
        <w:jc w:val="both"/>
      </w:pPr>
      <w:r>
        <w:t>247.000</w:t>
      </w:r>
    </w:p>
    <w:p>
      <w:pPr>
        <w:jc w:val="both"/>
      </w:pPr>
      <w:r>
        <w:t>17</w:t>
      </w:r>
    </w:p>
    <w:p>
      <w:pPr>
        <w:jc w:val="both"/>
      </w:pPr>
      <w:r>
        <w:t>16</w:t>
      </w:r>
    </w:p>
    <w:p>
      <w:pPr>
        <w:jc w:val="both"/>
      </w:pPr>
      <w:r>
        <w:t>04C1.2.5.33</w:t>
      </w:r>
    </w:p>
    <w:p>
      <w:pPr>
        <w:jc w:val="both"/>
      </w:pPr>
      <w:r>
        <w:t>Chụp thực quản có uống thuốc cản quang</w:t>
      </w:r>
    </w:p>
    <w:p>
      <w:pPr>
        <w:jc w:val="both"/>
      </w:pPr>
      <w:r>
        <w:t>104.000</w:t>
      </w:r>
    </w:p>
    <w:p>
      <w:pPr>
        <w:jc w:val="both"/>
      </w:pPr>
      <w:r>
        <w:t>117.000</w:t>
      </w:r>
    </w:p>
    <w:p>
      <w:pPr>
        <w:jc w:val="both"/>
      </w:pPr>
      <w:r>
        <w:t>18</w:t>
      </w:r>
    </w:p>
    <w:p>
      <w:pPr>
        <w:jc w:val="both"/>
      </w:pPr>
      <w:r>
        <w:t>17</w:t>
      </w:r>
    </w:p>
    <w:p>
      <w:pPr>
        <w:jc w:val="both"/>
      </w:pPr>
      <w:r>
        <w:t>04C1.2.5.34</w:t>
      </w:r>
    </w:p>
    <w:p>
      <w:pPr>
        <w:jc w:val="both"/>
      </w:pPr>
      <w:r>
        <w:t>Chụp dạ dày-tá tràng có uống thuốc cản quang</w:t>
      </w:r>
    </w:p>
    <w:p>
      <w:pPr>
        <w:jc w:val="both"/>
      </w:pPr>
      <w:r>
        <w:t>119.000</w:t>
      </w:r>
    </w:p>
    <w:p>
      <w:pPr>
        <w:jc w:val="both"/>
      </w:pPr>
      <w:r>
        <w:t>134.000</w:t>
      </w:r>
    </w:p>
    <w:p>
      <w:pPr>
        <w:jc w:val="both"/>
      </w:pPr>
      <w:r>
        <w:t>19</w:t>
      </w:r>
    </w:p>
    <w:p>
      <w:pPr>
        <w:jc w:val="both"/>
      </w:pPr>
      <w:r>
        <w:t>18</w:t>
      </w:r>
    </w:p>
    <w:p>
      <w:pPr>
        <w:jc w:val="both"/>
      </w:pPr>
      <w:r>
        <w:t>04C1.2.5.35</w:t>
      </w:r>
    </w:p>
    <w:p>
      <w:pPr>
        <w:jc w:val="both"/>
      </w:pPr>
      <w:r>
        <w:t>Chụp khung đại tràng có thuốc cản quang</w:t>
      </w:r>
    </w:p>
    <w:p>
      <w:pPr>
        <w:jc w:val="both"/>
      </w:pPr>
      <w:r>
        <w:t>159.000</w:t>
      </w:r>
    </w:p>
    <w:p>
      <w:pPr>
        <w:jc w:val="both"/>
      </w:pPr>
      <w:r>
        <w:t>180.000</w:t>
      </w:r>
    </w:p>
    <w:p>
      <w:pPr>
        <w:jc w:val="both"/>
      </w:pPr>
      <w:r>
        <w:t>20</w:t>
      </w:r>
    </w:p>
    <w:p>
      <w:pPr>
        <w:jc w:val="both"/>
      </w:pPr>
      <w:r>
        <w:t>19</w:t>
      </w:r>
    </w:p>
    <w:p>
      <w:pPr>
        <w:jc w:val="both"/>
      </w:pPr>
      <w:r>
        <w:t>03C4.2.5.10</w:t>
      </w:r>
    </w:p>
    <w:p>
      <w:pPr>
        <w:jc w:val="both"/>
      </w:pPr>
      <w:r>
        <w:t>Chụp mật qua Kehr</w:t>
      </w:r>
    </w:p>
    <w:p>
      <w:pPr>
        <w:jc w:val="both"/>
      </w:pPr>
      <w:r>
        <w:t>255.000</w:t>
      </w:r>
    </w:p>
    <w:p>
      <w:pPr>
        <w:jc w:val="both"/>
      </w:pPr>
      <w:r>
        <w:t>281.000</w:t>
      </w:r>
    </w:p>
    <w:p>
      <w:pPr>
        <w:jc w:val="both"/>
      </w:pPr>
      <w:r>
        <w:t>Chưa bao gồm thuốc cản quang.</w:t>
      </w:r>
    </w:p>
    <w:p>
      <w:pPr>
        <w:jc w:val="both"/>
      </w:pPr>
      <w:r>
        <w:t>21</w:t>
      </w:r>
    </w:p>
    <w:p>
      <w:pPr>
        <w:jc w:val="both"/>
      </w:pPr>
      <w:r>
        <w:t>20</w:t>
      </w:r>
    </w:p>
    <w:p>
      <w:pPr>
        <w:jc w:val="both"/>
      </w:pPr>
      <w:r>
        <w:t>04C1.2.5.30</w:t>
      </w:r>
    </w:p>
    <w:p>
      <w:pPr>
        <w:jc w:val="both"/>
      </w:pPr>
      <w:r>
        <w:t>Chụp hệ tiết niệu có tiêm thuốc cản quang (UIV)</w:t>
      </w:r>
    </w:p>
    <w:p>
      <w:pPr>
        <w:jc w:val="both"/>
      </w:pPr>
      <w:r>
        <w:t>554.000</w:t>
      </w:r>
    </w:p>
    <w:p>
      <w:pPr>
        <w:jc w:val="both"/>
      </w:pPr>
      <w:r>
        <w:t>625.000</w:t>
      </w:r>
    </w:p>
    <w:p>
      <w:pPr>
        <w:jc w:val="both"/>
      </w:pPr>
      <w:r>
        <w:t>22</w:t>
      </w:r>
    </w:p>
    <w:p>
      <w:pPr>
        <w:jc w:val="both"/>
      </w:pPr>
      <w:r>
        <w:t>21</w:t>
      </w:r>
    </w:p>
    <w:p>
      <w:pPr>
        <w:jc w:val="both"/>
      </w:pPr>
      <w:r>
        <w:t>04C1.2.5.31</w:t>
      </w:r>
    </w:p>
    <w:p>
      <w:pPr>
        <w:jc w:val="both"/>
      </w:pPr>
      <w:r>
        <w:t>Chụp niệu quản - bể thận ngược dòng (UPR) có tiêm thuốc cản quang</w:t>
      </w:r>
    </w:p>
    <w:p>
      <w:pPr>
        <w:jc w:val="both"/>
      </w:pPr>
      <w:r>
        <w:t>544.000</w:t>
      </w:r>
    </w:p>
    <w:p>
      <w:pPr>
        <w:jc w:val="both"/>
      </w:pPr>
      <w:r>
        <w:t>614.000</w:t>
      </w:r>
    </w:p>
    <w:p>
      <w:pPr>
        <w:jc w:val="both"/>
      </w:pPr>
      <w:r>
        <w:t>23</w:t>
      </w:r>
    </w:p>
    <w:p>
      <w:pPr>
        <w:jc w:val="both"/>
      </w:pPr>
      <w:r>
        <w:t>22</w:t>
      </w:r>
    </w:p>
    <w:p>
      <w:pPr>
        <w:jc w:val="both"/>
      </w:pPr>
      <w:r>
        <w:t>03C4.2.5.11</w:t>
      </w:r>
    </w:p>
    <w:p>
      <w:pPr>
        <w:jc w:val="both"/>
      </w:pPr>
      <w:r>
        <w:t>Chụp bàng quang có bơm thuốc cản quang</w:t>
      </w:r>
    </w:p>
    <w:p>
      <w:pPr>
        <w:jc w:val="both"/>
      </w:pPr>
      <w:r>
        <w:t>221.000</w:t>
      </w:r>
    </w:p>
    <w:p>
      <w:pPr>
        <w:jc w:val="both"/>
      </w:pPr>
      <w:r>
        <w:t>242.000</w:t>
      </w:r>
    </w:p>
    <w:p>
      <w:pPr>
        <w:jc w:val="both"/>
      </w:pPr>
      <w:r>
        <w:t>24</w:t>
      </w:r>
    </w:p>
    <w:p>
      <w:pPr>
        <w:jc w:val="both"/>
      </w:pPr>
      <w:r>
        <w:t>23</w:t>
      </w:r>
    </w:p>
    <w:p>
      <w:pPr>
        <w:jc w:val="both"/>
      </w:pPr>
      <w:r>
        <w:t>04C1.2.6.36</w:t>
      </w:r>
    </w:p>
    <w:p>
      <w:pPr>
        <w:jc w:val="both"/>
      </w:pPr>
      <w:r>
        <w:t>Chụp tử cung-vòi trứng (bao gồm cả thuốc)</w:t>
      </w:r>
    </w:p>
    <w:p>
      <w:pPr>
        <w:jc w:val="both"/>
      </w:pPr>
      <w:r>
        <w:t>386.000</w:t>
      </w:r>
    </w:p>
    <w:p>
      <w:pPr>
        <w:jc w:val="both"/>
      </w:pPr>
      <w:r>
        <w:t>432.000</w:t>
      </w:r>
    </w:p>
    <w:p>
      <w:pPr>
        <w:jc w:val="both"/>
      </w:pPr>
      <w:r>
        <w:t>25</w:t>
      </w:r>
    </w:p>
    <w:p>
      <w:pPr>
        <w:jc w:val="both"/>
      </w:pPr>
      <w:r>
        <w:t>24</w:t>
      </w:r>
    </w:p>
    <w:p>
      <w:pPr>
        <w:jc w:val="both"/>
      </w:pPr>
      <w:r>
        <w:t>03C4.2.5.12</w:t>
      </w:r>
    </w:p>
    <w:p>
      <w:pPr>
        <w:jc w:val="both"/>
      </w:pPr>
      <w:r>
        <w:t>Chụp X - quang vú định vị kim dây</w:t>
      </w:r>
    </w:p>
    <w:p>
      <w:pPr>
        <w:jc w:val="both"/>
      </w:pPr>
      <w:r>
        <w:t>401.000</w:t>
      </w:r>
    </w:p>
    <w:p>
      <w:pPr>
        <w:jc w:val="both"/>
      </w:pPr>
      <w:r>
        <w:t>449.000</w:t>
      </w:r>
    </w:p>
    <w:p>
      <w:pPr>
        <w:jc w:val="both"/>
      </w:pPr>
      <w:r>
        <w:t>Chưa bao gồm kim định vị.</w:t>
      </w:r>
    </w:p>
    <w:p>
      <w:pPr>
        <w:jc w:val="both"/>
      </w:pPr>
      <w:r>
        <w:t>26</w:t>
      </w:r>
    </w:p>
    <w:p>
      <w:pPr>
        <w:jc w:val="both"/>
      </w:pPr>
      <w:r>
        <w:t>25</w:t>
      </w:r>
    </w:p>
    <w:p>
      <w:pPr>
        <w:jc w:val="both"/>
      </w:pPr>
      <w:r>
        <w:t>03C4.2.5.13</w:t>
      </w:r>
    </w:p>
    <w:p>
      <w:pPr>
        <w:jc w:val="both"/>
      </w:pPr>
      <w:r>
        <w:t>Lỗ dò cản quang</w:t>
      </w:r>
    </w:p>
    <w:p>
      <w:pPr>
        <w:jc w:val="both"/>
      </w:pPr>
      <w:r>
        <w:t>421.000</w:t>
      </w:r>
    </w:p>
    <w:p>
      <w:pPr>
        <w:jc w:val="both"/>
      </w:pPr>
      <w:r>
        <w:t>472.000</w:t>
      </w:r>
    </w:p>
    <w:p>
      <w:pPr>
        <w:jc w:val="both"/>
      </w:pPr>
      <w:r>
        <w:t>27</w:t>
      </w:r>
    </w:p>
    <w:p>
      <w:pPr>
        <w:jc w:val="both"/>
      </w:pPr>
      <w:r>
        <w:t>26</w:t>
      </w:r>
    </w:p>
    <w:p>
      <w:pPr>
        <w:jc w:val="both"/>
      </w:pPr>
      <w:r>
        <w:t>03C4.2.5.15</w:t>
      </w:r>
    </w:p>
    <w:p>
      <w:pPr>
        <w:jc w:val="both"/>
      </w:pPr>
      <w:r>
        <w:t>Mammography (1 bên)</w:t>
      </w:r>
    </w:p>
    <w:p>
      <w:pPr>
        <w:jc w:val="both"/>
      </w:pPr>
      <w:r>
        <w:t>97.200</w:t>
      </w:r>
    </w:p>
    <w:p>
      <w:pPr>
        <w:jc w:val="both"/>
      </w:pPr>
      <w:r>
        <w:t>109.000</w:t>
      </w:r>
    </w:p>
    <w:p>
      <w:pPr>
        <w:jc w:val="both"/>
      </w:pPr>
      <w:r>
        <w:t>28</w:t>
      </w:r>
    </w:p>
    <w:p>
      <w:pPr>
        <w:jc w:val="both"/>
      </w:pPr>
      <w:r>
        <w:t>27</w:t>
      </w:r>
    </w:p>
    <w:p>
      <w:pPr>
        <w:jc w:val="both"/>
      </w:pPr>
      <w:r>
        <w:t>04C1.2.6.37</w:t>
      </w:r>
    </w:p>
    <w:p>
      <w:pPr>
        <w:jc w:val="both"/>
      </w:pPr>
      <w:r>
        <w:t>Chụp tủy sống có tiêm thuốc</w:t>
      </w:r>
    </w:p>
    <w:p>
      <w:pPr>
        <w:jc w:val="both"/>
      </w:pPr>
      <w:r>
        <w:t>416.000</w:t>
      </w:r>
    </w:p>
    <w:p>
      <w:pPr>
        <w:jc w:val="both"/>
      </w:pPr>
      <w:r>
        <w:t>466.000</w:t>
      </w:r>
    </w:p>
    <w:p>
      <w:pPr>
        <w:jc w:val="both"/>
      </w:pPr>
      <w:r>
        <w:t>III</w:t>
      </w:r>
    </w:p>
    <w:p>
      <w:pPr>
        <w:jc w:val="both"/>
      </w:pPr>
      <w:r>
        <w:t>III</w:t>
      </w:r>
    </w:p>
    <w:p>
      <w:pPr>
        <w:jc w:val="both"/>
      </w:pPr>
      <w:r>
        <w:t>Chụp X-quang số hóa</w:t>
      </w:r>
    </w:p>
    <w:p>
      <w:pPr>
        <w:jc w:val="both"/>
      </w:pPr>
      <w:r>
        <w:t>29</w:t>
      </w:r>
    </w:p>
    <w:p>
      <w:pPr>
        <w:jc w:val="both"/>
      </w:pPr>
      <w:r>
        <w:t>28</w:t>
      </w:r>
    </w:p>
    <w:p>
      <w:pPr>
        <w:jc w:val="both"/>
      </w:pPr>
      <w:r>
        <w:t>04C1.2.6.51</w:t>
      </w:r>
    </w:p>
    <w:p>
      <w:pPr>
        <w:jc w:val="both"/>
      </w:pPr>
      <w:r>
        <w:t>Chụp X-quang số hóa 1 phim</w:t>
      </w:r>
    </w:p>
    <w:p>
      <w:pPr>
        <w:jc w:val="both"/>
      </w:pPr>
      <w:r>
        <w:t>68.300</w:t>
      </w:r>
    </w:p>
    <w:p>
      <w:pPr>
        <w:jc w:val="both"/>
      </w:pPr>
      <w:r>
        <w:t>76.100</w:t>
      </w:r>
    </w:p>
    <w:p>
      <w:pPr>
        <w:jc w:val="both"/>
      </w:pPr>
      <w:r>
        <w:t>Áp dụng cho 01 vị trí</w:t>
      </w:r>
    </w:p>
    <w:p>
      <w:pPr>
        <w:jc w:val="both"/>
      </w:pPr>
      <w:r>
        <w:t>30</w:t>
      </w:r>
    </w:p>
    <w:p>
      <w:pPr>
        <w:jc w:val="both"/>
      </w:pPr>
      <w:r>
        <w:t>29</w:t>
      </w:r>
    </w:p>
    <w:p>
      <w:pPr>
        <w:jc w:val="both"/>
      </w:pPr>
      <w:r>
        <w:t>04C1.2.6.52</w:t>
      </w:r>
    </w:p>
    <w:p>
      <w:pPr>
        <w:jc w:val="both"/>
      </w:pPr>
      <w:r>
        <w:t>Chụp X-quang số hóa 2 phim</w:t>
      </w:r>
    </w:p>
    <w:p>
      <w:pPr>
        <w:jc w:val="both"/>
      </w:pPr>
      <w:r>
        <w:t>100.000</w:t>
      </w:r>
    </w:p>
    <w:p>
      <w:pPr>
        <w:jc w:val="both"/>
      </w:pPr>
      <w:r>
        <w:t>112.000</w:t>
      </w:r>
    </w:p>
    <w:p>
      <w:pPr>
        <w:jc w:val="both"/>
      </w:pPr>
      <w:r>
        <w:t>Áp dụng cho 01 vị trí</w:t>
      </w:r>
    </w:p>
    <w:p>
      <w:pPr>
        <w:jc w:val="both"/>
      </w:pPr>
      <w:r>
        <w:t>31</w:t>
      </w:r>
    </w:p>
    <w:p>
      <w:pPr>
        <w:jc w:val="both"/>
      </w:pPr>
      <w:r>
        <w:t>30</w:t>
      </w:r>
    </w:p>
    <w:p>
      <w:pPr>
        <w:jc w:val="both"/>
      </w:pPr>
      <w:r>
        <w:t>04C1.2.6.53</w:t>
      </w:r>
    </w:p>
    <w:p>
      <w:pPr>
        <w:jc w:val="both"/>
      </w:pPr>
      <w:r>
        <w:t>Chụp X-quang số hóa 3 phim</w:t>
      </w:r>
    </w:p>
    <w:p>
      <w:pPr>
        <w:jc w:val="both"/>
      </w:pPr>
      <w:r>
        <w:t>125.000</w:t>
      </w:r>
    </w:p>
    <w:p>
      <w:pPr>
        <w:jc w:val="both"/>
      </w:pPr>
      <w:r>
        <w:t>141.000</w:t>
      </w:r>
    </w:p>
    <w:p>
      <w:pPr>
        <w:jc w:val="both"/>
      </w:pPr>
      <w:r>
        <w:t>Áp dụng cho 01 vị trí</w:t>
      </w:r>
    </w:p>
    <w:p>
      <w:pPr>
        <w:jc w:val="both"/>
      </w:pPr>
      <w:r>
        <w:t>32</w:t>
      </w:r>
    </w:p>
    <w:p>
      <w:pPr>
        <w:jc w:val="both"/>
      </w:pPr>
      <w:r>
        <w:t>Chụp Xquang số hóa ổ răng hoặc cận chóp</w:t>
      </w:r>
    </w:p>
    <w:p>
      <w:pPr>
        <w:jc w:val="both"/>
      </w:pPr>
      <w:r>
        <w:t>20.700</w:t>
      </w:r>
    </w:p>
    <w:p>
      <w:pPr>
        <w:jc w:val="both"/>
      </w:pPr>
      <w:r>
        <w:t>22.200</w:t>
      </w:r>
    </w:p>
    <w:p>
      <w:pPr>
        <w:jc w:val="both"/>
      </w:pPr>
      <w:r>
        <w:t>33</w:t>
      </w:r>
    </w:p>
    <w:p>
      <w:pPr>
        <w:jc w:val="both"/>
      </w:pPr>
      <w:r>
        <w:t>31</w:t>
      </w:r>
    </w:p>
    <w:p>
      <w:pPr>
        <w:jc w:val="both"/>
      </w:pPr>
      <w:r>
        <w:t>04C1.2.6.54</w:t>
      </w:r>
    </w:p>
    <w:p>
      <w:pPr>
        <w:jc w:val="both"/>
      </w:pPr>
      <w:r>
        <w:t>Chụp tử cung-vòi trứng bằng số hóa</w:t>
      </w:r>
    </w:p>
    <w:p>
      <w:pPr>
        <w:jc w:val="both"/>
      </w:pPr>
      <w:r>
        <w:t>426.000</w:t>
      </w:r>
    </w:p>
    <w:p>
      <w:pPr>
        <w:jc w:val="both"/>
      </w:pPr>
      <w:r>
        <w:t>478.000</w:t>
      </w:r>
    </w:p>
    <w:p>
      <w:pPr>
        <w:jc w:val="both"/>
      </w:pPr>
      <w:r>
        <w:t>34</w:t>
      </w:r>
    </w:p>
    <w:p>
      <w:pPr>
        <w:jc w:val="both"/>
      </w:pPr>
      <w:r>
        <w:t>32</w:t>
      </w:r>
    </w:p>
    <w:p>
      <w:pPr>
        <w:jc w:val="both"/>
      </w:pPr>
      <w:r>
        <w:t>04C1.2.6.55</w:t>
      </w:r>
    </w:p>
    <w:p>
      <w:pPr>
        <w:jc w:val="both"/>
      </w:pPr>
      <w:r>
        <w:t>Chụp hệ tiết niệu có tiêm thuốc cản quang (UIV) số hóa</w:t>
      </w:r>
    </w:p>
    <w:p>
      <w:pPr>
        <w:jc w:val="both"/>
      </w:pPr>
      <w:r>
        <w:t>624.000</w:t>
      </w:r>
    </w:p>
    <w:p>
      <w:pPr>
        <w:jc w:val="both"/>
      </w:pPr>
      <w:r>
        <w:t>706.000</w:t>
      </w:r>
    </w:p>
    <w:p>
      <w:pPr>
        <w:jc w:val="both"/>
      </w:pPr>
      <w:r>
        <w:t>35</w:t>
      </w:r>
    </w:p>
    <w:p>
      <w:pPr>
        <w:jc w:val="both"/>
      </w:pPr>
      <w:r>
        <w:t>33</w:t>
      </w:r>
    </w:p>
    <w:p>
      <w:pPr>
        <w:jc w:val="both"/>
      </w:pPr>
      <w:r>
        <w:t>04C1.2.6.56</w:t>
      </w:r>
    </w:p>
    <w:p>
      <w:pPr>
        <w:jc w:val="both"/>
      </w:pPr>
      <w:r>
        <w:t>Chụp niệu quản - bể thận ngược dòng (UPR) số hóa</w:t>
      </w:r>
    </w:p>
    <w:p>
      <w:pPr>
        <w:jc w:val="both"/>
      </w:pPr>
      <w:r>
        <w:t>579.000</w:t>
      </w:r>
    </w:p>
    <w:p>
      <w:pPr>
        <w:jc w:val="both"/>
      </w:pPr>
      <w:r>
        <w:t>654.000</w:t>
      </w:r>
    </w:p>
    <w:p>
      <w:pPr>
        <w:jc w:val="both"/>
      </w:pPr>
      <w:r>
        <w:t>36</w:t>
      </w:r>
    </w:p>
    <w:p>
      <w:pPr>
        <w:jc w:val="both"/>
      </w:pPr>
      <w:r>
        <w:t>34</w:t>
      </w:r>
    </w:p>
    <w:p>
      <w:pPr>
        <w:jc w:val="both"/>
      </w:pPr>
      <w:r>
        <w:t>04C1.2.6.57</w:t>
      </w:r>
    </w:p>
    <w:p>
      <w:pPr>
        <w:jc w:val="both"/>
      </w:pPr>
      <w:r>
        <w:t>Chụp thực quản có uống thuốc cản quang số hóa</w:t>
      </w:r>
    </w:p>
    <w:p>
      <w:pPr>
        <w:jc w:val="both"/>
      </w:pPr>
      <w:r>
        <w:t>239.000</w:t>
      </w:r>
    </w:p>
    <w:p>
      <w:pPr>
        <w:jc w:val="both"/>
      </w:pPr>
      <w:r>
        <w:t>262.000</w:t>
      </w:r>
    </w:p>
    <w:p>
      <w:pPr>
        <w:jc w:val="both"/>
      </w:pPr>
      <w:r>
        <w:t>37</w:t>
      </w:r>
    </w:p>
    <w:p>
      <w:pPr>
        <w:jc w:val="both"/>
      </w:pPr>
      <w:r>
        <w:t>35</w:t>
      </w:r>
    </w:p>
    <w:p>
      <w:pPr>
        <w:jc w:val="both"/>
      </w:pPr>
      <w:r>
        <w:t>04C1.2.6.58</w:t>
      </w:r>
    </w:p>
    <w:p>
      <w:pPr>
        <w:jc w:val="both"/>
      </w:pPr>
      <w:r>
        <w:t>Chụp dạ dày-tá tràng có uống thuốc cản quang số hóa</w:t>
      </w:r>
    </w:p>
    <w:p>
      <w:pPr>
        <w:jc w:val="both"/>
      </w:pPr>
      <w:r>
        <w:t>239.000</w:t>
      </w:r>
    </w:p>
    <w:p>
      <w:pPr>
        <w:jc w:val="both"/>
      </w:pPr>
      <w:r>
        <w:t>262.000</w:t>
      </w:r>
    </w:p>
    <w:p>
      <w:pPr>
        <w:jc w:val="both"/>
      </w:pPr>
      <w:r>
        <w:t>38</w:t>
      </w:r>
    </w:p>
    <w:p>
      <w:pPr>
        <w:jc w:val="both"/>
      </w:pPr>
      <w:r>
        <w:t>36</w:t>
      </w:r>
    </w:p>
    <w:p>
      <w:pPr>
        <w:jc w:val="both"/>
      </w:pPr>
      <w:r>
        <w:t>04C1.2.6.59</w:t>
      </w:r>
    </w:p>
    <w:p>
      <w:pPr>
        <w:jc w:val="both"/>
      </w:pPr>
      <w:r>
        <w:t>Chụp khung đại tràng có thuốc cản quang số hóa</w:t>
      </w:r>
    </w:p>
    <w:p>
      <w:pPr>
        <w:jc w:val="both"/>
      </w:pPr>
      <w:r>
        <w:t>279.000</w:t>
      </w:r>
    </w:p>
    <w:p>
      <w:pPr>
        <w:jc w:val="both"/>
      </w:pPr>
      <w:r>
        <w:t>309.000</w:t>
      </w:r>
    </w:p>
    <w:p>
      <w:pPr>
        <w:jc w:val="both"/>
      </w:pPr>
      <w:r>
        <w:t>39</w:t>
      </w:r>
    </w:p>
    <w:p>
      <w:pPr>
        <w:jc w:val="both"/>
      </w:pPr>
      <w:r>
        <w:t>37</w:t>
      </w:r>
    </w:p>
    <w:p>
      <w:pPr>
        <w:jc w:val="both"/>
      </w:pPr>
      <w:r>
        <w:t>04C1.2.6.60</w:t>
      </w:r>
    </w:p>
    <w:p>
      <w:pPr>
        <w:jc w:val="both"/>
      </w:pPr>
      <w:r>
        <w:t>Chụp tủy sống có thuốc cản quang số hóa</w:t>
      </w:r>
    </w:p>
    <w:p>
      <w:pPr>
        <w:jc w:val="both"/>
      </w:pPr>
      <w:r>
        <w:t>536.000</w:t>
      </w:r>
    </w:p>
    <w:p>
      <w:pPr>
        <w:jc w:val="both"/>
      </w:pPr>
      <w:r>
        <w:t>604.000</w:t>
      </w:r>
    </w:p>
    <w:p>
      <w:pPr>
        <w:jc w:val="both"/>
      </w:pPr>
      <w:r>
        <w:t>40</w:t>
      </w:r>
    </w:p>
    <w:p>
      <w:pPr>
        <w:jc w:val="both"/>
      </w:pPr>
      <w:r>
        <w:t>38</w:t>
      </w:r>
    </w:p>
    <w:p>
      <w:pPr>
        <w:jc w:val="both"/>
      </w:pPr>
      <w:r>
        <w:t>Chụp X-quang số hóa cắt lớp tuyến vú 1 bên (tomosynthesis)</w:t>
      </w:r>
    </w:p>
    <w:p>
      <w:pPr>
        <w:jc w:val="both"/>
      </w:pPr>
      <w:r>
        <w:t>959.000</w:t>
      </w:r>
    </w:p>
    <w:p>
      <w:pPr>
        <w:jc w:val="both"/>
      </w:pPr>
      <w:r>
        <w:t>1.091.000</w:t>
      </w:r>
    </w:p>
    <w:p>
      <w:pPr>
        <w:jc w:val="both"/>
      </w:pPr>
      <w:r>
        <w:t>41</w:t>
      </w:r>
    </w:p>
    <w:p>
      <w:pPr>
        <w:jc w:val="both"/>
      </w:pPr>
      <w:r>
        <w:t>39</w:t>
      </w:r>
    </w:p>
    <w:p>
      <w:pPr>
        <w:jc w:val="both"/>
      </w:pPr>
      <w:r>
        <w:t>Chụp X-quang số hóa đường dò, các tuyến có bơm thuốc cản quang trực tiếp</w:t>
      </w:r>
    </w:p>
    <w:p>
      <w:pPr>
        <w:jc w:val="both"/>
      </w:pPr>
      <w:r>
        <w:t>401.000</w:t>
      </w:r>
    </w:p>
    <w:p>
      <w:pPr>
        <w:jc w:val="both"/>
      </w:pPr>
      <w:r>
        <w:t>449.000</w:t>
      </w:r>
    </w:p>
    <w:p>
      <w:pPr>
        <w:jc w:val="both"/>
      </w:pPr>
      <w:r>
        <w:t>Chưa bao gồm ống thông, kim chọc chuyên dụng.</w:t>
      </w:r>
    </w:p>
    <w:p>
      <w:pPr>
        <w:jc w:val="both"/>
      </w:pPr>
      <w:r>
        <w:t>IV</w:t>
      </w:r>
    </w:p>
    <w:p>
      <w:pPr>
        <w:jc w:val="both"/>
      </w:pPr>
      <w:r>
        <w:t>IV</w:t>
      </w:r>
    </w:p>
    <w:p>
      <w:pPr>
        <w:jc w:val="both"/>
      </w:pPr>
      <w:r>
        <w:t>Chụp cắt lớp vi tính, chụp mạch, cộng hưởng từ</w:t>
      </w:r>
    </w:p>
    <w:p>
      <w:pPr>
        <w:jc w:val="both"/>
      </w:pPr>
      <w:r>
        <w:t>42</w:t>
      </w:r>
    </w:p>
    <w:p>
      <w:pPr>
        <w:jc w:val="both"/>
      </w:pPr>
      <w:r>
        <w:t>40</w:t>
      </w:r>
    </w:p>
    <w:p>
      <w:pPr>
        <w:jc w:val="both"/>
      </w:pPr>
      <w:r>
        <w:t>04C1.2.6.41</w:t>
      </w:r>
    </w:p>
    <w:p>
      <w:pPr>
        <w:jc w:val="both"/>
      </w:pPr>
      <w:r>
        <w:t>Chụp CT Scanner đến 32 dãy không có thuốc cản quang</w:t>
      </w:r>
    </w:p>
    <w:p>
      <w:pPr>
        <w:jc w:val="both"/>
      </w:pPr>
      <w:r>
        <w:t>532.000</w:t>
      </w:r>
    </w:p>
    <w:p>
      <w:pPr>
        <w:jc w:val="both"/>
      </w:pPr>
      <w:r>
        <w:t>604.000</w:t>
      </w:r>
    </w:p>
    <w:p>
      <w:pPr>
        <w:jc w:val="both"/>
      </w:pPr>
      <w:r>
        <w:t>43</w:t>
      </w:r>
    </w:p>
    <w:p>
      <w:pPr>
        <w:jc w:val="both"/>
      </w:pPr>
      <w:r>
        <w:t>41</w:t>
      </w:r>
    </w:p>
    <w:p>
      <w:pPr>
        <w:jc w:val="both"/>
      </w:pPr>
      <w:r>
        <w:t>04C1.2.6.42</w:t>
      </w:r>
    </w:p>
    <w:p>
      <w:pPr>
        <w:jc w:val="both"/>
      </w:pPr>
      <w:r>
        <w:t>Chụp CT Scanner đến 32 dãy có thuốc cản quang</w:t>
      </w:r>
    </w:p>
    <w:p>
      <w:pPr>
        <w:jc w:val="both"/>
      </w:pPr>
      <w:r>
        <w:t>643.000</w:t>
      </w:r>
    </w:p>
    <w:p>
      <w:pPr>
        <w:jc w:val="both"/>
      </w:pPr>
      <w:r>
        <w:t>731.000</w:t>
      </w:r>
    </w:p>
    <w:p>
      <w:pPr>
        <w:jc w:val="both"/>
      </w:pPr>
      <w:r>
        <w:t>Chưa bao gồm thuốc cản quang.</w:t>
      </w:r>
    </w:p>
    <w:p>
      <w:pPr>
        <w:jc w:val="both"/>
      </w:pPr>
      <w:r>
        <w:t>44</w:t>
      </w:r>
    </w:p>
    <w:p>
      <w:pPr>
        <w:jc w:val="both"/>
      </w:pPr>
      <w:r>
        <w:t>42</w:t>
      </w:r>
    </w:p>
    <w:p>
      <w:pPr>
        <w:jc w:val="both"/>
      </w:pPr>
      <w:r>
        <w:t>04C1.2.6.63</w:t>
      </w:r>
    </w:p>
    <w:p>
      <w:pPr>
        <w:jc w:val="both"/>
      </w:pPr>
      <w:r>
        <w:t>Chụp CT Seanner 64 dãy đến 128 dãy có thuốc cản quang</w:t>
      </w:r>
    </w:p>
    <w:p>
      <w:pPr>
        <w:jc w:val="both"/>
      </w:pPr>
      <w:r>
        <w:t>1.712.000</w:t>
      </w:r>
    </w:p>
    <w:p>
      <w:pPr>
        <w:jc w:val="both"/>
      </w:pPr>
      <w:r>
        <w:t>1.961.000</w:t>
      </w:r>
    </w:p>
    <w:p>
      <w:pPr>
        <w:jc w:val="both"/>
      </w:pPr>
      <w:r>
        <w:t>Chưa bao gồm thuốc cản quang.</w:t>
      </w:r>
    </w:p>
    <w:p>
      <w:pPr>
        <w:jc w:val="both"/>
      </w:pPr>
      <w:r>
        <w:t>45</w:t>
      </w:r>
    </w:p>
    <w:p>
      <w:pPr>
        <w:jc w:val="both"/>
      </w:pPr>
      <w:r>
        <w:t>43</w:t>
      </w:r>
    </w:p>
    <w:p>
      <w:pPr>
        <w:jc w:val="both"/>
      </w:pPr>
      <w:r>
        <w:t>04C1.2.63</w:t>
      </w:r>
    </w:p>
    <w:p>
      <w:pPr>
        <w:jc w:val="both"/>
      </w:pPr>
      <w:r>
        <w:t>Chụp CT Scanner 64 dãy đến 128 dãy không có thuốc cản quang</w:t>
      </w:r>
    </w:p>
    <w:p>
      <w:pPr>
        <w:jc w:val="both"/>
      </w:pPr>
      <w:r>
        <w:t>1.461.000</w:t>
      </w:r>
    </w:p>
    <w:p>
      <w:pPr>
        <w:jc w:val="both"/>
      </w:pPr>
      <w:r>
        <w:t>1.669.000</w:t>
      </w:r>
    </w:p>
    <w:p>
      <w:pPr>
        <w:jc w:val="both"/>
      </w:pPr>
      <w:r>
        <w:t>46</w:t>
      </w:r>
    </w:p>
    <w:p>
      <w:pPr>
        <w:jc w:val="both"/>
      </w:pPr>
      <w:r>
        <w:t>44</w:t>
      </w:r>
    </w:p>
    <w:p>
      <w:pPr>
        <w:jc w:val="both"/>
      </w:pPr>
      <w:r>
        <w:t>Chụp CT Scanner toàn thân 64 dãy - 128 dãy có thuốc cản quang</w:t>
      </w:r>
    </w:p>
    <w:p>
      <w:pPr>
        <w:jc w:val="both"/>
      </w:pPr>
      <w:r>
        <w:t>3.467.000</w:t>
      </w:r>
    </w:p>
    <w:p>
      <w:pPr>
        <w:jc w:val="both"/>
      </w:pPr>
      <w:r>
        <w:t>3.978.000</w:t>
      </w:r>
    </w:p>
    <w:p>
      <w:pPr>
        <w:jc w:val="both"/>
      </w:pPr>
      <w:r>
        <w:t>Chưa bao gồm thuốc cản quang.</w:t>
      </w:r>
    </w:p>
    <w:p>
      <w:pPr>
        <w:jc w:val="both"/>
      </w:pPr>
      <w:r>
        <w:t>47</w:t>
      </w:r>
    </w:p>
    <w:p>
      <w:pPr>
        <w:jc w:val="both"/>
      </w:pPr>
      <w:r>
        <w:t>45</w:t>
      </w:r>
    </w:p>
    <w:p>
      <w:pPr>
        <w:jc w:val="both"/>
      </w:pPr>
      <w:r>
        <w:t>Chụp CT Scanner toàn thân 64 dãy - 128 dãy không có thuốc cản quang</w:t>
      </w:r>
    </w:p>
    <w:p>
      <w:pPr>
        <w:jc w:val="both"/>
      </w:pPr>
      <w:r>
        <w:t>3.154.000</w:t>
      </w:r>
    </w:p>
    <w:p>
      <w:pPr>
        <w:jc w:val="both"/>
      </w:pPr>
      <w:r>
        <w:t>3.608.000</w:t>
      </w:r>
    </w:p>
    <w:p>
      <w:pPr>
        <w:jc w:val="both"/>
      </w:pPr>
      <w:r>
        <w:t>48</w:t>
      </w:r>
    </w:p>
    <w:p>
      <w:pPr>
        <w:jc w:val="both"/>
      </w:pPr>
      <w:r>
        <w:t>46</w:t>
      </w:r>
    </w:p>
    <w:p>
      <w:pPr>
        <w:jc w:val="both"/>
      </w:pPr>
      <w:r>
        <w:t>04C1.2.6.64</w:t>
      </w:r>
    </w:p>
    <w:p>
      <w:pPr>
        <w:jc w:val="both"/>
      </w:pPr>
      <w:r>
        <w:t>Chụp CT Scanner từ 256 dãy trở lên có thuốc cản quang</w:t>
      </w:r>
    </w:p>
    <w:p>
      <w:pPr>
        <w:jc w:val="both"/>
      </w:pPr>
      <w:r>
        <w:t>3.004.000</w:t>
      </w:r>
    </w:p>
    <w:p>
      <w:pPr>
        <w:jc w:val="both"/>
      </w:pPr>
      <w:r>
        <w:t>3.442.000</w:t>
      </w:r>
    </w:p>
    <w:p>
      <w:pPr>
        <w:jc w:val="both"/>
      </w:pPr>
      <w:r>
        <w:t>Chưa bao gồm thuốc cản quang.</w:t>
      </w:r>
    </w:p>
    <w:p>
      <w:pPr>
        <w:jc w:val="both"/>
      </w:pPr>
      <w:r>
        <w:t>49</w:t>
      </w:r>
    </w:p>
    <w:p>
      <w:pPr>
        <w:jc w:val="both"/>
      </w:pPr>
      <w:r>
        <w:t>47</w:t>
      </w:r>
    </w:p>
    <w:p>
      <w:pPr>
        <w:jc w:val="both"/>
      </w:pPr>
      <w:r>
        <w:t>Chụp CT Scanner từ 256 dãy trở lên không có thuốc cản quang</w:t>
      </w:r>
    </w:p>
    <w:p>
      <w:pPr>
        <w:jc w:val="both"/>
      </w:pPr>
      <w:r>
        <w:t>2.748.000</w:t>
      </w:r>
    </w:p>
    <w:p>
      <w:pPr>
        <w:jc w:val="both"/>
      </w:pPr>
      <w:r>
        <w:t>3.149.000</w:t>
      </w:r>
    </w:p>
    <w:p>
      <w:pPr>
        <w:jc w:val="both"/>
      </w:pPr>
      <w:r>
        <w:t>50</w:t>
      </w:r>
    </w:p>
    <w:p>
      <w:pPr>
        <w:jc w:val="both"/>
      </w:pPr>
      <w:r>
        <w:t>48</w:t>
      </w:r>
    </w:p>
    <w:p>
      <w:pPr>
        <w:jc w:val="both"/>
      </w:pPr>
      <w:r>
        <w:t>Chụp CT Scanner toàn thân từ 256 dãy có thuốc cản quang</w:t>
      </w:r>
    </w:p>
    <w:p>
      <w:pPr>
        <w:jc w:val="both"/>
      </w:pPr>
      <w:r>
        <w:t>6.694.000</w:t>
      </w:r>
    </w:p>
    <w:p>
      <w:pPr>
        <w:jc w:val="both"/>
      </w:pPr>
      <w:r>
        <w:t>7.689.000</w:t>
      </w:r>
    </w:p>
    <w:p>
      <w:pPr>
        <w:jc w:val="both"/>
      </w:pPr>
      <w:r>
        <w:t>Chưa bao gồm thuốc cản quang.</w:t>
      </w:r>
    </w:p>
    <w:p>
      <w:pPr>
        <w:jc w:val="both"/>
      </w:pPr>
      <w:r>
        <w:t>51</w:t>
      </w:r>
    </w:p>
    <w:p>
      <w:pPr>
        <w:jc w:val="both"/>
      </w:pPr>
      <w:r>
        <w:t>49</w:t>
      </w:r>
    </w:p>
    <w:p>
      <w:pPr>
        <w:jc w:val="both"/>
      </w:pPr>
      <w:r>
        <w:t>Chụp CT Scanner toàn thân từ 256 dãy không thuốc cản quang</w:t>
      </w:r>
    </w:p>
    <w:p>
      <w:pPr>
        <w:jc w:val="both"/>
      </w:pPr>
      <w:r>
        <w:t>6.665.000</w:t>
      </w:r>
    </w:p>
    <w:p>
      <w:pPr>
        <w:jc w:val="both"/>
      </w:pPr>
      <w:r>
        <w:t>7.649.000</w:t>
      </w:r>
    </w:p>
    <w:p>
      <w:pPr>
        <w:jc w:val="both"/>
      </w:pPr>
      <w:r>
        <w:t>52</w:t>
      </w:r>
    </w:p>
    <w:p>
      <w:pPr>
        <w:jc w:val="both"/>
      </w:pPr>
      <w:r>
        <w:t>50</w:t>
      </w:r>
    </w:p>
    <w:p>
      <w:pPr>
        <w:jc w:val="both"/>
      </w:pPr>
      <w:r>
        <w:t>04C1.2.6.61</w:t>
      </w:r>
    </w:p>
    <w:p>
      <w:pPr>
        <w:jc w:val="both"/>
      </w:pPr>
      <w:r>
        <w:t>Chụp PET/CT</w:t>
      </w:r>
    </w:p>
    <w:p>
      <w:pPr>
        <w:jc w:val="both"/>
      </w:pPr>
      <w:r>
        <w:t>19.913.000</w:t>
      </w:r>
    </w:p>
    <w:p>
      <w:pPr>
        <w:jc w:val="both"/>
      </w:pPr>
      <w:r>
        <w:t>22.800.000</w:t>
      </w:r>
    </w:p>
    <w:p>
      <w:pPr>
        <w:jc w:val="both"/>
      </w:pPr>
      <w:r>
        <w:t>Chưa bao gồm thuốc cản quang</w:t>
      </w:r>
    </w:p>
    <w:p>
      <w:pPr>
        <w:jc w:val="both"/>
      </w:pPr>
      <w:r>
        <w:t>53</w:t>
      </w:r>
    </w:p>
    <w:p>
      <w:pPr>
        <w:jc w:val="both"/>
      </w:pPr>
      <w:r>
        <w:t>51</w:t>
      </w:r>
    </w:p>
    <w:p>
      <w:pPr>
        <w:jc w:val="both"/>
      </w:pPr>
      <w:r>
        <w:t>04C1.2.6.62</w:t>
      </w:r>
    </w:p>
    <w:p>
      <w:pPr>
        <w:jc w:val="both"/>
      </w:pPr>
      <w:r>
        <w:t>Chụp PET/CT mô phỏng xạ trị</w:t>
      </w:r>
    </w:p>
    <w:p>
      <w:pPr>
        <w:jc w:val="both"/>
      </w:pPr>
      <w:r>
        <w:t>20.729.000</w:t>
      </w:r>
    </w:p>
    <w:p>
      <w:pPr>
        <w:jc w:val="both"/>
      </w:pPr>
      <w:r>
        <w:t>23.699.000</w:t>
      </w:r>
    </w:p>
    <w:p>
      <w:pPr>
        <w:jc w:val="both"/>
      </w:pPr>
      <w:r>
        <w:t>Chưa bao gồm thuốc cản quang</w:t>
      </w:r>
    </w:p>
    <w:p>
      <w:pPr>
        <w:jc w:val="both"/>
      </w:pPr>
      <w:r>
        <w:t>54</w:t>
      </w:r>
    </w:p>
    <w:p>
      <w:pPr>
        <w:jc w:val="both"/>
      </w:pPr>
      <w:r>
        <w:t>52</w:t>
      </w:r>
    </w:p>
    <w:p>
      <w:pPr>
        <w:jc w:val="both"/>
      </w:pPr>
      <w:r>
        <w:t>04C1.2.6.43</w:t>
      </w:r>
    </w:p>
    <w:p>
      <w:pPr>
        <w:jc w:val="both"/>
      </w:pPr>
      <w:r>
        <w:t>Chụp mạch máu số hóa xóa nền (DSA)</w:t>
      </w:r>
    </w:p>
    <w:p>
      <w:pPr>
        <w:jc w:val="both"/>
      </w:pPr>
      <w:r>
        <w:t>5.686.000</w:t>
      </w:r>
    </w:p>
    <w:p>
      <w:pPr>
        <w:jc w:val="both"/>
      </w:pPr>
      <w:r>
        <w:t>6.469.000</w:t>
      </w:r>
    </w:p>
    <w:p>
      <w:pPr>
        <w:jc w:val="both"/>
      </w:pPr>
      <w:r>
        <w:t>55</w:t>
      </w:r>
    </w:p>
    <w:p>
      <w:pPr>
        <w:jc w:val="both"/>
      </w:pPr>
      <w:r>
        <w:t>53</w:t>
      </w:r>
    </w:p>
    <w:p>
      <w:pPr>
        <w:jc w:val="both"/>
      </w:pPr>
      <w:r>
        <w:t>04C 1.2.6.44</w:t>
      </w:r>
    </w:p>
    <w:p>
      <w:pPr>
        <w:jc w:val="both"/>
      </w:pPr>
      <w:r>
        <w:t>Chụp động mạch vành hoặc thông tim chụp buồng tim dưới DSA</w:t>
      </w:r>
    </w:p>
    <w:p>
      <w:pPr>
        <w:jc w:val="both"/>
      </w:pPr>
      <w:r>
        <w:t>6.026.000</w:t>
      </w:r>
    </w:p>
    <w:p>
      <w:pPr>
        <w:jc w:val="both"/>
      </w:pPr>
      <w:r>
        <w:t>6.841.000</w:t>
      </w:r>
    </w:p>
    <w:p>
      <w:pPr>
        <w:jc w:val="both"/>
      </w:pPr>
      <w:r>
        <w:t>56</w:t>
      </w:r>
    </w:p>
    <w:p>
      <w:pPr>
        <w:jc w:val="both"/>
      </w:pPr>
      <w:r>
        <w:t>54</w:t>
      </w:r>
    </w:p>
    <w:p>
      <w:pPr>
        <w:jc w:val="both"/>
      </w:pPr>
      <w:r>
        <w:t>04C 1.2.6.45</w:t>
      </w:r>
    </w:p>
    <w:p>
      <w:pPr>
        <w:jc w:val="both"/>
      </w:pPr>
      <w:r>
        <w:t>Chụp và can thiệp tim mạch (van tim, tim bẩm sinh, động mạch vành) dưới DSA</w:t>
      </w:r>
    </w:p>
    <w:p>
      <w:pPr>
        <w:jc w:val="both"/>
      </w:pPr>
      <w:r>
        <w:t>6.926.000</w:t>
      </w:r>
    </w:p>
    <w:p>
      <w:pPr>
        <w:jc w:val="both"/>
      </w:pPr>
      <w:r>
        <w:t>7.877.000</w:t>
      </w:r>
    </w:p>
    <w:p>
      <w:pPr>
        <w:jc w:val="both"/>
      </w:pPr>
      <w:r>
        <w:t>Chưa bao gồm vật tư chuyên dụng dùng để can thiệp: bóng, stent, các vật liệu nút mạch, các loại ống thông hoặc vi ống thông, các loại dây dẫn hoặc vi dây dẫn, các vòng xoắn kim loại, lưới lọc tĩnh mạch, dụng cụ lấy dị vật, bộ dụng cụ lấy huyết khối, bộ dụng cụ bít (bộ thả dù, dù); dụng cụ đóng lòng mạch (angioseal, perclose...); bơm áp lực; dù bảo vệ chống tắc mạch; bộ dụng cụ dùng trong khoan phá động mạch; van động mạch nhân tạo, van tim nhân tạo, bộ dụng cụ thay hoặc sửa van tim qua đường ống thông.</w:t>
      </w:r>
    </w:p>
    <w:p>
      <w:pPr>
        <w:jc w:val="both"/>
      </w:pPr>
      <w:r>
        <w:t>57</w:t>
      </w:r>
    </w:p>
    <w:p>
      <w:pPr>
        <w:jc w:val="both"/>
      </w:pPr>
      <w:r>
        <w:t>55</w:t>
      </w:r>
    </w:p>
    <w:p>
      <w:pPr>
        <w:jc w:val="both"/>
      </w:pPr>
      <w:r>
        <w:t>04C1.2.6.46</w:t>
      </w:r>
    </w:p>
    <w:p>
      <w:pPr>
        <w:jc w:val="both"/>
      </w:pPr>
      <w:r>
        <w:t>Chụp và can thiệp mạch chủ bụng hoặc ngực và mạch chi dưới DSA</w:t>
      </w:r>
    </w:p>
    <w:p>
      <w:pPr>
        <w:jc w:val="both"/>
      </w:pPr>
      <w:r>
        <w:t>9.176.000</w:t>
      </w:r>
    </w:p>
    <w:p>
      <w:pPr>
        <w:jc w:val="both"/>
      </w:pPr>
      <w:r>
        <w:t>10.468.000</w:t>
      </w:r>
    </w:p>
    <w:p>
      <w:pPr>
        <w:jc w:val="both"/>
      </w:pPr>
      <w:r>
        <w:t>Chưa bao gồm vật tư chuyên dụng dùng để can thiệp: bóng các loại, các cỡ; bộ bơm áp lực, stent, keo nút mạch, các vật liệu nút mạch, các vi ống thông, vi dây dẫn, các vòng xoắn kim loại, lưới lọc tĩnh mạch; dụng cụ lấy dị vật, bộ dụng cụ lấy huyết khối; bộ dụng cụ bít (bộ thả dù, dù các loại); dù amplatzer; dụng cụ đóng lòng mạch (angioseal, perclose...) các loại, các cỡ; bơm áp lực các loại, các cỡ; dù bảo vệ chống tắc mạch các loại, các cỡ; bộ dụng cụ dùng trong khoan phá động mạch các loại, các cỡ.</w:t>
      </w:r>
    </w:p>
    <w:p>
      <w:pPr>
        <w:jc w:val="both"/>
      </w:pPr>
      <w:r>
        <w:t>58</w:t>
      </w:r>
    </w:p>
    <w:p>
      <w:pPr>
        <w:jc w:val="both"/>
      </w:pPr>
      <w:r>
        <w:t>56</w:t>
      </w:r>
    </w:p>
    <w:p>
      <w:pPr>
        <w:jc w:val="both"/>
      </w:pPr>
      <w:r>
        <w:t>Chụp và can thiệp mạch chủ bụng hoặc ngực và mạch chi dưới C-Arm</w:t>
      </w:r>
    </w:p>
    <w:p>
      <w:pPr>
        <w:jc w:val="both"/>
      </w:pPr>
      <w:r>
        <w:t>7.926.000</w:t>
      </w:r>
    </w:p>
    <w:p>
      <w:pPr>
        <w:jc w:val="both"/>
      </w:pPr>
      <w:r>
        <w:t>9.029.000</w:t>
      </w:r>
    </w:p>
    <w:p>
      <w:pPr>
        <w:jc w:val="both"/>
      </w:pPr>
      <w:r>
        <w:t>Chưa bao gồm vật tư chuyên dụng dùng để can thiệp: bóng nong, bộ bơm áp lực, stent, các vật liệu nút mạch, các vi ống thông, vi dây dẫn, các vòng xoắn kim loại, dụng cụ lấy dị vật, bộ dụng cụ lấy huyết khối, bóng bơm ngược dòng động mạch chủ, bộ dụng cụ bít (bộ thả dù, dù các loại), dụng cụ đóng lòng mạch (angioseal, perclose...).</w:t>
      </w:r>
    </w:p>
    <w:p>
      <w:pPr>
        <w:jc w:val="both"/>
      </w:pPr>
      <w:r>
        <w:t>59</w:t>
      </w:r>
    </w:p>
    <w:p>
      <w:pPr>
        <w:jc w:val="both"/>
      </w:pPr>
      <w:r>
        <w:t>57</w:t>
      </w:r>
    </w:p>
    <w:p>
      <w:pPr>
        <w:jc w:val="both"/>
      </w:pPr>
      <w:r>
        <w:t>04C1.2.6.48</w:t>
      </w:r>
    </w:p>
    <w:p>
      <w:pPr>
        <w:jc w:val="both"/>
      </w:pPr>
      <w:r>
        <w:t>Chụp, nút dị dạng và can thiệp các bệnh lý mạch thần kinh dưới DSA</w:t>
      </w:r>
    </w:p>
    <w:p>
      <w:pPr>
        <w:jc w:val="both"/>
      </w:pPr>
      <w:r>
        <w:t>9.776.000</w:t>
      </w:r>
    </w:p>
    <w:p>
      <w:pPr>
        <w:jc w:val="both"/>
      </w:pPr>
      <w:r>
        <w:t>11.159.000</w:t>
      </w:r>
    </w:p>
    <w:p>
      <w:pPr>
        <w:jc w:val="both"/>
      </w:pPr>
      <w:r>
        <w:t>Chưa bao gồm vật tư chuyên dụng dùng để can thiệp: bóng, bộ bơm áp lực, stent, các vật liệu nút mạch, các vi ống thông, vi dây dẫn, các vòng xoắn kim loại, dụng cụ lấy dị vật, bộ dụng cụ lấy huyết khối, dụng cụ để thả hoặc cắt vòng xoắn kim loại, lưới lọc tĩnh mạch, dụng cụ đóng lòng mạch (angioseal, perclose...); ống thông trung gian hoặc chuyên dụng không thuộc ống thông dẫn đường và ống thông chẩn đoán (longsheat, ống thông siêu mềm); bộ dụng cụ bít (bộ thả dù, dù các loại).</w:t>
      </w:r>
    </w:p>
    <w:p>
      <w:pPr>
        <w:jc w:val="both"/>
      </w:pPr>
      <w:r>
        <w:t>60</w:t>
      </w:r>
    </w:p>
    <w:p>
      <w:pPr>
        <w:jc w:val="both"/>
      </w:pPr>
      <w:r>
        <w:t>58</w:t>
      </w:r>
    </w:p>
    <w:p>
      <w:pPr>
        <w:jc w:val="both"/>
      </w:pPr>
      <w:r>
        <w:t>04C1.2.6.47</w:t>
      </w:r>
    </w:p>
    <w:p>
      <w:pPr>
        <w:jc w:val="both"/>
      </w:pPr>
      <w:r>
        <w:t>Can thiệp đường mạch máu cho các tạng dưới DSA</w:t>
      </w:r>
    </w:p>
    <w:p>
      <w:pPr>
        <w:jc w:val="both"/>
      </w:pPr>
      <w:r>
        <w:t>9.226.000</w:t>
      </w:r>
    </w:p>
    <w:p>
      <w:pPr>
        <w:jc w:val="both"/>
      </w:pPr>
      <w:r>
        <w:t>10.525.000</w:t>
      </w:r>
    </w:p>
    <w:p>
      <w:pPr>
        <w:jc w:val="both"/>
      </w:pPr>
      <w:r>
        <w:t>Chưa bao gồm vật tư chuyên dụng dùng để can thiệp: bóng; bộ bơm áp lực, stent, các vật liệu nút mạch, keo nút mạch, các vi ống thông; các dây dẫn, vi dây dẫn, các vòng xoắn kim loại; dụng cụ để thả hoặc cắt vòng xoắn kim loại, lưới lọc tĩnh mạch, dụng cụ lấy dị vật, bộ dụng cụ lấy huyết khối, các loại ống thông trung gian hoặc chuyên dụng không thuộc ống thông dẫn đường và ống thông chẩn đoán (longsheat, ống thông siêu mềm), bộ dụng cụ bít (bộ thả dù, dù các loại), dụng cụ đóng lòng mạch (angioseal, perclose...).</w:t>
      </w:r>
    </w:p>
    <w:p>
      <w:pPr>
        <w:jc w:val="both"/>
      </w:pPr>
      <w:r>
        <w:t>61</w:t>
      </w:r>
    </w:p>
    <w:p>
      <w:pPr>
        <w:jc w:val="both"/>
      </w:pPr>
      <w:r>
        <w:t>59</w:t>
      </w:r>
    </w:p>
    <w:p>
      <w:pPr>
        <w:jc w:val="both"/>
      </w:pPr>
      <w:r>
        <w:t>04C1.2.6.50</w:t>
      </w:r>
    </w:p>
    <w:p>
      <w:pPr>
        <w:jc w:val="both"/>
      </w:pPr>
      <w:r>
        <w:t>Can thiệp vào lòng mạch trực tiếp qua da (đặt cổng truyền hóa chất, đốt giãn tĩnh mạch, sinh thiết trong lòng mạch) hoặc mở thông dạ dày qua da, dẫn lưu các ổ áp xe và tạng ổ bụng dưới DSA.</w:t>
      </w:r>
    </w:p>
    <w:p>
      <w:pPr>
        <w:jc w:val="both"/>
      </w:pPr>
      <w:r>
        <w:t>2.213.000</w:t>
      </w:r>
    </w:p>
    <w:p>
      <w:pPr>
        <w:jc w:val="both"/>
      </w:pPr>
      <w:r>
        <w:t>2.451.000</w:t>
      </w:r>
    </w:p>
    <w:p>
      <w:pPr>
        <w:jc w:val="both"/>
      </w:pPr>
      <w:r>
        <w:t>Chưa bao gồm kim chọc, stent, các sonde dẫn, các dây dẫn và vi dây dẫn, dây đốt, ống thông, buồng truyền hóa chất, rọ lấy sỏi, bóng nong các loại, các cỡ, stent, các loại ống thông chuyên dụng khác (không gồm ống thông dẫn đường và ống thông chẩn đoán), các vòng xoắn kim loại, lưới lọc tĩnh mạch, dụng cụ lấy dị vật, bộ dụng cụ mở đường vào loại dài, keo nút mạch các loại; vật liệu nút mạch các loại, các cỡ</w:t>
      </w:r>
    </w:p>
    <w:p>
      <w:pPr>
        <w:jc w:val="both"/>
      </w:pPr>
      <w:r>
        <w:t>62</w:t>
      </w:r>
    </w:p>
    <w:p>
      <w:pPr>
        <w:jc w:val="both"/>
      </w:pPr>
      <w:r>
        <w:t>60</w:t>
      </w:r>
    </w:p>
    <w:p>
      <w:pPr>
        <w:jc w:val="both"/>
      </w:pPr>
      <w:r>
        <w:t>Can thiệp khác dưới hướng dẫn của CT Scanner</w:t>
      </w:r>
    </w:p>
    <w:p>
      <w:pPr>
        <w:jc w:val="both"/>
      </w:pPr>
      <w:r>
        <w:t>1.206.000</w:t>
      </w:r>
    </w:p>
    <w:p>
      <w:pPr>
        <w:jc w:val="both"/>
      </w:pPr>
      <w:r>
        <w:t>1.369.000</w:t>
      </w:r>
    </w:p>
    <w:p>
      <w:pPr>
        <w:jc w:val="both"/>
      </w:pPr>
      <w:r>
        <w:t>Chưa bao gồm ống dẫn lưu các loại; bộ kim chọc, kim đốt, kim định vị, thuốc gây xơ, dây dẫn các loại.</w:t>
      </w:r>
    </w:p>
    <w:p>
      <w:pPr>
        <w:jc w:val="both"/>
      </w:pPr>
      <w:r>
        <w:t>63</w:t>
      </w:r>
    </w:p>
    <w:p>
      <w:pPr>
        <w:jc w:val="both"/>
      </w:pPr>
      <w:r>
        <w:t>61</w:t>
      </w:r>
    </w:p>
    <w:p>
      <w:pPr>
        <w:jc w:val="both"/>
      </w:pPr>
      <w:r>
        <w:t>04C1.2.6.50</w:t>
      </w:r>
    </w:p>
    <w:p>
      <w:pPr>
        <w:jc w:val="both"/>
      </w:pPr>
      <w:r>
        <w:t>Dẫn lưu, nong đặt Stent, lấy dị vật đường mật hoặc đặt sonde JJ qua da dưới DSA</w:t>
      </w:r>
    </w:p>
    <w:p>
      <w:pPr>
        <w:jc w:val="both"/>
      </w:pPr>
      <w:r>
        <w:t>3.726.000</w:t>
      </w:r>
    </w:p>
    <w:p>
      <w:pPr>
        <w:jc w:val="both"/>
      </w:pPr>
      <w:r>
        <w:t>4.193.000</w:t>
      </w:r>
    </w:p>
    <w:p>
      <w:pPr>
        <w:jc w:val="both"/>
      </w:pPr>
      <w:r>
        <w:t>Chưa bao gồm kim chọc, bóng nong, bộ nong, Stent, các sonde dẫn, các dây dẫn, ống thông, rọ lấy dị vật.</w:t>
      </w:r>
    </w:p>
    <w:p>
      <w:pPr>
        <w:jc w:val="both"/>
      </w:pPr>
      <w:r>
        <w:t>64</w:t>
      </w:r>
    </w:p>
    <w:p>
      <w:pPr>
        <w:jc w:val="both"/>
      </w:pPr>
      <w:r>
        <w:t>62</w:t>
      </w:r>
    </w:p>
    <w:p>
      <w:pPr>
        <w:jc w:val="both"/>
      </w:pPr>
      <w:r>
        <w:t>03C2.1.56</w:t>
      </w:r>
    </w:p>
    <w:p>
      <w:pPr>
        <w:jc w:val="both"/>
      </w:pPr>
      <w:r>
        <w:t>Đốt sóng cao tần hoặc vi sóng điều trị u gan dưới hướng dẫn của CT scanner</w:t>
      </w:r>
    </w:p>
    <w:p>
      <w:pPr>
        <w:jc w:val="both"/>
      </w:pPr>
      <w:r>
        <w:t>1.786.000</w:t>
      </w:r>
    </w:p>
    <w:p>
      <w:pPr>
        <w:jc w:val="both"/>
      </w:pPr>
      <w:r>
        <w:t>2.012.000</w:t>
      </w:r>
    </w:p>
    <w:p>
      <w:pPr>
        <w:jc w:val="both"/>
      </w:pPr>
      <w:r>
        <w:t>Chưa bao gồm đốt sóng cao tần và dây dẫn tín hiệu.</w:t>
      </w:r>
    </w:p>
    <w:p>
      <w:pPr>
        <w:jc w:val="both"/>
      </w:pPr>
      <w:r>
        <w:t>65</w:t>
      </w:r>
    </w:p>
    <w:p>
      <w:pPr>
        <w:jc w:val="both"/>
      </w:pPr>
      <w:r>
        <w:t>63</w:t>
      </w:r>
    </w:p>
    <w:p>
      <w:pPr>
        <w:jc w:val="both"/>
      </w:pPr>
      <w:r>
        <w:t>03C2.1.57</w:t>
      </w:r>
    </w:p>
    <w:p>
      <w:pPr>
        <w:jc w:val="both"/>
      </w:pPr>
      <w:r>
        <w:t>Đốt sóng cao tần hoặc vi sóng điều trị u gan dưới hướng dẫn của siêu âm</w:t>
      </w:r>
    </w:p>
    <w:p>
      <w:pPr>
        <w:jc w:val="both"/>
      </w:pPr>
      <w:r>
        <w:t>1.286.000</w:t>
      </w:r>
    </w:p>
    <w:p>
      <w:pPr>
        <w:jc w:val="both"/>
      </w:pPr>
      <w:r>
        <w:t>1.436.000</w:t>
      </w:r>
    </w:p>
    <w:p>
      <w:pPr>
        <w:jc w:val="both"/>
      </w:pPr>
      <w:r>
        <w:t>Chưa bao gồm kim đốt sóng cao tần và dây dẫn tín hiệu.</w:t>
      </w:r>
    </w:p>
    <w:p>
      <w:pPr>
        <w:jc w:val="both"/>
      </w:pPr>
      <w:r>
        <w:t>66</w:t>
      </w:r>
    </w:p>
    <w:p>
      <w:pPr>
        <w:jc w:val="both"/>
      </w:pPr>
      <w:r>
        <w:t>64</w:t>
      </w:r>
    </w:p>
    <w:p>
      <w:pPr>
        <w:jc w:val="both"/>
      </w:pPr>
      <w:r>
        <w:t>04C 1.2.6.49</w:t>
      </w:r>
    </w:p>
    <w:p>
      <w:pPr>
        <w:jc w:val="both"/>
      </w:pPr>
      <w:r>
        <w:t>Điều trị các tổn thương xương, khớp, cột sống và các tạng dưới DSA (đổ xi măng cột sống, điều trị các khối u tạng và giả u xương...)</w:t>
      </w:r>
    </w:p>
    <w:p>
      <w:pPr>
        <w:jc w:val="both"/>
      </w:pPr>
      <w:r>
        <w:t>3.226.000</w:t>
      </w:r>
    </w:p>
    <w:p>
      <w:pPr>
        <w:jc w:val="both"/>
      </w:pPr>
      <w:r>
        <w:t>3.618.000</w:t>
      </w:r>
    </w:p>
    <w:p>
      <w:pPr>
        <w:jc w:val="both"/>
      </w:pPr>
      <w:r>
        <w:t>Chưa bao gồm vật tư tiêu hao: kim chọc, xi măng, các vật liệu bơm, chất gây tắc, bơm áp lực đẩy xi măng</w:t>
      </w:r>
    </w:p>
    <w:p>
      <w:pPr>
        <w:jc w:val="both"/>
      </w:pPr>
      <w:r>
        <w:t>67</w:t>
      </w:r>
    </w:p>
    <w:p>
      <w:pPr>
        <w:jc w:val="both"/>
      </w:pPr>
      <w:r>
        <w:t>65</w:t>
      </w:r>
    </w:p>
    <w:p>
      <w:pPr>
        <w:jc w:val="both"/>
      </w:pPr>
      <w:r>
        <w:t>03C4.2.5.2</w:t>
      </w:r>
    </w:p>
    <w:p>
      <w:pPr>
        <w:jc w:val="both"/>
      </w:pPr>
      <w:r>
        <w:t>Chụp cộng hưởng từ (MRI) có thuốc cản quang</w:t>
      </w:r>
    </w:p>
    <w:p>
      <w:pPr>
        <w:jc w:val="both"/>
      </w:pPr>
      <w:r>
        <w:t>2.227.000</w:t>
      </w:r>
    </w:p>
    <w:p>
      <w:pPr>
        <w:jc w:val="both"/>
      </w:pPr>
      <w:r>
        <w:t>2.553.000</w:t>
      </w:r>
    </w:p>
    <w:p>
      <w:pPr>
        <w:jc w:val="both"/>
      </w:pPr>
      <w:r>
        <w:t>68</w:t>
      </w:r>
    </w:p>
    <w:p>
      <w:pPr>
        <w:jc w:val="both"/>
      </w:pPr>
      <w:r>
        <w:t>66</w:t>
      </w:r>
    </w:p>
    <w:p>
      <w:pPr>
        <w:jc w:val="both"/>
      </w:pPr>
      <w:r>
        <w:t>03C4.2.5.1</w:t>
      </w:r>
    </w:p>
    <w:p>
      <w:pPr>
        <w:jc w:val="both"/>
      </w:pPr>
      <w:r>
        <w:t>Chụp cộng hưởng từ (MRI) không có thuốc cản quang</w:t>
      </w:r>
    </w:p>
    <w:p>
      <w:pPr>
        <w:jc w:val="both"/>
      </w:pPr>
      <w:r>
        <w:t>1.322.000</w:t>
      </w:r>
    </w:p>
    <w:p>
      <w:pPr>
        <w:jc w:val="both"/>
      </w:pPr>
      <w:r>
        <w:t>1.513.000</w:t>
      </w:r>
    </w:p>
    <w:p>
      <w:pPr>
        <w:jc w:val="both"/>
      </w:pPr>
      <w:r>
        <w:t>69</w:t>
      </w:r>
    </w:p>
    <w:p>
      <w:pPr>
        <w:jc w:val="both"/>
      </w:pPr>
      <w:r>
        <w:t>67</w:t>
      </w:r>
    </w:p>
    <w:p>
      <w:pPr>
        <w:jc w:val="both"/>
      </w:pPr>
      <w:r>
        <w:t>Chụp cộng hưởng từ gan với chất tương phản đặc hiệu mô</w:t>
      </w:r>
    </w:p>
    <w:p>
      <w:pPr>
        <w:jc w:val="both"/>
      </w:pPr>
      <w:r>
        <w:t>8.691.000</w:t>
      </w:r>
    </w:p>
    <w:p>
      <w:pPr>
        <w:jc w:val="both"/>
      </w:pPr>
      <w:r>
        <w:t>9.983.000</w:t>
      </w:r>
    </w:p>
    <w:p>
      <w:pPr>
        <w:jc w:val="both"/>
      </w:pPr>
      <w:r>
        <w:t>70</w:t>
      </w:r>
    </w:p>
    <w:p>
      <w:pPr>
        <w:jc w:val="both"/>
      </w:pPr>
      <w:r>
        <w:t>68</w:t>
      </w:r>
    </w:p>
    <w:p>
      <w:pPr>
        <w:jc w:val="both"/>
      </w:pPr>
      <w:r>
        <w:t>Chụp cộng hưởng từ tưới máu - phổ - chức năng</w:t>
      </w:r>
    </w:p>
    <w:p>
      <w:pPr>
        <w:jc w:val="both"/>
      </w:pPr>
      <w:r>
        <w:t>3.191.000</w:t>
      </w:r>
    </w:p>
    <w:p>
      <w:pPr>
        <w:jc w:val="both"/>
      </w:pPr>
      <w:r>
        <w:t>3.651.000</w:t>
      </w:r>
    </w:p>
    <w:p>
      <w:pPr>
        <w:jc w:val="both"/>
      </w:pPr>
      <w:r>
        <w:t>V</w:t>
      </w:r>
    </w:p>
    <w:p>
      <w:pPr>
        <w:jc w:val="both"/>
      </w:pPr>
      <w:r>
        <w:t>V</w:t>
      </w:r>
    </w:p>
    <w:p>
      <w:pPr>
        <w:jc w:val="both"/>
      </w:pPr>
      <w:r>
        <w:t>Một số kỹ thuật khác</w:t>
      </w:r>
    </w:p>
    <w:p>
      <w:pPr>
        <w:jc w:val="both"/>
      </w:pPr>
      <w:r>
        <w:t>71</w:t>
      </w:r>
    </w:p>
    <w:p>
      <w:pPr>
        <w:jc w:val="both"/>
      </w:pPr>
      <w:r>
        <w:t>69</w:t>
      </w:r>
    </w:p>
    <w:p>
      <w:pPr>
        <w:jc w:val="both"/>
      </w:pPr>
      <w:r>
        <w:t>Đo mật độ xương 1 vị trí</w:t>
      </w:r>
    </w:p>
    <w:p>
      <w:pPr>
        <w:jc w:val="both"/>
      </w:pPr>
      <w:r>
        <w:t>84.800</w:t>
      </w:r>
    </w:p>
    <w:p>
      <w:pPr>
        <w:jc w:val="both"/>
      </w:pPr>
      <w:r>
        <w:t>95.400</w:t>
      </w:r>
    </w:p>
    <w:p>
      <w:pPr>
        <w:jc w:val="both"/>
      </w:pPr>
      <w:r>
        <w:t>Bằng phương pháp DEXA</w:t>
      </w:r>
    </w:p>
    <w:p>
      <w:pPr>
        <w:jc w:val="both"/>
      </w:pPr>
      <w:r>
        <w:t>72</w:t>
      </w:r>
    </w:p>
    <w:p>
      <w:pPr>
        <w:jc w:val="both"/>
      </w:pPr>
      <w:r>
        <w:t>70</w:t>
      </w:r>
    </w:p>
    <w:p>
      <w:pPr>
        <w:jc w:val="both"/>
      </w:pPr>
      <w:r>
        <w:t>Đo mật độ xương 2 vị trí</w:t>
      </w:r>
    </w:p>
    <w:p>
      <w:pPr>
        <w:jc w:val="both"/>
      </w:pPr>
      <w:r>
        <w:t>144.000</w:t>
      </w:r>
    </w:p>
    <w:p>
      <w:pPr>
        <w:jc w:val="both"/>
      </w:pPr>
      <w:r>
        <w:t>163.000</w:t>
      </w:r>
    </w:p>
    <w:p>
      <w:pPr>
        <w:jc w:val="both"/>
      </w:pPr>
      <w:r>
        <w:t>Bằng phương pháp DEXA</w:t>
      </w:r>
    </w:p>
    <w:p>
      <w:pPr>
        <w:jc w:val="both"/>
      </w:pPr>
      <w:r>
        <w:t>73</w:t>
      </w:r>
    </w:p>
    <w:p>
      <w:pPr>
        <w:jc w:val="both"/>
      </w:pPr>
      <w:r>
        <w:t>Đo mật độ xương</w:t>
      </w:r>
    </w:p>
    <w:p>
      <w:pPr>
        <w:jc w:val="both"/>
      </w:pPr>
      <w:r>
        <w:t>22.800</w:t>
      </w:r>
    </w:p>
    <w:p>
      <w:pPr>
        <w:jc w:val="both"/>
      </w:pPr>
      <w:r>
        <w:t>25.000</w:t>
      </w:r>
    </w:p>
    <w:p>
      <w:pPr>
        <w:jc w:val="both"/>
      </w:pPr>
      <w:r>
        <w:t>Bằng phương pháp siêu âm</w:t>
      </w:r>
    </w:p>
    <w:p>
      <w:pPr>
        <w:jc w:val="both"/>
      </w:pPr>
      <w:r>
        <w:t>B</w:t>
      </w:r>
    </w:p>
    <w:p>
      <w:pPr>
        <w:jc w:val="both"/>
      </w:pPr>
      <w:r>
        <w:t>B</w:t>
      </w:r>
    </w:p>
    <w:p>
      <w:pPr>
        <w:jc w:val="both"/>
      </w:pPr>
      <w:r>
        <w:t>CÁC THỦ THUẬT VÀ DỊCH VỤ NỘI SOI</w:t>
      </w:r>
    </w:p>
    <w:p>
      <w:pPr>
        <w:jc w:val="both"/>
      </w:pPr>
      <w:r>
        <w:t>74</w:t>
      </w:r>
    </w:p>
    <w:p>
      <w:pPr>
        <w:jc w:val="both"/>
      </w:pPr>
      <w:r>
        <w:t>71</w:t>
      </w:r>
    </w:p>
    <w:p>
      <w:pPr>
        <w:jc w:val="both"/>
      </w:pPr>
      <w:r>
        <w:t>Bơm rửa khoang màng phổi</w:t>
      </w:r>
    </w:p>
    <w:p>
      <w:pPr>
        <w:jc w:val="both"/>
      </w:pPr>
      <w:r>
        <w:t>227.000</w:t>
      </w:r>
    </w:p>
    <w:p>
      <w:pPr>
        <w:jc w:val="both"/>
      </w:pPr>
      <w:r>
        <w:t>251.000</w:t>
      </w:r>
    </w:p>
    <w:p>
      <w:pPr>
        <w:jc w:val="both"/>
      </w:pPr>
      <w:r>
        <w:t>75</w:t>
      </w:r>
    </w:p>
    <w:p>
      <w:pPr>
        <w:jc w:val="both"/>
      </w:pPr>
      <w:r>
        <w:t>72</w:t>
      </w:r>
    </w:p>
    <w:p>
      <w:pPr>
        <w:jc w:val="both"/>
      </w:pPr>
      <w:r>
        <w:t>03C1.51</w:t>
      </w:r>
    </w:p>
    <w:p>
      <w:pPr>
        <w:jc w:val="both"/>
      </w:pPr>
      <w:r>
        <w:t>Bơm rửa niệu quản sau tán sỏi (ngoài cơ thể)</w:t>
      </w:r>
    </w:p>
    <w:p>
      <w:pPr>
        <w:jc w:val="both"/>
      </w:pPr>
      <w:r>
        <w:t>479.000</w:t>
      </w:r>
    </w:p>
    <w:p>
      <w:pPr>
        <w:jc w:val="both"/>
      </w:pPr>
      <w:r>
        <w:t>541.000</w:t>
      </w:r>
    </w:p>
    <w:p>
      <w:pPr>
        <w:jc w:val="both"/>
      </w:pPr>
      <w:r>
        <w:t>76</w:t>
      </w:r>
    </w:p>
    <w:p>
      <w:pPr>
        <w:jc w:val="both"/>
      </w:pPr>
      <w:r>
        <w:t>73</w:t>
      </w:r>
    </w:p>
    <w:p>
      <w:pPr>
        <w:jc w:val="both"/>
      </w:pPr>
      <w:r>
        <w:t>Bơm Streptokinase vào khoang màng phổi</w:t>
      </w:r>
    </w:p>
    <w:p>
      <w:pPr>
        <w:jc w:val="both"/>
      </w:pPr>
      <w:r>
        <w:t>1.027.000</w:t>
      </w:r>
    </w:p>
    <w:p>
      <w:pPr>
        <w:jc w:val="both"/>
      </w:pPr>
      <w:r>
        <w:t>1.172.000</w:t>
      </w:r>
    </w:p>
    <w:p>
      <w:pPr>
        <w:jc w:val="both"/>
      </w:pPr>
      <w:r>
        <w:t>77</w:t>
      </w:r>
    </w:p>
    <w:p>
      <w:pPr>
        <w:jc w:val="both"/>
      </w:pPr>
      <w:r>
        <w:t>74</w:t>
      </w:r>
    </w:p>
    <w:p>
      <w:pPr>
        <w:jc w:val="both"/>
      </w:pPr>
      <w:r>
        <w:t>04C2.108</w:t>
      </w:r>
    </w:p>
    <w:p>
      <w:pPr>
        <w:jc w:val="both"/>
      </w:pPr>
      <w:r>
        <w:t>Cấp cứu ngừng tuần hoàn</w:t>
      </w:r>
    </w:p>
    <w:p>
      <w:pPr>
        <w:jc w:val="both"/>
      </w:pPr>
      <w:r>
        <w:t>498.000</w:t>
      </w:r>
    </w:p>
    <w:p>
      <w:pPr>
        <w:jc w:val="both"/>
      </w:pPr>
      <w:r>
        <w:t>557.000</w:t>
      </w:r>
    </w:p>
    <w:p>
      <w:pPr>
        <w:jc w:val="both"/>
      </w:pPr>
      <w:r>
        <w:t>Bao gồm cả bóng dùng nhiều lần.</w:t>
      </w:r>
    </w:p>
    <w:p>
      <w:pPr>
        <w:jc w:val="both"/>
      </w:pPr>
      <w:r>
        <w:t>78</w:t>
      </w:r>
    </w:p>
    <w:p>
      <w:pPr>
        <w:jc w:val="both"/>
      </w:pPr>
      <w:r>
        <w:t>75</w:t>
      </w:r>
    </w:p>
    <w:p>
      <w:pPr>
        <w:jc w:val="both"/>
      </w:pPr>
      <w:r>
        <w:t>04C3.1.142</w:t>
      </w:r>
    </w:p>
    <w:p>
      <w:pPr>
        <w:jc w:val="both"/>
      </w:pPr>
      <w:r>
        <w:t>Cắt chỉ</w:t>
      </w:r>
    </w:p>
    <w:p>
      <w:pPr>
        <w:jc w:val="both"/>
      </w:pPr>
      <w:r>
        <w:t>35.600</w:t>
      </w:r>
    </w:p>
    <w:p>
      <w:pPr>
        <w:jc w:val="both"/>
      </w:pPr>
      <w:r>
        <w:t>38.600</w:t>
      </w:r>
    </w:p>
    <w:p>
      <w:pPr>
        <w:jc w:val="both"/>
      </w:pPr>
      <w:r>
        <w:t>Chỉ áp dụng với người bệnh ngoại trú.</w:t>
      </w:r>
    </w:p>
    <w:p>
      <w:pPr>
        <w:jc w:val="both"/>
      </w:pPr>
      <w:r>
        <w:t>79</w:t>
      </w:r>
    </w:p>
    <w:p>
      <w:pPr>
        <w:jc w:val="both"/>
      </w:pPr>
      <w:r>
        <w:t>76</w:t>
      </w:r>
    </w:p>
    <w:p>
      <w:pPr>
        <w:jc w:val="both"/>
      </w:pPr>
      <w:r>
        <w:t>Chăm sóc da cho người bệnh dị ứng thuốc nặng</w:t>
      </w:r>
    </w:p>
    <w:p>
      <w:pPr>
        <w:jc w:val="both"/>
      </w:pPr>
      <w:r>
        <w:t>166.000</w:t>
      </w:r>
    </w:p>
    <w:p>
      <w:pPr>
        <w:jc w:val="both"/>
      </w:pPr>
      <w:r>
        <w:t>185.000</w:t>
      </w:r>
    </w:p>
    <w:p>
      <w:pPr>
        <w:jc w:val="both"/>
      </w:pPr>
      <w:r>
        <w:t>Áp dụng với người bệnh hội chứng Lyell, Steven Johnson.</w:t>
      </w:r>
    </w:p>
    <w:p>
      <w:pPr>
        <w:jc w:val="both"/>
      </w:pPr>
      <w:r>
        <w:t>80</w:t>
      </w:r>
    </w:p>
    <w:p>
      <w:pPr>
        <w:jc w:val="both"/>
      </w:pPr>
      <w:r>
        <w:t>77</w:t>
      </w:r>
    </w:p>
    <w:p>
      <w:pPr>
        <w:jc w:val="both"/>
      </w:pPr>
      <w:r>
        <w:t>04C2.69</w:t>
      </w:r>
    </w:p>
    <w:p>
      <w:pPr>
        <w:jc w:val="both"/>
      </w:pPr>
      <w:r>
        <w:t>Chọc dò màng bụng hoặc màng phổi</w:t>
      </w:r>
    </w:p>
    <w:p>
      <w:pPr>
        <w:jc w:val="both"/>
      </w:pPr>
      <w:r>
        <w:t>143.000</w:t>
      </w:r>
    </w:p>
    <w:p>
      <w:pPr>
        <w:jc w:val="both"/>
      </w:pPr>
      <w:r>
        <w:t>159.000</w:t>
      </w:r>
    </w:p>
    <w:p>
      <w:pPr>
        <w:jc w:val="both"/>
      </w:pPr>
      <w:r>
        <w:t>81</w:t>
      </w:r>
    </w:p>
    <w:p>
      <w:pPr>
        <w:jc w:val="both"/>
      </w:pPr>
      <w:r>
        <w:t>78</w:t>
      </w:r>
    </w:p>
    <w:p>
      <w:pPr>
        <w:jc w:val="both"/>
      </w:pPr>
      <w:r>
        <w:t>04C2.112</w:t>
      </w:r>
    </w:p>
    <w:p>
      <w:pPr>
        <w:jc w:val="both"/>
      </w:pPr>
      <w:r>
        <w:t>Chọc tháo dịch màng bụng hoặc màng phổi dưới hướng dẫn của siêu âm</w:t>
      </w:r>
    </w:p>
    <w:p>
      <w:pPr>
        <w:jc w:val="both"/>
      </w:pPr>
      <w:r>
        <w:t>183.000</w:t>
      </w:r>
    </w:p>
    <w:p>
      <w:pPr>
        <w:jc w:val="both"/>
      </w:pPr>
      <w:r>
        <w:t>205.000</w:t>
      </w:r>
    </w:p>
    <w:p>
      <w:pPr>
        <w:jc w:val="both"/>
      </w:pPr>
      <w:r>
        <w:t>82</w:t>
      </w:r>
    </w:p>
    <w:p>
      <w:pPr>
        <w:jc w:val="both"/>
      </w:pPr>
      <w:r>
        <w:t>79</w:t>
      </w:r>
    </w:p>
    <w:p>
      <w:pPr>
        <w:jc w:val="both"/>
      </w:pPr>
      <w:r>
        <w:t>04C2.71</w:t>
      </w:r>
    </w:p>
    <w:p>
      <w:pPr>
        <w:jc w:val="both"/>
      </w:pPr>
      <w:r>
        <w:t>Chọc hút khí màng phổi</w:t>
      </w:r>
    </w:p>
    <w:p>
      <w:pPr>
        <w:jc w:val="both"/>
      </w:pPr>
      <w:r>
        <w:t>150.000</w:t>
      </w:r>
    </w:p>
    <w:p>
      <w:pPr>
        <w:jc w:val="both"/>
      </w:pPr>
      <w:r>
        <w:t>167.000</w:t>
      </w:r>
    </w:p>
    <w:p>
      <w:pPr>
        <w:jc w:val="both"/>
      </w:pPr>
      <w:r>
        <w:t>83</w:t>
      </w:r>
    </w:p>
    <w:p>
      <w:pPr>
        <w:jc w:val="both"/>
      </w:pPr>
      <w:r>
        <w:t>80</w:t>
      </w:r>
    </w:p>
    <w:p>
      <w:pPr>
        <w:jc w:val="both"/>
      </w:pPr>
      <w:r>
        <w:t>04C2.70</w:t>
      </w:r>
    </w:p>
    <w:p>
      <w:pPr>
        <w:jc w:val="both"/>
      </w:pPr>
      <w:r>
        <w:t>Chọc rửa màng phổi</w:t>
      </w:r>
    </w:p>
    <w:p>
      <w:pPr>
        <w:jc w:val="both"/>
      </w:pPr>
      <w:r>
        <w:t>214.000</w:t>
      </w:r>
    </w:p>
    <w:p>
      <w:pPr>
        <w:jc w:val="both"/>
      </w:pPr>
      <w:r>
        <w:t>239.000</w:t>
      </w:r>
    </w:p>
    <w:p>
      <w:pPr>
        <w:jc w:val="both"/>
      </w:pPr>
      <w:r>
        <w:t>84</w:t>
      </w:r>
    </w:p>
    <w:p>
      <w:pPr>
        <w:jc w:val="both"/>
      </w:pPr>
      <w:r>
        <w:t>81</w:t>
      </w:r>
    </w:p>
    <w:p>
      <w:pPr>
        <w:jc w:val="both"/>
      </w:pPr>
      <w:r>
        <w:t>03C1.4</w:t>
      </w:r>
    </w:p>
    <w:p>
      <w:pPr>
        <w:jc w:val="both"/>
      </w:pPr>
      <w:r>
        <w:t>Chọc dò màng tim</w:t>
      </w:r>
    </w:p>
    <w:p>
      <w:pPr>
        <w:jc w:val="both"/>
      </w:pPr>
      <w:r>
        <w:t>259.000</w:t>
      </w:r>
    </w:p>
    <w:p>
      <w:pPr>
        <w:jc w:val="both"/>
      </w:pPr>
      <w:r>
        <w:t>288.000</w:t>
      </w:r>
    </w:p>
    <w:p>
      <w:pPr>
        <w:jc w:val="both"/>
      </w:pPr>
      <w:r>
        <w:t>85</w:t>
      </w:r>
    </w:p>
    <w:p>
      <w:pPr>
        <w:jc w:val="both"/>
      </w:pPr>
      <w:r>
        <w:t>82</w:t>
      </w:r>
    </w:p>
    <w:p>
      <w:pPr>
        <w:jc w:val="both"/>
      </w:pPr>
      <w:r>
        <w:t>03C1.74</w:t>
      </w:r>
    </w:p>
    <w:p>
      <w:pPr>
        <w:jc w:val="both"/>
      </w:pPr>
      <w:r>
        <w:t>Chọc dò sinh thiết vú dưới siêu âm</w:t>
      </w:r>
    </w:p>
    <w:p>
      <w:pPr>
        <w:jc w:val="both"/>
      </w:pPr>
      <w:r>
        <w:t>184.000</w:t>
      </w:r>
    </w:p>
    <w:p>
      <w:pPr>
        <w:jc w:val="both"/>
      </w:pPr>
      <w:r>
        <w:t>206.000</w:t>
      </w:r>
    </w:p>
    <w:p>
      <w:pPr>
        <w:jc w:val="both"/>
      </w:pPr>
      <w:r>
        <w:t>Áp dụng với trường hợp dùng bơm kim thông thường để chọc hút.</w:t>
      </w:r>
    </w:p>
    <w:p>
      <w:pPr>
        <w:jc w:val="both"/>
      </w:pPr>
      <w:r>
        <w:t>86</w:t>
      </w:r>
    </w:p>
    <w:p>
      <w:pPr>
        <w:jc w:val="both"/>
      </w:pPr>
      <w:r>
        <w:t>83</w:t>
      </w:r>
    </w:p>
    <w:p>
      <w:pPr>
        <w:jc w:val="both"/>
      </w:pPr>
      <w:r>
        <w:t>03C1.1</w:t>
      </w:r>
    </w:p>
    <w:p>
      <w:pPr>
        <w:jc w:val="both"/>
      </w:pPr>
      <w:r>
        <w:t>Chọc dò tủy sống</w:t>
      </w:r>
    </w:p>
    <w:p>
      <w:pPr>
        <w:jc w:val="both"/>
      </w:pPr>
      <w:r>
        <w:t>114.000</w:t>
      </w:r>
    </w:p>
    <w:p>
      <w:pPr>
        <w:jc w:val="both"/>
      </w:pPr>
      <w:r>
        <w:t>125.000</w:t>
      </w:r>
    </w:p>
    <w:p>
      <w:pPr>
        <w:jc w:val="both"/>
      </w:pPr>
      <w:r>
        <w:t>Chưa bao gồm kim chọc dò.</w:t>
      </w:r>
    </w:p>
    <w:p>
      <w:pPr>
        <w:jc w:val="both"/>
      </w:pPr>
      <w:r>
        <w:t>87</w:t>
      </w:r>
    </w:p>
    <w:p>
      <w:pPr>
        <w:jc w:val="both"/>
      </w:pPr>
      <w:r>
        <w:t>84</w:t>
      </w:r>
    </w:p>
    <w:p>
      <w:pPr>
        <w:jc w:val="both"/>
      </w:pPr>
      <w:r>
        <w:t>Chọc hút dịch điều trị u nang giáp</w:t>
      </w:r>
    </w:p>
    <w:p>
      <w:pPr>
        <w:jc w:val="both"/>
      </w:pPr>
      <w:r>
        <w:t>170.000</w:t>
      </w:r>
    </w:p>
    <w:p>
      <w:pPr>
        <w:jc w:val="both"/>
      </w:pPr>
      <w:r>
        <w:t>192.000</w:t>
      </w:r>
    </w:p>
    <w:p>
      <w:pPr>
        <w:jc w:val="both"/>
      </w:pPr>
      <w:r>
        <w:t>88</w:t>
      </w:r>
    </w:p>
    <w:p>
      <w:pPr>
        <w:jc w:val="both"/>
      </w:pPr>
      <w:r>
        <w:t>85</w:t>
      </w:r>
    </w:p>
    <w:p>
      <w:pPr>
        <w:jc w:val="both"/>
      </w:pPr>
      <w:r>
        <w:t>Chọc hút dịch điều trị u nang giáp dưới hướng dẫn của siêu âm</w:t>
      </w:r>
    </w:p>
    <w:p>
      <w:pPr>
        <w:jc w:val="both"/>
      </w:pPr>
      <w:r>
        <w:t>228.000</w:t>
      </w:r>
    </w:p>
    <w:p>
      <w:pPr>
        <w:jc w:val="both"/>
      </w:pPr>
      <w:r>
        <w:t>257.000</w:t>
      </w:r>
    </w:p>
    <w:p>
      <w:pPr>
        <w:jc w:val="both"/>
      </w:pPr>
      <w:r>
        <w:t>89</w:t>
      </w:r>
    </w:p>
    <w:p>
      <w:pPr>
        <w:jc w:val="both"/>
      </w:pPr>
      <w:r>
        <w:t>86</w:t>
      </w:r>
    </w:p>
    <w:p>
      <w:pPr>
        <w:jc w:val="both"/>
      </w:pPr>
      <w:r>
        <w:t>04C2.67</w:t>
      </w:r>
    </w:p>
    <w:p>
      <w:pPr>
        <w:jc w:val="both"/>
      </w:pPr>
      <w:r>
        <w:t>Chọc hút hạch hoặc u</w:t>
      </w:r>
    </w:p>
    <w:p>
      <w:pPr>
        <w:jc w:val="both"/>
      </w:pPr>
      <w:r>
        <w:t>116.000</w:t>
      </w:r>
    </w:p>
    <w:p>
      <w:pPr>
        <w:jc w:val="both"/>
      </w:pPr>
      <w:r>
        <w:t>128.000</w:t>
      </w:r>
    </w:p>
    <w:p>
      <w:pPr>
        <w:jc w:val="both"/>
      </w:pPr>
      <w:r>
        <w:t>90</w:t>
      </w:r>
    </w:p>
    <w:p>
      <w:pPr>
        <w:jc w:val="both"/>
      </w:pPr>
      <w:r>
        <w:t>87</w:t>
      </w:r>
    </w:p>
    <w:p>
      <w:pPr>
        <w:jc w:val="both"/>
      </w:pPr>
      <w:r>
        <w:t>04C2.121</w:t>
      </w:r>
    </w:p>
    <w:p>
      <w:pPr>
        <w:jc w:val="both"/>
      </w:pPr>
      <w:r>
        <w:t>Chọc hút hạch hoặc u hoặc áp xe hoặc các tổn thương khác dưới hướng dẫn của siêu âm</w:t>
      </w:r>
    </w:p>
    <w:p>
      <w:pPr>
        <w:jc w:val="both"/>
      </w:pPr>
      <w:r>
        <w:t>159.000</w:t>
      </w:r>
    </w:p>
    <w:p>
      <w:pPr>
        <w:jc w:val="both"/>
      </w:pPr>
      <w:r>
        <w:t>177.000</w:t>
      </w:r>
    </w:p>
    <w:p>
      <w:pPr>
        <w:jc w:val="both"/>
      </w:pPr>
      <w:r>
        <w:t>91</w:t>
      </w:r>
    </w:p>
    <w:p>
      <w:pPr>
        <w:jc w:val="both"/>
      </w:pPr>
      <w:r>
        <w:t>88</w:t>
      </w:r>
    </w:p>
    <w:p>
      <w:pPr>
        <w:jc w:val="both"/>
      </w:pPr>
      <w:r>
        <w:t>04C2.122</w:t>
      </w:r>
    </w:p>
    <w:p>
      <w:pPr>
        <w:jc w:val="both"/>
      </w:pPr>
      <w:r>
        <w:t>Chọc hút hạch hoặc u hoặc áp xe hoặc các tổn thương khác dưới hướng dẫn của cắt lớp vi tính</w:t>
      </w:r>
    </w:p>
    <w:p>
      <w:pPr>
        <w:jc w:val="both"/>
      </w:pPr>
      <w:r>
        <w:t>743.000</w:t>
      </w:r>
    </w:p>
    <w:p>
      <w:pPr>
        <w:jc w:val="both"/>
      </w:pPr>
      <w:r>
        <w:t>845.000</w:t>
      </w:r>
    </w:p>
    <w:p>
      <w:pPr>
        <w:jc w:val="both"/>
      </w:pPr>
      <w:r>
        <w:t>Chưa bao gồm thuốc cản quang nếu có sử dụng.</w:t>
      </w:r>
    </w:p>
    <w:p>
      <w:pPr>
        <w:jc w:val="both"/>
      </w:pPr>
      <w:r>
        <w:t>92</w:t>
      </w:r>
    </w:p>
    <w:p>
      <w:pPr>
        <w:jc w:val="both"/>
      </w:pPr>
      <w:r>
        <w:t>89</w:t>
      </w:r>
    </w:p>
    <w:p>
      <w:pPr>
        <w:jc w:val="both"/>
      </w:pPr>
      <w:r>
        <w:t>04C2.68</w:t>
      </w:r>
    </w:p>
    <w:p>
      <w:pPr>
        <w:jc w:val="both"/>
      </w:pPr>
      <w:r>
        <w:t>Chọc hút tế bào tuyến giáp</w:t>
      </w:r>
    </w:p>
    <w:p>
      <w:pPr>
        <w:jc w:val="both"/>
      </w:pPr>
      <w:r>
        <w:t>116.000</w:t>
      </w:r>
    </w:p>
    <w:p>
      <w:pPr>
        <w:jc w:val="both"/>
      </w:pPr>
      <w:r>
        <w:t>128.000</w:t>
      </w:r>
    </w:p>
    <w:p>
      <w:pPr>
        <w:jc w:val="both"/>
      </w:pPr>
      <w:r>
        <w:t>93</w:t>
      </w:r>
    </w:p>
    <w:p>
      <w:pPr>
        <w:jc w:val="both"/>
      </w:pPr>
      <w:r>
        <w:t>90</w:t>
      </w:r>
    </w:p>
    <w:p>
      <w:pPr>
        <w:jc w:val="both"/>
      </w:pPr>
      <w:r>
        <w:t>04C2.111</w:t>
      </w:r>
    </w:p>
    <w:p>
      <w:pPr>
        <w:jc w:val="both"/>
      </w:pPr>
      <w:r>
        <w:t>Chọc hút tế bào tuyến giáp dưới hướng dẫn của siêu âm</w:t>
      </w:r>
    </w:p>
    <w:p>
      <w:pPr>
        <w:jc w:val="both"/>
      </w:pPr>
      <w:r>
        <w:t>158.000</w:t>
      </w:r>
    </w:p>
    <w:p>
      <w:pPr>
        <w:jc w:val="both"/>
      </w:pPr>
      <w:r>
        <w:t>176.000</w:t>
      </w:r>
    </w:p>
    <w:p>
      <w:pPr>
        <w:jc w:val="both"/>
      </w:pPr>
      <w:r>
        <w:t>94</w:t>
      </w:r>
    </w:p>
    <w:p>
      <w:pPr>
        <w:jc w:val="both"/>
      </w:pPr>
      <w:r>
        <w:t>91</w:t>
      </w:r>
    </w:p>
    <w:p>
      <w:pPr>
        <w:jc w:val="both"/>
      </w:pPr>
      <w:r>
        <w:t>04C2.115</w:t>
      </w:r>
    </w:p>
    <w:p>
      <w:pPr>
        <w:jc w:val="both"/>
      </w:pPr>
      <w:r>
        <w:t>Chọc hút tủy làm tủy đồ</w:t>
      </w:r>
    </w:p>
    <w:p>
      <w:pPr>
        <w:jc w:val="both"/>
      </w:pPr>
      <w:r>
        <w:t>537.000</w:t>
      </w:r>
    </w:p>
    <w:p>
      <w:pPr>
        <w:jc w:val="both"/>
      </w:pPr>
      <w:r>
        <w:t>612.000</w:t>
      </w:r>
    </w:p>
    <w:p>
      <w:pPr>
        <w:jc w:val="both"/>
      </w:pPr>
      <w:r>
        <w:t>Bao gồm cả kim chọc hút tủy dùng nhiều lần.</w:t>
      </w:r>
    </w:p>
    <w:p>
      <w:pPr>
        <w:jc w:val="both"/>
      </w:pPr>
      <w:r>
        <w:t>95</w:t>
      </w:r>
    </w:p>
    <w:p>
      <w:pPr>
        <w:jc w:val="both"/>
      </w:pPr>
      <w:r>
        <w:t>92</w:t>
      </w:r>
    </w:p>
    <w:p>
      <w:pPr>
        <w:jc w:val="both"/>
      </w:pPr>
      <w:r>
        <w:t>04C2.114</w:t>
      </w:r>
    </w:p>
    <w:p>
      <w:pPr>
        <w:jc w:val="both"/>
      </w:pPr>
      <w:r>
        <w:t>Chọc hút tủy làm tủy đồ</w:t>
      </w:r>
    </w:p>
    <w:p>
      <w:pPr>
        <w:jc w:val="both"/>
      </w:pPr>
      <w:r>
        <w:t>135.000</w:t>
      </w:r>
    </w:p>
    <w:p>
      <w:pPr>
        <w:jc w:val="both"/>
      </w:pPr>
      <w:r>
        <w:t>150.000</w:t>
      </w:r>
    </w:p>
    <w:p>
      <w:pPr>
        <w:jc w:val="both"/>
      </w:pPr>
      <w:r>
        <w:t>Chưa bao gồm kim chọc hút tủy. Kim chọc hút tủy tính theo thực tế sử dụng.</w:t>
      </w:r>
    </w:p>
    <w:p>
      <w:pPr>
        <w:jc w:val="both"/>
      </w:pPr>
      <w:r>
        <w:t>96</w:t>
      </w:r>
    </w:p>
    <w:p>
      <w:pPr>
        <w:jc w:val="both"/>
      </w:pPr>
      <w:r>
        <w:t>93</w:t>
      </w:r>
    </w:p>
    <w:p>
      <w:pPr>
        <w:jc w:val="both"/>
      </w:pPr>
      <w:r>
        <w:t>Chọc hút tủy làm tủy đồ (sử dụng máy khoan cầm tay)</w:t>
      </w:r>
    </w:p>
    <w:p>
      <w:pPr>
        <w:jc w:val="both"/>
      </w:pPr>
      <w:r>
        <w:t>2.367.000</w:t>
      </w:r>
    </w:p>
    <w:p>
      <w:pPr>
        <w:jc w:val="both"/>
      </w:pPr>
      <w:r>
        <w:t>2.719.000</w:t>
      </w:r>
    </w:p>
    <w:p>
      <w:pPr>
        <w:jc w:val="both"/>
      </w:pPr>
      <w:r>
        <w:t>97</w:t>
      </w:r>
    </w:p>
    <w:p>
      <w:pPr>
        <w:jc w:val="both"/>
      </w:pPr>
      <w:r>
        <w:t>94</w:t>
      </w:r>
    </w:p>
    <w:p>
      <w:pPr>
        <w:jc w:val="both"/>
      </w:pPr>
      <w:r>
        <w:t>04C2.98</w:t>
      </w:r>
    </w:p>
    <w:p>
      <w:pPr>
        <w:jc w:val="both"/>
      </w:pPr>
      <w:r>
        <w:t>Dẫn lưu màng phổi tối thiểu</w:t>
      </w:r>
    </w:p>
    <w:p>
      <w:pPr>
        <w:jc w:val="both"/>
      </w:pPr>
      <w:r>
        <w:t>607.000</w:t>
      </w:r>
    </w:p>
    <w:p>
      <w:pPr>
        <w:jc w:val="both"/>
      </w:pPr>
      <w:r>
        <w:t>689.000</w:t>
      </w:r>
    </w:p>
    <w:p>
      <w:pPr>
        <w:jc w:val="both"/>
      </w:pPr>
      <w:r>
        <w:t>98</w:t>
      </w:r>
    </w:p>
    <w:p>
      <w:pPr>
        <w:jc w:val="both"/>
      </w:pPr>
      <w:r>
        <w:t>95</w:t>
      </w:r>
    </w:p>
    <w:p>
      <w:pPr>
        <w:jc w:val="both"/>
      </w:pPr>
      <w:r>
        <w:t>Dẫn lưu màng phổi, ổ áp xe phổi dưới hướng dẫn của siêu âm</w:t>
      </w:r>
    </w:p>
    <w:p>
      <w:pPr>
        <w:jc w:val="both"/>
      </w:pPr>
      <w:r>
        <w:t>697.000</w:t>
      </w:r>
    </w:p>
    <w:p>
      <w:pPr>
        <w:jc w:val="both"/>
      </w:pPr>
      <w:r>
        <w:t>786.000</w:t>
      </w:r>
    </w:p>
    <w:p>
      <w:pPr>
        <w:jc w:val="both"/>
      </w:pPr>
      <w:r>
        <w:t>99</w:t>
      </w:r>
    </w:p>
    <w:p>
      <w:pPr>
        <w:jc w:val="both"/>
      </w:pPr>
      <w:r>
        <w:t>96</w:t>
      </w:r>
    </w:p>
    <w:p>
      <w:pPr>
        <w:jc w:val="both"/>
      </w:pPr>
      <w:r>
        <w:t>Dẫn lưu màng phổi, ổ áp xe phổi dưới hướng dẫn của chụp cắt lớp vi tính</w:t>
      </w:r>
    </w:p>
    <w:p>
      <w:pPr>
        <w:jc w:val="both"/>
      </w:pPr>
      <w:r>
        <w:t>1.218.000</w:t>
      </w:r>
    </w:p>
    <w:p>
      <w:pPr>
        <w:jc w:val="both"/>
      </w:pPr>
      <w:r>
        <w:t>1.386.000</w:t>
      </w:r>
    </w:p>
    <w:p>
      <w:pPr>
        <w:jc w:val="both"/>
      </w:pPr>
      <w:r>
        <w:t>100</w:t>
      </w:r>
    </w:p>
    <w:p>
      <w:pPr>
        <w:jc w:val="both"/>
      </w:pPr>
      <w:r>
        <w:t>97</w:t>
      </w:r>
    </w:p>
    <w:p>
      <w:pPr>
        <w:jc w:val="both"/>
      </w:pPr>
      <w:r>
        <w:t>03C1.58</w:t>
      </w:r>
    </w:p>
    <w:p>
      <w:pPr>
        <w:jc w:val="both"/>
      </w:pPr>
      <w:r>
        <w:t>Đặt catheter động mạch quay</w:t>
      </w:r>
    </w:p>
    <w:p>
      <w:pPr>
        <w:jc w:val="both"/>
      </w:pPr>
      <w:r>
        <w:t>557.000</w:t>
      </w:r>
    </w:p>
    <w:p>
      <w:pPr>
        <w:jc w:val="both"/>
      </w:pPr>
      <w:r>
        <w:t>631.000</w:t>
      </w:r>
    </w:p>
    <w:p>
      <w:pPr>
        <w:jc w:val="both"/>
      </w:pPr>
      <w:r>
        <w:t>101</w:t>
      </w:r>
    </w:p>
    <w:p>
      <w:pPr>
        <w:jc w:val="both"/>
      </w:pPr>
      <w:r>
        <w:t>98</w:t>
      </w:r>
    </w:p>
    <w:p>
      <w:pPr>
        <w:jc w:val="both"/>
      </w:pPr>
      <w:r>
        <w:t>03C1.59</w:t>
      </w:r>
    </w:p>
    <w:p>
      <w:pPr>
        <w:jc w:val="both"/>
      </w:pPr>
      <w:r>
        <w:t>Đặt catheter động mạch theo dõi huyết áp liên tục</w:t>
      </w:r>
    </w:p>
    <w:p>
      <w:pPr>
        <w:jc w:val="both"/>
      </w:pPr>
      <w:r>
        <w:t>1.379.000</w:t>
      </w:r>
    </w:p>
    <w:p>
      <w:pPr>
        <w:jc w:val="both"/>
      </w:pPr>
      <w:r>
        <w:t>1.577.000</w:t>
      </w:r>
    </w:p>
    <w:p>
      <w:pPr>
        <w:jc w:val="both"/>
      </w:pPr>
      <w:r>
        <w:t>102</w:t>
      </w:r>
    </w:p>
    <w:p>
      <w:pPr>
        <w:jc w:val="both"/>
      </w:pPr>
      <w:r>
        <w:t>99</w:t>
      </w:r>
    </w:p>
    <w:p>
      <w:pPr>
        <w:jc w:val="both"/>
      </w:pPr>
      <w:r>
        <w:t>03C1.57</w:t>
      </w:r>
    </w:p>
    <w:p>
      <w:pPr>
        <w:jc w:val="both"/>
      </w:pPr>
      <w:r>
        <w:t>Đặt catheter tĩnh mạch trung tâm một nòng</w:t>
      </w:r>
    </w:p>
    <w:p>
      <w:pPr>
        <w:jc w:val="both"/>
      </w:pPr>
      <w:r>
        <w:t>664.000</w:t>
      </w:r>
    </w:p>
    <w:p>
      <w:pPr>
        <w:jc w:val="both"/>
      </w:pPr>
      <w:r>
        <w:t>755.000</w:t>
      </w:r>
    </w:p>
    <w:p>
      <w:pPr>
        <w:jc w:val="both"/>
      </w:pPr>
      <w:r>
        <w:t>103</w:t>
      </w:r>
    </w:p>
    <w:p>
      <w:pPr>
        <w:jc w:val="both"/>
      </w:pPr>
      <w:r>
        <w:t>100</w:t>
      </w:r>
    </w:p>
    <w:p>
      <w:pPr>
        <w:jc w:val="both"/>
      </w:pPr>
      <w:r>
        <w:t>04C2.104</w:t>
      </w:r>
    </w:p>
    <w:p>
      <w:pPr>
        <w:jc w:val="both"/>
      </w:pPr>
      <w:r>
        <w:t>Đặt catheter tĩnh mạch trung tâm nhiều nòng</w:t>
      </w:r>
    </w:p>
    <w:p>
      <w:pPr>
        <w:jc w:val="both"/>
      </w:pPr>
      <w:r>
        <w:t>1.137.000</w:t>
      </w:r>
    </w:p>
    <w:p>
      <w:pPr>
        <w:jc w:val="both"/>
      </w:pPr>
      <w:r>
        <w:t>1.299.000</w:t>
      </w:r>
    </w:p>
    <w:p>
      <w:pPr>
        <w:jc w:val="both"/>
      </w:pPr>
      <w:r>
        <w:t>104</w:t>
      </w:r>
    </w:p>
    <w:p>
      <w:pPr>
        <w:jc w:val="both"/>
      </w:pPr>
      <w:r>
        <w:t>101</w:t>
      </w:r>
    </w:p>
    <w:p>
      <w:pPr>
        <w:jc w:val="both"/>
      </w:pPr>
      <w:r>
        <w:t>04C2.103</w:t>
      </w:r>
    </w:p>
    <w:p>
      <w:pPr>
        <w:jc w:val="both"/>
      </w:pPr>
      <w:r>
        <w:t>Đặt ống thông tĩnh mạch bằng catheter 2 nòng</w:t>
      </w:r>
    </w:p>
    <w:p>
      <w:pPr>
        <w:jc w:val="both"/>
      </w:pPr>
      <w:r>
        <w:t>1.137.000</w:t>
      </w:r>
    </w:p>
    <w:p>
      <w:pPr>
        <w:jc w:val="both"/>
      </w:pPr>
      <w:r>
        <w:t>1.299.000</w:t>
      </w:r>
    </w:p>
    <w:p>
      <w:pPr>
        <w:jc w:val="both"/>
      </w:pPr>
      <w:r>
        <w:t>Chỉ áp dụng với trường hợp lọc máu.</w:t>
      </w:r>
    </w:p>
    <w:p>
      <w:pPr>
        <w:jc w:val="both"/>
      </w:pPr>
      <w:r>
        <w:t>105</w:t>
      </w:r>
    </w:p>
    <w:p>
      <w:pPr>
        <w:jc w:val="both"/>
      </w:pPr>
      <w:r>
        <w:t>102</w:t>
      </w:r>
    </w:p>
    <w:p>
      <w:pPr>
        <w:jc w:val="both"/>
      </w:pPr>
      <w:r>
        <w:t>Đặt catheter hai nòng có cuff, tạo đường hầm để lọc máu</w:t>
      </w:r>
    </w:p>
    <w:p>
      <w:pPr>
        <w:jc w:val="both"/>
      </w:pPr>
      <w:r>
        <w:t>6.846.000</w:t>
      </w:r>
    </w:p>
    <w:p>
      <w:pPr>
        <w:jc w:val="both"/>
      </w:pPr>
      <w:r>
        <w:t>7.851.000</w:t>
      </w:r>
    </w:p>
    <w:p>
      <w:pPr>
        <w:jc w:val="both"/>
      </w:pPr>
      <w:r>
        <w:t>106</w:t>
      </w:r>
    </w:p>
    <w:p>
      <w:pPr>
        <w:jc w:val="both"/>
      </w:pPr>
      <w:r>
        <w:t>101</w:t>
      </w:r>
    </w:p>
    <w:p>
      <w:pPr>
        <w:jc w:val="both"/>
      </w:pPr>
      <w:r>
        <w:t>04C2.106</w:t>
      </w:r>
    </w:p>
    <w:p>
      <w:pPr>
        <w:jc w:val="both"/>
      </w:pPr>
      <w:r>
        <w:t>Đặt nội khí quản</w:t>
      </w:r>
    </w:p>
    <w:p>
      <w:pPr>
        <w:jc w:val="both"/>
      </w:pPr>
      <w:r>
        <w:t>579.000</w:t>
      </w:r>
    </w:p>
    <w:p>
      <w:pPr>
        <w:jc w:val="both"/>
      </w:pPr>
      <w:r>
        <w:t>657.000</w:t>
      </w:r>
    </w:p>
    <w:p>
      <w:pPr>
        <w:jc w:val="both"/>
      </w:pPr>
      <w:r>
        <w:t>107</w:t>
      </w:r>
    </w:p>
    <w:p>
      <w:pPr>
        <w:jc w:val="both"/>
      </w:pPr>
      <w:r>
        <w:t>103</w:t>
      </w:r>
    </w:p>
    <w:p>
      <w:pPr>
        <w:jc w:val="both"/>
      </w:pPr>
      <w:r>
        <w:t>Đặt sonde dạ dày</w:t>
      </w:r>
    </w:p>
    <w:p>
      <w:pPr>
        <w:jc w:val="both"/>
      </w:pPr>
      <w:r>
        <w:t>94.300</w:t>
      </w:r>
    </w:p>
    <w:p>
      <w:pPr>
        <w:jc w:val="both"/>
      </w:pPr>
      <w:r>
        <w:t>104.000</w:t>
      </w:r>
    </w:p>
    <w:p>
      <w:pPr>
        <w:jc w:val="both"/>
      </w:pPr>
      <w:r>
        <w:t>108</w:t>
      </w:r>
    </w:p>
    <w:p>
      <w:pPr>
        <w:jc w:val="both"/>
      </w:pPr>
      <w:r>
        <w:t>104</w:t>
      </w:r>
    </w:p>
    <w:p>
      <w:pPr>
        <w:jc w:val="both"/>
      </w:pPr>
      <w:r>
        <w:t>03C1.52</w:t>
      </w:r>
    </w:p>
    <w:p>
      <w:pPr>
        <w:jc w:val="both"/>
      </w:pPr>
      <w:r>
        <w:t>Đặt sonde JJ niệu quản</w:t>
      </w:r>
    </w:p>
    <w:p>
      <w:pPr>
        <w:jc w:val="both"/>
      </w:pPr>
      <w:r>
        <w:t>929.000</w:t>
      </w:r>
    </w:p>
    <w:p>
      <w:pPr>
        <w:jc w:val="both"/>
      </w:pPr>
      <w:r>
        <w:t>1.059.000</w:t>
      </w:r>
    </w:p>
    <w:p>
      <w:pPr>
        <w:jc w:val="both"/>
      </w:pPr>
      <w:r>
        <w:t>Chưa bao gồm Sonde JJ.</w:t>
      </w:r>
    </w:p>
    <w:p>
      <w:pPr>
        <w:jc w:val="both"/>
      </w:pPr>
      <w:r>
        <w:t>109</w:t>
      </w:r>
    </w:p>
    <w:p>
      <w:pPr>
        <w:jc w:val="both"/>
      </w:pPr>
      <w:r>
        <w:t>105</w:t>
      </w:r>
    </w:p>
    <w:p>
      <w:pPr>
        <w:jc w:val="both"/>
      </w:pPr>
      <w:r>
        <w:t>03C1.32</w:t>
      </w:r>
    </w:p>
    <w:p>
      <w:pPr>
        <w:jc w:val="both"/>
      </w:pPr>
      <w:r>
        <w:t>Đặt stent thực quản qua nội soi</w:t>
      </w:r>
    </w:p>
    <w:p>
      <w:pPr>
        <w:jc w:val="both"/>
      </w:pPr>
      <w:r>
        <w:t>1.178.000</w:t>
      </w:r>
    </w:p>
    <w:p>
      <w:pPr>
        <w:jc w:val="both"/>
      </w:pPr>
      <w:r>
        <w:t>1.327.000</w:t>
      </w:r>
    </w:p>
    <w:p>
      <w:pPr>
        <w:jc w:val="both"/>
      </w:pPr>
      <w:r>
        <w:t>Chưa bao gồm stent.</w:t>
      </w:r>
    </w:p>
    <w:p>
      <w:pPr>
        <w:jc w:val="both"/>
      </w:pPr>
      <w:r>
        <w:t>110</w:t>
      </w:r>
    </w:p>
    <w:p>
      <w:pPr>
        <w:jc w:val="both"/>
      </w:pPr>
      <w:r>
        <w:t>106</w:t>
      </w:r>
    </w:p>
    <w:p>
      <w:pPr>
        <w:jc w:val="both"/>
      </w:pPr>
      <w:r>
        <w:t>Điều trị rung nhĩ bằng năng lượng sóng tần số radio sử dụng hệ thống lập bản đồ ba chiều giải phẫu - điện học các buồng tim</w:t>
      </w:r>
    </w:p>
    <w:p>
      <w:pPr>
        <w:jc w:val="both"/>
      </w:pPr>
      <w:r>
        <w:t>3.255.000</w:t>
      </w:r>
    </w:p>
    <w:p>
      <w:pPr>
        <w:jc w:val="both"/>
      </w:pPr>
      <w:r>
        <w:t>3.555.000</w:t>
      </w:r>
    </w:p>
    <w:p>
      <w:pPr>
        <w:jc w:val="both"/>
      </w:pPr>
      <w:r>
        <w:t>Chưa bao gồm bộ dụng cụ điều trị rối loạn nhịp tim có sử dụng hệ thống lập bản đồ ba chiều giải phẫu - điện học các buồng tim.</w:t>
      </w:r>
    </w:p>
    <w:p>
      <w:pPr>
        <w:jc w:val="both"/>
      </w:pPr>
      <w:r>
        <w:t>111</w:t>
      </w:r>
    </w:p>
    <w:p>
      <w:pPr>
        <w:jc w:val="both"/>
      </w:pPr>
      <w:r>
        <w:t>107</w:t>
      </w:r>
    </w:p>
    <w:p>
      <w:pPr>
        <w:jc w:val="both"/>
      </w:pPr>
      <w:r>
        <w:t>Điều trị suy tĩnh mạch bằng Laser nội mạch</w:t>
      </w:r>
    </w:p>
    <w:p>
      <w:pPr>
        <w:jc w:val="both"/>
      </w:pPr>
      <w:r>
        <w:t>2.073.000</w:t>
      </w:r>
    </w:p>
    <w:p>
      <w:pPr>
        <w:jc w:val="both"/>
      </w:pPr>
      <w:r>
        <w:t>2.345.000</w:t>
      </w:r>
    </w:p>
    <w:p>
      <w:pPr>
        <w:jc w:val="both"/>
      </w:pPr>
      <w:r>
        <w:t>Chưa bao gồm bộ dụng cụ mở mạch máu, dây dẫn và ống thông điều trị laser.</w:t>
      </w:r>
    </w:p>
    <w:p>
      <w:pPr>
        <w:jc w:val="both"/>
      </w:pPr>
      <w:r>
        <w:t>112</w:t>
      </w:r>
    </w:p>
    <w:p>
      <w:pPr>
        <w:jc w:val="both"/>
      </w:pPr>
      <w:r>
        <w:t>108</w:t>
      </w:r>
    </w:p>
    <w:p>
      <w:pPr>
        <w:jc w:val="both"/>
      </w:pPr>
      <w:r>
        <w:t>Điều trị suy tĩnh mạch bằng năng lượng sóng tần số radio</w:t>
      </w:r>
    </w:p>
    <w:p>
      <w:pPr>
        <w:jc w:val="both"/>
      </w:pPr>
      <w:r>
        <w:t>1.973.000</w:t>
      </w:r>
    </w:p>
    <w:p>
      <w:pPr>
        <w:jc w:val="both"/>
      </w:pPr>
      <w:r>
        <w:t>2.230.000</w:t>
      </w:r>
    </w:p>
    <w:p>
      <w:pPr>
        <w:jc w:val="both"/>
      </w:pPr>
      <w:r>
        <w:t>Chưa bao gồm bộ dụng cụ mở mạch máu và ống thông điều trị RF.</w:t>
      </w:r>
    </w:p>
    <w:p>
      <w:pPr>
        <w:jc w:val="both"/>
      </w:pPr>
      <w:r>
        <w:t>113</w:t>
      </w:r>
    </w:p>
    <w:p>
      <w:pPr>
        <w:jc w:val="both"/>
      </w:pPr>
      <w:r>
        <w:t>109</w:t>
      </w:r>
    </w:p>
    <w:p>
      <w:pPr>
        <w:jc w:val="both"/>
      </w:pPr>
      <w:r>
        <w:t>Gây dính màng phổi bằng thuốc hoặc hóa chất qua ống dẫn lưu màng phổi</w:t>
      </w:r>
    </w:p>
    <w:p>
      <w:pPr>
        <w:jc w:val="both"/>
      </w:pPr>
      <w:r>
        <w:t>207.000</w:t>
      </w:r>
    </w:p>
    <w:p>
      <w:pPr>
        <w:jc w:val="both"/>
      </w:pPr>
      <w:r>
        <w:t>228.000</w:t>
      </w:r>
    </w:p>
    <w:p>
      <w:pPr>
        <w:jc w:val="both"/>
      </w:pPr>
      <w:r>
        <w:t>Chưa bao gồm thuốc hoặc hóa chất gây dính màng phổi.</w:t>
      </w:r>
    </w:p>
    <w:p>
      <w:pPr>
        <w:jc w:val="both"/>
      </w:pPr>
      <w:r>
        <w:t>114</w:t>
      </w:r>
    </w:p>
    <w:p>
      <w:pPr>
        <w:jc w:val="both"/>
      </w:pPr>
      <w:r>
        <w:t>110</w:t>
      </w:r>
    </w:p>
    <w:p>
      <w:pPr>
        <w:jc w:val="both"/>
      </w:pPr>
      <w:r>
        <w:t>03C1.56</w:t>
      </w:r>
    </w:p>
    <w:p>
      <w:pPr>
        <w:jc w:val="both"/>
      </w:pPr>
      <w:r>
        <w:t>Hấp thụ phân tử liên tục điều trị suy gan cấp nặng</w:t>
      </w:r>
    </w:p>
    <w:p>
      <w:pPr>
        <w:jc w:val="both"/>
      </w:pPr>
      <w:r>
        <w:t>2.332.000</w:t>
      </w:r>
    </w:p>
    <w:p>
      <w:pPr>
        <w:jc w:val="both"/>
      </w:pPr>
      <w:r>
        <w:t>2.675.000</w:t>
      </w:r>
    </w:p>
    <w:p>
      <w:pPr>
        <w:jc w:val="both"/>
      </w:pPr>
      <w:r>
        <w:t>Chưa bao gồm hệ thống quả lọc và dịch lọc.</w:t>
      </w:r>
    </w:p>
    <w:p>
      <w:pPr>
        <w:jc w:val="both"/>
      </w:pPr>
      <w:r>
        <w:t>115</w:t>
      </w:r>
    </w:p>
    <w:p>
      <w:pPr>
        <w:jc w:val="both"/>
      </w:pPr>
      <w:r>
        <w:t>111</w:t>
      </w:r>
    </w:p>
    <w:p>
      <w:pPr>
        <w:jc w:val="both"/>
      </w:pPr>
      <w:r>
        <w:t>Hút dẫn lưu khoang màng phổi bằng máy hút áp lực âm liên tục</w:t>
      </w:r>
    </w:p>
    <w:p>
      <w:pPr>
        <w:jc w:val="both"/>
      </w:pPr>
      <w:r>
        <w:t>188.000</w:t>
      </w:r>
    </w:p>
    <w:p>
      <w:pPr>
        <w:jc w:val="both"/>
      </w:pPr>
      <w:r>
        <w:t>214.000</w:t>
      </w:r>
    </w:p>
    <w:p>
      <w:pPr>
        <w:jc w:val="both"/>
      </w:pPr>
      <w:r>
        <w:t>116</w:t>
      </w:r>
    </w:p>
    <w:p>
      <w:pPr>
        <w:jc w:val="both"/>
      </w:pPr>
      <w:r>
        <w:t>112</w:t>
      </w:r>
    </w:p>
    <w:p>
      <w:pPr>
        <w:jc w:val="both"/>
      </w:pPr>
      <w:r>
        <w:t>Hút dịch khớp</w:t>
      </w:r>
    </w:p>
    <w:p>
      <w:pPr>
        <w:jc w:val="both"/>
      </w:pPr>
      <w:r>
        <w:t>120.000</w:t>
      </w:r>
    </w:p>
    <w:p>
      <w:pPr>
        <w:jc w:val="both"/>
      </w:pPr>
      <w:r>
        <w:t>133.000</w:t>
      </w:r>
    </w:p>
    <w:p>
      <w:pPr>
        <w:jc w:val="both"/>
      </w:pPr>
      <w:r>
        <w:t>117</w:t>
      </w:r>
    </w:p>
    <w:p>
      <w:pPr>
        <w:jc w:val="both"/>
      </w:pPr>
      <w:r>
        <w:t>113</w:t>
      </w:r>
    </w:p>
    <w:p>
      <w:pPr>
        <w:jc w:val="both"/>
      </w:pPr>
      <w:r>
        <w:t>Hút dịch khớp dưới hướng dẫn của siêu âm</w:t>
      </w:r>
    </w:p>
    <w:p>
      <w:pPr>
        <w:jc w:val="both"/>
      </w:pPr>
      <w:r>
        <w:t>132.000</w:t>
      </w:r>
    </w:p>
    <w:p>
      <w:pPr>
        <w:jc w:val="both"/>
      </w:pPr>
      <w:r>
        <w:t>146.000</w:t>
      </w:r>
    </w:p>
    <w:p>
      <w:pPr>
        <w:jc w:val="both"/>
      </w:pPr>
      <w:r>
        <w:t>118</w:t>
      </w:r>
    </w:p>
    <w:p>
      <w:pPr>
        <w:jc w:val="both"/>
      </w:pPr>
      <w:r>
        <w:t>114</w:t>
      </w:r>
    </w:p>
    <w:p>
      <w:pPr>
        <w:jc w:val="both"/>
      </w:pPr>
      <w:r>
        <w:t>Hút đờm</w:t>
      </w:r>
    </w:p>
    <w:p>
      <w:pPr>
        <w:jc w:val="both"/>
      </w:pPr>
      <w:r>
        <w:t>12.200</w:t>
      </w:r>
    </w:p>
    <w:p>
      <w:pPr>
        <w:jc w:val="both"/>
      </w:pPr>
      <w:r>
        <w:t>13.100</w:t>
      </w:r>
    </w:p>
    <w:p>
      <w:pPr>
        <w:jc w:val="both"/>
      </w:pPr>
      <w:r>
        <w:t>119</w:t>
      </w:r>
    </w:p>
    <w:p>
      <w:pPr>
        <w:jc w:val="both"/>
      </w:pPr>
      <w:r>
        <w:t>115</w:t>
      </w:r>
    </w:p>
    <w:p>
      <w:pPr>
        <w:jc w:val="both"/>
      </w:pPr>
      <w:r>
        <w:t>04C2.119</w:t>
      </w:r>
    </w:p>
    <w:p>
      <w:pPr>
        <w:jc w:val="both"/>
      </w:pPr>
      <w:r>
        <w:t>Lấy sỏi niệu quản qua nội soi</w:t>
      </w:r>
    </w:p>
    <w:p>
      <w:pPr>
        <w:jc w:val="both"/>
      </w:pPr>
      <w:r>
        <w:t>968.000</w:t>
      </w:r>
    </w:p>
    <w:p>
      <w:pPr>
        <w:jc w:val="both"/>
      </w:pPr>
      <w:r>
        <w:t>1.093.000</w:t>
      </w:r>
    </w:p>
    <w:p>
      <w:pPr>
        <w:jc w:val="both"/>
      </w:pPr>
      <w:r>
        <w:t>Chưa bao gồm sonde niệu quản và dây dẫn Guide wire.</w:t>
      </w:r>
    </w:p>
    <w:p>
      <w:pPr>
        <w:jc w:val="both"/>
      </w:pPr>
      <w:r>
        <w:t>120</w:t>
      </w:r>
    </w:p>
    <w:p>
      <w:pPr>
        <w:jc w:val="both"/>
      </w:pPr>
      <w:r>
        <w:t>116</w:t>
      </w:r>
    </w:p>
    <w:p>
      <w:pPr>
        <w:jc w:val="both"/>
      </w:pPr>
      <w:r>
        <w:t>04C2.79</w:t>
      </w:r>
    </w:p>
    <w:p>
      <w:pPr>
        <w:jc w:val="both"/>
      </w:pPr>
      <w:r>
        <w:t>Lọc màng bụng chu kỳ (CAPD)</w:t>
      </w:r>
    </w:p>
    <w:p>
      <w:pPr>
        <w:jc w:val="both"/>
      </w:pPr>
      <w:r>
        <w:t>574.000</w:t>
      </w:r>
    </w:p>
    <w:p>
      <w:pPr>
        <w:jc w:val="both"/>
      </w:pPr>
      <w:r>
        <w:t>650.000</w:t>
      </w:r>
    </w:p>
    <w:p>
      <w:pPr>
        <w:jc w:val="both"/>
      </w:pPr>
      <w:r>
        <w:t>121</w:t>
      </w:r>
    </w:p>
    <w:p>
      <w:pPr>
        <w:jc w:val="both"/>
      </w:pPr>
      <w:r>
        <w:t>117</w:t>
      </w:r>
    </w:p>
    <w:p>
      <w:pPr>
        <w:jc w:val="both"/>
      </w:pPr>
      <w:r>
        <w:t>04C2.78</w:t>
      </w:r>
    </w:p>
    <w:p>
      <w:pPr>
        <w:jc w:val="both"/>
      </w:pPr>
      <w:r>
        <w:t>Lọc màng bụng liên tục 24 giờ bằng máy (thẩm phân phúc mạc)</w:t>
      </w:r>
    </w:p>
    <w:p>
      <w:pPr>
        <w:jc w:val="both"/>
      </w:pPr>
      <w:r>
        <w:t>988.000</w:t>
      </w:r>
    </w:p>
    <w:p>
      <w:pPr>
        <w:jc w:val="both"/>
      </w:pPr>
      <w:r>
        <w:t>1.116.000</w:t>
      </w:r>
    </w:p>
    <w:p>
      <w:pPr>
        <w:jc w:val="both"/>
      </w:pPr>
      <w:r>
        <w:t>122</w:t>
      </w:r>
    </w:p>
    <w:p>
      <w:pPr>
        <w:jc w:val="both"/>
      </w:pPr>
      <w:r>
        <w:t>118</w:t>
      </w:r>
    </w:p>
    <w:p>
      <w:pPr>
        <w:jc w:val="both"/>
      </w:pPr>
      <w:r>
        <w:t>03C1.71</w:t>
      </w:r>
    </w:p>
    <w:p>
      <w:pPr>
        <w:jc w:val="both"/>
      </w:pPr>
      <w:r>
        <w:t>Lọc máu liên tục (01 lần)</w:t>
      </w:r>
    </w:p>
    <w:p>
      <w:pPr>
        <w:jc w:val="both"/>
      </w:pPr>
      <w:r>
        <w:t>2.248.000</w:t>
      </w:r>
    </w:p>
    <w:p>
      <w:pPr>
        <w:jc w:val="both"/>
      </w:pPr>
      <w:r>
        <w:t>2.556.000</w:t>
      </w:r>
    </w:p>
    <w:p>
      <w:pPr>
        <w:jc w:val="both"/>
      </w:pPr>
      <w:r>
        <w:t>Chưa bao gồm quả lọc, bộ dây dẫn và dịch lọc.</w:t>
      </w:r>
    </w:p>
    <w:p>
      <w:pPr>
        <w:jc w:val="both"/>
      </w:pPr>
      <w:r>
        <w:t>123</w:t>
      </w:r>
    </w:p>
    <w:p>
      <w:pPr>
        <w:jc w:val="both"/>
      </w:pPr>
      <w:r>
        <w:t>119</w:t>
      </w:r>
    </w:p>
    <w:p>
      <w:pPr>
        <w:jc w:val="both"/>
      </w:pPr>
      <w:r>
        <w:t>03C1.72</w:t>
      </w:r>
    </w:p>
    <w:p>
      <w:pPr>
        <w:jc w:val="both"/>
      </w:pPr>
      <w:r>
        <w:t>Lọc tách huyết tương (01 lần)</w:t>
      </w:r>
    </w:p>
    <w:p>
      <w:pPr>
        <w:jc w:val="both"/>
      </w:pPr>
      <w:r>
        <w:t>1.672.000</w:t>
      </w:r>
    </w:p>
    <w:p>
      <w:pPr>
        <w:jc w:val="both"/>
      </w:pPr>
      <w:r>
        <w:t>1.893.000</w:t>
      </w:r>
    </w:p>
    <w:p>
      <w:pPr>
        <w:jc w:val="both"/>
      </w:pPr>
      <w:r>
        <w:t>Chưa bao gồm quả lọc tách huyết tương, quả lọc hấp phụ các loại, các cỡ, bộ dây dẫn và huyết tương đông lạnh hoặc dung dịch albumin.</w:t>
      </w:r>
    </w:p>
    <w:p>
      <w:pPr>
        <w:jc w:val="both"/>
      </w:pPr>
      <w:r>
        <w:t>124</w:t>
      </w:r>
    </w:p>
    <w:p>
      <w:pPr>
        <w:jc w:val="both"/>
      </w:pPr>
      <w:r>
        <w:t>120</w:t>
      </w:r>
    </w:p>
    <w:p>
      <w:pPr>
        <w:jc w:val="both"/>
      </w:pPr>
      <w:r>
        <w:t>04C2.99</w:t>
      </w:r>
    </w:p>
    <w:p>
      <w:pPr>
        <w:jc w:val="both"/>
      </w:pPr>
      <w:r>
        <w:t>Mở khí quản</w:t>
      </w:r>
    </w:p>
    <w:p>
      <w:pPr>
        <w:jc w:val="both"/>
      </w:pPr>
      <w:r>
        <w:t>734.000</w:t>
      </w:r>
    </w:p>
    <w:p>
      <w:pPr>
        <w:jc w:val="both"/>
      </w:pPr>
      <w:r>
        <w:t>832.000</w:t>
      </w:r>
    </w:p>
    <w:p>
      <w:pPr>
        <w:jc w:val="both"/>
      </w:pPr>
      <w:r>
        <w:t>125</w:t>
      </w:r>
    </w:p>
    <w:p>
      <w:pPr>
        <w:jc w:val="both"/>
      </w:pPr>
      <w:r>
        <w:t>121</w:t>
      </w:r>
    </w:p>
    <w:p>
      <w:pPr>
        <w:jc w:val="both"/>
      </w:pPr>
      <w:r>
        <w:t>04C2.120</w:t>
      </w:r>
    </w:p>
    <w:p>
      <w:pPr>
        <w:jc w:val="both"/>
      </w:pPr>
      <w:r>
        <w:t>Mở thông bàng quang (gây tê tại chỗ)</w:t>
      </w:r>
    </w:p>
    <w:p>
      <w:pPr>
        <w:jc w:val="both"/>
      </w:pPr>
      <w:r>
        <w:t>384.000</w:t>
      </w:r>
    </w:p>
    <w:p>
      <w:pPr>
        <w:jc w:val="both"/>
      </w:pPr>
      <w:r>
        <w:t>432.000</w:t>
      </w:r>
    </w:p>
    <w:p>
      <w:pPr>
        <w:jc w:val="both"/>
      </w:pPr>
      <w:r>
        <w:t>126</w:t>
      </w:r>
    </w:p>
    <w:p>
      <w:pPr>
        <w:jc w:val="both"/>
      </w:pPr>
      <w:r>
        <w:t>122</w:t>
      </w:r>
    </w:p>
    <w:p>
      <w:pPr>
        <w:jc w:val="both"/>
      </w:pPr>
      <w:r>
        <w:t>Nghiệm pháp hồi phục phế quản với thuốc giãn phế quản</w:t>
      </w:r>
    </w:p>
    <w:p>
      <w:pPr>
        <w:jc w:val="both"/>
      </w:pPr>
      <w:r>
        <w:t>101.000</w:t>
      </w:r>
    </w:p>
    <w:p>
      <w:pPr>
        <w:jc w:val="both"/>
      </w:pPr>
      <w:r>
        <w:t>111.000</w:t>
      </w:r>
    </w:p>
    <w:p>
      <w:pPr>
        <w:jc w:val="both"/>
      </w:pPr>
      <w:r>
        <w:t>127</w:t>
      </w:r>
    </w:p>
    <w:p>
      <w:pPr>
        <w:jc w:val="both"/>
      </w:pPr>
      <w:r>
        <w:t>123</w:t>
      </w:r>
    </w:p>
    <w:p>
      <w:pPr>
        <w:jc w:val="both"/>
      </w:pPr>
      <w:r>
        <w:t>03C1.39</w:t>
      </w:r>
    </w:p>
    <w:p>
      <w:pPr>
        <w:jc w:val="both"/>
      </w:pPr>
      <w:r>
        <w:t>Nội soi lồng ngực</w:t>
      </w:r>
    </w:p>
    <w:p>
      <w:pPr>
        <w:jc w:val="both"/>
      </w:pPr>
      <w:r>
        <w:t>1.009.000</w:t>
      </w:r>
    </w:p>
    <w:p>
      <w:pPr>
        <w:jc w:val="both"/>
      </w:pPr>
      <w:r>
        <w:t>1.131.000</w:t>
      </w:r>
    </w:p>
    <w:p>
      <w:pPr>
        <w:jc w:val="both"/>
      </w:pPr>
      <w:r>
        <w:t>128</w:t>
      </w:r>
    </w:p>
    <w:p>
      <w:pPr>
        <w:jc w:val="both"/>
      </w:pPr>
      <w:r>
        <w:t>124</w:t>
      </w:r>
    </w:p>
    <w:p>
      <w:pPr>
        <w:jc w:val="both"/>
      </w:pPr>
      <w:r>
        <w:t>Nội soi màng phổi, gây dính bằng thuốc hoặc hóa chất</w:t>
      </w:r>
    </w:p>
    <w:p>
      <w:pPr>
        <w:jc w:val="both"/>
      </w:pPr>
      <w:r>
        <w:t>5.036.000</w:t>
      </w:r>
    </w:p>
    <w:p>
      <w:pPr>
        <w:jc w:val="both"/>
      </w:pPr>
      <w:r>
        <w:t>5.775.000</w:t>
      </w:r>
    </w:p>
    <w:p>
      <w:pPr>
        <w:jc w:val="both"/>
      </w:pPr>
      <w:r>
        <w:t>Đã bao gồm thuốc gây mê</w:t>
      </w:r>
    </w:p>
    <w:p>
      <w:pPr>
        <w:jc w:val="both"/>
      </w:pPr>
      <w:r>
        <w:t>129</w:t>
      </w:r>
    </w:p>
    <w:p>
      <w:pPr>
        <w:jc w:val="both"/>
      </w:pPr>
      <w:r>
        <w:t>125</w:t>
      </w:r>
    </w:p>
    <w:p>
      <w:pPr>
        <w:jc w:val="both"/>
      </w:pPr>
      <w:r>
        <w:t>Nội soi màng phổi, sinh thiết màng phổi</w:t>
      </w:r>
    </w:p>
    <w:p>
      <w:pPr>
        <w:jc w:val="both"/>
      </w:pPr>
      <w:r>
        <w:t>5.814.000</w:t>
      </w:r>
    </w:p>
    <w:p>
      <w:pPr>
        <w:jc w:val="both"/>
      </w:pPr>
      <w:r>
        <w:t>6.671.000</w:t>
      </w:r>
    </w:p>
    <w:p>
      <w:pPr>
        <w:jc w:val="both"/>
      </w:pPr>
      <w:r>
        <w:t>Đã bao gồm thuốc gây mê</w:t>
      </w:r>
    </w:p>
    <w:p>
      <w:pPr>
        <w:jc w:val="both"/>
      </w:pPr>
      <w:r>
        <w:t>130</w:t>
      </w:r>
    </w:p>
    <w:p>
      <w:pPr>
        <w:jc w:val="both"/>
      </w:pPr>
      <w:r>
        <w:t>126</w:t>
      </w:r>
    </w:p>
    <w:p>
      <w:pPr>
        <w:jc w:val="both"/>
      </w:pPr>
      <w:r>
        <w:t>03C1.45</w:t>
      </w:r>
    </w:p>
    <w:p>
      <w:pPr>
        <w:jc w:val="both"/>
      </w:pPr>
      <w:r>
        <w:t>Niệu dòng đồ</w:t>
      </w:r>
    </w:p>
    <w:p>
      <w:pPr>
        <w:jc w:val="both"/>
      </w:pPr>
      <w:r>
        <w:t>65.000</w:t>
      </w:r>
    </w:p>
    <w:p>
      <w:pPr>
        <w:jc w:val="both"/>
      </w:pPr>
      <w:r>
        <w:t>70.300</w:t>
      </w:r>
    </w:p>
    <w:p>
      <w:pPr>
        <w:jc w:val="both"/>
      </w:pPr>
      <w:r>
        <w:t>131</w:t>
      </w:r>
    </w:p>
    <w:p>
      <w:pPr>
        <w:jc w:val="both"/>
      </w:pPr>
      <w:r>
        <w:t>127</w:t>
      </w:r>
    </w:p>
    <w:p>
      <w:pPr>
        <w:jc w:val="both"/>
      </w:pPr>
      <w:r>
        <w:t>Nội soi phế quản dưới gây mê có sinh thiết</w:t>
      </w:r>
    </w:p>
    <w:p>
      <w:pPr>
        <w:jc w:val="both"/>
      </w:pPr>
      <w:r>
        <w:t>1.778.000</w:t>
      </w:r>
    </w:p>
    <w:p>
      <w:pPr>
        <w:jc w:val="both"/>
      </w:pPr>
      <w:r>
        <w:t>2.032.000</w:t>
      </w:r>
    </w:p>
    <w:p>
      <w:pPr>
        <w:jc w:val="both"/>
      </w:pPr>
      <w:r>
        <w:t>132</w:t>
      </w:r>
    </w:p>
    <w:p>
      <w:pPr>
        <w:jc w:val="both"/>
      </w:pPr>
      <w:r>
        <w:t>128</w:t>
      </w:r>
    </w:p>
    <w:p>
      <w:pPr>
        <w:jc w:val="both"/>
      </w:pPr>
      <w:r>
        <w:t>Nội soi phế quản dưới gây mê không sinh thiết</w:t>
      </w:r>
    </w:p>
    <w:p>
      <w:pPr>
        <w:jc w:val="both"/>
      </w:pPr>
      <w:r>
        <w:t>1.478.000</w:t>
      </w:r>
    </w:p>
    <w:p>
      <w:pPr>
        <w:jc w:val="both"/>
      </w:pPr>
      <w:r>
        <w:t>1.687.000</w:t>
      </w:r>
    </w:p>
    <w:p>
      <w:pPr>
        <w:jc w:val="both"/>
      </w:pPr>
      <w:r>
        <w:t>133</w:t>
      </w:r>
    </w:p>
    <w:p>
      <w:pPr>
        <w:jc w:val="both"/>
      </w:pPr>
      <w:r>
        <w:t>129</w:t>
      </w:r>
    </w:p>
    <w:p>
      <w:pPr>
        <w:jc w:val="both"/>
      </w:pPr>
      <w:r>
        <w:t>Nội soi phế quản dưới gây mê lấy dị vật phế quản</w:t>
      </w:r>
    </w:p>
    <w:p>
      <w:pPr>
        <w:jc w:val="both"/>
      </w:pPr>
      <w:r>
        <w:t>3.278.000</w:t>
      </w:r>
    </w:p>
    <w:p>
      <w:pPr>
        <w:jc w:val="both"/>
      </w:pPr>
      <w:r>
        <w:t>3.759.000</w:t>
      </w:r>
    </w:p>
    <w:p>
      <w:pPr>
        <w:jc w:val="both"/>
      </w:pPr>
      <w:r>
        <w:t>134</w:t>
      </w:r>
    </w:p>
    <w:p>
      <w:pPr>
        <w:jc w:val="both"/>
      </w:pPr>
      <w:r>
        <w:t>130</w:t>
      </w:r>
    </w:p>
    <w:p>
      <w:pPr>
        <w:jc w:val="both"/>
      </w:pPr>
      <w:r>
        <w:t>04C2.96</w:t>
      </w:r>
    </w:p>
    <w:p>
      <w:pPr>
        <w:jc w:val="both"/>
      </w:pPr>
      <w:r>
        <w:t>Nội soi phế quản ống mềm gây tê</w:t>
      </w:r>
    </w:p>
    <w:p>
      <w:pPr>
        <w:jc w:val="both"/>
      </w:pPr>
      <w:r>
        <w:t>768.000</w:t>
      </w:r>
    </w:p>
    <w:p>
      <w:pPr>
        <w:jc w:val="both"/>
      </w:pPr>
      <w:r>
        <w:t>872.000</w:t>
      </w:r>
    </w:p>
    <w:p>
      <w:pPr>
        <w:jc w:val="both"/>
      </w:pPr>
      <w:r>
        <w:t>135</w:t>
      </w:r>
    </w:p>
    <w:p>
      <w:pPr>
        <w:jc w:val="both"/>
      </w:pPr>
      <w:r>
        <w:t>131</w:t>
      </w:r>
    </w:p>
    <w:p>
      <w:pPr>
        <w:jc w:val="both"/>
      </w:pPr>
      <w:r>
        <w:t>04C2.116</w:t>
      </w:r>
    </w:p>
    <w:p>
      <w:pPr>
        <w:jc w:val="both"/>
      </w:pPr>
      <w:r>
        <w:t>Nội soi phế quản ống mềm gây tê có sinh thiết</w:t>
      </w:r>
    </w:p>
    <w:p>
      <w:pPr>
        <w:jc w:val="both"/>
      </w:pPr>
      <w:r>
        <w:t>1.159.000</w:t>
      </w:r>
    </w:p>
    <w:p>
      <w:pPr>
        <w:jc w:val="both"/>
      </w:pPr>
      <w:r>
        <w:t>1.311.000</w:t>
      </w:r>
    </w:p>
    <w:p>
      <w:pPr>
        <w:jc w:val="both"/>
      </w:pPr>
      <w:r>
        <w:t>136</w:t>
      </w:r>
    </w:p>
    <w:p>
      <w:pPr>
        <w:jc w:val="both"/>
      </w:pPr>
      <w:r>
        <w:t>132</w:t>
      </w:r>
    </w:p>
    <w:p>
      <w:pPr>
        <w:jc w:val="both"/>
      </w:pPr>
      <w:r>
        <w:t>04C2.117</w:t>
      </w:r>
    </w:p>
    <w:p>
      <w:pPr>
        <w:jc w:val="both"/>
      </w:pPr>
      <w:r>
        <w:t>Nội soi phế quản ống mềm gây tê lấy dị vật</w:t>
      </w:r>
    </w:p>
    <w:p>
      <w:pPr>
        <w:jc w:val="both"/>
      </w:pPr>
      <w:r>
        <w:t>2.618.000</w:t>
      </w:r>
    </w:p>
    <w:p>
      <w:pPr>
        <w:jc w:val="both"/>
      </w:pPr>
      <w:r>
        <w:t>2.984.000</w:t>
      </w:r>
    </w:p>
    <w:p>
      <w:pPr>
        <w:jc w:val="both"/>
      </w:pPr>
      <w:r>
        <w:t>137</w:t>
      </w:r>
    </w:p>
    <w:p>
      <w:pPr>
        <w:jc w:val="both"/>
      </w:pPr>
      <w:r>
        <w:t>133</w:t>
      </w:r>
    </w:p>
    <w:p>
      <w:pPr>
        <w:jc w:val="both"/>
      </w:pPr>
      <w:r>
        <w:t>Nội soi phế quản ống mềm: cắt đốt u, sẹo nội phế quản bằng điện đông cao tần</w:t>
      </w:r>
    </w:p>
    <w:p>
      <w:pPr>
        <w:jc w:val="both"/>
      </w:pPr>
      <w:r>
        <w:t>2.878.000</w:t>
      </w:r>
    </w:p>
    <w:p>
      <w:pPr>
        <w:jc w:val="both"/>
      </w:pPr>
      <w:r>
        <w:t>3.284.000</w:t>
      </w:r>
    </w:p>
    <w:p>
      <w:pPr>
        <w:jc w:val="both"/>
      </w:pPr>
      <w:r>
        <w:t>138</w:t>
      </w:r>
    </w:p>
    <w:p>
      <w:pPr>
        <w:jc w:val="both"/>
      </w:pPr>
      <w:r>
        <w:t>134</w:t>
      </w:r>
    </w:p>
    <w:p>
      <w:pPr>
        <w:jc w:val="both"/>
      </w:pPr>
      <w:r>
        <w:t>04C2.88</w:t>
      </w:r>
    </w:p>
    <w:p>
      <w:pPr>
        <w:jc w:val="both"/>
      </w:pPr>
      <w:r>
        <w:t>Nội soi thực quản, dạ dày, tá tràng ống mềm có sinh thiết</w:t>
      </w:r>
    </w:p>
    <w:p>
      <w:pPr>
        <w:jc w:val="both"/>
      </w:pPr>
      <w:r>
        <w:t>455.000</w:t>
      </w:r>
    </w:p>
    <w:p>
      <w:pPr>
        <w:jc w:val="both"/>
      </w:pPr>
      <w:r>
        <w:t>505.000</w:t>
      </w:r>
    </w:p>
    <w:p>
      <w:pPr>
        <w:jc w:val="both"/>
      </w:pPr>
      <w:r>
        <w:t>Đã bao gồm chi phí Test HP</w:t>
      </w:r>
    </w:p>
    <w:p>
      <w:pPr>
        <w:jc w:val="both"/>
      </w:pPr>
      <w:r>
        <w:t>139</w:t>
      </w:r>
    </w:p>
    <w:p>
      <w:pPr>
        <w:jc w:val="both"/>
      </w:pPr>
      <w:r>
        <w:t>Nội soi dạ dày làm Clo test</w:t>
      </w:r>
    </w:p>
    <w:p>
      <w:pPr>
        <w:jc w:val="both"/>
      </w:pPr>
      <w:r>
        <w:t>302.000</w:t>
      </w:r>
    </w:p>
    <w:p>
      <w:pPr>
        <w:jc w:val="both"/>
      </w:pPr>
      <w:r>
        <w:t>340.000</w:t>
      </w:r>
    </w:p>
    <w:p>
      <w:pPr>
        <w:jc w:val="both"/>
      </w:pPr>
      <w:r>
        <w:t>140</w:t>
      </w:r>
    </w:p>
    <w:p>
      <w:pPr>
        <w:jc w:val="both"/>
      </w:pPr>
      <w:r>
        <w:t>135</w:t>
      </w:r>
    </w:p>
    <w:p>
      <w:pPr>
        <w:jc w:val="both"/>
      </w:pPr>
      <w:r>
        <w:t>Nội soi thực quản-dạ dày- tá tràng ống mềm không sinh thiết</w:t>
      </w:r>
    </w:p>
    <w:p>
      <w:pPr>
        <w:jc w:val="both"/>
      </w:pPr>
      <w:r>
        <w:t>255.000</w:t>
      </w:r>
    </w:p>
    <w:p>
      <w:pPr>
        <w:jc w:val="both"/>
      </w:pPr>
      <w:r>
        <w:t>284.000</w:t>
      </w:r>
    </w:p>
    <w:p>
      <w:pPr>
        <w:jc w:val="both"/>
      </w:pPr>
      <w:r>
        <w:t>141</w:t>
      </w:r>
    </w:p>
    <w:p>
      <w:pPr>
        <w:jc w:val="both"/>
      </w:pPr>
      <w:r>
        <w:t>136</w:t>
      </w:r>
    </w:p>
    <w:p>
      <w:pPr>
        <w:jc w:val="both"/>
      </w:pPr>
      <w:r>
        <w:t>04C2.90</w:t>
      </w:r>
    </w:p>
    <w:p>
      <w:pPr>
        <w:jc w:val="both"/>
      </w:pPr>
      <w:r>
        <w:t>Nội soi đại trực tràng ống mềm có sinh thiết</w:t>
      </w:r>
    </w:p>
    <w:p>
      <w:pPr>
        <w:jc w:val="both"/>
      </w:pPr>
      <w:r>
        <w:t>430.000</w:t>
      </w:r>
    </w:p>
    <w:p>
      <w:pPr>
        <w:jc w:val="both"/>
      </w:pPr>
      <w:r>
        <w:t>476.000</w:t>
      </w:r>
    </w:p>
    <w:p>
      <w:pPr>
        <w:jc w:val="both"/>
      </w:pPr>
      <w:r>
        <w:t>142</w:t>
      </w:r>
    </w:p>
    <w:p>
      <w:pPr>
        <w:jc w:val="both"/>
      </w:pPr>
      <w:r>
        <w:t>137</w:t>
      </w:r>
    </w:p>
    <w:p>
      <w:pPr>
        <w:jc w:val="both"/>
      </w:pPr>
      <w:r>
        <w:t>04C2.89</w:t>
      </w:r>
    </w:p>
    <w:p>
      <w:pPr>
        <w:jc w:val="both"/>
      </w:pPr>
      <w:r>
        <w:t>Nội soi đại trực tràng ống mềm không sinh thiết</w:t>
      </w:r>
    </w:p>
    <w:p>
      <w:pPr>
        <w:jc w:val="both"/>
      </w:pPr>
      <w:r>
        <w:t>322.000</w:t>
      </w:r>
    </w:p>
    <w:p>
      <w:pPr>
        <w:jc w:val="both"/>
      </w:pPr>
      <w:r>
        <w:t>356.000</w:t>
      </w:r>
    </w:p>
    <w:p>
      <w:pPr>
        <w:jc w:val="both"/>
      </w:pPr>
      <w:r>
        <w:t>143</w:t>
      </w:r>
    </w:p>
    <w:p>
      <w:pPr>
        <w:jc w:val="both"/>
      </w:pPr>
      <w:r>
        <w:t>138</w:t>
      </w:r>
    </w:p>
    <w:p>
      <w:pPr>
        <w:jc w:val="both"/>
      </w:pPr>
      <w:r>
        <w:t>04C2.92</w:t>
      </w:r>
    </w:p>
    <w:p>
      <w:pPr>
        <w:jc w:val="both"/>
      </w:pPr>
      <w:r>
        <w:t>Nội soi trực tràng có sinh thiết</w:t>
      </w:r>
    </w:p>
    <w:p>
      <w:pPr>
        <w:jc w:val="both"/>
      </w:pPr>
      <w:r>
        <w:t>302.000</w:t>
      </w:r>
    </w:p>
    <w:p>
      <w:pPr>
        <w:jc w:val="both"/>
      </w:pPr>
      <w:r>
        <w:t>338.000</w:t>
      </w:r>
    </w:p>
    <w:p>
      <w:pPr>
        <w:jc w:val="both"/>
      </w:pPr>
      <w:r>
        <w:t>144</w:t>
      </w:r>
    </w:p>
    <w:p>
      <w:pPr>
        <w:jc w:val="both"/>
      </w:pPr>
      <w:r>
        <w:t>139</w:t>
      </w:r>
    </w:p>
    <w:p>
      <w:pPr>
        <w:jc w:val="both"/>
      </w:pPr>
      <w:r>
        <w:t>04C2.91</w:t>
      </w:r>
    </w:p>
    <w:p>
      <w:pPr>
        <w:jc w:val="both"/>
      </w:pPr>
      <w:r>
        <w:t>Nội soi trực tràng ống mềm không sinh thiết</w:t>
      </w:r>
    </w:p>
    <w:p>
      <w:pPr>
        <w:jc w:val="both"/>
      </w:pPr>
      <w:r>
        <w:t>198.000</w:t>
      </w:r>
    </w:p>
    <w:p>
      <w:pPr>
        <w:jc w:val="both"/>
      </w:pPr>
      <w:r>
        <w:t>220.000</w:t>
      </w:r>
    </w:p>
    <w:p>
      <w:pPr>
        <w:jc w:val="both"/>
      </w:pPr>
      <w:r>
        <w:t>145</w:t>
      </w:r>
    </w:p>
    <w:p>
      <w:pPr>
        <w:jc w:val="both"/>
      </w:pPr>
      <w:r>
        <w:t>140</w:t>
      </w:r>
    </w:p>
    <w:p>
      <w:pPr>
        <w:jc w:val="both"/>
      </w:pPr>
      <w:r>
        <w:t>03C1.25</w:t>
      </w:r>
    </w:p>
    <w:p>
      <w:pPr>
        <w:jc w:val="both"/>
      </w:pPr>
      <w:r>
        <w:t>Nội soi dạ dày can thiệp</w:t>
      </w:r>
    </w:p>
    <w:p>
      <w:pPr>
        <w:jc w:val="both"/>
      </w:pPr>
      <w:r>
        <w:t>753.000</w:t>
      </w:r>
    </w:p>
    <w:p>
      <w:pPr>
        <w:jc w:val="both"/>
      </w:pPr>
      <w:r>
        <w:t>845.000</w:t>
      </w:r>
    </w:p>
    <w:p>
      <w:pPr>
        <w:jc w:val="both"/>
      </w:pPr>
      <w:r>
        <w:t>Chưa bao gồm thuốc cầm máu, dụng cụ cầm máu (clip, bộ thắt tĩnh mạch thực quản...)</w:t>
      </w:r>
    </w:p>
    <w:p>
      <w:pPr>
        <w:jc w:val="both"/>
      </w:pPr>
      <w:r>
        <w:t>146</w:t>
      </w:r>
    </w:p>
    <w:p>
      <w:pPr>
        <w:jc w:val="both"/>
      </w:pPr>
      <w:r>
        <w:t>141</w:t>
      </w:r>
    </w:p>
    <w:p>
      <w:pPr>
        <w:jc w:val="both"/>
      </w:pPr>
      <w:r>
        <w:t>03C4.2.4.2</w:t>
      </w:r>
    </w:p>
    <w:p>
      <w:pPr>
        <w:jc w:val="both"/>
      </w:pPr>
      <w:r>
        <w:t>Nội soi mật tuy ngược dòng (ERCP)</w:t>
      </w:r>
    </w:p>
    <w:p>
      <w:pPr>
        <w:jc w:val="both"/>
      </w:pPr>
      <w:r>
        <w:t>2.693.000</w:t>
      </w:r>
    </w:p>
    <w:p>
      <w:pPr>
        <w:jc w:val="both"/>
      </w:pPr>
      <w:r>
        <w:t>3.088.000</w:t>
      </w:r>
    </w:p>
    <w:p>
      <w:pPr>
        <w:jc w:val="both"/>
      </w:pPr>
      <w:r>
        <w:t>Chưa bao gồm dụng cụ can thiệp: stent, bộ tán sỏi cơ học, rọ lấy dị vật, dao cắt, bóng kéo, bóng nong.</w:t>
      </w:r>
    </w:p>
    <w:p>
      <w:pPr>
        <w:jc w:val="both"/>
      </w:pPr>
      <w:r>
        <w:t>147</w:t>
      </w:r>
    </w:p>
    <w:p>
      <w:pPr>
        <w:jc w:val="both"/>
      </w:pPr>
      <w:r>
        <w:t>142</w:t>
      </w:r>
    </w:p>
    <w:p>
      <w:pPr>
        <w:jc w:val="both"/>
      </w:pPr>
      <w:r>
        <w:t>04C2.85</w:t>
      </w:r>
    </w:p>
    <w:p>
      <w:pPr>
        <w:jc w:val="both"/>
      </w:pPr>
      <w:r>
        <w:t>Nội soi ổ bụng</w:t>
      </w:r>
    </w:p>
    <w:p>
      <w:pPr>
        <w:jc w:val="both"/>
      </w:pPr>
      <w:r>
        <w:t>854.000</w:t>
      </w:r>
    </w:p>
    <w:p>
      <w:pPr>
        <w:jc w:val="both"/>
      </w:pPr>
      <w:r>
        <w:t>958.000</w:t>
      </w:r>
    </w:p>
    <w:p>
      <w:pPr>
        <w:jc w:val="both"/>
      </w:pPr>
      <w:r>
        <w:t>148</w:t>
      </w:r>
    </w:p>
    <w:p>
      <w:pPr>
        <w:jc w:val="both"/>
      </w:pPr>
      <w:r>
        <w:t>143</w:t>
      </w:r>
    </w:p>
    <w:p>
      <w:pPr>
        <w:jc w:val="both"/>
      </w:pPr>
      <w:r>
        <w:t>04C2.86</w:t>
      </w:r>
    </w:p>
    <w:p>
      <w:pPr>
        <w:jc w:val="both"/>
      </w:pPr>
      <w:r>
        <w:t>Nội soi ổ bụng có sinh thiết</w:t>
      </w:r>
    </w:p>
    <w:p>
      <w:pPr>
        <w:jc w:val="both"/>
      </w:pPr>
      <w:r>
        <w:t>1.023.000</w:t>
      </w:r>
    </w:p>
    <w:p>
      <w:pPr>
        <w:jc w:val="both"/>
      </w:pPr>
      <w:r>
        <w:t>1.142.000</w:t>
      </w:r>
    </w:p>
    <w:p>
      <w:pPr>
        <w:jc w:val="both"/>
      </w:pPr>
      <w:r>
        <w:t>149</w:t>
      </w:r>
    </w:p>
    <w:p>
      <w:pPr>
        <w:jc w:val="both"/>
      </w:pPr>
      <w:r>
        <w:t>144</w:t>
      </w:r>
    </w:p>
    <w:p>
      <w:pPr>
        <w:jc w:val="both"/>
      </w:pPr>
      <w:r>
        <w:t>03C1.36</w:t>
      </w:r>
    </w:p>
    <w:p>
      <w:pPr>
        <w:jc w:val="both"/>
      </w:pPr>
      <w:r>
        <w:t>Nội soi ống mật chủ</w:t>
      </w:r>
    </w:p>
    <w:p>
      <w:pPr>
        <w:jc w:val="both"/>
      </w:pPr>
      <w:r>
        <w:t>178.000</w:t>
      </w:r>
    </w:p>
    <w:p>
      <w:pPr>
        <w:jc w:val="both"/>
      </w:pPr>
      <w:r>
        <w:t>195.000</w:t>
      </w:r>
    </w:p>
    <w:p>
      <w:pPr>
        <w:jc w:val="both"/>
      </w:pPr>
      <w:r>
        <w:t>150</w:t>
      </w:r>
    </w:p>
    <w:p>
      <w:pPr>
        <w:jc w:val="both"/>
      </w:pPr>
      <w:r>
        <w:t>145</w:t>
      </w:r>
    </w:p>
    <w:p>
      <w:pPr>
        <w:jc w:val="both"/>
      </w:pPr>
      <w:r>
        <w:t>Nội soi siêu âm chẩn đoán</w:t>
      </w:r>
    </w:p>
    <w:p>
      <w:pPr>
        <w:jc w:val="both"/>
      </w:pPr>
      <w:r>
        <w:t>1.176.000</w:t>
      </w:r>
    </w:p>
    <w:p>
      <w:pPr>
        <w:jc w:val="both"/>
      </w:pPr>
      <w:r>
        <w:t>1.344.000</w:t>
      </w:r>
    </w:p>
    <w:p>
      <w:pPr>
        <w:jc w:val="both"/>
      </w:pPr>
      <w:r>
        <w:t>151</w:t>
      </w:r>
    </w:p>
    <w:p>
      <w:pPr>
        <w:jc w:val="both"/>
      </w:pPr>
      <w:r>
        <w:t>146</w:t>
      </w:r>
    </w:p>
    <w:p>
      <w:pPr>
        <w:jc w:val="both"/>
      </w:pPr>
      <w:r>
        <w:t>Nội soi siêu âm can thiệp - chọc hút tế bào khối u gan, tụy, u ổ bụng bằng kim nhỏ</w:t>
      </w:r>
    </w:p>
    <w:p>
      <w:pPr>
        <w:jc w:val="both"/>
      </w:pPr>
      <w:r>
        <w:t>2.921.000</w:t>
      </w:r>
    </w:p>
    <w:p>
      <w:pPr>
        <w:jc w:val="both"/>
      </w:pPr>
      <w:r>
        <w:t>3.342.000</w:t>
      </w:r>
    </w:p>
    <w:p>
      <w:pPr>
        <w:jc w:val="both"/>
      </w:pPr>
      <w:r>
        <w:t>152</w:t>
      </w:r>
    </w:p>
    <w:p>
      <w:pPr>
        <w:jc w:val="both"/>
      </w:pPr>
      <w:r>
        <w:t>147</w:t>
      </w:r>
    </w:p>
    <w:p>
      <w:pPr>
        <w:jc w:val="both"/>
      </w:pPr>
      <w:r>
        <w:t>03C1.40</w:t>
      </w:r>
    </w:p>
    <w:p>
      <w:pPr>
        <w:jc w:val="both"/>
      </w:pPr>
      <w:r>
        <w:t>Nội soi tiết niệu có gây mê</w:t>
      </w:r>
    </w:p>
    <w:p>
      <w:pPr>
        <w:jc w:val="both"/>
      </w:pPr>
      <w:r>
        <w:t>872.000</w:t>
      </w:r>
    </w:p>
    <w:p>
      <w:pPr>
        <w:jc w:val="both"/>
      </w:pPr>
      <w:r>
        <w:t>983.000</w:t>
      </w:r>
    </w:p>
    <w:p>
      <w:pPr>
        <w:jc w:val="both"/>
      </w:pPr>
      <w:r>
        <w:t>153</w:t>
      </w:r>
    </w:p>
    <w:p>
      <w:pPr>
        <w:jc w:val="both"/>
      </w:pPr>
      <w:r>
        <w:t>148</w:t>
      </w:r>
    </w:p>
    <w:p>
      <w:pPr>
        <w:jc w:val="both"/>
      </w:pPr>
      <w:r>
        <w:t>04C2.101</w:t>
      </w:r>
    </w:p>
    <w:p>
      <w:pPr>
        <w:jc w:val="both"/>
      </w:pPr>
      <w:r>
        <w:t>Nội soi bàng quang - Nội soi niệu quản</w:t>
      </w:r>
    </w:p>
    <w:p>
      <w:pPr>
        <w:jc w:val="both"/>
      </w:pPr>
      <w:r>
        <w:t>943.000</w:t>
      </w:r>
    </w:p>
    <w:p>
      <w:pPr>
        <w:jc w:val="both"/>
      </w:pPr>
      <w:r>
        <w:t>1.070.000</w:t>
      </w:r>
    </w:p>
    <w:p>
      <w:pPr>
        <w:jc w:val="both"/>
      </w:pPr>
      <w:r>
        <w:t>Chưa bao gồm sonde JJ.</w:t>
      </w:r>
    </w:p>
    <w:p>
      <w:pPr>
        <w:jc w:val="both"/>
      </w:pPr>
      <w:r>
        <w:t>154</w:t>
      </w:r>
    </w:p>
    <w:p>
      <w:pPr>
        <w:jc w:val="both"/>
      </w:pPr>
      <w:r>
        <w:t>149</w:t>
      </w:r>
    </w:p>
    <w:p>
      <w:pPr>
        <w:jc w:val="both"/>
      </w:pPr>
      <w:r>
        <w:t>04C2.94</w:t>
      </w:r>
    </w:p>
    <w:p>
      <w:pPr>
        <w:jc w:val="both"/>
      </w:pPr>
      <w:r>
        <w:t>Nội soi bàng quang có sinh thiết</w:t>
      </w:r>
    </w:p>
    <w:p>
      <w:pPr>
        <w:jc w:val="both"/>
      </w:pPr>
      <w:r>
        <w:t>675.000</w:t>
      </w:r>
    </w:p>
    <w:p>
      <w:pPr>
        <w:jc w:val="both"/>
      </w:pPr>
      <w:r>
        <w:t>754.000</w:t>
      </w:r>
    </w:p>
    <w:p>
      <w:pPr>
        <w:jc w:val="both"/>
      </w:pPr>
      <w:r>
        <w:t>155</w:t>
      </w:r>
    </w:p>
    <w:p>
      <w:pPr>
        <w:jc w:val="both"/>
      </w:pPr>
      <w:r>
        <w:t>150</w:t>
      </w:r>
    </w:p>
    <w:p>
      <w:pPr>
        <w:jc w:val="both"/>
      </w:pPr>
      <w:r>
        <w:t>04C2.93.</w:t>
      </w:r>
    </w:p>
    <w:p>
      <w:pPr>
        <w:jc w:val="both"/>
      </w:pPr>
      <w:r>
        <w:t>Nội soi bàng quang không sinh thiết</w:t>
      </w:r>
    </w:p>
    <w:p>
      <w:pPr>
        <w:jc w:val="both"/>
      </w:pPr>
      <w:r>
        <w:t>543.000</w:t>
      </w:r>
    </w:p>
    <w:p>
      <w:pPr>
        <w:jc w:val="both"/>
      </w:pPr>
      <w:r>
        <w:t>610.000</w:t>
      </w:r>
    </w:p>
    <w:p>
      <w:pPr>
        <w:jc w:val="both"/>
      </w:pPr>
      <w:r>
        <w:t>156</w:t>
      </w:r>
    </w:p>
    <w:p>
      <w:pPr>
        <w:jc w:val="both"/>
      </w:pPr>
      <w:r>
        <w:t>151</w:t>
      </w:r>
    </w:p>
    <w:p>
      <w:pPr>
        <w:jc w:val="both"/>
      </w:pPr>
      <w:r>
        <w:t>04C2.118</w:t>
      </w:r>
    </w:p>
    <w:p>
      <w:pPr>
        <w:jc w:val="both"/>
      </w:pPr>
      <w:r>
        <w:t>Nội soi bàng quang điều trị đái dưỡng chấp</w:t>
      </w:r>
    </w:p>
    <w:p>
      <w:pPr>
        <w:jc w:val="both"/>
      </w:pPr>
      <w:r>
        <w:t>712.000</w:t>
      </w:r>
    </w:p>
    <w:p>
      <w:pPr>
        <w:jc w:val="both"/>
      </w:pPr>
      <w:r>
        <w:t>804.000</w:t>
      </w:r>
    </w:p>
    <w:p>
      <w:pPr>
        <w:jc w:val="both"/>
      </w:pPr>
      <w:r>
        <w:t>157</w:t>
      </w:r>
    </w:p>
    <w:p>
      <w:pPr>
        <w:jc w:val="both"/>
      </w:pPr>
      <w:r>
        <w:t>152</w:t>
      </w:r>
    </w:p>
    <w:p>
      <w:pPr>
        <w:jc w:val="both"/>
      </w:pPr>
      <w:r>
        <w:t>04C2.95</w:t>
      </w:r>
    </w:p>
    <w:p>
      <w:pPr>
        <w:jc w:val="both"/>
      </w:pPr>
      <w:r>
        <w:t>Nội soi bàng quang và gắp dị vật hoặc lấy máu cục</w:t>
      </w:r>
    </w:p>
    <w:p>
      <w:pPr>
        <w:jc w:val="both"/>
      </w:pPr>
      <w:r>
        <w:t>915.000</w:t>
      </w:r>
    </w:p>
    <w:p>
      <w:pPr>
        <w:jc w:val="both"/>
      </w:pPr>
      <w:r>
        <w:t>1.035.000</w:t>
      </w:r>
    </w:p>
    <w:p>
      <w:pPr>
        <w:jc w:val="both"/>
      </w:pPr>
      <w:r>
        <w:t>158</w:t>
      </w:r>
    </w:p>
    <w:p>
      <w:pPr>
        <w:jc w:val="both"/>
      </w:pPr>
      <w:r>
        <w:t>153</w:t>
      </w:r>
    </w:p>
    <w:p>
      <w:pPr>
        <w:jc w:val="both"/>
      </w:pPr>
      <w:r>
        <w:t>Nối thông động - tĩnh mạch có dịch chuyển mạch</w:t>
      </w:r>
    </w:p>
    <w:p>
      <w:pPr>
        <w:jc w:val="both"/>
      </w:pPr>
      <w:r>
        <w:t>1.360.000</w:t>
      </w:r>
    </w:p>
    <w:p>
      <w:pPr>
        <w:jc w:val="both"/>
      </w:pPr>
      <w:r>
        <w:t>1.558.000</w:t>
      </w:r>
    </w:p>
    <w:p>
      <w:pPr>
        <w:jc w:val="both"/>
      </w:pPr>
      <w:r>
        <w:t>159</w:t>
      </w:r>
    </w:p>
    <w:p>
      <w:pPr>
        <w:jc w:val="both"/>
      </w:pPr>
      <w:r>
        <w:t>154</w:t>
      </w:r>
    </w:p>
    <w:p>
      <w:pPr>
        <w:jc w:val="both"/>
      </w:pPr>
      <w:r>
        <w:t>Nối thông động - tĩnh mạch sử dụng mạch nhân tạo</w:t>
      </w:r>
    </w:p>
    <w:p>
      <w:pPr>
        <w:jc w:val="both"/>
      </w:pPr>
      <w:r>
        <w:t>1.384.000</w:t>
      </w:r>
    </w:p>
    <w:p>
      <w:pPr>
        <w:jc w:val="both"/>
      </w:pPr>
      <w:r>
        <w:t>1.582.000</w:t>
      </w:r>
    </w:p>
    <w:p>
      <w:pPr>
        <w:jc w:val="both"/>
      </w:pPr>
      <w:r>
        <w:t>Chưa bao gồm mạch nhân tạo.</w:t>
      </w:r>
    </w:p>
    <w:p>
      <w:pPr>
        <w:jc w:val="both"/>
      </w:pPr>
      <w:r>
        <w:t>160</w:t>
      </w:r>
    </w:p>
    <w:p>
      <w:pPr>
        <w:jc w:val="both"/>
      </w:pPr>
      <w:r>
        <w:t>155</w:t>
      </w:r>
    </w:p>
    <w:p>
      <w:pPr>
        <w:jc w:val="both"/>
      </w:pPr>
      <w:r>
        <w:t>Nối thông động- tĩnh mạch</w:t>
      </w:r>
    </w:p>
    <w:p>
      <w:pPr>
        <w:jc w:val="both"/>
      </w:pPr>
      <w:r>
        <w:t>1.160.000</w:t>
      </w:r>
    </w:p>
    <w:p>
      <w:pPr>
        <w:jc w:val="both"/>
      </w:pPr>
      <w:r>
        <w:t>1.328.000</w:t>
      </w:r>
    </w:p>
    <w:p>
      <w:pPr>
        <w:jc w:val="both"/>
      </w:pPr>
      <w:r>
        <w:t>161</w:t>
      </w:r>
    </w:p>
    <w:p>
      <w:pPr>
        <w:jc w:val="both"/>
      </w:pPr>
      <w:r>
        <w:t>156</w:t>
      </w:r>
    </w:p>
    <w:p>
      <w:pPr>
        <w:jc w:val="both"/>
      </w:pPr>
      <w:r>
        <w:t>04C2.74</w:t>
      </w:r>
    </w:p>
    <w:p>
      <w:pPr>
        <w:jc w:val="both"/>
      </w:pPr>
      <w:r>
        <w:t>Nong niệu đạo và đặt thông đái</w:t>
      </w:r>
    </w:p>
    <w:p>
      <w:pPr>
        <w:jc w:val="both"/>
      </w:pPr>
      <w:r>
        <w:t>252.000</w:t>
      </w:r>
    </w:p>
    <w:p>
      <w:pPr>
        <w:jc w:val="both"/>
      </w:pPr>
      <w:r>
        <w:t>280.000</w:t>
      </w:r>
    </w:p>
    <w:p>
      <w:pPr>
        <w:jc w:val="both"/>
      </w:pPr>
      <w:r>
        <w:t>162</w:t>
      </w:r>
    </w:p>
    <w:p>
      <w:pPr>
        <w:jc w:val="both"/>
      </w:pPr>
      <w:r>
        <w:t>157</w:t>
      </w:r>
    </w:p>
    <w:p>
      <w:pPr>
        <w:jc w:val="both"/>
      </w:pPr>
      <w:r>
        <w:t>03C1.31</w:t>
      </w:r>
    </w:p>
    <w:p>
      <w:pPr>
        <w:jc w:val="both"/>
      </w:pPr>
      <w:r>
        <w:t>Nong thực quản qua nội soi</w:t>
      </w:r>
    </w:p>
    <w:p>
      <w:pPr>
        <w:jc w:val="both"/>
      </w:pPr>
      <w:r>
        <w:t>2.312.000</w:t>
      </w:r>
    </w:p>
    <w:p>
      <w:pPr>
        <w:jc w:val="both"/>
      </w:pPr>
      <w:r>
        <w:t>2.631.000</w:t>
      </w:r>
    </w:p>
    <w:p>
      <w:pPr>
        <w:jc w:val="both"/>
      </w:pPr>
      <w:r>
        <w:t>163</w:t>
      </w:r>
    </w:p>
    <w:p>
      <w:pPr>
        <w:jc w:val="both"/>
      </w:pPr>
      <w:r>
        <w:t>158</w:t>
      </w:r>
    </w:p>
    <w:p>
      <w:pPr>
        <w:jc w:val="both"/>
      </w:pPr>
      <w:r>
        <w:t>04C2.73</w:t>
      </w:r>
    </w:p>
    <w:p>
      <w:pPr>
        <w:jc w:val="both"/>
      </w:pPr>
      <w:r>
        <w:t>Rửa bàng quang</w:t>
      </w:r>
    </w:p>
    <w:p>
      <w:pPr>
        <w:jc w:val="both"/>
      </w:pPr>
      <w:r>
        <w:t>209.000</w:t>
      </w:r>
    </w:p>
    <w:p>
      <w:pPr>
        <w:jc w:val="both"/>
      </w:pPr>
      <w:r>
        <w:t>231.000</w:t>
      </w:r>
    </w:p>
    <w:p>
      <w:pPr>
        <w:jc w:val="both"/>
      </w:pPr>
      <w:r>
        <w:t>Chưa bao gồm hóa chất.</w:t>
      </w:r>
    </w:p>
    <w:p>
      <w:pPr>
        <w:jc w:val="both"/>
      </w:pPr>
      <w:r>
        <w:t>164</w:t>
      </w:r>
    </w:p>
    <w:p>
      <w:pPr>
        <w:jc w:val="both"/>
      </w:pPr>
      <w:r>
        <w:t>159</w:t>
      </w:r>
    </w:p>
    <w:p>
      <w:pPr>
        <w:jc w:val="both"/>
      </w:pPr>
      <w:r>
        <w:t>03C1.5</w:t>
      </w:r>
    </w:p>
    <w:p>
      <w:pPr>
        <w:jc w:val="both"/>
      </w:pPr>
      <w:r>
        <w:t>Rửa dạ dày</w:t>
      </w:r>
    </w:p>
    <w:p>
      <w:pPr>
        <w:jc w:val="both"/>
      </w:pPr>
      <w:r>
        <w:t>131.000</w:t>
      </w:r>
    </w:p>
    <w:p>
      <w:pPr>
        <w:jc w:val="both"/>
      </w:pPr>
      <w:r>
        <w:t>140.000</w:t>
      </w:r>
    </w:p>
    <w:p>
      <w:pPr>
        <w:jc w:val="both"/>
      </w:pPr>
      <w:r>
        <w:t>165</w:t>
      </w:r>
    </w:p>
    <w:p>
      <w:pPr>
        <w:jc w:val="both"/>
      </w:pPr>
      <w:r>
        <w:t>160</w:t>
      </w:r>
    </w:p>
    <w:p>
      <w:pPr>
        <w:jc w:val="both"/>
      </w:pPr>
      <w:r>
        <w:t>030.54</w:t>
      </w:r>
    </w:p>
    <w:p>
      <w:pPr>
        <w:jc w:val="both"/>
      </w:pPr>
      <w:r>
        <w:t>Rửa dạ dày loại bỏ chất độc qua hệ thống kín</w:t>
      </w:r>
    </w:p>
    <w:p>
      <w:pPr>
        <w:jc w:val="both"/>
      </w:pPr>
      <w:r>
        <w:t>601.000</w:t>
      </w:r>
    </w:p>
    <w:p>
      <w:pPr>
        <w:jc w:val="both"/>
      </w:pPr>
      <w:r>
        <w:t>681.000</w:t>
      </w:r>
    </w:p>
    <w:p>
      <w:pPr>
        <w:jc w:val="both"/>
      </w:pPr>
      <w:r>
        <w:t>166</w:t>
      </w:r>
    </w:p>
    <w:p>
      <w:pPr>
        <w:jc w:val="both"/>
      </w:pPr>
      <w:r>
        <w:t>161</w:t>
      </w:r>
    </w:p>
    <w:p>
      <w:pPr>
        <w:jc w:val="both"/>
      </w:pPr>
      <w:r>
        <w:t>Rửa phổi toàn bộ</w:t>
      </w:r>
    </w:p>
    <w:p>
      <w:pPr>
        <w:jc w:val="both"/>
      </w:pPr>
      <w:r>
        <w:t>8.428.000</w:t>
      </w:r>
    </w:p>
    <w:p>
      <w:pPr>
        <w:jc w:val="both"/>
      </w:pPr>
      <w:r>
        <w:t>9.486.000</w:t>
      </w:r>
    </w:p>
    <w:p>
      <w:pPr>
        <w:jc w:val="both"/>
      </w:pPr>
      <w:r>
        <w:t>Đã bao gồm thuốc gây mê</w:t>
      </w:r>
    </w:p>
    <w:p>
      <w:pPr>
        <w:jc w:val="both"/>
      </w:pPr>
      <w:r>
        <w:t>167</w:t>
      </w:r>
    </w:p>
    <w:p>
      <w:pPr>
        <w:jc w:val="both"/>
      </w:pPr>
      <w:r>
        <w:t>162</w:t>
      </w:r>
    </w:p>
    <w:p>
      <w:pPr>
        <w:jc w:val="both"/>
      </w:pPr>
      <w:r>
        <w:t>030.55</w:t>
      </w:r>
    </w:p>
    <w:p>
      <w:pPr>
        <w:jc w:val="both"/>
      </w:pPr>
      <w:r>
        <w:t>Rửa ruột non toàn bộ loại bỏ chất độc qua đường tiêu hoá</w:t>
      </w:r>
    </w:p>
    <w:p>
      <w:pPr>
        <w:jc w:val="both"/>
      </w:pPr>
      <w:r>
        <w:t>849.000</w:t>
      </w:r>
    </w:p>
    <w:p>
      <w:pPr>
        <w:jc w:val="both"/>
      </w:pPr>
      <w:r>
        <w:t>962.000</w:t>
      </w:r>
    </w:p>
    <w:p>
      <w:pPr>
        <w:jc w:val="both"/>
      </w:pPr>
      <w:r>
        <w:t>168</w:t>
      </w:r>
    </w:p>
    <w:p>
      <w:pPr>
        <w:jc w:val="both"/>
      </w:pPr>
      <w:r>
        <w:t>163</w:t>
      </w:r>
    </w:p>
    <w:p>
      <w:pPr>
        <w:jc w:val="both"/>
      </w:pPr>
      <w:r>
        <w:t>Rút máu để điều trị</w:t>
      </w:r>
    </w:p>
    <w:p>
      <w:pPr>
        <w:jc w:val="both"/>
      </w:pPr>
      <w:r>
        <w:t>256.000</w:t>
      </w:r>
    </w:p>
    <w:p>
      <w:pPr>
        <w:jc w:val="both"/>
      </w:pPr>
      <w:r>
        <w:t>278.000</w:t>
      </w:r>
    </w:p>
    <w:p>
      <w:pPr>
        <w:jc w:val="both"/>
      </w:pPr>
      <w:r>
        <w:t>169</w:t>
      </w:r>
    </w:p>
    <w:p>
      <w:pPr>
        <w:jc w:val="both"/>
      </w:pPr>
      <w:r>
        <w:t>164</w:t>
      </w:r>
    </w:p>
    <w:p>
      <w:pPr>
        <w:jc w:val="both"/>
      </w:pPr>
      <w:r>
        <w:t>Rút ống dẫn lưu màng phổi, ống dẫn lưu ổ áp xe</w:t>
      </w:r>
    </w:p>
    <w:p>
      <w:pPr>
        <w:jc w:val="both"/>
      </w:pPr>
      <w:r>
        <w:t>184.000</w:t>
      </w:r>
    </w:p>
    <w:p>
      <w:pPr>
        <w:jc w:val="both"/>
      </w:pPr>
      <w:r>
        <w:t>207.000</w:t>
      </w:r>
    </w:p>
    <w:p>
      <w:pPr>
        <w:jc w:val="both"/>
      </w:pPr>
      <w:r>
        <w:t>170</w:t>
      </w:r>
    </w:p>
    <w:p>
      <w:pPr>
        <w:jc w:val="both"/>
      </w:pPr>
      <w:r>
        <w:t>165</w:t>
      </w:r>
    </w:p>
    <w:p>
      <w:pPr>
        <w:jc w:val="both"/>
      </w:pPr>
      <w:r>
        <w:t>Siêu âm can thiệp - Đặt ống thông dẫn lưu ổ áp xe</w:t>
      </w:r>
    </w:p>
    <w:p>
      <w:pPr>
        <w:jc w:val="both"/>
      </w:pPr>
      <w:r>
        <w:t>620.000</w:t>
      </w:r>
    </w:p>
    <w:p>
      <w:pPr>
        <w:jc w:val="both"/>
      </w:pPr>
      <w:r>
        <w:t>694.000</w:t>
      </w:r>
    </w:p>
    <w:p>
      <w:pPr>
        <w:jc w:val="both"/>
      </w:pPr>
      <w:r>
        <w:t>Chưa bao gồm ống thông.</w:t>
      </w:r>
    </w:p>
    <w:p>
      <w:pPr>
        <w:jc w:val="both"/>
      </w:pPr>
      <w:r>
        <w:t>171</w:t>
      </w:r>
    </w:p>
    <w:p>
      <w:pPr>
        <w:jc w:val="both"/>
      </w:pPr>
      <w:r>
        <w:t>166</w:t>
      </w:r>
    </w:p>
    <w:p>
      <w:pPr>
        <w:jc w:val="both"/>
      </w:pPr>
      <w:r>
        <w:t>Siêu âm can thiệp điều trị áp xe hoặc u hoặc nang trong ổ bụng</w:t>
      </w:r>
    </w:p>
    <w:p>
      <w:pPr>
        <w:jc w:val="both"/>
      </w:pPr>
      <w:r>
        <w:t>568.000</w:t>
      </w:r>
    </w:p>
    <w:p>
      <w:pPr>
        <w:jc w:val="both"/>
      </w:pPr>
      <w:r>
        <w:t>645.000</w:t>
      </w:r>
    </w:p>
    <w:p>
      <w:pPr>
        <w:jc w:val="both"/>
      </w:pPr>
      <w:r>
        <w:t>172</w:t>
      </w:r>
    </w:p>
    <w:p>
      <w:pPr>
        <w:jc w:val="both"/>
      </w:pPr>
      <w:r>
        <w:t>167</w:t>
      </w:r>
    </w:p>
    <w:p>
      <w:pPr>
        <w:jc w:val="both"/>
      </w:pPr>
      <w:r>
        <w:t>030.21</w:t>
      </w:r>
    </w:p>
    <w:p>
      <w:pPr>
        <w:jc w:val="both"/>
      </w:pPr>
      <w:r>
        <w:t>Sinh thiết cơ tim</w:t>
      </w:r>
    </w:p>
    <w:p>
      <w:pPr>
        <w:jc w:val="both"/>
      </w:pPr>
      <w:r>
        <w:t>1.822.000</w:t>
      </w:r>
    </w:p>
    <w:p>
      <w:pPr>
        <w:jc w:val="both"/>
      </w:pPr>
      <w:r>
        <w:t>2.048.000</w:t>
      </w:r>
    </w:p>
    <w:p>
      <w:pPr>
        <w:jc w:val="both"/>
      </w:pPr>
      <w:r>
        <w:t>Chưa bao gồm bộ dụng cụ thông tim và chụp buồng tim, kim sinh thiết cơ tim.</w:t>
      </w:r>
    </w:p>
    <w:p>
      <w:pPr>
        <w:jc w:val="both"/>
      </w:pPr>
      <w:r>
        <w:t>173</w:t>
      </w:r>
    </w:p>
    <w:p>
      <w:pPr>
        <w:jc w:val="both"/>
      </w:pPr>
      <w:r>
        <w:t>168</w:t>
      </w:r>
    </w:p>
    <w:p>
      <w:pPr>
        <w:jc w:val="both"/>
      </w:pPr>
      <w:r>
        <w:t>04C2.80</w:t>
      </w:r>
    </w:p>
    <w:p>
      <w:pPr>
        <w:jc w:val="both"/>
      </w:pPr>
      <w:r>
        <w:t>Sinh thiết da hoặc niêm mạc</w:t>
      </w:r>
    </w:p>
    <w:p>
      <w:pPr>
        <w:jc w:val="both"/>
      </w:pPr>
      <w:r>
        <w:t>130.000</w:t>
      </w:r>
    </w:p>
    <w:p>
      <w:pPr>
        <w:jc w:val="both"/>
      </w:pPr>
      <w:r>
        <w:t>146.000</w:t>
      </w:r>
    </w:p>
    <w:p>
      <w:pPr>
        <w:jc w:val="both"/>
      </w:pPr>
      <w:r>
        <w:t>174</w:t>
      </w:r>
    </w:p>
    <w:p>
      <w:pPr>
        <w:jc w:val="both"/>
      </w:pPr>
      <w:r>
        <w:t>169</w:t>
      </w:r>
    </w:p>
    <w:p>
      <w:pPr>
        <w:jc w:val="both"/>
      </w:pPr>
      <w:r>
        <w:t>Sinh thiết gan hoặc thận dưới hướng dẫn của siêu âm</w:t>
      </w:r>
    </w:p>
    <w:p>
      <w:pPr>
        <w:jc w:val="both"/>
      </w:pPr>
      <w:r>
        <w:t>1.025.000</w:t>
      </w:r>
    </w:p>
    <w:p>
      <w:pPr>
        <w:jc w:val="both"/>
      </w:pPr>
      <w:r>
        <w:t>1.160.000</w:t>
      </w:r>
    </w:p>
    <w:p>
      <w:pPr>
        <w:jc w:val="both"/>
      </w:pPr>
      <w:r>
        <w:t>175</w:t>
      </w:r>
    </w:p>
    <w:p>
      <w:pPr>
        <w:jc w:val="both"/>
      </w:pPr>
      <w:r>
        <w:t>170</w:t>
      </w:r>
    </w:p>
    <w:p>
      <w:pPr>
        <w:jc w:val="both"/>
      </w:pPr>
      <w:r>
        <w:t>Sinh thiết vú hoặc tổn thương khác dưới hướng dẫn của siêu âm</w:t>
      </w:r>
    </w:p>
    <w:p>
      <w:pPr>
        <w:jc w:val="both"/>
      </w:pPr>
      <w:r>
        <w:t>847.000</w:t>
      </w:r>
    </w:p>
    <w:p>
      <w:pPr>
        <w:jc w:val="both"/>
      </w:pPr>
      <w:r>
        <w:t>958.000</w:t>
      </w:r>
    </w:p>
    <w:p>
      <w:pPr>
        <w:jc w:val="both"/>
      </w:pPr>
      <w:r>
        <w:t>176</w:t>
      </w:r>
    </w:p>
    <w:p>
      <w:pPr>
        <w:jc w:val="both"/>
      </w:pPr>
      <w:r>
        <w:t>171</w:t>
      </w:r>
    </w:p>
    <w:p>
      <w:pPr>
        <w:jc w:val="both"/>
      </w:pPr>
      <w:r>
        <w:t>Sinh thiết phổi hoặc gan dưới hướng dẫn của cắt lớp vi tính</w:t>
      </w:r>
    </w:p>
    <w:p>
      <w:pPr>
        <w:jc w:val="both"/>
      </w:pPr>
      <w:r>
        <w:t>1.926.000</w:t>
      </w:r>
    </w:p>
    <w:p>
      <w:pPr>
        <w:jc w:val="both"/>
      </w:pPr>
      <w:r>
        <w:t>2.195.000</w:t>
      </w:r>
    </w:p>
    <w:p>
      <w:pPr>
        <w:jc w:val="both"/>
      </w:pPr>
      <w:r>
        <w:t>177</w:t>
      </w:r>
    </w:p>
    <w:p>
      <w:pPr>
        <w:jc w:val="both"/>
      </w:pPr>
      <w:r>
        <w:t>172</w:t>
      </w:r>
    </w:p>
    <w:p>
      <w:pPr>
        <w:jc w:val="both"/>
      </w:pPr>
      <w:r>
        <w:t>Sinh thiết thận hoặc vú hoặc vị trí khác dưới hướng dẫn của cắt lớp vi tính</w:t>
      </w:r>
    </w:p>
    <w:p>
      <w:pPr>
        <w:jc w:val="both"/>
      </w:pPr>
      <w:r>
        <w:t>1.726.000</w:t>
      </w:r>
    </w:p>
    <w:p>
      <w:pPr>
        <w:jc w:val="both"/>
      </w:pPr>
      <w:r>
        <w:t>1.965.000</w:t>
      </w:r>
    </w:p>
    <w:p>
      <w:pPr>
        <w:jc w:val="both"/>
      </w:pPr>
      <w:r>
        <w:t>178</w:t>
      </w:r>
    </w:p>
    <w:p>
      <w:pPr>
        <w:jc w:val="both"/>
      </w:pPr>
      <w:r>
        <w:t>173</w:t>
      </w:r>
    </w:p>
    <w:p>
      <w:pPr>
        <w:jc w:val="both"/>
      </w:pPr>
      <w:r>
        <w:t>04C2.81</w:t>
      </w:r>
    </w:p>
    <w:p>
      <w:pPr>
        <w:jc w:val="both"/>
      </w:pPr>
      <w:r>
        <w:t>Sinh thiết hạch hoặc u</w:t>
      </w:r>
    </w:p>
    <w:p>
      <w:pPr>
        <w:jc w:val="both"/>
      </w:pPr>
      <w:r>
        <w:t>273.000</w:t>
      </w:r>
    </w:p>
    <w:p>
      <w:pPr>
        <w:jc w:val="both"/>
      </w:pPr>
      <w:r>
        <w:t>304.000</w:t>
      </w:r>
    </w:p>
    <w:p>
      <w:pPr>
        <w:jc w:val="both"/>
      </w:pPr>
      <w:r>
        <w:t>179</w:t>
      </w:r>
    </w:p>
    <w:p>
      <w:pPr>
        <w:jc w:val="both"/>
      </w:pPr>
      <w:r>
        <w:t>174</w:t>
      </w:r>
    </w:p>
    <w:p>
      <w:pPr>
        <w:jc w:val="both"/>
      </w:pPr>
      <w:r>
        <w:t>04C2.110</w:t>
      </w:r>
    </w:p>
    <w:p>
      <w:pPr>
        <w:jc w:val="both"/>
      </w:pPr>
      <w:r>
        <w:t>Sinh thiết màng hoạt dịch dưới hướng dẫn của siêu âm</w:t>
      </w:r>
    </w:p>
    <w:p>
      <w:pPr>
        <w:jc w:val="both"/>
      </w:pPr>
      <w:r>
        <w:t>1.128.000</w:t>
      </w:r>
    </w:p>
    <w:p>
      <w:pPr>
        <w:jc w:val="both"/>
      </w:pPr>
      <w:r>
        <w:t>1.277.000</w:t>
      </w:r>
    </w:p>
    <w:p>
      <w:pPr>
        <w:jc w:val="both"/>
      </w:pPr>
      <w:r>
        <w:t>180</w:t>
      </w:r>
    </w:p>
    <w:p>
      <w:pPr>
        <w:jc w:val="both"/>
      </w:pPr>
      <w:r>
        <w:t>175</w:t>
      </w:r>
    </w:p>
    <w:p>
      <w:pPr>
        <w:jc w:val="both"/>
      </w:pPr>
      <w:r>
        <w:t>04C2.83</w:t>
      </w:r>
    </w:p>
    <w:p>
      <w:pPr>
        <w:jc w:val="both"/>
      </w:pPr>
      <w:r>
        <w:t>Sinh thiết màng phổi</w:t>
      </w:r>
    </w:p>
    <w:p>
      <w:pPr>
        <w:jc w:val="both"/>
      </w:pPr>
      <w:r>
        <w:t>442.000</w:t>
      </w:r>
    </w:p>
    <w:p>
      <w:pPr>
        <w:jc w:val="both"/>
      </w:pPr>
      <w:r>
        <w:t>499.000</w:t>
      </w:r>
    </w:p>
    <w:p>
      <w:pPr>
        <w:jc w:val="both"/>
      </w:pPr>
      <w:r>
        <w:t>181</w:t>
      </w:r>
    </w:p>
    <w:p>
      <w:pPr>
        <w:jc w:val="both"/>
      </w:pPr>
      <w:r>
        <w:t>176</w:t>
      </w:r>
    </w:p>
    <w:p>
      <w:pPr>
        <w:jc w:val="both"/>
      </w:pPr>
      <w:r>
        <w:t>Sinh thiết móng</w:t>
      </w:r>
    </w:p>
    <w:p>
      <w:pPr>
        <w:jc w:val="both"/>
      </w:pPr>
      <w:r>
        <w:t>335.000</w:t>
      </w:r>
    </w:p>
    <w:p>
      <w:pPr>
        <w:jc w:val="both"/>
      </w:pPr>
      <w:r>
        <w:t>364.000</w:t>
      </w:r>
    </w:p>
    <w:p>
      <w:pPr>
        <w:jc w:val="both"/>
      </w:pPr>
      <w:r>
        <w:t>182</w:t>
      </w:r>
    </w:p>
    <w:p>
      <w:pPr>
        <w:jc w:val="both"/>
      </w:pPr>
      <w:r>
        <w:t>177</w:t>
      </w:r>
    </w:p>
    <w:p>
      <w:pPr>
        <w:jc w:val="both"/>
      </w:pPr>
      <w:r>
        <w:t>04C2.84</w:t>
      </w:r>
    </w:p>
    <w:p>
      <w:pPr>
        <w:jc w:val="both"/>
      </w:pPr>
      <w:r>
        <w:t>Sinh thiết tiền liệt tuyến qua siêu âm đường trực tràng</w:t>
      </w:r>
    </w:p>
    <w:p>
      <w:pPr>
        <w:jc w:val="both"/>
      </w:pPr>
      <w:r>
        <w:t>628.000</w:t>
      </w:r>
    </w:p>
    <w:p>
      <w:pPr>
        <w:jc w:val="both"/>
      </w:pPr>
      <w:r>
        <w:t>706.000</w:t>
      </w:r>
    </w:p>
    <w:p>
      <w:pPr>
        <w:jc w:val="both"/>
      </w:pPr>
      <w:r>
        <w:t>183</w:t>
      </w:r>
    </w:p>
    <w:p>
      <w:pPr>
        <w:jc w:val="both"/>
      </w:pPr>
      <w:r>
        <w:t>178</w:t>
      </w:r>
    </w:p>
    <w:p>
      <w:pPr>
        <w:jc w:val="both"/>
      </w:pPr>
      <w:r>
        <w:t>04C2.82</w:t>
      </w:r>
    </w:p>
    <w:p>
      <w:pPr>
        <w:jc w:val="both"/>
      </w:pPr>
      <w:r>
        <w:t>Sinh thiết tủy xương</w:t>
      </w:r>
    </w:p>
    <w:p>
      <w:pPr>
        <w:jc w:val="both"/>
      </w:pPr>
      <w:r>
        <w:t>253.000</w:t>
      </w:r>
    </w:p>
    <w:p>
      <w:pPr>
        <w:jc w:val="both"/>
      </w:pPr>
      <w:r>
        <w:t>281.000</w:t>
      </w:r>
    </w:p>
    <w:p>
      <w:pPr>
        <w:jc w:val="both"/>
      </w:pPr>
      <w:r>
        <w:t>Chưa bao gồm kim sinh thiết.</w:t>
      </w:r>
    </w:p>
    <w:p>
      <w:pPr>
        <w:jc w:val="both"/>
      </w:pPr>
      <w:r>
        <w:t>184</w:t>
      </w:r>
    </w:p>
    <w:p>
      <w:pPr>
        <w:jc w:val="both"/>
      </w:pPr>
      <w:r>
        <w:t>179</w:t>
      </w:r>
    </w:p>
    <w:p>
      <w:pPr>
        <w:jc w:val="both"/>
      </w:pPr>
      <w:r>
        <w:t>04C2.113</w:t>
      </w:r>
    </w:p>
    <w:p>
      <w:pPr>
        <w:jc w:val="both"/>
      </w:pPr>
      <w:r>
        <w:t>Sinh thiết tủy xương có kim sinh thiết</w:t>
      </w:r>
    </w:p>
    <w:p>
      <w:pPr>
        <w:jc w:val="both"/>
      </w:pPr>
      <w:r>
        <w:t>1.383.000</w:t>
      </w:r>
    </w:p>
    <w:p>
      <w:pPr>
        <w:jc w:val="both"/>
      </w:pPr>
      <w:r>
        <w:t>1.582.000</w:t>
      </w:r>
    </w:p>
    <w:p>
      <w:pPr>
        <w:jc w:val="both"/>
      </w:pPr>
      <w:r>
        <w:t>Bao gồm kim sinh thiết dùng nhiều lần.</w:t>
      </w:r>
    </w:p>
    <w:p>
      <w:pPr>
        <w:jc w:val="both"/>
      </w:pPr>
      <w:r>
        <w:t>185</w:t>
      </w:r>
    </w:p>
    <w:p>
      <w:pPr>
        <w:jc w:val="both"/>
      </w:pPr>
      <w:r>
        <w:t>180</w:t>
      </w:r>
    </w:p>
    <w:p>
      <w:pPr>
        <w:jc w:val="both"/>
      </w:pPr>
      <w:r>
        <w:t>Sinh thiết tủy xương (sử dụng máy khoan cầm tay).</w:t>
      </w:r>
    </w:p>
    <w:p>
      <w:pPr>
        <w:jc w:val="both"/>
      </w:pPr>
      <w:r>
        <w:t>2.689.000</w:t>
      </w:r>
    </w:p>
    <w:p>
      <w:pPr>
        <w:jc w:val="both"/>
      </w:pPr>
      <w:r>
        <w:t>3.085.000</w:t>
      </w:r>
    </w:p>
    <w:p>
      <w:pPr>
        <w:jc w:val="both"/>
      </w:pPr>
      <w:r>
        <w:t>186</w:t>
      </w:r>
    </w:p>
    <w:p>
      <w:pPr>
        <w:jc w:val="both"/>
      </w:pPr>
      <w:r>
        <w:t>181</w:t>
      </w:r>
    </w:p>
    <w:p>
      <w:pPr>
        <w:jc w:val="both"/>
      </w:pPr>
      <w:r>
        <w:t>03C1.20</w:t>
      </w:r>
    </w:p>
    <w:p>
      <w:pPr>
        <w:jc w:val="both"/>
      </w:pPr>
      <w:r>
        <w:t>Sinh thiết vú</w:t>
      </w:r>
    </w:p>
    <w:p>
      <w:pPr>
        <w:jc w:val="both"/>
      </w:pPr>
      <w:r>
        <w:t>168.000</w:t>
      </w:r>
    </w:p>
    <w:p>
      <w:pPr>
        <w:jc w:val="both"/>
      </w:pPr>
      <w:r>
        <w:t>183.000</w:t>
      </w:r>
    </w:p>
    <w:p>
      <w:pPr>
        <w:jc w:val="both"/>
      </w:pPr>
      <w:r>
        <w:t>187</w:t>
      </w:r>
    </w:p>
    <w:p>
      <w:pPr>
        <w:jc w:val="both"/>
      </w:pPr>
      <w:r>
        <w:t>182</w:t>
      </w:r>
    </w:p>
    <w:p>
      <w:pPr>
        <w:jc w:val="both"/>
      </w:pPr>
      <w:r>
        <w:t>Sinh thiết tuyến vú dưới hướng dẫn của Xquang có hệ thống định vị stereostatic</w:t>
      </w:r>
    </w:p>
    <w:p>
      <w:pPr>
        <w:jc w:val="both"/>
      </w:pPr>
      <w:r>
        <w:t>1.578.000</w:t>
      </w:r>
    </w:p>
    <w:p>
      <w:pPr>
        <w:jc w:val="both"/>
      </w:pPr>
      <w:r>
        <w:t>1.801.000</w:t>
      </w:r>
    </w:p>
    <w:p>
      <w:pPr>
        <w:jc w:val="both"/>
      </w:pPr>
      <w:r>
        <w:t>188</w:t>
      </w:r>
    </w:p>
    <w:p>
      <w:pPr>
        <w:jc w:val="both"/>
      </w:pPr>
      <w:r>
        <w:t>183</w:t>
      </w:r>
    </w:p>
    <w:p>
      <w:pPr>
        <w:jc w:val="both"/>
      </w:pPr>
      <w:r>
        <w:t>030.30</w:t>
      </w:r>
    </w:p>
    <w:p>
      <w:pPr>
        <w:jc w:val="both"/>
      </w:pPr>
      <w:r>
        <w:t>Soi bàng quang, chụp thận ngược dòng</w:t>
      </w:r>
    </w:p>
    <w:p>
      <w:pPr>
        <w:jc w:val="both"/>
      </w:pPr>
      <w:r>
        <w:t>663.000</w:t>
      </w:r>
    </w:p>
    <w:p>
      <w:pPr>
        <w:jc w:val="both"/>
      </w:pPr>
      <w:r>
        <w:t>748.000</w:t>
      </w:r>
    </w:p>
    <w:p>
      <w:pPr>
        <w:jc w:val="both"/>
      </w:pPr>
      <w:r>
        <w:t>Chưa bao gồm thuốc cản quang.</w:t>
      </w:r>
    </w:p>
    <w:p>
      <w:pPr>
        <w:jc w:val="both"/>
      </w:pPr>
      <w:r>
        <w:t>189</w:t>
      </w:r>
    </w:p>
    <w:p>
      <w:pPr>
        <w:jc w:val="both"/>
      </w:pPr>
      <w:r>
        <w:t>184</w:t>
      </w:r>
    </w:p>
    <w:p>
      <w:pPr>
        <w:jc w:val="both"/>
      </w:pPr>
      <w:r>
        <w:t>03C1.28</w:t>
      </w:r>
    </w:p>
    <w:p>
      <w:pPr>
        <w:jc w:val="both"/>
      </w:pPr>
      <w:r>
        <w:t>Soi đại tràng, tiêm hoặc kẹp cầm máu</w:t>
      </w:r>
    </w:p>
    <w:p>
      <w:pPr>
        <w:jc w:val="both"/>
      </w:pPr>
      <w:r>
        <w:t>605.000</w:t>
      </w:r>
    </w:p>
    <w:p>
      <w:pPr>
        <w:jc w:val="both"/>
      </w:pPr>
      <w:r>
        <w:t>671.000</w:t>
      </w:r>
    </w:p>
    <w:p>
      <w:pPr>
        <w:jc w:val="both"/>
      </w:pPr>
      <w:r>
        <w:t>Chưa bao gồm dụng cụ kẹp và clip cầm máu.</w:t>
      </w:r>
    </w:p>
    <w:p>
      <w:pPr>
        <w:jc w:val="both"/>
      </w:pPr>
      <w:r>
        <w:t>190</w:t>
      </w:r>
    </w:p>
    <w:p>
      <w:pPr>
        <w:jc w:val="both"/>
      </w:pPr>
      <w:r>
        <w:t>185</w:t>
      </w:r>
    </w:p>
    <w:p>
      <w:pPr>
        <w:jc w:val="both"/>
      </w:pPr>
      <w:r>
        <w:t>03C1.22</w:t>
      </w:r>
    </w:p>
    <w:p>
      <w:pPr>
        <w:jc w:val="both"/>
      </w:pPr>
      <w:r>
        <w:t>Soi khớp có sinh thiết</w:t>
      </w:r>
    </w:p>
    <w:p>
      <w:pPr>
        <w:jc w:val="both"/>
      </w:pPr>
      <w:r>
        <w:t>513.000</w:t>
      </w:r>
    </w:p>
    <w:p>
      <w:pPr>
        <w:jc w:val="both"/>
      </w:pPr>
      <w:r>
        <w:t>578.000</w:t>
      </w:r>
    </w:p>
    <w:p>
      <w:pPr>
        <w:jc w:val="both"/>
      </w:pPr>
      <w:r>
        <w:t>191</w:t>
      </w:r>
    </w:p>
    <w:p>
      <w:pPr>
        <w:jc w:val="both"/>
      </w:pPr>
      <w:r>
        <w:t>186</w:t>
      </w:r>
    </w:p>
    <w:p>
      <w:pPr>
        <w:jc w:val="both"/>
      </w:pPr>
      <w:r>
        <w:t>03C1.23</w:t>
      </w:r>
    </w:p>
    <w:p>
      <w:pPr>
        <w:jc w:val="both"/>
      </w:pPr>
      <w:r>
        <w:t>Soi màng phổi</w:t>
      </w:r>
    </w:p>
    <w:p>
      <w:pPr>
        <w:jc w:val="both"/>
      </w:pPr>
      <w:r>
        <w:t>474.000</w:t>
      </w:r>
    </w:p>
    <w:p>
      <w:pPr>
        <w:jc w:val="both"/>
      </w:pPr>
      <w:r>
        <w:t>516.000</w:t>
      </w:r>
    </w:p>
    <w:p>
      <w:pPr>
        <w:jc w:val="both"/>
      </w:pPr>
      <w:r>
        <w:t>192</w:t>
      </w:r>
    </w:p>
    <w:p>
      <w:pPr>
        <w:jc w:val="both"/>
      </w:pPr>
      <w:r>
        <w:t>187</w:t>
      </w:r>
    </w:p>
    <w:p>
      <w:pPr>
        <w:jc w:val="both"/>
      </w:pPr>
      <w:r>
        <w:t>03C1.67</w:t>
      </w:r>
    </w:p>
    <w:p>
      <w:pPr>
        <w:jc w:val="both"/>
      </w:pPr>
      <w:r>
        <w:t>Soi phế quản điều trị sặc phổi ở bệnh nhân ngộ độc cấp</w:t>
      </w:r>
    </w:p>
    <w:p>
      <w:pPr>
        <w:jc w:val="both"/>
      </w:pPr>
      <w:r>
        <w:t>915.000</w:t>
      </w:r>
    </w:p>
    <w:p>
      <w:pPr>
        <w:jc w:val="both"/>
      </w:pPr>
      <w:r>
        <w:t>1.027.000</w:t>
      </w:r>
    </w:p>
    <w:p>
      <w:pPr>
        <w:jc w:val="both"/>
      </w:pPr>
      <w:r>
        <w:t>193</w:t>
      </w:r>
    </w:p>
    <w:p>
      <w:pPr>
        <w:jc w:val="both"/>
      </w:pPr>
      <w:r>
        <w:t>188</w:t>
      </w:r>
    </w:p>
    <w:p>
      <w:pPr>
        <w:jc w:val="both"/>
      </w:pPr>
      <w:r>
        <w:t>03C1.27</w:t>
      </w:r>
    </w:p>
    <w:p>
      <w:pPr>
        <w:jc w:val="both"/>
      </w:pPr>
      <w:r>
        <w:t>Soi ruột non, tiêm (hoặc kẹp cầm máu) hoặc cắt polyp</w:t>
      </w:r>
    </w:p>
    <w:p>
      <w:pPr>
        <w:jc w:val="both"/>
      </w:pPr>
      <w:r>
        <w:t>783.000</w:t>
      </w:r>
    </w:p>
    <w:p>
      <w:pPr>
        <w:jc w:val="both"/>
      </w:pPr>
      <w:r>
        <w:t>871.000</w:t>
      </w:r>
    </w:p>
    <w:p>
      <w:pPr>
        <w:jc w:val="both"/>
      </w:pPr>
      <w:r>
        <w:t>194</w:t>
      </w:r>
    </w:p>
    <w:p>
      <w:pPr>
        <w:jc w:val="both"/>
      </w:pPr>
      <w:r>
        <w:t>189</w:t>
      </w:r>
    </w:p>
    <w:p>
      <w:pPr>
        <w:jc w:val="both"/>
      </w:pPr>
      <w:r>
        <w:t>03C1.26</w:t>
      </w:r>
    </w:p>
    <w:p>
      <w:pPr>
        <w:jc w:val="both"/>
      </w:pPr>
      <w:r>
        <w:t>Soi ruột non</w:t>
      </w:r>
    </w:p>
    <w:p>
      <w:pPr>
        <w:jc w:val="both"/>
      </w:pPr>
      <w:r>
        <w:t>669.000</w:t>
      </w:r>
    </w:p>
    <w:p>
      <w:pPr>
        <w:jc w:val="both"/>
      </w:pPr>
      <w:r>
        <w:t>744.000</w:t>
      </w:r>
    </w:p>
    <w:p>
      <w:pPr>
        <w:jc w:val="both"/>
      </w:pPr>
      <w:r>
        <w:t>195</w:t>
      </w:r>
    </w:p>
    <w:p>
      <w:pPr>
        <w:jc w:val="both"/>
      </w:pPr>
      <w:r>
        <w:t>190</w:t>
      </w:r>
    </w:p>
    <w:p>
      <w:pPr>
        <w:jc w:val="both"/>
      </w:pPr>
      <w:r>
        <w:t>03C1.24</w:t>
      </w:r>
    </w:p>
    <w:p>
      <w:pPr>
        <w:jc w:val="both"/>
      </w:pPr>
      <w:r>
        <w:t>Soi thực quản hoặc dạ dày gắp giun</w:t>
      </w:r>
    </w:p>
    <w:p>
      <w:pPr>
        <w:jc w:val="both"/>
      </w:pPr>
      <w:r>
        <w:t>456.000</w:t>
      </w:r>
    </w:p>
    <w:p>
      <w:pPr>
        <w:jc w:val="both"/>
      </w:pPr>
      <w:r>
        <w:t>500.000</w:t>
      </w:r>
    </w:p>
    <w:p>
      <w:pPr>
        <w:jc w:val="both"/>
      </w:pPr>
      <w:r>
        <w:t>Chưa bao gồm dụng cụ gắp giun.</w:t>
      </w:r>
    </w:p>
    <w:p>
      <w:pPr>
        <w:jc w:val="both"/>
      </w:pPr>
      <w:r>
        <w:t>196</w:t>
      </w:r>
    </w:p>
    <w:p>
      <w:pPr>
        <w:jc w:val="both"/>
      </w:pPr>
      <w:r>
        <w:t>191</w:t>
      </w:r>
    </w:p>
    <w:p>
      <w:pPr>
        <w:jc w:val="both"/>
      </w:pPr>
      <w:r>
        <w:t>03C1.29</w:t>
      </w:r>
    </w:p>
    <w:p>
      <w:pPr>
        <w:jc w:val="both"/>
      </w:pPr>
      <w:r>
        <w:t>Soi trực tràng, tiêm hoặc thắt trĩ</w:t>
      </w:r>
    </w:p>
    <w:p>
      <w:pPr>
        <w:jc w:val="both"/>
      </w:pPr>
      <w:r>
        <w:t>258.000</w:t>
      </w:r>
    </w:p>
    <w:p>
      <w:pPr>
        <w:jc w:val="both"/>
      </w:pPr>
      <w:r>
        <w:t>284.000</w:t>
      </w:r>
    </w:p>
    <w:p>
      <w:pPr>
        <w:jc w:val="both"/>
      </w:pPr>
      <w:r>
        <w:t>197</w:t>
      </w:r>
    </w:p>
    <w:p>
      <w:pPr>
        <w:jc w:val="both"/>
      </w:pPr>
      <w:r>
        <w:t>192</w:t>
      </w:r>
    </w:p>
    <w:p>
      <w:pPr>
        <w:jc w:val="both"/>
      </w:pPr>
      <w:r>
        <w:t>03C1.62</w:t>
      </w:r>
    </w:p>
    <w:p>
      <w:pPr>
        <w:jc w:val="both"/>
      </w:pPr>
      <w:r>
        <w:t>Tạo nhịp cấp cứu ngoài lồng ngực</w:t>
      </w:r>
    </w:p>
    <w:p>
      <w:pPr>
        <w:jc w:val="both"/>
      </w:pPr>
      <w:r>
        <w:t>1.008.000</w:t>
      </w:r>
    </w:p>
    <w:p>
      <w:pPr>
        <w:jc w:val="both"/>
      </w:pPr>
      <w:r>
        <w:t>1.144.000</w:t>
      </w:r>
    </w:p>
    <w:p>
      <w:pPr>
        <w:jc w:val="both"/>
      </w:pPr>
      <w:r>
        <w:t>198</w:t>
      </w:r>
    </w:p>
    <w:p>
      <w:pPr>
        <w:jc w:val="both"/>
      </w:pPr>
      <w:r>
        <w:t>193</w:t>
      </w:r>
    </w:p>
    <w:p>
      <w:pPr>
        <w:jc w:val="both"/>
      </w:pPr>
      <w:r>
        <w:t>03C1.61</w:t>
      </w:r>
    </w:p>
    <w:p>
      <w:pPr>
        <w:jc w:val="both"/>
      </w:pPr>
      <w:r>
        <w:t>Tạo nhịp cấp cứu trong buồng tim</w:t>
      </w:r>
    </w:p>
    <w:p>
      <w:pPr>
        <w:jc w:val="both"/>
      </w:pPr>
      <w:r>
        <w:t>522.000</w:t>
      </w:r>
    </w:p>
    <w:p>
      <w:pPr>
        <w:jc w:val="both"/>
      </w:pPr>
      <w:r>
        <w:t>582.000</w:t>
      </w:r>
    </w:p>
    <w:p>
      <w:pPr>
        <w:jc w:val="both"/>
      </w:pPr>
      <w:r>
        <w:t>199</w:t>
      </w:r>
    </w:p>
    <w:p>
      <w:pPr>
        <w:jc w:val="both"/>
      </w:pPr>
      <w:r>
        <w:t>194</w:t>
      </w:r>
    </w:p>
    <w:p>
      <w:pPr>
        <w:jc w:val="both"/>
      </w:pPr>
      <w:r>
        <w:t>04C2.107</w:t>
      </w:r>
    </w:p>
    <w:p>
      <w:pPr>
        <w:jc w:val="both"/>
      </w:pPr>
      <w:r>
        <w:t>Thẩm tách siêu lọc máu (Hemodiafiltration offline: HDF ON - LINE)</w:t>
      </w:r>
    </w:p>
    <w:p>
      <w:pPr>
        <w:jc w:val="both"/>
      </w:pPr>
      <w:r>
        <w:t>1.528.000</w:t>
      </w:r>
    </w:p>
    <w:p>
      <w:pPr>
        <w:jc w:val="both"/>
      </w:pPr>
      <w:r>
        <w:t>1.738.000</w:t>
      </w:r>
    </w:p>
    <w:p>
      <w:pPr>
        <w:jc w:val="both"/>
      </w:pPr>
      <w:r>
        <w:t>Chưa bao gồm catheter.</w:t>
      </w:r>
    </w:p>
    <w:p>
      <w:pPr>
        <w:jc w:val="both"/>
      </w:pPr>
      <w:r>
        <w:t>200</w:t>
      </w:r>
    </w:p>
    <w:p>
      <w:pPr>
        <w:jc w:val="both"/>
      </w:pPr>
      <w:r>
        <w:t>195</w:t>
      </w:r>
    </w:p>
    <w:p>
      <w:pPr>
        <w:jc w:val="both"/>
      </w:pPr>
      <w:r>
        <w:t>04C2.123</w:t>
      </w:r>
    </w:p>
    <w:p>
      <w:pPr>
        <w:jc w:val="both"/>
      </w:pPr>
      <w:r>
        <w:t>Thận nhân tạo cấp cứu</w:t>
      </w:r>
    </w:p>
    <w:p>
      <w:pPr>
        <w:jc w:val="both"/>
      </w:pPr>
      <w:r>
        <w:t>1.565.000</w:t>
      </w:r>
    </w:p>
    <w:p>
      <w:pPr>
        <w:jc w:val="both"/>
      </w:pPr>
      <w:r>
        <w:t>1.781.000</w:t>
      </w:r>
    </w:p>
    <w:p>
      <w:pPr>
        <w:jc w:val="both"/>
      </w:pPr>
      <w:r>
        <w:t>Quả lọc dây máu dùng 1 lần; đã bao gồm catheter 2 nòng được tính bình quân là 0,25 lần cho 1 lần chạy thận.</w:t>
      </w:r>
    </w:p>
    <w:p>
      <w:pPr>
        <w:jc w:val="both"/>
      </w:pPr>
      <w:r>
        <w:t>201</w:t>
      </w:r>
    </w:p>
    <w:p>
      <w:pPr>
        <w:jc w:val="both"/>
      </w:pPr>
      <w:r>
        <w:t>196</w:t>
      </w:r>
    </w:p>
    <w:p>
      <w:pPr>
        <w:jc w:val="both"/>
      </w:pPr>
      <w:r>
        <w:t>04C2.76</w:t>
      </w:r>
    </w:p>
    <w:p>
      <w:pPr>
        <w:jc w:val="both"/>
      </w:pPr>
      <w:r>
        <w:t>Thận nhân tạo chu kỳ</w:t>
      </w:r>
    </w:p>
    <w:p>
      <w:pPr>
        <w:jc w:val="both"/>
      </w:pPr>
      <w:r>
        <w:t>567.000</w:t>
      </w:r>
    </w:p>
    <w:p>
      <w:pPr>
        <w:jc w:val="both"/>
      </w:pPr>
      <w:r>
        <w:t>643.000</w:t>
      </w:r>
    </w:p>
    <w:p>
      <w:pPr>
        <w:jc w:val="both"/>
      </w:pPr>
      <w:r>
        <w:t>Quả lọc dây máu dùng 6 lần.</w:t>
      </w:r>
    </w:p>
    <w:p>
      <w:pPr>
        <w:jc w:val="both"/>
      </w:pPr>
      <w:r>
        <w:t>202</w:t>
      </w:r>
    </w:p>
    <w:p>
      <w:pPr>
        <w:jc w:val="both"/>
      </w:pPr>
      <w:r>
        <w:t>197</w:t>
      </w:r>
    </w:p>
    <w:p>
      <w:pPr>
        <w:jc w:val="both"/>
      </w:pPr>
      <w:r>
        <w:t>04C3.1.149</w:t>
      </w:r>
    </w:p>
    <w:p>
      <w:pPr>
        <w:jc w:val="both"/>
      </w:pPr>
      <w:r>
        <w:t>Tháo bột: cột sống hoặc lưng hoặc khớp háng hoặc xương đùi hoặc xương chậu</w:t>
      </w:r>
    </w:p>
    <w:p>
      <w:pPr>
        <w:jc w:val="both"/>
      </w:pPr>
      <w:r>
        <w:t>67.500</w:t>
      </w:r>
    </w:p>
    <w:p>
      <w:pPr>
        <w:jc w:val="both"/>
      </w:pPr>
      <w:r>
        <w:t>74.300</w:t>
      </w:r>
    </w:p>
    <w:p>
      <w:pPr>
        <w:jc w:val="both"/>
      </w:pPr>
      <w:r>
        <w:t>203</w:t>
      </w:r>
    </w:p>
    <w:p>
      <w:pPr>
        <w:jc w:val="both"/>
      </w:pPr>
      <w:r>
        <w:t>Kỹ thuật phối hợp thận nhân tạo và hấp phụ máu bằng quả hấp phụ máu</w:t>
      </w:r>
    </w:p>
    <w:p>
      <w:pPr>
        <w:jc w:val="both"/>
      </w:pPr>
      <w:r>
        <w:t>3.447.000</w:t>
      </w:r>
    </w:p>
    <w:p>
      <w:pPr>
        <w:jc w:val="both"/>
      </w:pPr>
      <w:r>
        <w:t>3.953.000</w:t>
      </w:r>
    </w:p>
    <w:p>
      <w:pPr>
        <w:jc w:val="both"/>
      </w:pPr>
      <w:r>
        <w:t>Đã bao gồm quả lọc hấp phụ và quả lọc dây máu dùng 6 lần.</w:t>
      </w:r>
    </w:p>
    <w:p>
      <w:pPr>
        <w:jc w:val="both"/>
      </w:pPr>
      <w:r>
        <w:t>204</w:t>
      </w:r>
    </w:p>
    <w:p>
      <w:pPr>
        <w:jc w:val="both"/>
      </w:pPr>
      <w:r>
        <w:t>198</w:t>
      </w:r>
    </w:p>
    <w:p>
      <w:pPr>
        <w:jc w:val="both"/>
      </w:pPr>
      <w:r>
        <w:t>04C3.1.150</w:t>
      </w:r>
    </w:p>
    <w:p>
      <w:pPr>
        <w:jc w:val="both"/>
      </w:pPr>
      <w:r>
        <w:t>Tháo bột khác</w:t>
      </w:r>
    </w:p>
    <w:p>
      <w:pPr>
        <w:jc w:val="both"/>
      </w:pPr>
      <w:r>
        <w:t>56.000</w:t>
      </w:r>
    </w:p>
    <w:p>
      <w:pPr>
        <w:jc w:val="both"/>
      </w:pPr>
      <w:r>
        <w:t>61.700</w:t>
      </w:r>
    </w:p>
    <w:p>
      <w:pPr>
        <w:jc w:val="both"/>
      </w:pPr>
      <w:r>
        <w:t>Chỉ áp dụng với người bệnh ngoại trú.</w:t>
      </w:r>
    </w:p>
    <w:p>
      <w:pPr>
        <w:jc w:val="both"/>
      </w:pPr>
      <w:r>
        <w:t>205</w:t>
      </w:r>
    </w:p>
    <w:p>
      <w:pPr>
        <w:jc w:val="both"/>
      </w:pPr>
      <w:r>
        <w:t>199</w:t>
      </w:r>
    </w:p>
    <w:p>
      <w:pPr>
        <w:jc w:val="both"/>
      </w:pPr>
      <w:r>
        <w:t>Thay băng cắt lọc vết thương mạn tính</w:t>
      </w:r>
    </w:p>
    <w:p>
      <w:pPr>
        <w:jc w:val="both"/>
      </w:pPr>
      <w:r>
        <w:t>258.000</w:t>
      </w:r>
    </w:p>
    <w:p>
      <w:pPr>
        <w:jc w:val="both"/>
      </w:pPr>
      <w:r>
        <w:t>286.000</w:t>
      </w:r>
    </w:p>
    <w:p>
      <w:pPr>
        <w:jc w:val="both"/>
      </w:pPr>
      <w:r>
        <w:t>Áp dụng đối với bệnh Pemphigus hoặc Pemphigoid hoặc ly thượng bì bọng nước bẩm sinh hoặc vết loét bàn chân do đái tháo đường hoặc vết loét, hoại tử ở bệnh nhân phong hoặc vết loét, hoại tử do tỳ đè.</w:t>
      </w:r>
    </w:p>
    <w:p>
      <w:pPr>
        <w:jc w:val="both"/>
      </w:pPr>
      <w:r>
        <w:t>206</w:t>
      </w:r>
    </w:p>
    <w:p>
      <w:pPr>
        <w:jc w:val="both"/>
      </w:pPr>
      <w:r>
        <w:t>200</w:t>
      </w:r>
    </w:p>
    <w:p>
      <w:pPr>
        <w:jc w:val="both"/>
      </w:pPr>
      <w:r>
        <w:t>04C3.1.143</w:t>
      </w:r>
    </w:p>
    <w:p>
      <w:pPr>
        <w:jc w:val="both"/>
      </w:pPr>
      <w:r>
        <w:t>Thay băng vết thương hoặc mổ chiều dài ≤ 15cm</w:t>
      </w:r>
    </w:p>
    <w:p>
      <w:pPr>
        <w:jc w:val="both"/>
      </w:pPr>
      <w:r>
        <w:t>60.000</w:t>
      </w:r>
    </w:p>
    <w:p>
      <w:pPr>
        <w:jc w:val="both"/>
      </w:pPr>
      <w:r>
        <w:t>67.000</w:t>
      </w:r>
    </w:p>
    <w:p>
      <w:pPr>
        <w:jc w:val="both"/>
      </w:pPr>
      <w:r>
        <w:t>Chỉ áp dụng với người bệnh ngoại trú. Đối với người bệnh nội trú theo quy định của Bộ Y tế.</w:t>
      </w:r>
    </w:p>
    <w:p>
      <w:pPr>
        <w:jc w:val="both"/>
      </w:pPr>
      <w:r>
        <w:t>207</w:t>
      </w:r>
    </w:p>
    <w:p>
      <w:pPr>
        <w:jc w:val="both"/>
      </w:pPr>
      <w:r>
        <w:t>201</w:t>
      </w:r>
    </w:p>
    <w:p>
      <w:pPr>
        <w:jc w:val="both"/>
      </w:pPr>
      <w:r>
        <w:t>04C3.1.144</w:t>
      </w:r>
    </w:p>
    <w:p>
      <w:pPr>
        <w:jc w:val="both"/>
      </w:pPr>
      <w:r>
        <w:t>Thay băng vết thương chiều dài trên 15 cm đến 30 cm</w:t>
      </w:r>
    </w:p>
    <w:p>
      <w:pPr>
        <w:jc w:val="both"/>
      </w:pPr>
      <w:r>
        <w:t>85.000</w:t>
      </w:r>
    </w:p>
    <w:p>
      <w:pPr>
        <w:jc w:val="both"/>
      </w:pPr>
      <w:r>
        <w:t>95.600</w:t>
      </w:r>
    </w:p>
    <w:p>
      <w:pPr>
        <w:jc w:val="both"/>
      </w:pPr>
      <w:r>
        <w:t>208</w:t>
      </w:r>
    </w:p>
    <w:p>
      <w:pPr>
        <w:jc w:val="both"/>
      </w:pPr>
      <w:r>
        <w:t>201</w:t>
      </w:r>
    </w:p>
    <w:p>
      <w:pPr>
        <w:jc w:val="both"/>
      </w:pPr>
      <w:r>
        <w:t>04C3.1.145</w:t>
      </w:r>
    </w:p>
    <w:p>
      <w:pPr>
        <w:jc w:val="both"/>
      </w:pPr>
      <w:r>
        <w:t>Thay băng vết mổ chiều dài trên 15cm đến 30 cm</w:t>
      </w:r>
    </w:p>
    <w:p>
      <w:pPr>
        <w:jc w:val="both"/>
      </w:pPr>
      <w:r>
        <w:t>85.000</w:t>
      </w:r>
    </w:p>
    <w:p>
      <w:pPr>
        <w:jc w:val="both"/>
      </w:pPr>
      <w:r>
        <w:t>95.600</w:t>
      </w:r>
    </w:p>
    <w:p>
      <w:pPr>
        <w:jc w:val="both"/>
      </w:pPr>
      <w:r>
        <w:t>Chỉ áp dụng với người bệnh ngoại trú. Đối với người bệnh nội trú theo quy định của Bộ Y tế.</w:t>
      </w:r>
    </w:p>
    <w:p>
      <w:pPr>
        <w:jc w:val="both"/>
      </w:pPr>
      <w:r>
        <w:t>209</w:t>
      </w:r>
    </w:p>
    <w:p>
      <w:pPr>
        <w:jc w:val="both"/>
      </w:pPr>
      <w:r>
        <w:t>202</w:t>
      </w:r>
    </w:p>
    <w:p>
      <w:pPr>
        <w:jc w:val="both"/>
      </w:pPr>
      <w:r>
        <w:t>04C3.1.145</w:t>
      </w:r>
    </w:p>
    <w:p>
      <w:pPr>
        <w:jc w:val="both"/>
      </w:pPr>
      <w:r>
        <w:t>Thay băng vết thương hoặc mổ chiều dài từ trên 30 cm đến 50 cm</w:t>
      </w:r>
    </w:p>
    <w:p>
      <w:pPr>
        <w:jc w:val="both"/>
      </w:pPr>
      <w:r>
        <w:t>115.000</w:t>
      </w:r>
    </w:p>
    <w:p>
      <w:pPr>
        <w:jc w:val="both"/>
      </w:pPr>
      <w:r>
        <w:t>130.000</w:t>
      </w:r>
    </w:p>
    <w:p>
      <w:pPr>
        <w:jc w:val="both"/>
      </w:pPr>
      <w:r>
        <w:t>210</w:t>
      </w:r>
    </w:p>
    <w:p>
      <w:pPr>
        <w:jc w:val="both"/>
      </w:pPr>
      <w:r>
        <w:t>203</w:t>
      </w:r>
    </w:p>
    <w:p>
      <w:pPr>
        <w:jc w:val="both"/>
      </w:pPr>
      <w:r>
        <w:t>04C3.1.146</w:t>
      </w:r>
    </w:p>
    <w:p>
      <w:pPr>
        <w:jc w:val="both"/>
      </w:pPr>
      <w:r>
        <w:t>Thay băng vết thương hoặc mổ chiều dài từ trên 15 cm đến 30 cm nhiễm trùng</w:t>
      </w:r>
    </w:p>
    <w:p>
      <w:pPr>
        <w:jc w:val="both"/>
      </w:pPr>
      <w:r>
        <w:t>139.000</w:t>
      </w:r>
    </w:p>
    <w:p>
      <w:pPr>
        <w:jc w:val="both"/>
      </w:pPr>
      <w:r>
        <w:t>156.000</w:t>
      </w:r>
    </w:p>
    <w:p>
      <w:pPr>
        <w:jc w:val="both"/>
      </w:pPr>
      <w:r>
        <w:t>211</w:t>
      </w:r>
    </w:p>
    <w:p>
      <w:pPr>
        <w:jc w:val="both"/>
      </w:pPr>
      <w:r>
        <w:t>204</w:t>
      </w:r>
    </w:p>
    <w:p>
      <w:pPr>
        <w:jc w:val="both"/>
      </w:pPr>
      <w:r>
        <w:t>04C3.1.147</w:t>
      </w:r>
    </w:p>
    <w:p>
      <w:pPr>
        <w:jc w:val="both"/>
      </w:pPr>
      <w:r>
        <w:t>Thay băng vết thương hoặc mổ chiều dài từ 30 cm đến 50 cm nhiễm trùng</w:t>
      </w:r>
    </w:p>
    <w:p>
      <w:pPr>
        <w:jc w:val="both"/>
      </w:pPr>
      <w:r>
        <w:t>184.000</w:t>
      </w:r>
    </w:p>
    <w:p>
      <w:pPr>
        <w:jc w:val="both"/>
      </w:pPr>
      <w:r>
        <w:t>208.000</w:t>
      </w:r>
    </w:p>
    <w:p>
      <w:pPr>
        <w:jc w:val="both"/>
      </w:pPr>
      <w:r>
        <w:t>212</w:t>
      </w:r>
    </w:p>
    <w:p>
      <w:pPr>
        <w:jc w:val="both"/>
      </w:pPr>
      <w:r>
        <w:t>205</w:t>
      </w:r>
    </w:p>
    <w:p>
      <w:pPr>
        <w:jc w:val="both"/>
      </w:pPr>
      <w:r>
        <w:t>04C3.1.148</w:t>
      </w:r>
    </w:p>
    <w:p>
      <w:pPr>
        <w:jc w:val="both"/>
      </w:pPr>
      <w:r>
        <w:t>Thay băng vết thương hoặc mổ chiều dài &gt; 50cm nhiễm trùng</w:t>
      </w:r>
    </w:p>
    <w:p>
      <w:pPr>
        <w:jc w:val="both"/>
      </w:pPr>
      <w:r>
        <w:t>253.000</w:t>
      </w:r>
    </w:p>
    <w:p>
      <w:pPr>
        <w:jc w:val="both"/>
      </w:pPr>
      <w:r>
        <w:t>280.000</w:t>
      </w:r>
    </w:p>
    <w:p>
      <w:pPr>
        <w:jc w:val="both"/>
      </w:pPr>
      <w:r>
        <w:t>213</w:t>
      </w:r>
    </w:p>
    <w:p>
      <w:pPr>
        <w:jc w:val="both"/>
      </w:pPr>
      <w:r>
        <w:t>206</w:t>
      </w:r>
    </w:p>
    <w:p>
      <w:pPr>
        <w:jc w:val="both"/>
      </w:pPr>
      <w:r>
        <w:t>Thay canuyn mở khí quản</w:t>
      </w:r>
    </w:p>
    <w:p>
      <w:pPr>
        <w:jc w:val="both"/>
      </w:pPr>
      <w:r>
        <w:t>253.000</w:t>
      </w:r>
    </w:p>
    <w:p>
      <w:pPr>
        <w:jc w:val="both"/>
      </w:pPr>
      <w:r>
        <w:t>286.000</w:t>
      </w:r>
    </w:p>
    <w:p>
      <w:pPr>
        <w:jc w:val="both"/>
      </w:pPr>
      <w:r>
        <w:t>214</w:t>
      </w:r>
    </w:p>
    <w:p>
      <w:pPr>
        <w:jc w:val="both"/>
      </w:pPr>
      <w:r>
        <w:t>207</w:t>
      </w:r>
    </w:p>
    <w:p>
      <w:pPr>
        <w:jc w:val="both"/>
      </w:pPr>
      <w:r>
        <w:t>04C2.72</w:t>
      </w:r>
    </w:p>
    <w:p>
      <w:pPr>
        <w:jc w:val="both"/>
      </w:pPr>
      <w:r>
        <w:t>Thay rửa hệ thống dẫn lưu màng phổi</w:t>
      </w:r>
    </w:p>
    <w:p>
      <w:pPr>
        <w:jc w:val="both"/>
      </w:pPr>
      <w:r>
        <w:t>96.000</w:t>
      </w:r>
    </w:p>
    <w:p>
      <w:pPr>
        <w:jc w:val="both"/>
      </w:pPr>
      <w:r>
        <w:t>107.000</w:t>
      </w:r>
    </w:p>
    <w:p>
      <w:pPr>
        <w:jc w:val="both"/>
      </w:pPr>
      <w:r>
        <w:t>215</w:t>
      </w:r>
    </w:p>
    <w:p>
      <w:pPr>
        <w:jc w:val="both"/>
      </w:pPr>
      <w:r>
        <w:t>208</w:t>
      </w:r>
    </w:p>
    <w:p>
      <w:pPr>
        <w:jc w:val="both"/>
      </w:pPr>
      <w:r>
        <w:t>Thay transfer set ở bệnh nhân lọc màng bụng liên tục ngoại trú</w:t>
      </w:r>
    </w:p>
    <w:p>
      <w:pPr>
        <w:jc w:val="both"/>
      </w:pPr>
      <w:r>
        <w:t>505.000</w:t>
      </w:r>
    </w:p>
    <w:p>
      <w:pPr>
        <w:jc w:val="both"/>
      </w:pPr>
      <w:r>
        <w:t>579.000</w:t>
      </w:r>
    </w:p>
    <w:p>
      <w:pPr>
        <w:jc w:val="both"/>
      </w:pPr>
      <w:r>
        <w:t>216</w:t>
      </w:r>
    </w:p>
    <w:p>
      <w:pPr>
        <w:jc w:val="both"/>
      </w:pPr>
      <w:r>
        <w:t>209</w:t>
      </w:r>
    </w:p>
    <w:p>
      <w:pPr>
        <w:jc w:val="both"/>
      </w:pPr>
      <w:r>
        <w:t>04C2.105</w:t>
      </w:r>
    </w:p>
    <w:p>
      <w:pPr>
        <w:jc w:val="both"/>
      </w:pPr>
      <w:r>
        <w:t>Thở máy (01 ngày điều trị)</w:t>
      </w:r>
    </w:p>
    <w:p>
      <w:pPr>
        <w:jc w:val="both"/>
      </w:pPr>
      <w:r>
        <w:t>583.000</w:t>
      </w:r>
    </w:p>
    <w:p>
      <w:pPr>
        <w:jc w:val="both"/>
      </w:pPr>
      <w:r>
        <w:t>650.000</w:t>
      </w:r>
    </w:p>
    <w:p>
      <w:pPr>
        <w:jc w:val="both"/>
      </w:pPr>
      <w:r>
        <w:t>217</w:t>
      </w:r>
    </w:p>
    <w:p>
      <w:pPr>
        <w:jc w:val="both"/>
      </w:pPr>
      <w:r>
        <w:t>210</w:t>
      </w:r>
    </w:p>
    <w:p>
      <w:pPr>
        <w:jc w:val="both"/>
      </w:pPr>
      <w:r>
        <w:t>04C2.65</w:t>
      </w:r>
    </w:p>
    <w:p>
      <w:pPr>
        <w:jc w:val="both"/>
      </w:pPr>
      <w:r>
        <w:t>Thông đái</w:t>
      </w:r>
    </w:p>
    <w:p>
      <w:pPr>
        <w:jc w:val="both"/>
      </w:pPr>
      <w:r>
        <w:t>94.300</w:t>
      </w:r>
    </w:p>
    <w:p>
      <w:pPr>
        <w:jc w:val="both"/>
      </w:pPr>
      <w:r>
        <w:t>104.000</w:t>
      </w:r>
    </w:p>
    <w:p>
      <w:pPr>
        <w:jc w:val="both"/>
      </w:pPr>
      <w:r>
        <w:t>218</w:t>
      </w:r>
    </w:p>
    <w:p>
      <w:pPr>
        <w:jc w:val="both"/>
      </w:pPr>
      <w:r>
        <w:t>211</w:t>
      </w:r>
    </w:p>
    <w:p>
      <w:pPr>
        <w:jc w:val="both"/>
      </w:pPr>
      <w:r>
        <w:t>04C2.66</w:t>
      </w:r>
    </w:p>
    <w:p>
      <w:pPr>
        <w:jc w:val="both"/>
      </w:pPr>
      <w:r>
        <w:t>Thụt tháo phân hoặc Đặt sonde hậu môn</w:t>
      </w:r>
    </w:p>
    <w:p>
      <w:pPr>
        <w:jc w:val="both"/>
      </w:pPr>
      <w:r>
        <w:t>85.900</w:t>
      </w:r>
    </w:p>
    <w:p>
      <w:pPr>
        <w:jc w:val="both"/>
      </w:pPr>
      <w:r>
        <w:t>95.500</w:t>
      </w:r>
    </w:p>
    <w:p>
      <w:pPr>
        <w:jc w:val="both"/>
      </w:pPr>
      <w:r>
        <w:t>219</w:t>
      </w:r>
    </w:p>
    <w:p>
      <w:pPr>
        <w:jc w:val="both"/>
      </w:pPr>
      <w:r>
        <w:t>212</w:t>
      </w:r>
    </w:p>
    <w:p>
      <w:pPr>
        <w:jc w:val="both"/>
      </w:pPr>
      <w:r>
        <w:t>Tiêm (bắp hoặc dưới da hoặc tĩnh mạch)</w:t>
      </w:r>
    </w:p>
    <w:p>
      <w:pPr>
        <w:jc w:val="both"/>
      </w:pPr>
      <w:r>
        <w:t>12.800</w:t>
      </w:r>
    </w:p>
    <w:p>
      <w:pPr>
        <w:jc w:val="both"/>
      </w:pPr>
      <w:r>
        <w:t>13.500</w:t>
      </w:r>
    </w:p>
    <w:p>
      <w:pPr>
        <w:jc w:val="both"/>
      </w:pPr>
      <w:r>
        <w:t>Chỉ áp dụng với người bệnh ngoại trú; chưa bao gồm thuốc tiêm.</w:t>
      </w:r>
    </w:p>
    <w:p>
      <w:pPr>
        <w:jc w:val="both"/>
      </w:pPr>
      <w:r>
        <w:t>220</w:t>
      </w:r>
    </w:p>
    <w:p>
      <w:pPr>
        <w:jc w:val="both"/>
      </w:pPr>
      <w:r>
        <w:t>213</w:t>
      </w:r>
    </w:p>
    <w:p>
      <w:pPr>
        <w:jc w:val="both"/>
      </w:pPr>
      <w:r>
        <w:t>Tiêm khớp</w:t>
      </w:r>
    </w:p>
    <w:p>
      <w:pPr>
        <w:jc w:val="both"/>
      </w:pPr>
      <w:r>
        <w:t>96.200</w:t>
      </w:r>
    </w:p>
    <w:p>
      <w:pPr>
        <w:jc w:val="both"/>
      </w:pPr>
      <w:r>
        <w:t>106.000</w:t>
      </w:r>
    </w:p>
    <w:p>
      <w:pPr>
        <w:jc w:val="both"/>
      </w:pPr>
      <w:r>
        <w:t>Chưa bao gồm thuốc tiêm.</w:t>
      </w:r>
    </w:p>
    <w:p>
      <w:pPr>
        <w:jc w:val="both"/>
      </w:pPr>
      <w:r>
        <w:t>221</w:t>
      </w:r>
    </w:p>
    <w:p>
      <w:pPr>
        <w:jc w:val="both"/>
      </w:pPr>
      <w:r>
        <w:t>214</w:t>
      </w:r>
    </w:p>
    <w:p>
      <w:pPr>
        <w:jc w:val="both"/>
      </w:pPr>
      <w:r>
        <w:t>Tiêm khớp dưới hướng dẫn của siêu âm</w:t>
      </w:r>
    </w:p>
    <w:p>
      <w:pPr>
        <w:jc w:val="both"/>
      </w:pPr>
      <w:r>
        <w:t>138.000</w:t>
      </w:r>
    </w:p>
    <w:p>
      <w:pPr>
        <w:jc w:val="both"/>
      </w:pPr>
      <w:r>
        <w:t>154.000</w:t>
      </w:r>
    </w:p>
    <w:p>
      <w:pPr>
        <w:jc w:val="both"/>
      </w:pPr>
      <w:r>
        <w:t>Chưa bao gồm thuốc tiêm.</w:t>
      </w:r>
    </w:p>
    <w:p>
      <w:pPr>
        <w:jc w:val="both"/>
      </w:pPr>
      <w:r>
        <w:t>222</w:t>
      </w:r>
    </w:p>
    <w:p>
      <w:pPr>
        <w:jc w:val="both"/>
      </w:pPr>
      <w:r>
        <w:t>215</w:t>
      </w:r>
    </w:p>
    <w:p>
      <w:pPr>
        <w:jc w:val="both"/>
      </w:pPr>
      <w:r>
        <w:t>Truyền tĩnh mạch</w:t>
      </w:r>
    </w:p>
    <w:p>
      <w:pPr>
        <w:jc w:val="both"/>
      </w:pPr>
      <w:r>
        <w:t>22.800</w:t>
      </w:r>
    </w:p>
    <w:p>
      <w:pPr>
        <w:jc w:val="both"/>
      </w:pPr>
      <w:r>
        <w:t>25.000</w:t>
      </w:r>
    </w:p>
    <w:p>
      <w:pPr>
        <w:jc w:val="both"/>
      </w:pPr>
      <w:r>
        <w:t>Chỉ áp dụng với người bệnh ngoại trú; chưa bao gồm thuốc và dịch truyền.</w:t>
      </w:r>
    </w:p>
    <w:p>
      <w:pPr>
        <w:jc w:val="both"/>
      </w:pPr>
      <w:r>
        <w:t>223</w:t>
      </w:r>
    </w:p>
    <w:p>
      <w:pPr>
        <w:jc w:val="both"/>
      </w:pPr>
      <w:r>
        <w:t>216</w:t>
      </w:r>
    </w:p>
    <w:p>
      <w:pPr>
        <w:jc w:val="both"/>
      </w:pPr>
      <w:r>
        <w:t>04C3.1.151</w:t>
      </w:r>
    </w:p>
    <w:p>
      <w:pPr>
        <w:jc w:val="both"/>
      </w:pPr>
      <w:r>
        <w:t>Khâu vết thương phần mềm tổn thương nông chiều dài &lt; 10 cm</w:t>
      </w:r>
    </w:p>
    <w:p>
      <w:pPr>
        <w:jc w:val="both"/>
      </w:pPr>
      <w:r>
        <w:t>184.000</w:t>
      </w:r>
    </w:p>
    <w:p>
      <w:pPr>
        <w:jc w:val="both"/>
      </w:pPr>
      <w:r>
        <w:t>207.000</w:t>
      </w:r>
    </w:p>
    <w:p>
      <w:pPr>
        <w:jc w:val="both"/>
      </w:pPr>
      <w:r>
        <w:t>224</w:t>
      </w:r>
    </w:p>
    <w:p>
      <w:pPr>
        <w:jc w:val="both"/>
      </w:pPr>
      <w:r>
        <w:t>217</w:t>
      </w:r>
    </w:p>
    <w:p>
      <w:pPr>
        <w:jc w:val="both"/>
      </w:pPr>
      <w:r>
        <w:t>04C3.1.152</w:t>
      </w:r>
    </w:p>
    <w:p>
      <w:pPr>
        <w:jc w:val="both"/>
      </w:pPr>
      <w:r>
        <w:t>Khâu vết thương phần mềm tổn thương nông chiều dài ≥ 10 cm</w:t>
      </w:r>
    </w:p>
    <w:p>
      <w:pPr>
        <w:jc w:val="both"/>
      </w:pPr>
      <w:r>
        <w:t>248.000</w:t>
      </w:r>
    </w:p>
    <w:p>
      <w:pPr>
        <w:jc w:val="both"/>
      </w:pPr>
      <w:r>
        <w:t>276.000</w:t>
      </w:r>
    </w:p>
    <w:p>
      <w:pPr>
        <w:jc w:val="both"/>
      </w:pPr>
      <w:r>
        <w:t>225</w:t>
      </w:r>
    </w:p>
    <w:p>
      <w:pPr>
        <w:jc w:val="both"/>
      </w:pPr>
      <w:r>
        <w:t>218</w:t>
      </w:r>
    </w:p>
    <w:p>
      <w:pPr>
        <w:jc w:val="both"/>
      </w:pPr>
      <w:r>
        <w:t>04C3.1.153</w:t>
      </w:r>
    </w:p>
    <w:p>
      <w:pPr>
        <w:jc w:val="both"/>
      </w:pPr>
      <w:r>
        <w:t>Khâu vết thương phần mềm tổn thương sâu chiều dài &lt; 10 cm</w:t>
      </w:r>
    </w:p>
    <w:p>
      <w:pPr>
        <w:jc w:val="both"/>
      </w:pPr>
      <w:r>
        <w:t>268.000</w:t>
      </w:r>
    </w:p>
    <w:p>
      <w:pPr>
        <w:jc w:val="both"/>
      </w:pPr>
      <w:r>
        <w:t>299.000</w:t>
      </w:r>
    </w:p>
    <w:p>
      <w:pPr>
        <w:jc w:val="both"/>
      </w:pPr>
      <w:r>
        <w:t>226</w:t>
      </w:r>
    </w:p>
    <w:p>
      <w:pPr>
        <w:jc w:val="both"/>
      </w:pPr>
      <w:r>
        <w:t>219</w:t>
      </w:r>
    </w:p>
    <w:p>
      <w:pPr>
        <w:jc w:val="both"/>
      </w:pPr>
      <w:r>
        <w:t>04C3.1.154</w:t>
      </w:r>
    </w:p>
    <w:p>
      <w:pPr>
        <w:jc w:val="both"/>
      </w:pPr>
      <w:r>
        <w:t>Khâu vết thương phần mềm tổn thương sâu chiều dài ≥ 10 cm</w:t>
      </w:r>
    </w:p>
    <w:p>
      <w:pPr>
        <w:jc w:val="both"/>
      </w:pPr>
      <w:r>
        <w:t>323.000</w:t>
      </w:r>
    </w:p>
    <w:p>
      <w:pPr>
        <w:jc w:val="both"/>
      </w:pPr>
      <w:r>
        <w:t>356.000</w:t>
      </w:r>
    </w:p>
    <w:p>
      <w:pPr>
        <w:jc w:val="both"/>
      </w:pPr>
      <w:r>
        <w:t>C</w:t>
      </w:r>
    </w:p>
    <w:p>
      <w:pPr>
        <w:jc w:val="both"/>
      </w:pPr>
      <w:r>
        <w:t>C</w:t>
      </w:r>
    </w:p>
    <w:p>
      <w:pPr>
        <w:jc w:val="both"/>
      </w:pPr>
      <w:r>
        <w:t>Y HỌC DÂN TỘC - PHỤC HỒI CHỨC NĂNG</w:t>
      </w:r>
    </w:p>
    <w:p>
      <w:pPr>
        <w:jc w:val="both"/>
      </w:pPr>
      <w:r>
        <w:t>227</w:t>
      </w:r>
    </w:p>
    <w:p>
      <w:pPr>
        <w:jc w:val="both"/>
      </w:pPr>
      <w:r>
        <w:t>220</w:t>
      </w:r>
    </w:p>
    <w:p>
      <w:pPr>
        <w:jc w:val="both"/>
      </w:pPr>
      <w:r>
        <w:t>03C1DY.2</w:t>
      </w:r>
    </w:p>
    <w:p>
      <w:pPr>
        <w:jc w:val="both"/>
      </w:pPr>
      <w:r>
        <w:t>Bàn kéo</w:t>
      </w:r>
    </w:p>
    <w:p>
      <w:pPr>
        <w:jc w:val="both"/>
      </w:pPr>
      <w:r>
        <w:t>47.600</w:t>
      </w:r>
    </w:p>
    <w:p>
      <w:pPr>
        <w:jc w:val="both"/>
      </w:pPr>
      <w:r>
        <w:t>53.200</w:t>
      </w:r>
    </w:p>
    <w:p>
      <w:pPr>
        <w:jc w:val="both"/>
      </w:pPr>
      <w:r>
        <w:t>228</w:t>
      </w:r>
    </w:p>
    <w:p>
      <w:pPr>
        <w:jc w:val="both"/>
      </w:pPr>
      <w:r>
        <w:t>221</w:t>
      </w:r>
    </w:p>
    <w:p>
      <w:pPr>
        <w:jc w:val="both"/>
      </w:pPr>
      <w:r>
        <w:t>04C2.DY139</w:t>
      </w:r>
    </w:p>
    <w:p>
      <w:pPr>
        <w:jc w:val="both"/>
      </w:pPr>
      <w:r>
        <w:t>Bó Farafin</w:t>
      </w:r>
    </w:p>
    <w:p>
      <w:pPr>
        <w:jc w:val="both"/>
      </w:pPr>
      <w:r>
        <w:t>43.700</w:t>
      </w:r>
    </w:p>
    <w:p>
      <w:pPr>
        <w:jc w:val="both"/>
      </w:pPr>
      <w:r>
        <w:t>49.200</w:t>
      </w:r>
    </w:p>
    <w:p>
      <w:pPr>
        <w:jc w:val="both"/>
      </w:pPr>
      <w:r>
        <w:t>229</w:t>
      </w:r>
    </w:p>
    <w:p>
      <w:pPr>
        <w:jc w:val="both"/>
      </w:pPr>
      <w:r>
        <w:t>222</w:t>
      </w:r>
    </w:p>
    <w:p>
      <w:pPr>
        <w:jc w:val="both"/>
      </w:pPr>
      <w:r>
        <w:t>Bó thuốc</w:t>
      </w:r>
    </w:p>
    <w:p>
      <w:pPr>
        <w:jc w:val="both"/>
      </w:pPr>
      <w:r>
        <w:t>53.100</w:t>
      </w:r>
    </w:p>
    <w:p>
      <w:pPr>
        <w:jc w:val="both"/>
      </w:pPr>
      <w:r>
        <w:t>58.800</w:t>
      </w:r>
    </w:p>
    <w:p>
      <w:pPr>
        <w:jc w:val="both"/>
      </w:pPr>
      <w:r>
        <w:t>230</w:t>
      </w:r>
    </w:p>
    <w:p>
      <w:pPr>
        <w:jc w:val="both"/>
      </w:pPr>
      <w:r>
        <w:t>223</w:t>
      </w:r>
    </w:p>
    <w:p>
      <w:pPr>
        <w:jc w:val="both"/>
      </w:pPr>
      <w:r>
        <w:t>03C1DY.3</w:t>
      </w:r>
    </w:p>
    <w:p>
      <w:pPr>
        <w:jc w:val="both"/>
      </w:pPr>
      <w:r>
        <w:t>Bồn xoáy</w:t>
      </w:r>
    </w:p>
    <w:p>
      <w:pPr>
        <w:jc w:val="both"/>
      </w:pPr>
      <w:r>
        <w:t>17.500</w:t>
      </w:r>
    </w:p>
    <w:p>
      <w:pPr>
        <w:jc w:val="both"/>
      </w:pPr>
      <w:r>
        <w:t>19.000</w:t>
      </w:r>
    </w:p>
    <w:p>
      <w:pPr>
        <w:jc w:val="both"/>
      </w:pPr>
      <w:r>
        <w:t>231</w:t>
      </w:r>
    </w:p>
    <w:p>
      <w:pPr>
        <w:jc w:val="both"/>
      </w:pPr>
      <w:r>
        <w:t>224</w:t>
      </w:r>
    </w:p>
    <w:p>
      <w:pPr>
        <w:jc w:val="both"/>
      </w:pPr>
      <w:r>
        <w:t>04C2.DY125</w:t>
      </w:r>
    </w:p>
    <w:p>
      <w:pPr>
        <w:jc w:val="both"/>
      </w:pPr>
      <w:r>
        <w:t>Châm (có kim dài)</w:t>
      </w:r>
    </w:p>
    <w:p>
      <w:pPr>
        <w:jc w:val="both"/>
      </w:pPr>
      <w:r>
        <w:t>76.400</w:t>
      </w:r>
    </w:p>
    <w:p>
      <w:pPr>
        <w:jc w:val="both"/>
      </w:pPr>
      <w:r>
        <w:t>84.400</w:t>
      </w:r>
    </w:p>
    <w:p>
      <w:pPr>
        <w:jc w:val="both"/>
      </w:pPr>
      <w:r>
        <w:t>232</w:t>
      </w:r>
    </w:p>
    <w:p>
      <w:pPr>
        <w:jc w:val="both"/>
      </w:pPr>
      <w:r>
        <w:t>Châm (kim ngắn)</w:t>
      </w:r>
    </w:p>
    <w:p>
      <w:pPr>
        <w:jc w:val="both"/>
      </w:pPr>
      <w:r>
        <w:t>69.400</w:t>
      </w:r>
    </w:p>
    <w:p>
      <w:pPr>
        <w:jc w:val="both"/>
      </w:pPr>
      <w:r>
        <w:t>76.300</w:t>
      </w:r>
    </w:p>
    <w:p>
      <w:pPr>
        <w:jc w:val="both"/>
      </w:pPr>
      <w:r>
        <w:t>233</w:t>
      </w:r>
    </w:p>
    <w:p>
      <w:pPr>
        <w:jc w:val="both"/>
      </w:pPr>
      <w:r>
        <w:t>225</w:t>
      </w:r>
    </w:p>
    <w:p>
      <w:pPr>
        <w:jc w:val="both"/>
      </w:pPr>
      <w:r>
        <w:t>03C1DY.8</w:t>
      </w:r>
    </w:p>
    <w:p>
      <w:pPr>
        <w:jc w:val="both"/>
      </w:pPr>
      <w:r>
        <w:t>Chẩn đoán điện</w:t>
      </w:r>
    </w:p>
    <w:p>
      <w:pPr>
        <w:jc w:val="both"/>
      </w:pPr>
      <w:r>
        <w:t>38.500</w:t>
      </w:r>
    </w:p>
    <w:p>
      <w:pPr>
        <w:jc w:val="both"/>
      </w:pPr>
      <w:r>
        <w:t>42.300</w:t>
      </w:r>
    </w:p>
    <w:p>
      <w:pPr>
        <w:jc w:val="both"/>
      </w:pPr>
      <w:r>
        <w:t>234</w:t>
      </w:r>
    </w:p>
    <w:p>
      <w:pPr>
        <w:jc w:val="both"/>
      </w:pPr>
      <w:r>
        <w:t>226</w:t>
      </w:r>
    </w:p>
    <w:p>
      <w:pPr>
        <w:jc w:val="both"/>
      </w:pPr>
      <w:r>
        <w:t>03C1DY 29</w:t>
      </w:r>
    </w:p>
    <w:p>
      <w:pPr>
        <w:jc w:val="both"/>
      </w:pPr>
      <w:r>
        <w:t>Chẩn đoán điện thần kinh cơ</w:t>
      </w:r>
    </w:p>
    <w:p>
      <w:pPr>
        <w:jc w:val="both"/>
      </w:pPr>
      <w:r>
        <w:t>63.300</w:t>
      </w:r>
    </w:p>
    <w:p>
      <w:pPr>
        <w:jc w:val="both"/>
      </w:pPr>
      <w:r>
        <w:t>68.600</w:t>
      </w:r>
    </w:p>
    <w:p>
      <w:pPr>
        <w:jc w:val="both"/>
      </w:pPr>
      <w:r>
        <w:t>235</w:t>
      </w:r>
    </w:p>
    <w:p>
      <w:pPr>
        <w:jc w:val="both"/>
      </w:pPr>
      <w:r>
        <w:t>227</w:t>
      </w:r>
    </w:p>
    <w:p>
      <w:pPr>
        <w:jc w:val="both"/>
      </w:pPr>
      <w:r>
        <w:t>04C2.DY124</w:t>
      </w:r>
    </w:p>
    <w:p>
      <w:pPr>
        <w:jc w:val="both"/>
      </w:pPr>
      <w:r>
        <w:t>Chôn chỉ (cấy chỉ)</w:t>
      </w:r>
    </w:p>
    <w:p>
      <w:pPr>
        <w:jc w:val="both"/>
      </w:pPr>
      <w:r>
        <w:t>148.000</w:t>
      </w:r>
    </w:p>
    <w:p>
      <w:pPr>
        <w:jc w:val="both"/>
      </w:pPr>
      <w:r>
        <w:t>166.000</w:t>
      </w:r>
    </w:p>
    <w:p>
      <w:pPr>
        <w:jc w:val="both"/>
      </w:pPr>
      <w:r>
        <w:t>236</w:t>
      </w:r>
    </w:p>
    <w:p>
      <w:pPr>
        <w:jc w:val="both"/>
      </w:pPr>
      <w:r>
        <w:t>228</w:t>
      </w:r>
    </w:p>
    <w:p>
      <w:pPr>
        <w:jc w:val="both"/>
      </w:pPr>
      <w:r>
        <w:t>04C2.DY140</w:t>
      </w:r>
    </w:p>
    <w:p>
      <w:pPr>
        <w:jc w:val="both"/>
      </w:pPr>
      <w:r>
        <w:t>Cứu (Ngải cứu, túi chườm)</w:t>
      </w:r>
    </w:p>
    <w:p>
      <w:pPr>
        <w:jc w:val="both"/>
      </w:pPr>
      <w:r>
        <w:t>36.100</w:t>
      </w:r>
    </w:p>
    <w:p>
      <w:pPr>
        <w:jc w:val="both"/>
      </w:pPr>
      <w:r>
        <w:t>41.100</w:t>
      </w:r>
    </w:p>
    <w:p>
      <w:pPr>
        <w:jc w:val="both"/>
      </w:pPr>
      <w:r>
        <w:t>237</w:t>
      </w:r>
    </w:p>
    <w:p>
      <w:pPr>
        <w:jc w:val="both"/>
      </w:pPr>
      <w:r>
        <w:t>229</w:t>
      </w:r>
    </w:p>
    <w:p>
      <w:pPr>
        <w:jc w:val="both"/>
      </w:pPr>
      <w:r>
        <w:t>Đặt thuốc y học cổ truyền</w:t>
      </w:r>
    </w:p>
    <w:p>
      <w:pPr>
        <w:jc w:val="both"/>
      </w:pPr>
      <w:r>
        <w:t>47.500</w:t>
      </w:r>
    </w:p>
    <w:p>
      <w:pPr>
        <w:jc w:val="both"/>
      </w:pPr>
      <w:r>
        <w:t>52.900</w:t>
      </w:r>
    </w:p>
    <w:p>
      <w:pPr>
        <w:jc w:val="both"/>
      </w:pPr>
      <w:r>
        <w:t>238</w:t>
      </w:r>
    </w:p>
    <w:p>
      <w:pPr>
        <w:jc w:val="both"/>
      </w:pPr>
      <w:r>
        <w:t>230</w:t>
      </w:r>
    </w:p>
    <w:p>
      <w:pPr>
        <w:jc w:val="both"/>
      </w:pPr>
      <w:r>
        <w:t>04C2.DY126</w:t>
      </w:r>
    </w:p>
    <w:p>
      <w:pPr>
        <w:jc w:val="both"/>
      </w:pPr>
      <w:r>
        <w:t>Điện châm (có kim dài)</w:t>
      </w:r>
    </w:p>
    <w:p>
      <w:pPr>
        <w:jc w:val="both"/>
      </w:pPr>
      <w:r>
        <w:t>78.400</w:t>
      </w:r>
    </w:p>
    <w:p>
      <w:pPr>
        <w:jc w:val="both"/>
      </w:pPr>
      <w:r>
        <w:t>86.700</w:t>
      </w:r>
    </w:p>
    <w:p>
      <w:pPr>
        <w:jc w:val="both"/>
      </w:pPr>
      <w:r>
        <w:t>239</w:t>
      </w:r>
    </w:p>
    <w:p>
      <w:pPr>
        <w:jc w:val="both"/>
      </w:pPr>
      <w:r>
        <w:t>Điện châm (kim ngắn)</w:t>
      </w:r>
    </w:p>
    <w:p>
      <w:pPr>
        <w:jc w:val="both"/>
      </w:pPr>
      <w:r>
        <w:t>71.400</w:t>
      </w:r>
    </w:p>
    <w:p>
      <w:pPr>
        <w:jc w:val="both"/>
      </w:pPr>
      <w:r>
        <w:t>78.600</w:t>
      </w:r>
    </w:p>
    <w:p>
      <w:pPr>
        <w:jc w:val="both"/>
      </w:pPr>
      <w:r>
        <w:t>240</w:t>
      </w:r>
    </w:p>
    <w:p>
      <w:pPr>
        <w:jc w:val="both"/>
      </w:pPr>
      <w:r>
        <w:t>231</w:t>
      </w:r>
    </w:p>
    <w:p>
      <w:pPr>
        <w:jc w:val="both"/>
      </w:pPr>
      <w:r>
        <w:t>04C2.DY130</w:t>
      </w:r>
    </w:p>
    <w:p>
      <w:pPr>
        <w:jc w:val="both"/>
      </w:pPr>
      <w:r>
        <w:t>Điện phân</w:t>
      </w:r>
    </w:p>
    <w:p>
      <w:pPr>
        <w:jc w:val="both"/>
      </w:pPr>
      <w:r>
        <w:t>46.700</w:t>
      </w:r>
    </w:p>
    <w:p>
      <w:pPr>
        <w:jc w:val="both"/>
      </w:pPr>
      <w:r>
        <w:t>52.600</w:t>
      </w:r>
    </w:p>
    <w:p>
      <w:pPr>
        <w:jc w:val="both"/>
      </w:pPr>
      <w:r>
        <w:t>241</w:t>
      </w:r>
    </w:p>
    <w:p>
      <w:pPr>
        <w:jc w:val="both"/>
      </w:pPr>
      <w:r>
        <w:t>232</w:t>
      </w:r>
    </w:p>
    <w:p>
      <w:pPr>
        <w:jc w:val="both"/>
      </w:pPr>
      <w:r>
        <w:t>04C2.DY138</w:t>
      </w:r>
    </w:p>
    <w:p>
      <w:pPr>
        <w:jc w:val="both"/>
      </w:pPr>
      <w:r>
        <w:t>Điện từ trường</w:t>
      </w:r>
    </w:p>
    <w:p>
      <w:pPr>
        <w:jc w:val="both"/>
      </w:pPr>
      <w:r>
        <w:t>39.700</w:t>
      </w:r>
    </w:p>
    <w:p>
      <w:pPr>
        <w:jc w:val="both"/>
      </w:pPr>
      <w:r>
        <w:t>44.500</w:t>
      </w:r>
    </w:p>
    <w:p>
      <w:pPr>
        <w:jc w:val="both"/>
      </w:pPr>
      <w:r>
        <w:t>242</w:t>
      </w:r>
    </w:p>
    <w:p>
      <w:pPr>
        <w:jc w:val="both"/>
      </w:pPr>
      <w:r>
        <w:t>233</w:t>
      </w:r>
    </w:p>
    <w:p>
      <w:pPr>
        <w:jc w:val="both"/>
      </w:pPr>
      <w:r>
        <w:t>03C1DY.20</w:t>
      </w:r>
    </w:p>
    <w:p>
      <w:pPr>
        <w:jc w:val="both"/>
      </w:pPr>
      <w:r>
        <w:t>Điện vi dòng giảm đau</w:t>
      </w:r>
    </w:p>
    <w:p>
      <w:pPr>
        <w:jc w:val="both"/>
      </w:pPr>
      <w:r>
        <w:t>29.500</w:t>
      </w:r>
    </w:p>
    <w:p>
      <w:pPr>
        <w:jc w:val="both"/>
      </w:pPr>
      <w:r>
        <w:t>33.300</w:t>
      </w:r>
    </w:p>
    <w:p>
      <w:pPr>
        <w:jc w:val="both"/>
      </w:pPr>
      <w:r>
        <w:t>243</w:t>
      </w:r>
    </w:p>
    <w:p>
      <w:pPr>
        <w:jc w:val="both"/>
      </w:pPr>
      <w:r>
        <w:t>234</w:t>
      </w:r>
    </w:p>
    <w:p>
      <w:pPr>
        <w:jc w:val="both"/>
      </w:pPr>
      <w:r>
        <w:t>04C2.DY134</w:t>
      </w:r>
    </w:p>
    <w:p>
      <w:pPr>
        <w:jc w:val="both"/>
      </w:pPr>
      <w:r>
        <w:t>Điện xung</w:t>
      </w:r>
    </w:p>
    <w:p>
      <w:pPr>
        <w:jc w:val="both"/>
      </w:pPr>
      <w:r>
        <w:t>42.700</w:t>
      </w:r>
    </w:p>
    <w:p>
      <w:pPr>
        <w:jc w:val="both"/>
      </w:pPr>
      <w:r>
        <w:t>48.000</w:t>
      </w:r>
    </w:p>
    <w:p>
      <w:pPr>
        <w:jc w:val="both"/>
      </w:pPr>
      <w:r>
        <w:t>244</w:t>
      </w:r>
    </w:p>
    <w:p>
      <w:pPr>
        <w:jc w:val="both"/>
      </w:pPr>
      <w:r>
        <w:t>235</w:t>
      </w:r>
    </w:p>
    <w:p>
      <w:pPr>
        <w:jc w:val="both"/>
      </w:pPr>
      <w:r>
        <w:t>03C1DY.25</w:t>
      </w:r>
    </w:p>
    <w:p>
      <w:pPr>
        <w:jc w:val="both"/>
      </w:pPr>
      <w:r>
        <w:t>Giác hơi</w:t>
      </w:r>
    </w:p>
    <w:p>
      <w:pPr>
        <w:jc w:val="both"/>
      </w:pPr>
      <w:r>
        <w:t>34.500</w:t>
      </w:r>
    </w:p>
    <w:p>
      <w:pPr>
        <w:jc w:val="both"/>
      </w:pPr>
      <w:r>
        <w:t>38.500</w:t>
      </w:r>
    </w:p>
    <w:p>
      <w:pPr>
        <w:jc w:val="both"/>
      </w:pPr>
      <w:r>
        <w:t>245</w:t>
      </w:r>
    </w:p>
    <w:p>
      <w:pPr>
        <w:jc w:val="both"/>
      </w:pPr>
      <w:r>
        <w:t>236</w:t>
      </w:r>
    </w:p>
    <w:p>
      <w:pPr>
        <w:jc w:val="both"/>
      </w:pPr>
      <w:r>
        <w:t>03C1DY.1</w:t>
      </w:r>
    </w:p>
    <w:p>
      <w:pPr>
        <w:jc w:val="both"/>
      </w:pPr>
      <w:r>
        <w:t>Giao thoa</w:t>
      </w:r>
    </w:p>
    <w:p>
      <w:pPr>
        <w:jc w:val="both"/>
      </w:pPr>
      <w:r>
        <w:t>29.500</w:t>
      </w:r>
    </w:p>
    <w:p>
      <w:pPr>
        <w:jc w:val="both"/>
      </w:pPr>
      <w:r>
        <w:t>33.300</w:t>
      </w:r>
    </w:p>
    <w:p>
      <w:pPr>
        <w:jc w:val="both"/>
      </w:pPr>
      <w:r>
        <w:t>246</w:t>
      </w:r>
    </w:p>
    <w:p>
      <w:pPr>
        <w:jc w:val="both"/>
      </w:pPr>
      <w:r>
        <w:t>237</w:t>
      </w:r>
    </w:p>
    <w:p>
      <w:pPr>
        <w:jc w:val="both"/>
      </w:pPr>
      <w:r>
        <w:t>04C2.DY129</w:t>
      </w:r>
    </w:p>
    <w:p>
      <w:pPr>
        <w:jc w:val="both"/>
      </w:pPr>
      <w:r>
        <w:t>Hồng ngoại</w:t>
      </w:r>
    </w:p>
    <w:p>
      <w:pPr>
        <w:jc w:val="both"/>
      </w:pPr>
      <w:r>
        <w:t>37.300</w:t>
      </w:r>
    </w:p>
    <w:p>
      <w:pPr>
        <w:jc w:val="both"/>
      </w:pPr>
      <w:r>
        <w:t>41.100</w:t>
      </w:r>
    </w:p>
    <w:p>
      <w:pPr>
        <w:jc w:val="both"/>
      </w:pPr>
      <w:r>
        <w:t>247</w:t>
      </w:r>
    </w:p>
    <w:p>
      <w:pPr>
        <w:jc w:val="both"/>
      </w:pPr>
      <w:r>
        <w:t>238</w:t>
      </w:r>
    </w:p>
    <w:p>
      <w:pPr>
        <w:jc w:val="both"/>
      </w:pPr>
      <w:r>
        <w:t>04C2.DY141</w:t>
      </w:r>
    </w:p>
    <w:p>
      <w:pPr>
        <w:jc w:val="both"/>
      </w:pPr>
      <w:r>
        <w:t>Kéo nắn, kéo dãn cột sống, các khớp</w:t>
      </w:r>
    </w:p>
    <w:p>
      <w:pPr>
        <w:jc w:val="both"/>
      </w:pPr>
      <w:r>
        <w:t>48.700</w:t>
      </w:r>
    </w:p>
    <w:p>
      <w:pPr>
        <w:jc w:val="both"/>
      </w:pPr>
      <w:r>
        <w:t>53.000</w:t>
      </w:r>
    </w:p>
    <w:p>
      <w:pPr>
        <w:jc w:val="both"/>
      </w:pPr>
      <w:r>
        <w:t>248</w:t>
      </w:r>
    </w:p>
    <w:p>
      <w:pPr>
        <w:jc w:val="both"/>
      </w:pPr>
      <w:r>
        <w:t>239</w:t>
      </w:r>
    </w:p>
    <w:p>
      <w:pPr>
        <w:jc w:val="both"/>
      </w:pPr>
      <w:r>
        <w:t>Kỹ thuật can thiệp rối loạn đại tiện bằng phản hồi sinh học (Biofeedback)</w:t>
      </w:r>
    </w:p>
    <w:p>
      <w:pPr>
        <w:jc w:val="both"/>
      </w:pPr>
      <w:r>
        <w:t>341.000</w:t>
      </w:r>
    </w:p>
    <w:p>
      <w:pPr>
        <w:jc w:val="both"/>
      </w:pPr>
      <w:r>
        <w:t>387.000</w:t>
      </w:r>
    </w:p>
    <w:p>
      <w:pPr>
        <w:jc w:val="both"/>
      </w:pPr>
      <w:r>
        <w:t>249</w:t>
      </w:r>
    </w:p>
    <w:p>
      <w:pPr>
        <w:jc w:val="both"/>
      </w:pPr>
      <w:r>
        <w:t>240</w:t>
      </w:r>
    </w:p>
    <w:p>
      <w:pPr>
        <w:jc w:val="both"/>
      </w:pPr>
      <w:r>
        <w:t>Kỹ thuật tập đường ruột cho người bệnh tổn thương tủy sống</w:t>
      </w:r>
    </w:p>
    <w:p>
      <w:pPr>
        <w:jc w:val="both"/>
      </w:pPr>
      <w:r>
        <w:t>209.000</w:t>
      </w:r>
    </w:p>
    <w:p>
      <w:pPr>
        <w:jc w:val="both"/>
      </w:pPr>
      <w:r>
        <w:t>235.000</w:t>
      </w:r>
    </w:p>
    <w:p>
      <w:pPr>
        <w:jc w:val="both"/>
      </w:pPr>
      <w:r>
        <w:t>250</w:t>
      </w:r>
    </w:p>
    <w:p>
      <w:pPr>
        <w:jc w:val="both"/>
      </w:pPr>
      <w:r>
        <w:t>241</w:t>
      </w:r>
    </w:p>
    <w:p>
      <w:pPr>
        <w:jc w:val="both"/>
      </w:pPr>
      <w:r>
        <w:t>Kỹ thuật tập luyện với dụng cụ chỉnh hình</w:t>
      </w:r>
    </w:p>
    <w:p>
      <w:pPr>
        <w:jc w:val="both"/>
      </w:pPr>
      <w:r>
        <w:t>52.500</w:t>
      </w:r>
    </w:p>
    <w:p>
      <w:pPr>
        <w:jc w:val="both"/>
      </w:pPr>
      <w:r>
        <w:t>57.000</w:t>
      </w:r>
    </w:p>
    <w:p>
      <w:pPr>
        <w:jc w:val="both"/>
      </w:pPr>
      <w:r>
        <w:t>251</w:t>
      </w:r>
    </w:p>
    <w:p>
      <w:pPr>
        <w:jc w:val="both"/>
      </w:pPr>
      <w:r>
        <w:t>242</w:t>
      </w:r>
    </w:p>
    <w:p>
      <w:pPr>
        <w:jc w:val="both"/>
      </w:pPr>
      <w:r>
        <w:t>Kỹ thuật thông tiểu ngắt quãng trong phục hồi chức năng tủy sống</w:t>
      </w:r>
    </w:p>
    <w:p>
      <w:pPr>
        <w:jc w:val="both"/>
      </w:pPr>
      <w:r>
        <w:t>152.000</w:t>
      </w:r>
    </w:p>
    <w:p>
      <w:pPr>
        <w:jc w:val="both"/>
      </w:pPr>
      <w:r>
        <w:t>170.000</w:t>
      </w:r>
    </w:p>
    <w:p>
      <w:pPr>
        <w:jc w:val="both"/>
      </w:pPr>
      <w:r>
        <w:t>252</w:t>
      </w:r>
    </w:p>
    <w:p>
      <w:pPr>
        <w:jc w:val="both"/>
      </w:pPr>
      <w:r>
        <w:t>243</w:t>
      </w:r>
    </w:p>
    <w:p>
      <w:pPr>
        <w:jc w:val="both"/>
      </w:pPr>
      <w:r>
        <w:t>04C2.DY132</w:t>
      </w:r>
    </w:p>
    <w:p>
      <w:pPr>
        <w:jc w:val="both"/>
      </w:pPr>
      <w:r>
        <w:t>Laser châm</w:t>
      </w:r>
    </w:p>
    <w:p>
      <w:pPr>
        <w:jc w:val="both"/>
      </w:pPr>
      <w:r>
        <w:t>49.100</w:t>
      </w:r>
    </w:p>
    <w:p>
      <w:pPr>
        <w:jc w:val="both"/>
      </w:pPr>
      <w:r>
        <w:t>55.000</w:t>
      </w:r>
    </w:p>
    <w:p>
      <w:pPr>
        <w:jc w:val="both"/>
      </w:pPr>
      <w:r>
        <w:t>253</w:t>
      </w:r>
    </w:p>
    <w:p>
      <w:pPr>
        <w:jc w:val="both"/>
      </w:pPr>
      <w:r>
        <w:t>244</w:t>
      </w:r>
    </w:p>
    <w:p>
      <w:pPr>
        <w:jc w:val="both"/>
      </w:pPr>
      <w:r>
        <w:t>03C1DY.32</w:t>
      </w:r>
    </w:p>
    <w:p>
      <w:pPr>
        <w:jc w:val="both"/>
      </w:pPr>
      <w:r>
        <w:t>Laser chiếu ngoài</w:t>
      </w:r>
    </w:p>
    <w:p>
      <w:pPr>
        <w:jc w:val="both"/>
      </w:pPr>
      <w:r>
        <w:t>34.900</w:t>
      </w:r>
    </w:p>
    <w:p>
      <w:pPr>
        <w:jc w:val="both"/>
      </w:pPr>
      <w:r>
        <w:t>39.400</w:t>
      </w:r>
    </w:p>
    <w:p>
      <w:pPr>
        <w:jc w:val="both"/>
      </w:pPr>
      <w:r>
        <w:t>254</w:t>
      </w:r>
    </w:p>
    <w:p>
      <w:pPr>
        <w:jc w:val="both"/>
      </w:pPr>
      <w:r>
        <w:t>245</w:t>
      </w:r>
    </w:p>
    <w:p>
      <w:pPr>
        <w:jc w:val="both"/>
      </w:pPr>
      <w:r>
        <w:t>03C1DY.33</w:t>
      </w:r>
    </w:p>
    <w:p>
      <w:pPr>
        <w:jc w:val="both"/>
      </w:pPr>
      <w:r>
        <w:t>Laser nội mạch</w:t>
      </w:r>
    </w:p>
    <w:p>
      <w:pPr>
        <w:jc w:val="both"/>
      </w:pPr>
      <w:r>
        <w:t>55.300</w:t>
      </w:r>
    </w:p>
    <w:p>
      <w:pPr>
        <w:jc w:val="both"/>
      </w:pPr>
      <w:r>
        <w:t>62.200</w:t>
      </w:r>
    </w:p>
    <w:p>
      <w:pPr>
        <w:jc w:val="both"/>
      </w:pPr>
      <w:r>
        <w:t>255</w:t>
      </w:r>
    </w:p>
    <w:p>
      <w:pPr>
        <w:jc w:val="both"/>
      </w:pPr>
      <w:r>
        <w:t>246</w:t>
      </w:r>
    </w:p>
    <w:p>
      <w:pPr>
        <w:jc w:val="both"/>
      </w:pPr>
      <w:r>
        <w:t>Nắn, bó gẫy xương cẳng chân bằng phương pháp y học cổ truyền</w:t>
      </w:r>
    </w:p>
    <w:p>
      <w:pPr>
        <w:jc w:val="both"/>
      </w:pPr>
      <w:r>
        <w:t>110.000</w:t>
      </w:r>
    </w:p>
    <w:p>
      <w:pPr>
        <w:jc w:val="both"/>
      </w:pPr>
      <w:r>
        <w:t>122.000</w:t>
      </w:r>
    </w:p>
    <w:p>
      <w:pPr>
        <w:jc w:val="both"/>
      </w:pPr>
      <w:r>
        <w:t>256</w:t>
      </w:r>
    </w:p>
    <w:p>
      <w:pPr>
        <w:jc w:val="both"/>
      </w:pPr>
      <w:r>
        <w:t>247</w:t>
      </w:r>
    </w:p>
    <w:p>
      <w:pPr>
        <w:jc w:val="both"/>
      </w:pPr>
      <w:r>
        <w:t>Nắn, bó gẫy xương cẳng tay bằng phương pháp y học cổ truyền</w:t>
      </w:r>
    </w:p>
    <w:p>
      <w:pPr>
        <w:jc w:val="both"/>
      </w:pPr>
      <w:r>
        <w:t>110.000</w:t>
      </w:r>
    </w:p>
    <w:p>
      <w:pPr>
        <w:jc w:val="both"/>
      </w:pPr>
      <w:r>
        <w:t>122.000</w:t>
      </w:r>
    </w:p>
    <w:p>
      <w:pPr>
        <w:jc w:val="both"/>
      </w:pPr>
      <w:r>
        <w:t>257</w:t>
      </w:r>
    </w:p>
    <w:p>
      <w:pPr>
        <w:jc w:val="both"/>
      </w:pPr>
      <w:r>
        <w:t>248</w:t>
      </w:r>
    </w:p>
    <w:p>
      <w:pPr>
        <w:jc w:val="both"/>
      </w:pPr>
      <w:r>
        <w:t>Nắn, bó gẫy xương cánh tay bằng phương pháp y học cổ truyền</w:t>
      </w:r>
    </w:p>
    <w:p>
      <w:pPr>
        <w:jc w:val="both"/>
      </w:pPr>
      <w:r>
        <w:t>110.000</w:t>
      </w:r>
    </w:p>
    <w:p>
      <w:pPr>
        <w:jc w:val="both"/>
      </w:pPr>
      <w:r>
        <w:t>122.000</w:t>
      </w:r>
    </w:p>
    <w:p>
      <w:pPr>
        <w:jc w:val="both"/>
      </w:pPr>
      <w:r>
        <w:t>258</w:t>
      </w:r>
    </w:p>
    <w:p>
      <w:pPr>
        <w:jc w:val="both"/>
      </w:pPr>
      <w:r>
        <w:t>249</w:t>
      </w:r>
    </w:p>
    <w:p>
      <w:pPr>
        <w:jc w:val="both"/>
      </w:pPr>
      <w:r>
        <w:t>Ngâm thuốc y học cổ truyền</w:t>
      </w:r>
    </w:p>
    <w:p>
      <w:pPr>
        <w:jc w:val="both"/>
      </w:pPr>
      <w:r>
        <w:t>51.400</w:t>
      </w:r>
    </w:p>
    <w:p>
      <w:pPr>
        <w:jc w:val="both"/>
      </w:pPr>
      <w:r>
        <w:t>57.400</w:t>
      </w:r>
    </w:p>
    <w:p>
      <w:pPr>
        <w:jc w:val="both"/>
      </w:pPr>
      <w:r>
        <w:t>259</w:t>
      </w:r>
    </w:p>
    <w:p>
      <w:pPr>
        <w:jc w:val="both"/>
      </w:pPr>
      <w:r>
        <w:t>250</w:t>
      </w:r>
    </w:p>
    <w:p>
      <w:pPr>
        <w:jc w:val="both"/>
      </w:pPr>
      <w:r>
        <w:t>Phong bế thần kinh bằng Phenol để điều trị co cứng cơ</w:t>
      </w:r>
    </w:p>
    <w:p>
      <w:pPr>
        <w:jc w:val="both"/>
      </w:pPr>
      <w:r>
        <w:t>1.088.000</w:t>
      </w:r>
    </w:p>
    <w:p>
      <w:pPr>
        <w:jc w:val="both"/>
      </w:pPr>
      <w:r>
        <w:t>1.219.000</w:t>
      </w:r>
    </w:p>
    <w:p>
      <w:pPr>
        <w:jc w:val="both"/>
      </w:pPr>
      <w:r>
        <w:t>Chưa bao gồm thuốc</w:t>
      </w:r>
    </w:p>
    <w:p>
      <w:pPr>
        <w:jc w:val="both"/>
      </w:pPr>
      <w:r>
        <w:t>260</w:t>
      </w:r>
    </w:p>
    <w:p>
      <w:pPr>
        <w:jc w:val="both"/>
      </w:pPr>
      <w:r>
        <w:t>251</w:t>
      </w:r>
    </w:p>
    <w:p>
      <w:pPr>
        <w:jc w:val="both"/>
      </w:pPr>
      <w:r>
        <w:t>03C1DY.17</w:t>
      </w:r>
    </w:p>
    <w:p>
      <w:pPr>
        <w:jc w:val="both"/>
      </w:pPr>
      <w:r>
        <w:t>Phục hồi chức năng xương chậu của sản phụ sau sinh đẻ</w:t>
      </w:r>
    </w:p>
    <w:p>
      <w:pPr>
        <w:jc w:val="both"/>
      </w:pPr>
      <w:r>
        <w:t>38.100</w:t>
      </w:r>
    </w:p>
    <w:p>
      <w:pPr>
        <w:jc w:val="both"/>
      </w:pPr>
      <w:r>
        <w:t>39.600</w:t>
      </w:r>
    </w:p>
    <w:p>
      <w:pPr>
        <w:jc w:val="both"/>
      </w:pPr>
      <w:r>
        <w:t>261</w:t>
      </w:r>
    </w:p>
    <w:p>
      <w:pPr>
        <w:jc w:val="both"/>
      </w:pPr>
      <w:r>
        <w:t>252</w:t>
      </w:r>
    </w:p>
    <w:p>
      <w:pPr>
        <w:jc w:val="both"/>
      </w:pPr>
      <w:r>
        <w:t>Sắc thuốc thang (1 thang)</w:t>
      </w:r>
    </w:p>
    <w:p>
      <w:pPr>
        <w:jc w:val="both"/>
      </w:pPr>
      <w:r>
        <w:t>13.100</w:t>
      </w:r>
    </w:p>
    <w:p>
      <w:pPr>
        <w:jc w:val="both"/>
      </w:pPr>
      <w:r>
        <w:t>14.600</w:t>
      </w:r>
    </w:p>
    <w:p>
      <w:pPr>
        <w:jc w:val="both"/>
      </w:pPr>
      <w:r>
        <w:t>Đã bao gồm chi phí đóng gói thuốc, chưa bao gồm tiền thuốc.</w:t>
      </w:r>
    </w:p>
    <w:p>
      <w:pPr>
        <w:jc w:val="both"/>
      </w:pPr>
      <w:r>
        <w:t>262</w:t>
      </w:r>
    </w:p>
    <w:p>
      <w:pPr>
        <w:jc w:val="both"/>
      </w:pPr>
      <w:r>
        <w:t>253</w:t>
      </w:r>
    </w:p>
    <w:p>
      <w:pPr>
        <w:jc w:val="both"/>
      </w:pPr>
      <w:r>
        <w:t>04C2.DY137</w:t>
      </w:r>
    </w:p>
    <w:p>
      <w:pPr>
        <w:jc w:val="both"/>
      </w:pPr>
      <w:r>
        <w:t>Siêu âm điều trị</w:t>
      </w:r>
    </w:p>
    <w:p>
      <w:pPr>
        <w:jc w:val="both"/>
      </w:pPr>
      <w:r>
        <w:t>46.700</w:t>
      </w:r>
    </w:p>
    <w:p>
      <w:pPr>
        <w:jc w:val="both"/>
      </w:pPr>
      <w:r>
        <w:t>52.800</w:t>
      </w:r>
    </w:p>
    <w:p>
      <w:pPr>
        <w:jc w:val="both"/>
      </w:pPr>
      <w:r>
        <w:t>263</w:t>
      </w:r>
    </w:p>
    <w:p>
      <w:pPr>
        <w:jc w:val="both"/>
      </w:pPr>
      <w:r>
        <w:t>254</w:t>
      </w:r>
    </w:p>
    <w:p>
      <w:pPr>
        <w:jc w:val="both"/>
      </w:pPr>
      <w:r>
        <w:t>04C2.DY131</w:t>
      </w:r>
    </w:p>
    <w:p>
      <w:pPr>
        <w:jc w:val="both"/>
      </w:pPr>
      <w:r>
        <w:t>Sóng ngắn</w:t>
      </w:r>
    </w:p>
    <w:p>
      <w:pPr>
        <w:jc w:val="both"/>
      </w:pPr>
      <w:r>
        <w:t>37.200</w:t>
      </w:r>
    </w:p>
    <w:p>
      <w:pPr>
        <w:jc w:val="both"/>
      </w:pPr>
      <w:r>
        <w:t>40.800</w:t>
      </w:r>
    </w:p>
    <w:p>
      <w:pPr>
        <w:jc w:val="both"/>
      </w:pPr>
      <w:r>
        <w:t>264</w:t>
      </w:r>
    </w:p>
    <w:p>
      <w:pPr>
        <w:jc w:val="both"/>
      </w:pPr>
      <w:r>
        <w:t>255</w:t>
      </w:r>
    </w:p>
    <w:p>
      <w:pPr>
        <w:jc w:val="both"/>
      </w:pPr>
      <w:r>
        <w:t>03C1DY.35</w:t>
      </w:r>
    </w:p>
    <w:p>
      <w:pPr>
        <w:jc w:val="both"/>
      </w:pPr>
      <w:r>
        <w:t>Sóng xung kích điều trị</w:t>
      </w:r>
    </w:p>
    <w:p>
      <w:pPr>
        <w:jc w:val="both"/>
      </w:pPr>
      <w:r>
        <w:t>65.200</w:t>
      </w:r>
    </w:p>
    <w:p>
      <w:pPr>
        <w:jc w:val="both"/>
      </w:pPr>
      <w:r>
        <w:t>72.000</w:t>
      </w:r>
    </w:p>
    <w:p>
      <w:pPr>
        <w:jc w:val="both"/>
      </w:pPr>
      <w:r>
        <w:t>265</w:t>
      </w:r>
    </w:p>
    <w:p>
      <w:pPr>
        <w:jc w:val="both"/>
      </w:pPr>
      <w:r>
        <w:t>256</w:t>
      </w:r>
    </w:p>
    <w:p>
      <w:pPr>
        <w:jc w:val="both"/>
      </w:pPr>
      <w:r>
        <w:t>03C1DY.5</w:t>
      </w:r>
    </w:p>
    <w:p>
      <w:pPr>
        <w:jc w:val="both"/>
      </w:pPr>
      <w:r>
        <w:t>Tập do cứng khớp</w:t>
      </w:r>
    </w:p>
    <w:p>
      <w:pPr>
        <w:jc w:val="both"/>
      </w:pPr>
      <w:r>
        <w:t>49.500</w:t>
      </w:r>
    </w:p>
    <w:p>
      <w:pPr>
        <w:jc w:val="both"/>
      </w:pPr>
      <w:r>
        <w:t>53.600</w:t>
      </w:r>
    </w:p>
    <w:p>
      <w:pPr>
        <w:jc w:val="both"/>
      </w:pPr>
      <w:r>
        <w:t>266</w:t>
      </w:r>
    </w:p>
    <w:p>
      <w:pPr>
        <w:jc w:val="both"/>
      </w:pPr>
      <w:r>
        <w:t>257</w:t>
      </w:r>
    </w:p>
    <w:p>
      <w:pPr>
        <w:jc w:val="both"/>
      </w:pPr>
      <w:r>
        <w:t>03C1DY.6</w:t>
      </w:r>
    </w:p>
    <w:p>
      <w:pPr>
        <w:jc w:val="both"/>
      </w:pPr>
      <w:r>
        <w:t>Tập do liệt ngoại biên</w:t>
      </w:r>
    </w:p>
    <w:p>
      <w:pPr>
        <w:jc w:val="both"/>
      </w:pPr>
      <w:r>
        <w:t>32.300</w:t>
      </w:r>
    </w:p>
    <w:p>
      <w:pPr>
        <w:jc w:val="both"/>
      </w:pPr>
      <w:r>
        <w:t>33.800</w:t>
      </w:r>
    </w:p>
    <w:p>
      <w:pPr>
        <w:jc w:val="both"/>
      </w:pPr>
      <w:r>
        <w:t>267</w:t>
      </w:r>
    </w:p>
    <w:p>
      <w:pPr>
        <w:jc w:val="both"/>
      </w:pPr>
      <w:r>
        <w:t>258</w:t>
      </w:r>
    </w:p>
    <w:p>
      <w:pPr>
        <w:jc w:val="both"/>
      </w:pPr>
      <w:r>
        <w:t>03C1DY.4</w:t>
      </w:r>
    </w:p>
    <w:p>
      <w:pPr>
        <w:jc w:val="both"/>
      </w:pPr>
      <w:r>
        <w:t>Tập do liệt thần kinh trung ương</w:t>
      </w:r>
    </w:p>
    <w:p>
      <w:pPr>
        <w:jc w:val="both"/>
      </w:pPr>
      <w:r>
        <w:t>45.300</w:t>
      </w:r>
    </w:p>
    <w:p>
      <w:pPr>
        <w:jc w:val="both"/>
      </w:pPr>
      <w:r>
        <w:t>49.100</w:t>
      </w:r>
    </w:p>
    <w:p>
      <w:pPr>
        <w:jc w:val="both"/>
      </w:pPr>
      <w:r>
        <w:t>268</w:t>
      </w:r>
    </w:p>
    <w:p>
      <w:pPr>
        <w:jc w:val="both"/>
      </w:pPr>
      <w:r>
        <w:t>259</w:t>
      </w:r>
    </w:p>
    <w:p>
      <w:pPr>
        <w:jc w:val="both"/>
      </w:pPr>
      <w:r>
        <w:t>03C1DY.19</w:t>
      </w:r>
    </w:p>
    <w:p>
      <w:pPr>
        <w:jc w:val="both"/>
      </w:pPr>
      <w:r>
        <w:t>Tập dưỡng sinh</w:t>
      </w:r>
    </w:p>
    <w:p>
      <w:pPr>
        <w:jc w:val="both"/>
      </w:pPr>
      <w:r>
        <w:t>27.300</w:t>
      </w:r>
    </w:p>
    <w:p>
      <w:pPr>
        <w:jc w:val="both"/>
      </w:pPr>
      <w:r>
        <w:t>28.400</w:t>
      </w:r>
    </w:p>
    <w:p>
      <w:pPr>
        <w:jc w:val="both"/>
      </w:pPr>
      <w:r>
        <w:t>269</w:t>
      </w:r>
    </w:p>
    <w:p>
      <w:pPr>
        <w:jc w:val="both"/>
      </w:pPr>
      <w:r>
        <w:t>260</w:t>
      </w:r>
    </w:p>
    <w:p>
      <w:pPr>
        <w:jc w:val="both"/>
      </w:pPr>
      <w:r>
        <w:t>Tập giao tiếp (ngôn ngữ, ký hiệu, hình ảnh...)</w:t>
      </w:r>
    </w:p>
    <w:p>
      <w:pPr>
        <w:jc w:val="both"/>
      </w:pPr>
      <w:r>
        <w:t>66.100</w:t>
      </w:r>
    </w:p>
    <w:p>
      <w:pPr>
        <w:jc w:val="both"/>
      </w:pPr>
      <w:r>
        <w:t>70.300</w:t>
      </w:r>
    </w:p>
    <w:p>
      <w:pPr>
        <w:jc w:val="both"/>
      </w:pPr>
      <w:r>
        <w:t>270</w:t>
      </w:r>
    </w:p>
    <w:p>
      <w:pPr>
        <w:jc w:val="both"/>
      </w:pPr>
      <w:r>
        <w:t>261</w:t>
      </w:r>
    </w:p>
    <w:p>
      <w:pPr>
        <w:jc w:val="both"/>
      </w:pPr>
      <w:r>
        <w:t>03C1DY.11</w:t>
      </w:r>
    </w:p>
    <w:p>
      <w:pPr>
        <w:jc w:val="both"/>
      </w:pPr>
      <w:r>
        <w:t>Tập luyện với ghế tập cơ bốn đầu đùi</w:t>
      </w:r>
    </w:p>
    <w:p>
      <w:pPr>
        <w:jc w:val="both"/>
      </w:pPr>
      <w:r>
        <w:t>12.500</w:t>
      </w:r>
    </w:p>
    <w:p>
      <w:pPr>
        <w:jc w:val="both"/>
      </w:pPr>
      <w:r>
        <w:t>13.200</w:t>
      </w:r>
    </w:p>
    <w:p>
      <w:pPr>
        <w:jc w:val="both"/>
      </w:pPr>
      <w:r>
        <w:t>271</w:t>
      </w:r>
    </w:p>
    <w:p>
      <w:pPr>
        <w:jc w:val="both"/>
      </w:pPr>
      <w:r>
        <w:t>262</w:t>
      </w:r>
    </w:p>
    <w:p>
      <w:pPr>
        <w:jc w:val="both"/>
      </w:pPr>
      <w:r>
        <w:t>Tập mạnh cơ đáy chậu (cơ sản chậu, Pelvis floor)</w:t>
      </w:r>
    </w:p>
    <w:p>
      <w:pPr>
        <w:jc w:val="both"/>
      </w:pPr>
      <w:r>
        <w:t>308.000</w:t>
      </w:r>
    </w:p>
    <w:p>
      <w:pPr>
        <w:jc w:val="both"/>
      </w:pPr>
      <w:r>
        <w:t>349.000</w:t>
      </w:r>
    </w:p>
    <w:p>
      <w:pPr>
        <w:jc w:val="both"/>
      </w:pPr>
      <w:r>
        <w:t>272</w:t>
      </w:r>
    </w:p>
    <w:p>
      <w:pPr>
        <w:jc w:val="both"/>
      </w:pPr>
      <w:r>
        <w:t>263</w:t>
      </w:r>
    </w:p>
    <w:p>
      <w:pPr>
        <w:jc w:val="both"/>
      </w:pPr>
      <w:r>
        <w:t>Tập nuốt (có sử dụng máy)</w:t>
      </w:r>
    </w:p>
    <w:p>
      <w:pPr>
        <w:jc w:val="both"/>
      </w:pPr>
      <w:r>
        <w:t>163.000</w:t>
      </w:r>
    </w:p>
    <w:p>
      <w:pPr>
        <w:jc w:val="both"/>
      </w:pPr>
      <w:r>
        <w:t>183.000</w:t>
      </w:r>
    </w:p>
    <w:p>
      <w:pPr>
        <w:jc w:val="both"/>
      </w:pPr>
      <w:r>
        <w:t>273</w:t>
      </w:r>
    </w:p>
    <w:p>
      <w:pPr>
        <w:jc w:val="both"/>
      </w:pPr>
      <w:r>
        <w:t>264</w:t>
      </w:r>
    </w:p>
    <w:p>
      <w:pPr>
        <w:jc w:val="both"/>
      </w:pPr>
      <w:r>
        <w:t>Tập nuốt (không sử dụng máy)</w:t>
      </w:r>
    </w:p>
    <w:p>
      <w:pPr>
        <w:jc w:val="both"/>
      </w:pPr>
      <w:r>
        <w:t>134.000</w:t>
      </w:r>
    </w:p>
    <w:p>
      <w:pPr>
        <w:jc w:val="both"/>
      </w:pPr>
      <w:r>
        <w:t>149.000</w:t>
      </w:r>
    </w:p>
    <w:p>
      <w:pPr>
        <w:jc w:val="both"/>
      </w:pPr>
      <w:r>
        <w:t>274</w:t>
      </w:r>
    </w:p>
    <w:p>
      <w:pPr>
        <w:jc w:val="both"/>
      </w:pPr>
      <w:r>
        <w:t>265</w:t>
      </w:r>
    </w:p>
    <w:p>
      <w:pPr>
        <w:jc w:val="both"/>
      </w:pPr>
      <w:r>
        <w:t>Tập sửa lỗi phát âm</w:t>
      </w:r>
    </w:p>
    <w:p>
      <w:pPr>
        <w:jc w:val="both"/>
      </w:pPr>
      <w:r>
        <w:t>112.000</w:t>
      </w:r>
    </w:p>
    <w:p>
      <w:pPr>
        <w:jc w:val="both"/>
      </w:pPr>
      <w:r>
        <w:t>123.000</w:t>
      </w:r>
    </w:p>
    <w:p>
      <w:pPr>
        <w:jc w:val="both"/>
      </w:pPr>
      <w:r>
        <w:t>275</w:t>
      </w:r>
    </w:p>
    <w:p>
      <w:pPr>
        <w:jc w:val="both"/>
      </w:pPr>
      <w:r>
        <w:t>266</w:t>
      </w:r>
    </w:p>
    <w:p>
      <w:pPr>
        <w:jc w:val="both"/>
      </w:pPr>
      <w:r>
        <w:t>04C2.DY136</w:t>
      </w:r>
    </w:p>
    <w:p>
      <w:pPr>
        <w:jc w:val="both"/>
      </w:pPr>
      <w:r>
        <w:t>Tập vận động đoạn chi</w:t>
      </w:r>
    </w:p>
    <w:p>
      <w:pPr>
        <w:jc w:val="both"/>
      </w:pPr>
      <w:r>
        <w:t>45.700</w:t>
      </w:r>
    </w:p>
    <w:p>
      <w:pPr>
        <w:jc w:val="both"/>
      </w:pPr>
      <w:r>
        <w:t>49.600</w:t>
      </w:r>
    </w:p>
    <w:p>
      <w:pPr>
        <w:jc w:val="both"/>
      </w:pPr>
      <w:r>
        <w:t>276</w:t>
      </w:r>
    </w:p>
    <w:p>
      <w:pPr>
        <w:jc w:val="both"/>
      </w:pPr>
      <w:r>
        <w:t>267</w:t>
      </w:r>
    </w:p>
    <w:p>
      <w:pPr>
        <w:jc w:val="both"/>
      </w:pPr>
      <w:r>
        <w:t>04C2.DY135</w:t>
      </w:r>
    </w:p>
    <w:p>
      <w:pPr>
        <w:jc w:val="both"/>
      </w:pPr>
      <w:r>
        <w:t>Tập vận động toàn thân</w:t>
      </w:r>
    </w:p>
    <w:p>
      <w:pPr>
        <w:jc w:val="both"/>
      </w:pPr>
      <w:r>
        <w:t>51.400</w:t>
      </w:r>
    </w:p>
    <w:p>
      <w:pPr>
        <w:jc w:val="both"/>
      </w:pPr>
      <w:r>
        <w:t>55.200</w:t>
      </w:r>
    </w:p>
    <w:p>
      <w:pPr>
        <w:jc w:val="both"/>
      </w:pPr>
      <w:r>
        <w:t>277</w:t>
      </w:r>
    </w:p>
    <w:p>
      <w:pPr>
        <w:jc w:val="both"/>
      </w:pPr>
      <w:r>
        <w:t>268</w:t>
      </w:r>
    </w:p>
    <w:p>
      <w:pPr>
        <w:jc w:val="both"/>
      </w:pPr>
      <w:r>
        <w:t>Tập vận động với các dụng cụ trợ giúp</w:t>
      </w:r>
    </w:p>
    <w:p>
      <w:pPr>
        <w:jc w:val="both"/>
      </w:pPr>
      <w:r>
        <w:t>30.600</w:t>
      </w:r>
    </w:p>
    <w:p>
      <w:pPr>
        <w:jc w:val="both"/>
      </w:pPr>
      <w:r>
        <w:t>33.800</w:t>
      </w:r>
    </w:p>
    <w:p>
      <w:pPr>
        <w:jc w:val="both"/>
      </w:pPr>
      <w:r>
        <w:t>278</w:t>
      </w:r>
    </w:p>
    <w:p>
      <w:pPr>
        <w:jc w:val="both"/>
      </w:pPr>
      <w:r>
        <w:t>269</w:t>
      </w:r>
    </w:p>
    <w:p>
      <w:pPr>
        <w:jc w:val="both"/>
      </w:pPr>
      <w:r>
        <w:t>03C1DY.13</w:t>
      </w:r>
    </w:p>
    <w:p>
      <w:pPr>
        <w:jc w:val="both"/>
      </w:pPr>
      <w:r>
        <w:t>Tập với hệ thống ròng rọc</w:t>
      </w:r>
    </w:p>
    <w:p>
      <w:pPr>
        <w:jc w:val="both"/>
      </w:pPr>
      <w:r>
        <w:t>12.500</w:t>
      </w:r>
    </w:p>
    <w:p>
      <w:pPr>
        <w:jc w:val="both"/>
      </w:pPr>
      <w:r>
        <w:t>13.200</w:t>
      </w:r>
    </w:p>
    <w:p>
      <w:pPr>
        <w:jc w:val="both"/>
      </w:pPr>
      <w:r>
        <w:t>279</w:t>
      </w:r>
    </w:p>
    <w:p>
      <w:pPr>
        <w:jc w:val="both"/>
      </w:pPr>
      <w:r>
        <w:t>270</w:t>
      </w:r>
    </w:p>
    <w:p>
      <w:pPr>
        <w:jc w:val="both"/>
      </w:pPr>
      <w:r>
        <w:t>03C1DY.12</w:t>
      </w:r>
    </w:p>
    <w:p>
      <w:pPr>
        <w:jc w:val="both"/>
      </w:pPr>
      <w:r>
        <w:t>Tập với xe đạp tập</w:t>
      </w:r>
    </w:p>
    <w:p>
      <w:pPr>
        <w:jc w:val="both"/>
      </w:pPr>
      <w:r>
        <w:t>12.500</w:t>
      </w:r>
    </w:p>
    <w:p>
      <w:pPr>
        <w:jc w:val="both"/>
      </w:pPr>
      <w:r>
        <w:t>13.200</w:t>
      </w:r>
    </w:p>
    <w:p>
      <w:pPr>
        <w:jc w:val="both"/>
      </w:pPr>
      <w:r>
        <w:t>280</w:t>
      </w:r>
    </w:p>
    <w:p>
      <w:pPr>
        <w:jc w:val="both"/>
      </w:pPr>
      <w:r>
        <w:t>271</w:t>
      </w:r>
    </w:p>
    <w:p>
      <w:pPr>
        <w:jc w:val="both"/>
      </w:pPr>
      <w:r>
        <w:t>04C2.DY127</w:t>
      </w:r>
    </w:p>
    <w:p>
      <w:pPr>
        <w:jc w:val="both"/>
      </w:pPr>
      <w:r>
        <w:t>Thủy châm</w:t>
      </w:r>
    </w:p>
    <w:p>
      <w:pPr>
        <w:jc w:val="both"/>
      </w:pPr>
      <w:r>
        <w:t>70.100</w:t>
      </w:r>
    </w:p>
    <w:p>
      <w:pPr>
        <w:jc w:val="both"/>
      </w:pPr>
      <w:r>
        <w:t>77.200</w:t>
      </w:r>
    </w:p>
    <w:p>
      <w:pPr>
        <w:jc w:val="both"/>
      </w:pPr>
      <w:r>
        <w:t>Chưa bao gồm thuốc.</w:t>
      </w:r>
    </w:p>
    <w:p>
      <w:pPr>
        <w:jc w:val="both"/>
      </w:pPr>
      <w:r>
        <w:t>281</w:t>
      </w:r>
    </w:p>
    <w:p>
      <w:pPr>
        <w:jc w:val="both"/>
      </w:pPr>
      <w:r>
        <w:t>272</w:t>
      </w:r>
    </w:p>
    <w:p>
      <w:pPr>
        <w:jc w:val="both"/>
      </w:pPr>
      <w:r>
        <w:t>03C1DY.14</w:t>
      </w:r>
    </w:p>
    <w:p>
      <w:pPr>
        <w:jc w:val="both"/>
      </w:pPr>
      <w:r>
        <w:t>Thủy trị liệu</w:t>
      </w:r>
    </w:p>
    <w:p>
      <w:pPr>
        <w:jc w:val="both"/>
      </w:pPr>
      <w:r>
        <w:t>64.200</w:t>
      </w:r>
    </w:p>
    <w:p>
      <w:pPr>
        <w:jc w:val="both"/>
      </w:pPr>
      <w:r>
        <w:t>71.500</w:t>
      </w:r>
    </w:p>
    <w:p>
      <w:pPr>
        <w:jc w:val="both"/>
      </w:pPr>
      <w:r>
        <w:t>282</w:t>
      </w:r>
    </w:p>
    <w:p>
      <w:pPr>
        <w:jc w:val="both"/>
      </w:pPr>
      <w:r>
        <w:t>273</w:t>
      </w:r>
    </w:p>
    <w:p>
      <w:pPr>
        <w:jc w:val="both"/>
      </w:pPr>
      <w:r>
        <w:t>Tiêm Botulinum toxine vào cơ thành bàng quang để điều trị bàng quang tăng hoạt động</w:t>
      </w:r>
    </w:p>
    <w:p>
      <w:pPr>
        <w:jc w:val="both"/>
      </w:pPr>
      <w:r>
        <w:t>2.825.000</w:t>
      </w:r>
    </w:p>
    <w:p>
      <w:pPr>
        <w:jc w:val="both"/>
      </w:pPr>
      <w:r>
        <w:t>3.203.000</w:t>
      </w:r>
    </w:p>
    <w:p>
      <w:pPr>
        <w:jc w:val="both"/>
      </w:pPr>
      <w:r>
        <w:t>Chưa bao gồm thuốc</w:t>
      </w:r>
    </w:p>
    <w:p>
      <w:pPr>
        <w:jc w:val="both"/>
      </w:pPr>
      <w:r>
        <w:t>283</w:t>
      </w:r>
    </w:p>
    <w:p>
      <w:pPr>
        <w:jc w:val="both"/>
      </w:pPr>
      <w:r>
        <w:t>274</w:t>
      </w:r>
    </w:p>
    <w:p>
      <w:pPr>
        <w:jc w:val="both"/>
      </w:pPr>
      <w:r>
        <w:t>Tiêm Botulinum toxine vào điểm vận động để điều trị co cứng cơ</w:t>
      </w:r>
    </w:p>
    <w:p>
      <w:pPr>
        <w:jc w:val="both"/>
      </w:pPr>
      <w:r>
        <w:t>1.195.000</w:t>
      </w:r>
    </w:p>
    <w:p>
      <w:pPr>
        <w:jc w:val="both"/>
      </w:pPr>
      <w:r>
        <w:t>1.342.000</w:t>
      </w:r>
    </w:p>
    <w:p>
      <w:pPr>
        <w:jc w:val="both"/>
      </w:pPr>
      <w:r>
        <w:t>Chưa bao gồm thuốc</w:t>
      </w:r>
    </w:p>
    <w:p>
      <w:pPr>
        <w:jc w:val="both"/>
      </w:pPr>
      <w:r>
        <w:t>284</w:t>
      </w:r>
    </w:p>
    <w:p>
      <w:pPr>
        <w:jc w:val="both"/>
      </w:pPr>
      <w:r>
        <w:t>275</w:t>
      </w:r>
    </w:p>
    <w:p>
      <w:pPr>
        <w:jc w:val="both"/>
      </w:pPr>
      <w:r>
        <w:t>04C2.DY133</w:t>
      </w:r>
    </w:p>
    <w:p>
      <w:pPr>
        <w:jc w:val="both"/>
      </w:pPr>
      <w:r>
        <w:t>Tử ngoại</w:t>
      </w:r>
    </w:p>
    <w:p>
      <w:pPr>
        <w:jc w:val="both"/>
      </w:pPr>
      <w:r>
        <w:t>36.300</w:t>
      </w:r>
    </w:p>
    <w:p>
      <w:pPr>
        <w:jc w:val="both"/>
      </w:pPr>
      <w:r>
        <w:t>39.900</w:t>
      </w:r>
    </w:p>
    <w:p>
      <w:pPr>
        <w:jc w:val="both"/>
      </w:pPr>
      <w:r>
        <w:t>285</w:t>
      </w:r>
    </w:p>
    <w:p>
      <w:pPr>
        <w:jc w:val="both"/>
      </w:pPr>
      <w:r>
        <w:t>276</w:t>
      </w:r>
    </w:p>
    <w:p>
      <w:pPr>
        <w:jc w:val="both"/>
      </w:pPr>
      <w:r>
        <w:t>03C1DY.16</w:t>
      </w:r>
    </w:p>
    <w:p>
      <w:pPr>
        <w:jc w:val="both"/>
      </w:pPr>
      <w:r>
        <w:t>Vật lý trị liệu chỉnh hình</w:t>
      </w:r>
    </w:p>
    <w:p>
      <w:pPr>
        <w:jc w:val="both"/>
      </w:pPr>
      <w:r>
        <w:t>31.100</w:t>
      </w:r>
    </w:p>
    <w:p>
      <w:pPr>
        <w:jc w:val="both"/>
      </w:pPr>
      <w:r>
        <w:t>34.900</w:t>
      </w:r>
    </w:p>
    <w:p>
      <w:pPr>
        <w:jc w:val="both"/>
      </w:pPr>
      <w:r>
        <w:t>286</w:t>
      </w:r>
    </w:p>
    <w:p>
      <w:pPr>
        <w:jc w:val="both"/>
      </w:pPr>
      <w:r>
        <w:t>277</w:t>
      </w:r>
    </w:p>
    <w:p>
      <w:pPr>
        <w:jc w:val="both"/>
      </w:pPr>
      <w:r>
        <w:t>03C1DY.15</w:t>
      </w:r>
    </w:p>
    <w:p>
      <w:pPr>
        <w:jc w:val="both"/>
      </w:pPr>
      <w:r>
        <w:t>Vật lý trị liệu hô hấp</w:t>
      </w:r>
    </w:p>
    <w:p>
      <w:pPr>
        <w:jc w:val="both"/>
      </w:pPr>
      <w:r>
        <w:t>31.100</w:t>
      </w:r>
    </w:p>
    <w:p>
      <w:pPr>
        <w:jc w:val="both"/>
      </w:pPr>
      <w:r>
        <w:t>34.900</w:t>
      </w:r>
    </w:p>
    <w:p>
      <w:pPr>
        <w:jc w:val="both"/>
      </w:pPr>
      <w:r>
        <w:t>287</w:t>
      </w:r>
    </w:p>
    <w:p>
      <w:pPr>
        <w:jc w:val="both"/>
      </w:pPr>
      <w:r>
        <w:t>278</w:t>
      </w:r>
    </w:p>
    <w:p>
      <w:pPr>
        <w:jc w:val="both"/>
      </w:pPr>
      <w:r>
        <w:t>03C1DY.18</w:t>
      </w:r>
    </w:p>
    <w:p>
      <w:pPr>
        <w:jc w:val="both"/>
      </w:pPr>
      <w:r>
        <w:t>Vật lý trị liệu phòng ngừa các biến chứng do bất động</w:t>
      </w:r>
    </w:p>
    <w:p>
      <w:pPr>
        <w:jc w:val="both"/>
      </w:pPr>
      <w:r>
        <w:t>31.100</w:t>
      </w:r>
    </w:p>
    <w:p>
      <w:pPr>
        <w:jc w:val="both"/>
      </w:pPr>
      <w:r>
        <w:t>34.900</w:t>
      </w:r>
    </w:p>
    <w:p>
      <w:pPr>
        <w:jc w:val="both"/>
      </w:pPr>
      <w:r>
        <w:t>288</w:t>
      </w:r>
    </w:p>
    <w:p>
      <w:pPr>
        <w:jc w:val="both"/>
      </w:pPr>
      <w:r>
        <w:t>279</w:t>
      </w:r>
    </w:p>
    <w:p>
      <w:pPr>
        <w:jc w:val="both"/>
      </w:pPr>
      <w:r>
        <w:t>03C1DY.30</w:t>
      </w:r>
    </w:p>
    <w:p>
      <w:pPr>
        <w:jc w:val="both"/>
      </w:pPr>
      <w:r>
        <w:t>Xoa bóp áp lực hơi</w:t>
      </w:r>
    </w:p>
    <w:p>
      <w:pPr>
        <w:jc w:val="both"/>
      </w:pPr>
      <w:r>
        <w:t>31.100</w:t>
      </w:r>
    </w:p>
    <w:p>
      <w:pPr>
        <w:jc w:val="both"/>
      </w:pPr>
      <w:r>
        <w:t>34.900</w:t>
      </w:r>
    </w:p>
    <w:p>
      <w:pPr>
        <w:jc w:val="both"/>
      </w:pPr>
      <w:r>
        <w:t>289</w:t>
      </w:r>
    </w:p>
    <w:p>
      <w:pPr>
        <w:jc w:val="both"/>
      </w:pPr>
      <w:r>
        <w:t>280</w:t>
      </w:r>
    </w:p>
    <w:p>
      <w:pPr>
        <w:jc w:val="both"/>
      </w:pPr>
      <w:r>
        <w:t>04C2.DY128</w:t>
      </w:r>
    </w:p>
    <w:p>
      <w:pPr>
        <w:jc w:val="both"/>
      </w:pPr>
      <w:r>
        <w:t>Xoa bóp bấm huyệt</w:t>
      </w:r>
    </w:p>
    <w:p>
      <w:pPr>
        <w:jc w:val="both"/>
      </w:pPr>
      <w:r>
        <w:t>69.300</w:t>
      </w:r>
    </w:p>
    <w:p>
      <w:pPr>
        <w:jc w:val="both"/>
      </w:pPr>
      <w:r>
        <w:t>76.400</w:t>
      </w:r>
    </w:p>
    <w:p>
      <w:pPr>
        <w:jc w:val="both"/>
      </w:pPr>
      <w:r>
        <w:t>290</w:t>
      </w:r>
    </w:p>
    <w:p>
      <w:pPr>
        <w:jc w:val="both"/>
      </w:pPr>
      <w:r>
        <w:t>281</w:t>
      </w:r>
    </w:p>
    <w:p>
      <w:pPr>
        <w:jc w:val="both"/>
      </w:pPr>
      <w:r>
        <w:t>03C1DY.21</w:t>
      </w:r>
    </w:p>
    <w:p>
      <w:pPr>
        <w:jc w:val="both"/>
      </w:pPr>
      <w:r>
        <w:t>Xoa bóp bằng máy</w:t>
      </w:r>
    </w:p>
    <w:p>
      <w:pPr>
        <w:jc w:val="both"/>
      </w:pPr>
      <w:r>
        <w:t>32.300</w:t>
      </w:r>
    </w:p>
    <w:p>
      <w:pPr>
        <w:jc w:val="both"/>
      </w:pPr>
      <w:r>
        <w:t>33.800</w:t>
      </w:r>
    </w:p>
    <w:p>
      <w:pPr>
        <w:jc w:val="both"/>
      </w:pPr>
      <w:r>
        <w:t>291</w:t>
      </w:r>
    </w:p>
    <w:p>
      <w:pPr>
        <w:jc w:val="both"/>
      </w:pPr>
      <w:r>
        <w:t>282</w:t>
      </w:r>
    </w:p>
    <w:p>
      <w:pPr>
        <w:jc w:val="both"/>
      </w:pPr>
      <w:r>
        <w:t>03C1DY.22</w:t>
      </w:r>
    </w:p>
    <w:p>
      <w:pPr>
        <w:jc w:val="both"/>
      </w:pPr>
      <w:r>
        <w:t>Xoa bóp cục bộ bằng tay</w:t>
      </w:r>
    </w:p>
    <w:p>
      <w:pPr>
        <w:jc w:val="both"/>
      </w:pPr>
      <w:r>
        <w:t>45.200</w:t>
      </w:r>
    </w:p>
    <w:p>
      <w:pPr>
        <w:jc w:val="both"/>
      </w:pPr>
      <w:r>
        <w:t>49.000</w:t>
      </w:r>
    </w:p>
    <w:p>
      <w:pPr>
        <w:jc w:val="both"/>
      </w:pPr>
      <w:r>
        <w:t>292</w:t>
      </w:r>
    </w:p>
    <w:p>
      <w:pPr>
        <w:jc w:val="both"/>
      </w:pPr>
      <w:r>
        <w:t>283</w:t>
      </w:r>
    </w:p>
    <w:p>
      <w:pPr>
        <w:jc w:val="both"/>
      </w:pPr>
      <w:r>
        <w:t>03C1DY.23</w:t>
      </w:r>
    </w:p>
    <w:p>
      <w:pPr>
        <w:jc w:val="both"/>
      </w:pPr>
      <w:r>
        <w:t>Xoa bóp toàn thân</w:t>
      </w:r>
    </w:p>
    <w:p>
      <w:pPr>
        <w:jc w:val="both"/>
      </w:pPr>
      <w:r>
        <w:t>55.800</w:t>
      </w:r>
    </w:p>
    <w:p>
      <w:pPr>
        <w:jc w:val="both"/>
      </w:pPr>
      <w:r>
        <w:t>59.700</w:t>
      </w:r>
    </w:p>
    <w:p>
      <w:pPr>
        <w:jc w:val="both"/>
      </w:pPr>
      <w:r>
        <w:t>293</w:t>
      </w:r>
    </w:p>
    <w:p>
      <w:pPr>
        <w:jc w:val="both"/>
      </w:pPr>
      <w:r>
        <w:t>284</w:t>
      </w:r>
    </w:p>
    <w:p>
      <w:pPr>
        <w:jc w:val="both"/>
      </w:pPr>
      <w:r>
        <w:t>Xông hơi thuốc</w:t>
      </w:r>
    </w:p>
    <w:p>
      <w:pPr>
        <w:jc w:val="both"/>
      </w:pPr>
      <w:r>
        <w:t>45.600</w:t>
      </w:r>
    </w:p>
    <w:p>
      <w:pPr>
        <w:jc w:val="both"/>
      </w:pPr>
      <w:r>
        <w:t>50.100</w:t>
      </w:r>
    </w:p>
    <w:p>
      <w:pPr>
        <w:jc w:val="both"/>
      </w:pPr>
      <w:r>
        <w:t>294</w:t>
      </w:r>
    </w:p>
    <w:p>
      <w:pPr>
        <w:jc w:val="both"/>
      </w:pPr>
      <w:r>
        <w:t>285</w:t>
      </w:r>
    </w:p>
    <w:p>
      <w:pPr>
        <w:jc w:val="both"/>
      </w:pPr>
      <w:r>
        <w:t>Xông khói thuốc</w:t>
      </w:r>
    </w:p>
    <w:p>
      <w:pPr>
        <w:jc w:val="both"/>
      </w:pPr>
      <w:r>
        <w:t>40.600</w:t>
      </w:r>
    </w:p>
    <w:p>
      <w:pPr>
        <w:jc w:val="both"/>
      </w:pPr>
      <w:r>
        <w:t>44.400</w:t>
      </w:r>
    </w:p>
    <w:p>
      <w:pPr>
        <w:jc w:val="both"/>
      </w:pPr>
      <w:r>
        <w:t>295</w:t>
      </w:r>
    </w:p>
    <w:p>
      <w:pPr>
        <w:jc w:val="both"/>
      </w:pPr>
      <w:r>
        <w:t>286</w:t>
      </w:r>
    </w:p>
    <w:p>
      <w:pPr>
        <w:jc w:val="both"/>
      </w:pPr>
      <w:r>
        <w:t>Xông thuốc bằng máy</w:t>
      </w:r>
    </w:p>
    <w:p>
      <w:pPr>
        <w:jc w:val="both"/>
      </w:pPr>
      <w:r>
        <w:t>45.600</w:t>
      </w:r>
    </w:p>
    <w:p>
      <w:pPr>
        <w:jc w:val="both"/>
      </w:pPr>
      <w:r>
        <w:t>50.100</w:t>
      </w:r>
    </w:p>
    <w:p>
      <w:pPr>
        <w:jc w:val="both"/>
      </w:pPr>
      <w:r>
        <w:t>Các thủ thuật Y học cổ truyền hoặc Phục hồi chức năng còn lại khác</w:t>
      </w:r>
    </w:p>
    <w:p>
      <w:pPr>
        <w:jc w:val="both"/>
      </w:pPr>
      <w:r>
        <w:t>296</w:t>
      </w:r>
    </w:p>
    <w:p>
      <w:pPr>
        <w:jc w:val="both"/>
      </w:pPr>
      <w:r>
        <w:t>287</w:t>
      </w:r>
    </w:p>
    <w:p>
      <w:pPr>
        <w:jc w:val="both"/>
      </w:pPr>
      <w:r>
        <w:t>Thủ thuật loại I</w:t>
      </w:r>
    </w:p>
    <w:p>
      <w:pPr>
        <w:jc w:val="both"/>
      </w:pPr>
      <w:r>
        <w:t>142.000</w:t>
      </w:r>
    </w:p>
    <w:p>
      <w:pPr>
        <w:jc w:val="both"/>
      </w:pPr>
      <w:r>
        <w:t>154.000</w:t>
      </w:r>
    </w:p>
    <w:p>
      <w:pPr>
        <w:jc w:val="both"/>
      </w:pPr>
      <w:r>
        <w:t>297</w:t>
      </w:r>
    </w:p>
    <w:p>
      <w:pPr>
        <w:jc w:val="both"/>
      </w:pPr>
      <w:r>
        <w:t>288</w:t>
      </w:r>
    </w:p>
    <w:p>
      <w:pPr>
        <w:jc w:val="both"/>
      </w:pPr>
      <w:r>
        <w:t>Thủ thuật loại II</w:t>
      </w:r>
    </w:p>
    <w:p>
      <w:pPr>
        <w:jc w:val="both"/>
      </w:pPr>
      <w:r>
        <w:t>74.700</w:t>
      </w:r>
    </w:p>
    <w:p>
      <w:pPr>
        <w:jc w:val="both"/>
      </w:pPr>
      <w:r>
        <w:t>81.800</w:t>
      </w:r>
    </w:p>
    <w:p>
      <w:pPr>
        <w:jc w:val="both"/>
      </w:pPr>
      <w:r>
        <w:t>298</w:t>
      </w:r>
    </w:p>
    <w:p>
      <w:pPr>
        <w:jc w:val="both"/>
      </w:pPr>
      <w:r>
        <w:t>289</w:t>
      </w:r>
    </w:p>
    <w:p>
      <w:pPr>
        <w:jc w:val="both"/>
      </w:pPr>
      <w:r>
        <w:t>Thủ thuật loại III</w:t>
      </w:r>
    </w:p>
    <w:p>
      <w:pPr>
        <w:jc w:val="both"/>
      </w:pPr>
      <w:r>
        <w:t>42.800</w:t>
      </w:r>
    </w:p>
    <w:p>
      <w:pPr>
        <w:jc w:val="both"/>
      </w:pPr>
      <w:r>
        <w:t>47.400</w:t>
      </w:r>
    </w:p>
    <w:p>
      <w:pPr>
        <w:jc w:val="both"/>
      </w:pPr>
      <w:r>
        <w:t>D</w:t>
      </w:r>
    </w:p>
    <w:p>
      <w:pPr>
        <w:jc w:val="both"/>
      </w:pPr>
      <w:r>
        <w:t>D</w:t>
      </w:r>
    </w:p>
    <w:p>
      <w:pPr>
        <w:jc w:val="both"/>
      </w:pPr>
      <w:r>
        <w:t>PHẪU THUẬT, THỦ THUẬT THEO CHUYÊN KHOA</w:t>
      </w:r>
    </w:p>
    <w:p>
      <w:pPr>
        <w:jc w:val="both"/>
      </w:pPr>
      <w:r>
        <w:t>I</w:t>
      </w:r>
    </w:p>
    <w:p>
      <w:pPr>
        <w:jc w:val="both"/>
      </w:pPr>
      <w:r>
        <w:t>I</w:t>
      </w:r>
    </w:p>
    <w:p>
      <w:pPr>
        <w:jc w:val="both"/>
      </w:pPr>
      <w:r>
        <w:t>HỒI SỨC CẤP CỨU VÀ CHỐNG ĐỘC</w:t>
      </w:r>
    </w:p>
    <w:p>
      <w:pPr>
        <w:jc w:val="both"/>
      </w:pPr>
      <w:r>
        <w:t>299</w:t>
      </w:r>
    </w:p>
    <w:p>
      <w:pPr>
        <w:jc w:val="both"/>
      </w:pPr>
      <w:r>
        <w:t>290</w:t>
      </w:r>
    </w:p>
    <w:p>
      <w:pPr>
        <w:jc w:val="both"/>
      </w:pPr>
      <w:r>
        <w:t>Phẫu thuật đặt hệ thống tim phổi nhân tạo (ECMO)</w:t>
      </w:r>
    </w:p>
    <w:p>
      <w:pPr>
        <w:jc w:val="both"/>
      </w:pPr>
      <w:r>
        <w:t>5.367.000</w:t>
      </w:r>
    </w:p>
    <w:p>
      <w:pPr>
        <w:jc w:val="both"/>
      </w:pPr>
      <w:r>
        <w:t>6.035.000</w:t>
      </w:r>
    </w:p>
    <w:p>
      <w:pPr>
        <w:jc w:val="both"/>
      </w:pPr>
      <w:r>
        <w:t>Chưa bao gồm bộ tim phổi, dây dẫn và canuyn chạy ECMO.</w:t>
      </w:r>
    </w:p>
    <w:p>
      <w:pPr>
        <w:jc w:val="both"/>
      </w:pPr>
      <w:r>
        <w:t>300</w:t>
      </w:r>
    </w:p>
    <w:p>
      <w:pPr>
        <w:jc w:val="both"/>
      </w:pPr>
      <w:r>
        <w:t>291</w:t>
      </w:r>
    </w:p>
    <w:p>
      <w:pPr>
        <w:jc w:val="both"/>
      </w:pPr>
      <w:r>
        <w:t>Thay dây, thay tim phổi (ECMO)</w:t>
      </w:r>
    </w:p>
    <w:p>
      <w:pPr>
        <w:jc w:val="both"/>
      </w:pPr>
      <w:r>
        <w:t>1.558.000</w:t>
      </w:r>
    </w:p>
    <w:p>
      <w:pPr>
        <w:jc w:val="both"/>
      </w:pPr>
      <w:r>
        <w:t>1.739.000</w:t>
      </w:r>
    </w:p>
    <w:p>
      <w:pPr>
        <w:jc w:val="both"/>
      </w:pPr>
      <w:r>
        <w:t>Chưa bao gồm bộ tim phổi, dây dẫn và canuyn chạy ECMO.</w:t>
      </w:r>
    </w:p>
    <w:p>
      <w:pPr>
        <w:jc w:val="both"/>
      </w:pPr>
      <w:r>
        <w:t>301</w:t>
      </w:r>
    </w:p>
    <w:p>
      <w:pPr>
        <w:jc w:val="both"/>
      </w:pPr>
      <w:r>
        <w:t>292</w:t>
      </w:r>
    </w:p>
    <w:p>
      <w:pPr>
        <w:jc w:val="both"/>
      </w:pPr>
      <w:r>
        <w:t>Theo dõi, chạy tim phổi nhân tạo (ECMO) mỗi 8 giờ</w:t>
      </w:r>
    </w:p>
    <w:p>
      <w:pPr>
        <w:jc w:val="both"/>
      </w:pPr>
      <w:r>
        <w:t>1.404.000</w:t>
      </w:r>
    </w:p>
    <w:p>
      <w:pPr>
        <w:jc w:val="both"/>
      </w:pPr>
      <w:r>
        <w:t>1.519.000</w:t>
      </w:r>
    </w:p>
    <w:p>
      <w:pPr>
        <w:jc w:val="both"/>
      </w:pPr>
      <w:r>
        <w:t>Áp dụng thanh toán cho mỗi 8 giờ thực hiện.</w:t>
      </w:r>
    </w:p>
    <w:p>
      <w:pPr>
        <w:jc w:val="both"/>
      </w:pPr>
      <w:r>
        <w:t>302</w:t>
      </w:r>
    </w:p>
    <w:p>
      <w:pPr>
        <w:jc w:val="both"/>
      </w:pPr>
      <w:r>
        <w:t>293</w:t>
      </w:r>
    </w:p>
    <w:p>
      <w:pPr>
        <w:jc w:val="both"/>
      </w:pPr>
      <w:r>
        <w:t>Kết thúc và rút hệ thống ECMO</w:t>
      </w:r>
    </w:p>
    <w:p>
      <w:pPr>
        <w:jc w:val="both"/>
      </w:pPr>
      <w:r>
        <w:t>2.536.000</w:t>
      </w:r>
    </w:p>
    <w:p>
      <w:pPr>
        <w:jc w:val="both"/>
      </w:pPr>
      <w:r>
        <w:t>2.839.000</w:t>
      </w:r>
    </w:p>
    <w:p>
      <w:pPr>
        <w:jc w:val="both"/>
      </w:pPr>
      <w:r>
        <w:t>Các phẫu thuật, thủ thuật còn lại khác</w:t>
      </w:r>
    </w:p>
    <w:p>
      <w:pPr>
        <w:jc w:val="both"/>
      </w:pPr>
      <w:r>
        <w:t>303</w:t>
      </w:r>
    </w:p>
    <w:p>
      <w:pPr>
        <w:jc w:val="both"/>
      </w:pPr>
      <w:r>
        <w:t>294</w:t>
      </w:r>
    </w:p>
    <w:p>
      <w:pPr>
        <w:jc w:val="both"/>
      </w:pPr>
      <w:r>
        <w:t>Phẫu thuật loại đặc biệt</w:t>
      </w:r>
    </w:p>
    <w:p>
      <w:pPr>
        <w:jc w:val="both"/>
      </w:pPr>
      <w:r>
        <w:t>3.334.000</w:t>
      </w:r>
    </w:p>
    <w:p>
      <w:pPr>
        <w:jc w:val="both"/>
      </w:pPr>
      <w:r>
        <w:t>3.724.000</w:t>
      </w:r>
    </w:p>
    <w:p>
      <w:pPr>
        <w:jc w:val="both"/>
      </w:pPr>
      <w:r>
        <w:t>304</w:t>
      </w:r>
    </w:p>
    <w:p>
      <w:pPr>
        <w:jc w:val="both"/>
      </w:pPr>
      <w:r>
        <w:t>295</w:t>
      </w:r>
    </w:p>
    <w:p>
      <w:pPr>
        <w:jc w:val="both"/>
      </w:pPr>
      <w:r>
        <w:t>Phẫu thuật loại I</w:t>
      </w:r>
    </w:p>
    <w:p>
      <w:pPr>
        <w:jc w:val="both"/>
      </w:pPr>
      <w:r>
        <w:t>2.265.000</w:t>
      </w:r>
    </w:p>
    <w:p>
      <w:pPr>
        <w:jc w:val="both"/>
      </w:pPr>
      <w:r>
        <w:t>2.522.000</w:t>
      </w:r>
    </w:p>
    <w:p>
      <w:pPr>
        <w:jc w:val="both"/>
      </w:pPr>
      <w:r>
        <w:t>305</w:t>
      </w:r>
    </w:p>
    <w:p>
      <w:pPr>
        <w:jc w:val="both"/>
      </w:pPr>
      <w:r>
        <w:t>296</w:t>
      </w:r>
    </w:p>
    <w:p>
      <w:pPr>
        <w:jc w:val="both"/>
      </w:pPr>
      <w:r>
        <w:t>Phẫu thuật loại II</w:t>
      </w:r>
    </w:p>
    <w:p>
      <w:pPr>
        <w:jc w:val="both"/>
      </w:pPr>
      <w:r>
        <w:t>1.351.000</w:t>
      </w:r>
    </w:p>
    <w:p>
      <w:pPr>
        <w:jc w:val="both"/>
      </w:pPr>
      <w:r>
        <w:t>1.502.000</w:t>
      </w:r>
    </w:p>
    <w:p>
      <w:pPr>
        <w:jc w:val="both"/>
      </w:pPr>
      <w:r>
        <w:t>306</w:t>
      </w:r>
    </w:p>
    <w:p>
      <w:pPr>
        <w:jc w:val="both"/>
      </w:pPr>
      <w:r>
        <w:t>297</w:t>
      </w:r>
    </w:p>
    <w:p>
      <w:pPr>
        <w:jc w:val="both"/>
      </w:pPr>
      <w:r>
        <w:t>Thủ thuật loại đặc biệt</w:t>
      </w:r>
    </w:p>
    <w:p>
      <w:pPr>
        <w:jc w:val="both"/>
      </w:pPr>
      <w:r>
        <w:t>1.310.000</w:t>
      </w:r>
    </w:p>
    <w:p>
      <w:pPr>
        <w:jc w:val="both"/>
      </w:pPr>
      <w:r>
        <w:t>1.440.000</w:t>
      </w:r>
    </w:p>
    <w:p>
      <w:pPr>
        <w:jc w:val="both"/>
      </w:pPr>
      <w:r>
        <w:t>307</w:t>
      </w:r>
    </w:p>
    <w:p>
      <w:pPr>
        <w:jc w:val="both"/>
      </w:pPr>
      <w:r>
        <w:t>298</w:t>
      </w:r>
    </w:p>
    <w:p>
      <w:pPr>
        <w:jc w:val="both"/>
      </w:pPr>
      <w:r>
        <w:t>Thủ thuật loại I</w:t>
      </w:r>
    </w:p>
    <w:p>
      <w:pPr>
        <w:jc w:val="both"/>
      </w:pPr>
      <w:r>
        <w:t>807.000</w:t>
      </w:r>
    </w:p>
    <w:p>
      <w:pPr>
        <w:jc w:val="both"/>
      </w:pPr>
      <w:r>
        <w:t>890.000</w:t>
      </w:r>
    </w:p>
    <w:p>
      <w:pPr>
        <w:jc w:val="both"/>
      </w:pPr>
      <w:r>
        <w:t>308</w:t>
      </w:r>
    </w:p>
    <w:p>
      <w:pPr>
        <w:jc w:val="both"/>
      </w:pPr>
      <w:r>
        <w:t>299</w:t>
      </w:r>
    </w:p>
    <w:p>
      <w:pPr>
        <w:jc w:val="both"/>
      </w:pPr>
      <w:r>
        <w:t>Thủ thuật loại II</w:t>
      </w:r>
    </w:p>
    <w:p>
      <w:pPr>
        <w:jc w:val="both"/>
      </w:pPr>
      <w:r>
        <w:t>485.000</w:t>
      </w:r>
    </w:p>
    <w:p>
      <w:pPr>
        <w:jc w:val="both"/>
      </w:pPr>
      <w:r>
        <w:t>536.000</w:t>
      </w:r>
    </w:p>
    <w:p>
      <w:pPr>
        <w:jc w:val="both"/>
      </w:pPr>
      <w:r>
        <w:t>309</w:t>
      </w:r>
    </w:p>
    <w:p>
      <w:pPr>
        <w:jc w:val="both"/>
      </w:pPr>
      <w:r>
        <w:t>300</w:t>
      </w:r>
    </w:p>
    <w:p>
      <w:pPr>
        <w:jc w:val="both"/>
      </w:pPr>
      <w:r>
        <w:t>Thủ thuật loại III</w:t>
      </w:r>
    </w:p>
    <w:p>
      <w:pPr>
        <w:jc w:val="both"/>
      </w:pPr>
      <w:r>
        <w:t>337.000</w:t>
      </w:r>
    </w:p>
    <w:p>
      <w:pPr>
        <w:jc w:val="both"/>
      </w:pPr>
      <w:r>
        <w:t>371.000</w:t>
      </w:r>
    </w:p>
    <w:p>
      <w:pPr>
        <w:jc w:val="both"/>
      </w:pPr>
      <w:r>
        <w:t>II</w:t>
      </w:r>
    </w:p>
    <w:p>
      <w:pPr>
        <w:jc w:val="both"/>
      </w:pPr>
      <w:r>
        <w:t>II</w:t>
      </w:r>
    </w:p>
    <w:p>
      <w:pPr>
        <w:jc w:val="both"/>
      </w:pPr>
      <w:r>
        <w:t>NỘI KHOA</w:t>
      </w:r>
    </w:p>
    <w:p>
      <w:pPr>
        <w:jc w:val="both"/>
      </w:pPr>
      <w:r>
        <w:t>310</w:t>
      </w:r>
    </w:p>
    <w:p>
      <w:pPr>
        <w:jc w:val="both"/>
      </w:pPr>
      <w:r>
        <w:t>301</w:t>
      </w:r>
    </w:p>
    <w:p>
      <w:pPr>
        <w:jc w:val="both"/>
      </w:pPr>
      <w:r>
        <w:t>DƯ-MDLS</w:t>
      </w:r>
    </w:p>
    <w:p>
      <w:pPr>
        <w:jc w:val="both"/>
      </w:pPr>
      <w:r>
        <w:t>Giảm mẫn cảm nhanh với thuốc 72 giờ</w:t>
      </w:r>
    </w:p>
    <w:p>
      <w:pPr>
        <w:jc w:val="both"/>
      </w:pPr>
      <w:r>
        <w:t>1.444.000</w:t>
      </w:r>
    </w:p>
    <w:p>
      <w:pPr>
        <w:jc w:val="both"/>
      </w:pPr>
      <w:r>
        <w:t>1.617.000</w:t>
      </w:r>
    </w:p>
    <w:p>
      <w:pPr>
        <w:jc w:val="both"/>
      </w:pPr>
      <w:r>
        <w:t>311</w:t>
      </w:r>
    </w:p>
    <w:p>
      <w:pPr>
        <w:jc w:val="both"/>
      </w:pPr>
      <w:r>
        <w:t>302</w:t>
      </w:r>
    </w:p>
    <w:p>
      <w:pPr>
        <w:jc w:val="both"/>
      </w:pPr>
      <w:r>
        <w:t>DƯ-MDLS</w:t>
      </w:r>
    </w:p>
    <w:p>
      <w:pPr>
        <w:jc w:val="both"/>
      </w:pPr>
      <w:r>
        <w:t>Giảm mẫn cảm với thuốc hoặc sữa hoặc thức ăn</w:t>
      </w:r>
    </w:p>
    <w:p>
      <w:pPr>
        <w:jc w:val="both"/>
      </w:pPr>
      <w:r>
        <w:t>919.000</w:t>
      </w:r>
    </w:p>
    <w:p>
      <w:pPr>
        <w:jc w:val="both"/>
      </w:pPr>
      <w:r>
        <w:t>1.028.000</w:t>
      </w:r>
    </w:p>
    <w:p>
      <w:pPr>
        <w:jc w:val="both"/>
      </w:pPr>
      <w:r>
        <w:t>312</w:t>
      </w:r>
    </w:p>
    <w:p>
      <w:pPr>
        <w:jc w:val="both"/>
      </w:pPr>
      <w:r>
        <w:t>303</w:t>
      </w:r>
    </w:p>
    <w:p>
      <w:pPr>
        <w:jc w:val="both"/>
      </w:pPr>
      <w:r>
        <w:t>DƯ-MDLS</w:t>
      </w:r>
    </w:p>
    <w:p>
      <w:pPr>
        <w:jc w:val="both"/>
      </w:pPr>
      <w:r>
        <w:t>Liệu pháp miễn dịch đặc hiệu đường dưới lưỡi với dị nguyên (Giai đoạn ban đầu - liệu pháp trung bình 15 ngày)</w:t>
      </w:r>
    </w:p>
    <w:p>
      <w:pPr>
        <w:jc w:val="both"/>
      </w:pPr>
      <w:r>
        <w:t>2.401.000</w:t>
      </w:r>
    </w:p>
    <w:p>
      <w:pPr>
        <w:jc w:val="both"/>
      </w:pPr>
      <w:r>
        <w:t>2.739.000</w:t>
      </w:r>
    </w:p>
    <w:p>
      <w:pPr>
        <w:jc w:val="both"/>
      </w:pPr>
      <w:r>
        <w:t>313</w:t>
      </w:r>
    </w:p>
    <w:p>
      <w:pPr>
        <w:jc w:val="both"/>
      </w:pPr>
      <w:r>
        <w:t>304</w:t>
      </w:r>
    </w:p>
    <w:p>
      <w:pPr>
        <w:jc w:val="both"/>
      </w:pPr>
      <w:r>
        <w:t>DƯ-MDLS</w:t>
      </w:r>
    </w:p>
    <w:p>
      <w:pPr>
        <w:jc w:val="both"/>
      </w:pPr>
      <w:r>
        <w:t>Liệu pháp miễn dịch đặc hiệu đường dưới lưỡi với dị nguyên (Giai đoạn duy trì - liệu pháp trung bình 3 tháng)</w:t>
      </w:r>
    </w:p>
    <w:p>
      <w:pPr>
        <w:jc w:val="both"/>
      </w:pPr>
      <w:r>
        <w:t>5.175.000</w:t>
      </w:r>
    </w:p>
    <w:p>
      <w:pPr>
        <w:jc w:val="both"/>
      </w:pPr>
      <w:r>
        <w:t>5.895.000</w:t>
      </w:r>
    </w:p>
    <w:p>
      <w:pPr>
        <w:jc w:val="both"/>
      </w:pPr>
      <w:r>
        <w:t>314</w:t>
      </w:r>
    </w:p>
    <w:p>
      <w:pPr>
        <w:jc w:val="both"/>
      </w:pPr>
      <w:r>
        <w:t>305</w:t>
      </w:r>
    </w:p>
    <w:p>
      <w:pPr>
        <w:jc w:val="both"/>
      </w:pPr>
      <w:r>
        <w:t>DƯ-MDLS</w:t>
      </w:r>
    </w:p>
    <w:p>
      <w:pPr>
        <w:jc w:val="both"/>
      </w:pPr>
      <w:r>
        <w:t>Phản ứng phân hủy Mastocyte (Đối với 6 loại dị nguyên)</w:t>
      </w:r>
    </w:p>
    <w:p>
      <w:pPr>
        <w:jc w:val="both"/>
      </w:pPr>
      <w:r>
        <w:t>296.000</w:t>
      </w:r>
    </w:p>
    <w:p>
      <w:pPr>
        <w:jc w:val="both"/>
      </w:pPr>
      <w:r>
        <w:t>335.000</w:t>
      </w:r>
    </w:p>
    <w:p>
      <w:pPr>
        <w:jc w:val="both"/>
      </w:pPr>
      <w:r>
        <w:t>315</w:t>
      </w:r>
    </w:p>
    <w:p>
      <w:pPr>
        <w:jc w:val="both"/>
      </w:pPr>
      <w:r>
        <w:t>306</w:t>
      </w:r>
    </w:p>
    <w:p>
      <w:pPr>
        <w:jc w:val="both"/>
      </w:pPr>
      <w:r>
        <w:t>DƯ-MDLS</w:t>
      </w:r>
    </w:p>
    <w:p>
      <w:pPr>
        <w:jc w:val="both"/>
      </w:pPr>
      <w:r>
        <w:t>Phản ứng tiêu bạch cầu đặc hiệu.</w:t>
      </w:r>
    </w:p>
    <w:p>
      <w:pPr>
        <w:jc w:val="both"/>
      </w:pPr>
      <w:r>
        <w:t>167.000</w:t>
      </w:r>
    </w:p>
    <w:p>
      <w:pPr>
        <w:jc w:val="both"/>
      </w:pPr>
      <w:r>
        <w:t>186.000</w:t>
      </w:r>
    </w:p>
    <w:p>
      <w:pPr>
        <w:jc w:val="both"/>
      </w:pPr>
      <w:r>
        <w:t>316</w:t>
      </w:r>
    </w:p>
    <w:p>
      <w:pPr>
        <w:jc w:val="both"/>
      </w:pPr>
      <w:r>
        <w:t>307</w:t>
      </w:r>
    </w:p>
    <w:p>
      <w:pPr>
        <w:jc w:val="both"/>
      </w:pPr>
      <w:r>
        <w:t>DƯ-MDLS</w:t>
      </w:r>
    </w:p>
    <w:p>
      <w:pPr>
        <w:jc w:val="both"/>
      </w:pPr>
      <w:r>
        <w:t>Test áp bì (Patch test) đặc hiệu với thuốc (Đối với 6 loại thuốc) hoặc mỹ phẩm</w:t>
      </w:r>
    </w:p>
    <w:p>
      <w:pPr>
        <w:jc w:val="both"/>
      </w:pPr>
      <w:r>
        <w:t>530.000</w:t>
      </w:r>
    </w:p>
    <w:p>
      <w:pPr>
        <w:jc w:val="both"/>
      </w:pPr>
      <w:r>
        <w:t>602.000</w:t>
      </w:r>
    </w:p>
    <w:p>
      <w:pPr>
        <w:jc w:val="both"/>
      </w:pPr>
      <w:r>
        <w:t>317</w:t>
      </w:r>
    </w:p>
    <w:p>
      <w:pPr>
        <w:jc w:val="both"/>
      </w:pPr>
      <w:r>
        <w:t>308</w:t>
      </w:r>
    </w:p>
    <w:p>
      <w:pPr>
        <w:jc w:val="both"/>
      </w:pPr>
      <w:r>
        <w:t>DƯ-MDLS</w:t>
      </w:r>
    </w:p>
    <w:p>
      <w:pPr>
        <w:jc w:val="both"/>
      </w:pPr>
      <w:r>
        <w:t>Test hồi phục phế quản</w:t>
      </w:r>
    </w:p>
    <w:p>
      <w:pPr>
        <w:jc w:val="both"/>
      </w:pPr>
      <w:r>
        <w:t>179.000</w:t>
      </w:r>
    </w:p>
    <w:p>
      <w:pPr>
        <w:jc w:val="both"/>
      </w:pPr>
      <w:r>
        <w:t>200.000</w:t>
      </w:r>
    </w:p>
    <w:p>
      <w:pPr>
        <w:jc w:val="both"/>
      </w:pPr>
      <w:r>
        <w:t>318</w:t>
      </w:r>
    </w:p>
    <w:p>
      <w:pPr>
        <w:jc w:val="both"/>
      </w:pPr>
      <w:r>
        <w:t>309</w:t>
      </w:r>
    </w:p>
    <w:p>
      <w:pPr>
        <w:jc w:val="both"/>
      </w:pPr>
      <w:r>
        <w:t>DƯ-MDLS</w:t>
      </w:r>
    </w:p>
    <w:p>
      <w:pPr>
        <w:jc w:val="both"/>
      </w:pPr>
      <w:r>
        <w:t>Test huyết thanh tự thân</w:t>
      </w:r>
    </w:p>
    <w:p>
      <w:pPr>
        <w:jc w:val="both"/>
      </w:pPr>
      <w:r>
        <w:t>688.000</w:t>
      </w:r>
    </w:p>
    <w:p>
      <w:pPr>
        <w:jc w:val="both"/>
      </w:pPr>
      <w:r>
        <w:t>775.000</w:t>
      </w:r>
    </w:p>
    <w:p>
      <w:pPr>
        <w:jc w:val="both"/>
      </w:pPr>
      <w:r>
        <w:t>319</w:t>
      </w:r>
    </w:p>
    <w:p>
      <w:pPr>
        <w:jc w:val="both"/>
      </w:pPr>
      <w:r>
        <w:t>310</w:t>
      </w:r>
    </w:p>
    <w:p>
      <w:pPr>
        <w:jc w:val="both"/>
      </w:pPr>
      <w:r>
        <w:t>DƯ-MDLS</w:t>
      </w:r>
    </w:p>
    <w:p>
      <w:pPr>
        <w:jc w:val="both"/>
      </w:pPr>
      <w:r>
        <w:t>Test kích thích phế quản không đặc hiệu với Methacholine</w:t>
      </w:r>
    </w:p>
    <w:p>
      <w:pPr>
        <w:jc w:val="both"/>
      </w:pPr>
      <w:r>
        <w:t>893.000</w:t>
      </w:r>
    </w:p>
    <w:p>
      <w:pPr>
        <w:jc w:val="both"/>
      </w:pPr>
      <w:r>
        <w:t>1.015.000</w:t>
      </w:r>
    </w:p>
    <w:p>
      <w:pPr>
        <w:jc w:val="both"/>
      </w:pPr>
      <w:r>
        <w:t>320</w:t>
      </w:r>
    </w:p>
    <w:p>
      <w:pPr>
        <w:jc w:val="both"/>
      </w:pPr>
      <w:r>
        <w:t>311</w:t>
      </w:r>
    </w:p>
    <w:p>
      <w:pPr>
        <w:jc w:val="both"/>
      </w:pPr>
      <w:r>
        <w:t>DƯ-MDLS</w:t>
      </w:r>
    </w:p>
    <w:p>
      <w:pPr>
        <w:jc w:val="both"/>
      </w:pPr>
      <w:r>
        <w:t>Test kích thích với thuốc hoặc sữa hoặc thức ăn</w:t>
      </w:r>
    </w:p>
    <w:p>
      <w:pPr>
        <w:jc w:val="both"/>
      </w:pPr>
      <w:r>
        <w:t>858.000</w:t>
      </w:r>
    </w:p>
    <w:p>
      <w:pPr>
        <w:jc w:val="both"/>
      </w:pPr>
      <w:r>
        <w:t>970.000</w:t>
      </w:r>
    </w:p>
    <w:p>
      <w:pPr>
        <w:jc w:val="both"/>
      </w:pPr>
      <w:r>
        <w:t>321</w:t>
      </w:r>
    </w:p>
    <w:p>
      <w:pPr>
        <w:jc w:val="both"/>
      </w:pPr>
      <w:r>
        <w:t>312</w:t>
      </w:r>
    </w:p>
    <w:p>
      <w:pPr>
        <w:jc w:val="both"/>
      </w:pPr>
      <w:r>
        <w:t>DƯ-MDLS</w:t>
      </w:r>
    </w:p>
    <w:p>
      <w:pPr>
        <w:jc w:val="both"/>
      </w:pPr>
      <w:r>
        <w:t>Test lẩy da (Prick test) đặc hiệu với các dị nguyên hô hấp hoặc thức ăn hoặc sữa</w:t>
      </w:r>
    </w:p>
    <w:p>
      <w:pPr>
        <w:jc w:val="both"/>
      </w:pPr>
      <w:r>
        <w:t>337.000</w:t>
      </w:r>
    </w:p>
    <w:p>
      <w:pPr>
        <w:jc w:val="both"/>
      </w:pPr>
      <w:r>
        <w:t>385.000</w:t>
      </w:r>
    </w:p>
    <w:p>
      <w:pPr>
        <w:jc w:val="both"/>
      </w:pPr>
      <w:r>
        <w:t>322</w:t>
      </w:r>
    </w:p>
    <w:p>
      <w:pPr>
        <w:jc w:val="both"/>
      </w:pPr>
      <w:r>
        <w:t>313</w:t>
      </w:r>
    </w:p>
    <w:p>
      <w:pPr>
        <w:jc w:val="both"/>
      </w:pPr>
      <w:r>
        <w:t>DƯ-MDLS</w:t>
      </w:r>
    </w:p>
    <w:p>
      <w:pPr>
        <w:jc w:val="both"/>
      </w:pPr>
      <w:r>
        <w:t>Test lẩy da (Prick test) đặc hiệu với các loại thuốc (Đối với 6 loại thuốc hoặc vacxin hoặc huyết thanh)</w:t>
      </w:r>
    </w:p>
    <w:p>
      <w:pPr>
        <w:jc w:val="both"/>
      </w:pPr>
      <w:r>
        <w:t>383.000</w:t>
      </w:r>
    </w:p>
    <w:p>
      <w:pPr>
        <w:jc w:val="both"/>
      </w:pPr>
      <w:r>
        <w:t>435.000</w:t>
      </w:r>
    </w:p>
    <w:p>
      <w:pPr>
        <w:jc w:val="both"/>
      </w:pPr>
      <w:r>
        <w:t>323</w:t>
      </w:r>
    </w:p>
    <w:p>
      <w:pPr>
        <w:jc w:val="both"/>
      </w:pPr>
      <w:r>
        <w:t>314</w:t>
      </w:r>
    </w:p>
    <w:p>
      <w:pPr>
        <w:jc w:val="both"/>
      </w:pPr>
      <w:r>
        <w:t>DƯ-MDLS</w:t>
      </w:r>
    </w:p>
    <w:p>
      <w:pPr>
        <w:jc w:val="both"/>
      </w:pPr>
      <w:r>
        <w:t>Test nội bì chậm đặc hiệu với thuốc hoặc vacxin hoặc huyết thanh</w:t>
      </w:r>
    </w:p>
    <w:p>
      <w:pPr>
        <w:jc w:val="both"/>
      </w:pPr>
      <w:r>
        <w:t>482.000</w:t>
      </w:r>
    </w:p>
    <w:p>
      <w:pPr>
        <w:jc w:val="both"/>
      </w:pPr>
      <w:r>
        <w:t>549.000</w:t>
      </w:r>
    </w:p>
    <w:p>
      <w:pPr>
        <w:jc w:val="both"/>
      </w:pPr>
      <w:r>
        <w:t>324</w:t>
      </w:r>
    </w:p>
    <w:p>
      <w:pPr>
        <w:jc w:val="both"/>
      </w:pPr>
      <w:r>
        <w:t>315</w:t>
      </w:r>
    </w:p>
    <w:p>
      <w:pPr>
        <w:jc w:val="both"/>
      </w:pPr>
      <w:r>
        <w:t>DƯ-MDLS</w:t>
      </w:r>
    </w:p>
    <w:p>
      <w:pPr>
        <w:jc w:val="both"/>
      </w:pPr>
      <w:r>
        <w:t>Test nội bì nhanh đặc hiệu với thuốc hoặc vacxin hoặc huyết thanh</w:t>
      </w:r>
    </w:p>
    <w:p>
      <w:pPr>
        <w:jc w:val="both"/>
      </w:pPr>
      <w:r>
        <w:t>395.000</w:t>
      </w:r>
    </w:p>
    <w:p>
      <w:pPr>
        <w:jc w:val="both"/>
      </w:pPr>
      <w:r>
        <w:t>449.000</w:t>
      </w:r>
    </w:p>
    <w:p>
      <w:pPr>
        <w:jc w:val="both"/>
      </w:pPr>
      <w:r>
        <w:t>Các phẫu thuật, thủ thuật còn lại khác</w:t>
      </w:r>
    </w:p>
    <w:p>
      <w:pPr>
        <w:jc w:val="both"/>
      </w:pPr>
      <w:r>
        <w:t>325</w:t>
      </w:r>
    </w:p>
    <w:p>
      <w:pPr>
        <w:jc w:val="both"/>
      </w:pPr>
      <w:r>
        <w:t>316</w:t>
      </w:r>
    </w:p>
    <w:p>
      <w:pPr>
        <w:jc w:val="both"/>
      </w:pPr>
      <w:r>
        <w:t>Phẫu thuật loại I</w:t>
      </w:r>
    </w:p>
    <w:p>
      <w:pPr>
        <w:jc w:val="both"/>
      </w:pPr>
      <w:r>
        <w:t>1.625.000</w:t>
      </w:r>
    </w:p>
    <w:p>
      <w:pPr>
        <w:jc w:val="both"/>
      </w:pPr>
      <w:r>
        <w:t>1.822.000</w:t>
      </w:r>
    </w:p>
    <w:p>
      <w:pPr>
        <w:jc w:val="both"/>
      </w:pPr>
      <w:r>
        <w:t>326</w:t>
      </w:r>
    </w:p>
    <w:p>
      <w:pPr>
        <w:jc w:val="both"/>
      </w:pPr>
      <w:r>
        <w:t>317</w:t>
      </w:r>
    </w:p>
    <w:p>
      <w:pPr>
        <w:jc w:val="both"/>
      </w:pPr>
      <w:r>
        <w:t>Phẫu thuật loại II</w:t>
      </w:r>
    </w:p>
    <w:p>
      <w:pPr>
        <w:jc w:val="both"/>
      </w:pPr>
      <w:r>
        <w:t>1.132.000</w:t>
      </w:r>
    </w:p>
    <w:p>
      <w:pPr>
        <w:jc w:val="both"/>
      </w:pPr>
      <w:r>
        <w:t>1 268.000</w:t>
      </w:r>
    </w:p>
    <w:p>
      <w:pPr>
        <w:jc w:val="both"/>
      </w:pPr>
      <w:r>
        <w:t>327</w:t>
      </w:r>
    </w:p>
    <w:p>
      <w:pPr>
        <w:jc w:val="both"/>
      </w:pPr>
      <w:r>
        <w:t>318</w:t>
      </w:r>
    </w:p>
    <w:p>
      <w:pPr>
        <w:jc w:val="both"/>
      </w:pPr>
      <w:r>
        <w:t>Thủ thuật loại đặc biệt</w:t>
      </w:r>
    </w:p>
    <w:p>
      <w:pPr>
        <w:jc w:val="both"/>
      </w:pPr>
      <w:r>
        <w:t>853.000</w:t>
      </w:r>
    </w:p>
    <w:p>
      <w:pPr>
        <w:jc w:val="both"/>
      </w:pPr>
      <w:r>
        <w:t>956.000</w:t>
      </w:r>
    </w:p>
    <w:p>
      <w:pPr>
        <w:jc w:val="both"/>
      </w:pPr>
      <w:r>
        <w:t>328</w:t>
      </w:r>
    </w:p>
    <w:p>
      <w:pPr>
        <w:jc w:val="both"/>
      </w:pPr>
      <w:r>
        <w:t>319</w:t>
      </w:r>
    </w:p>
    <w:p>
      <w:pPr>
        <w:jc w:val="both"/>
      </w:pPr>
      <w:r>
        <w:t>Thủ thuật loại I</w:t>
      </w:r>
    </w:p>
    <w:p>
      <w:pPr>
        <w:jc w:val="both"/>
      </w:pPr>
      <w:r>
        <w:t>615.000</w:t>
      </w:r>
    </w:p>
    <w:p>
      <w:pPr>
        <w:jc w:val="both"/>
      </w:pPr>
      <w:r>
        <w:t>677.000</w:t>
      </w:r>
    </w:p>
    <w:p>
      <w:pPr>
        <w:jc w:val="both"/>
      </w:pPr>
      <w:r>
        <w:t>329</w:t>
      </w:r>
    </w:p>
    <w:p>
      <w:pPr>
        <w:jc w:val="both"/>
      </w:pPr>
      <w:r>
        <w:t>320</w:t>
      </w:r>
    </w:p>
    <w:p>
      <w:pPr>
        <w:jc w:val="both"/>
      </w:pPr>
      <w:r>
        <w:t>Thủ thuật loại II</w:t>
      </w:r>
    </w:p>
    <w:p>
      <w:pPr>
        <w:jc w:val="both"/>
      </w:pPr>
      <w:r>
        <w:t>336.000</w:t>
      </w:r>
    </w:p>
    <w:p>
      <w:pPr>
        <w:jc w:val="both"/>
      </w:pPr>
      <w:r>
        <w:t>372.000</w:t>
      </w:r>
    </w:p>
    <w:p>
      <w:pPr>
        <w:jc w:val="both"/>
      </w:pPr>
      <w:r>
        <w:t>330</w:t>
      </w:r>
    </w:p>
    <w:p>
      <w:pPr>
        <w:jc w:val="both"/>
      </w:pPr>
      <w:r>
        <w:t>321</w:t>
      </w:r>
    </w:p>
    <w:p>
      <w:pPr>
        <w:jc w:val="both"/>
      </w:pPr>
      <w:r>
        <w:t>Thủ thuật loại III</w:t>
      </w:r>
    </w:p>
    <w:p>
      <w:pPr>
        <w:jc w:val="both"/>
      </w:pPr>
      <w:r>
        <w:t>170.000</w:t>
      </w:r>
    </w:p>
    <w:p>
      <w:pPr>
        <w:jc w:val="both"/>
      </w:pPr>
      <w:r>
        <w:t>189.000</w:t>
      </w:r>
    </w:p>
    <w:p>
      <w:pPr>
        <w:jc w:val="both"/>
      </w:pPr>
      <w:r>
        <w:t>III</w:t>
      </w:r>
    </w:p>
    <w:p>
      <w:pPr>
        <w:jc w:val="both"/>
      </w:pPr>
      <w:r>
        <w:t>III</w:t>
      </w:r>
    </w:p>
    <w:p>
      <w:pPr>
        <w:jc w:val="both"/>
      </w:pPr>
      <w:r>
        <w:t>DA LIỄU</w:t>
      </w:r>
    </w:p>
    <w:p>
      <w:pPr>
        <w:jc w:val="both"/>
      </w:pPr>
      <w:r>
        <w:t>331</w:t>
      </w:r>
    </w:p>
    <w:p>
      <w:pPr>
        <w:jc w:val="both"/>
      </w:pPr>
      <w:r>
        <w:t>322</w:t>
      </w:r>
    </w:p>
    <w:p>
      <w:pPr>
        <w:jc w:val="both"/>
      </w:pPr>
      <w:r>
        <w:t>Chụp và phân tích da bằng máy</w:t>
      </w:r>
    </w:p>
    <w:p>
      <w:pPr>
        <w:jc w:val="both"/>
      </w:pPr>
      <w:r>
        <w:t>211.000</w:t>
      </w:r>
    </w:p>
    <w:p>
      <w:pPr>
        <w:jc w:val="both"/>
      </w:pPr>
      <w:r>
        <w:t>237.000</w:t>
      </w:r>
    </w:p>
    <w:p>
      <w:pPr>
        <w:jc w:val="both"/>
      </w:pPr>
      <w:r>
        <w:t>332</w:t>
      </w:r>
    </w:p>
    <w:p>
      <w:pPr>
        <w:jc w:val="both"/>
      </w:pPr>
      <w:r>
        <w:t>323</w:t>
      </w:r>
    </w:p>
    <w:p>
      <w:pPr>
        <w:jc w:val="both"/>
      </w:pPr>
      <w:r>
        <w:t>Đắp mặt nạ điều trị một số bệnh da</w:t>
      </w:r>
    </w:p>
    <w:p>
      <w:pPr>
        <w:jc w:val="both"/>
      </w:pPr>
      <w:r>
        <w:t>208.000</w:t>
      </w:r>
    </w:p>
    <w:p>
      <w:pPr>
        <w:jc w:val="both"/>
      </w:pPr>
      <w:r>
        <w:t>228.000</w:t>
      </w:r>
    </w:p>
    <w:p>
      <w:pPr>
        <w:jc w:val="both"/>
      </w:pPr>
      <w:r>
        <w:t>333</w:t>
      </w:r>
    </w:p>
    <w:p>
      <w:pPr>
        <w:jc w:val="both"/>
      </w:pPr>
      <w:r>
        <w:t>324</w:t>
      </w:r>
    </w:p>
    <w:p>
      <w:pPr>
        <w:jc w:val="both"/>
      </w:pPr>
      <w:r>
        <w:t>Điều trị một số bệnh da bằng Ni tơ lỏng, nạo thương tổn</w:t>
      </w:r>
    </w:p>
    <w:p>
      <w:pPr>
        <w:jc w:val="both"/>
      </w:pPr>
      <w:r>
        <w:t>350.000</w:t>
      </w:r>
    </w:p>
    <w:p>
      <w:pPr>
        <w:jc w:val="both"/>
      </w:pPr>
      <w:r>
        <w:t>387.000</w:t>
      </w:r>
    </w:p>
    <w:p>
      <w:pPr>
        <w:jc w:val="both"/>
      </w:pPr>
      <w:r>
        <w:t>334</w:t>
      </w:r>
    </w:p>
    <w:p>
      <w:pPr>
        <w:jc w:val="both"/>
      </w:pPr>
      <w:r>
        <w:t>325</w:t>
      </w:r>
    </w:p>
    <w:p>
      <w:pPr>
        <w:jc w:val="both"/>
      </w:pPr>
      <w:r>
        <w:t>Điều trị các bệnh lý của da bằng PUVA hoặc UBV toàn thân</w:t>
      </w:r>
    </w:p>
    <w:p>
      <w:pPr>
        <w:jc w:val="both"/>
      </w:pPr>
      <w:r>
        <w:t>264.000</w:t>
      </w:r>
    </w:p>
    <w:p>
      <w:pPr>
        <w:jc w:val="both"/>
      </w:pPr>
      <w:r>
        <w:t>283.000</w:t>
      </w:r>
    </w:p>
    <w:p>
      <w:pPr>
        <w:jc w:val="both"/>
      </w:pPr>
      <w:r>
        <w:t>335</w:t>
      </w:r>
    </w:p>
    <w:p>
      <w:pPr>
        <w:jc w:val="both"/>
      </w:pPr>
      <w:r>
        <w:t>326</w:t>
      </w:r>
    </w:p>
    <w:p>
      <w:pPr>
        <w:jc w:val="both"/>
      </w:pPr>
      <w:r>
        <w:t>Điều trị hạt cơm bằng Plasma</w:t>
      </w:r>
    </w:p>
    <w:p>
      <w:pPr>
        <w:jc w:val="both"/>
      </w:pPr>
      <w:r>
        <w:t>382.000</w:t>
      </w:r>
    </w:p>
    <w:p>
      <w:pPr>
        <w:jc w:val="both"/>
      </w:pPr>
      <w:r>
        <w:t>419.000</w:t>
      </w:r>
    </w:p>
    <w:p>
      <w:pPr>
        <w:jc w:val="both"/>
      </w:pPr>
      <w:r>
        <w:t>336</w:t>
      </w:r>
    </w:p>
    <w:p>
      <w:pPr>
        <w:jc w:val="both"/>
      </w:pPr>
      <w:r>
        <w:t>327</w:t>
      </w:r>
    </w:p>
    <w:p>
      <w:pPr>
        <w:jc w:val="both"/>
      </w:pPr>
      <w:r>
        <w:t>Điều trị một số bệnh da bằng Tractional, Intracell</w:t>
      </w:r>
    </w:p>
    <w:p>
      <w:pPr>
        <w:jc w:val="both"/>
      </w:pPr>
      <w:r>
        <w:t>1.381.000</w:t>
      </w:r>
    </w:p>
    <w:p>
      <w:pPr>
        <w:jc w:val="both"/>
      </w:pPr>
      <w:r>
        <w:t>1.490.000</w:t>
      </w:r>
    </w:p>
    <w:p>
      <w:pPr>
        <w:jc w:val="both"/>
      </w:pPr>
      <w:r>
        <w:t>337</w:t>
      </w:r>
    </w:p>
    <w:p>
      <w:pPr>
        <w:jc w:val="both"/>
      </w:pPr>
      <w:r>
        <w:t>328</w:t>
      </w:r>
    </w:p>
    <w:p>
      <w:pPr>
        <w:jc w:val="both"/>
      </w:pPr>
      <w:r>
        <w:t>Điều trị một số bệnh da bằng IPL</w:t>
      </w:r>
    </w:p>
    <w:p>
      <w:pPr>
        <w:jc w:val="both"/>
      </w:pPr>
      <w:r>
        <w:t>477.000</w:t>
      </w:r>
    </w:p>
    <w:p>
      <w:pPr>
        <w:jc w:val="both"/>
      </w:pPr>
      <w:r>
        <w:t>528.000</w:t>
      </w:r>
    </w:p>
    <w:p>
      <w:pPr>
        <w:jc w:val="both"/>
      </w:pPr>
      <w:r>
        <w:t>338</w:t>
      </w:r>
    </w:p>
    <w:p>
      <w:pPr>
        <w:jc w:val="both"/>
      </w:pPr>
      <w:r>
        <w:t>329</w:t>
      </w:r>
    </w:p>
    <w:p>
      <w:pPr>
        <w:jc w:val="both"/>
      </w:pPr>
      <w:r>
        <w:t>Điều trị một số bệnh da bằng Laser CO2, Plasma, đốt điện, ni tơ lỏng</w:t>
      </w:r>
    </w:p>
    <w:p>
      <w:pPr>
        <w:jc w:val="both"/>
      </w:pPr>
      <w:r>
        <w:t>357.000</w:t>
      </w:r>
    </w:p>
    <w:p>
      <w:pPr>
        <w:jc w:val="both"/>
      </w:pPr>
      <w:r>
        <w:t>390.000</w:t>
      </w:r>
    </w:p>
    <w:p>
      <w:pPr>
        <w:jc w:val="both"/>
      </w:pPr>
      <w:r>
        <w:t>339</w:t>
      </w:r>
    </w:p>
    <w:p>
      <w:pPr>
        <w:jc w:val="both"/>
      </w:pPr>
      <w:r>
        <w:t>330</w:t>
      </w:r>
    </w:p>
    <w:p>
      <w:pPr>
        <w:jc w:val="both"/>
      </w:pPr>
      <w:r>
        <w:t>Điều trị một số bệnh da bằng Laser mầu</w:t>
      </w:r>
    </w:p>
    <w:p>
      <w:pPr>
        <w:jc w:val="both"/>
      </w:pPr>
      <w:r>
        <w:t>1.124.000</w:t>
      </w:r>
    </w:p>
    <w:p>
      <w:pPr>
        <w:jc w:val="both"/>
      </w:pPr>
      <w:r>
        <w:t>1.228.000</w:t>
      </w:r>
    </w:p>
    <w:p>
      <w:pPr>
        <w:jc w:val="both"/>
      </w:pPr>
      <w:r>
        <w:t>340</w:t>
      </w:r>
    </w:p>
    <w:p>
      <w:pPr>
        <w:jc w:val="both"/>
      </w:pPr>
      <w:r>
        <w:t>331</w:t>
      </w:r>
    </w:p>
    <w:p>
      <w:pPr>
        <w:jc w:val="both"/>
      </w:pPr>
      <w:r>
        <w:t>Điều trị một số bệnh da bằng Laser YAG, Laser Ruby</w:t>
      </w:r>
    </w:p>
    <w:p>
      <w:pPr>
        <w:jc w:val="both"/>
      </w:pPr>
      <w:r>
        <w:t>1.384.000</w:t>
      </w:r>
    </w:p>
    <w:p>
      <w:pPr>
        <w:jc w:val="both"/>
      </w:pPr>
      <w:r>
        <w:t>1.458.000</w:t>
      </w:r>
    </w:p>
    <w:p>
      <w:pPr>
        <w:jc w:val="both"/>
      </w:pPr>
      <w:r>
        <w:t>341</w:t>
      </w:r>
    </w:p>
    <w:p>
      <w:pPr>
        <w:jc w:val="both"/>
      </w:pPr>
      <w:r>
        <w:t>332</w:t>
      </w:r>
    </w:p>
    <w:p>
      <w:pPr>
        <w:jc w:val="both"/>
      </w:pPr>
      <w:r>
        <w:t>Điều trị một số bệnh da bằng Laser, Ánh sáng chiếu ngoài</w:t>
      </w:r>
    </w:p>
    <w:p>
      <w:pPr>
        <w:jc w:val="both"/>
      </w:pPr>
      <w:r>
        <w:t>237.000</w:t>
      </w:r>
    </w:p>
    <w:p>
      <w:pPr>
        <w:jc w:val="both"/>
      </w:pPr>
      <w:r>
        <w:t>252.000</w:t>
      </w:r>
    </w:p>
    <w:p>
      <w:pPr>
        <w:jc w:val="both"/>
      </w:pPr>
      <w:r>
        <w:t>342</w:t>
      </w:r>
    </w:p>
    <w:p>
      <w:pPr>
        <w:jc w:val="both"/>
      </w:pPr>
      <w:r>
        <w:t>333</w:t>
      </w:r>
    </w:p>
    <w:p>
      <w:pPr>
        <w:jc w:val="both"/>
      </w:pPr>
      <w:r>
        <w:t>Điều trị một số bệnh da bằng tiêm tại chỗ, chấm thuốc</w:t>
      </w:r>
    </w:p>
    <w:p>
      <w:pPr>
        <w:jc w:val="both"/>
      </w:pPr>
      <w:r>
        <w:t>309.000</w:t>
      </w:r>
    </w:p>
    <w:p>
      <w:pPr>
        <w:jc w:val="both"/>
      </w:pPr>
      <w:r>
        <w:t>335.000</w:t>
      </w:r>
    </w:p>
    <w:p>
      <w:pPr>
        <w:jc w:val="both"/>
      </w:pPr>
      <w:r>
        <w:t>343</w:t>
      </w:r>
    </w:p>
    <w:p>
      <w:pPr>
        <w:jc w:val="both"/>
      </w:pPr>
      <w:r>
        <w:t>334</w:t>
      </w:r>
    </w:p>
    <w:p>
      <w:pPr>
        <w:jc w:val="both"/>
      </w:pPr>
      <w:r>
        <w:t>Điều trị sùi mào gà bằng Laser CO2, cắt bỏ thương tổn</w:t>
      </w:r>
    </w:p>
    <w:p>
      <w:pPr>
        <w:jc w:val="both"/>
      </w:pPr>
      <w:r>
        <w:t>758.000</w:t>
      </w:r>
    </w:p>
    <w:p>
      <w:pPr>
        <w:jc w:val="both"/>
      </w:pPr>
      <w:r>
        <w:t>806.000</w:t>
      </w:r>
    </w:p>
    <w:p>
      <w:pPr>
        <w:jc w:val="both"/>
      </w:pPr>
      <w:r>
        <w:t>344</w:t>
      </w:r>
    </w:p>
    <w:p>
      <w:pPr>
        <w:jc w:val="both"/>
      </w:pPr>
      <w:r>
        <w:t>335</w:t>
      </w:r>
    </w:p>
    <w:p>
      <w:pPr>
        <w:jc w:val="both"/>
      </w:pPr>
      <w:r>
        <w:t>Điều trị u mạch máu bằng IPL (Intense Pulsed Light)</w:t>
      </w:r>
    </w:p>
    <w:p>
      <w:pPr>
        <w:jc w:val="both"/>
      </w:pPr>
      <w:r>
        <w:t>820.000</w:t>
      </w:r>
    </w:p>
    <w:p>
      <w:pPr>
        <w:jc w:val="both"/>
      </w:pPr>
      <w:r>
        <w:t>878.000</w:t>
      </w:r>
    </w:p>
    <w:p>
      <w:pPr>
        <w:jc w:val="both"/>
      </w:pPr>
      <w:r>
        <w:t>345</w:t>
      </w:r>
    </w:p>
    <w:p>
      <w:pPr>
        <w:jc w:val="both"/>
      </w:pPr>
      <w:r>
        <w:t>336</w:t>
      </w:r>
    </w:p>
    <w:p>
      <w:pPr>
        <w:jc w:val="both"/>
      </w:pPr>
      <w:r>
        <w:t>Điều trị viêm da cơ địa bằng máy</w:t>
      </w:r>
    </w:p>
    <w:p>
      <w:pPr>
        <w:jc w:val="both"/>
      </w:pPr>
      <w:r>
        <w:t>1.132.000</w:t>
      </w:r>
    </w:p>
    <w:p>
      <w:pPr>
        <w:jc w:val="both"/>
      </w:pPr>
      <w:r>
        <w:t>1.282.000</w:t>
      </w:r>
    </w:p>
    <w:p>
      <w:pPr>
        <w:jc w:val="both"/>
      </w:pPr>
      <w:r>
        <w:t>346</w:t>
      </w:r>
    </w:p>
    <w:p>
      <w:pPr>
        <w:jc w:val="both"/>
      </w:pPr>
      <w:r>
        <w:t>337</w:t>
      </w:r>
    </w:p>
    <w:p>
      <w:pPr>
        <w:jc w:val="both"/>
      </w:pPr>
      <w:r>
        <w:t>Phẫu thuật chuyển gân điều trị hở mi</w:t>
      </w:r>
    </w:p>
    <w:p>
      <w:pPr>
        <w:jc w:val="both"/>
      </w:pPr>
      <w:r>
        <w:t>2.331.000</w:t>
      </w:r>
    </w:p>
    <w:p>
      <w:pPr>
        <w:jc w:val="both"/>
      </w:pPr>
      <w:r>
        <w:t>2.562.000</w:t>
      </w:r>
    </w:p>
    <w:p>
      <w:pPr>
        <w:jc w:val="both"/>
      </w:pPr>
      <w:r>
        <w:t>347</w:t>
      </w:r>
    </w:p>
    <w:p>
      <w:pPr>
        <w:jc w:val="both"/>
      </w:pPr>
      <w:r>
        <w:t>338</w:t>
      </w:r>
    </w:p>
    <w:p>
      <w:pPr>
        <w:jc w:val="both"/>
      </w:pPr>
      <w:r>
        <w:t>Phẫu thuật điều trị hẹp hố khẩu cái</w:t>
      </w:r>
    </w:p>
    <w:p>
      <w:pPr>
        <w:jc w:val="both"/>
      </w:pPr>
      <w:r>
        <w:t>2.606.000</w:t>
      </w:r>
    </w:p>
    <w:p>
      <w:pPr>
        <w:jc w:val="both"/>
      </w:pPr>
      <w:r>
        <w:t>2.879.000</w:t>
      </w:r>
    </w:p>
    <w:p>
      <w:pPr>
        <w:jc w:val="both"/>
      </w:pPr>
      <w:r>
        <w:t>348</w:t>
      </w:r>
    </w:p>
    <w:p>
      <w:pPr>
        <w:jc w:val="both"/>
      </w:pPr>
      <w:r>
        <w:t>339</w:t>
      </w:r>
    </w:p>
    <w:p>
      <w:pPr>
        <w:jc w:val="both"/>
      </w:pPr>
      <w:r>
        <w:t>Phẫu thuật điều trị lỗ đáo có viêm xương</w:t>
      </w:r>
    </w:p>
    <w:p>
      <w:pPr>
        <w:jc w:val="both"/>
      </w:pPr>
      <w:r>
        <w:t>652.000</w:t>
      </w:r>
    </w:p>
    <w:p>
      <w:pPr>
        <w:jc w:val="both"/>
      </w:pPr>
      <w:r>
        <w:t>729.000</w:t>
      </w:r>
    </w:p>
    <w:p>
      <w:pPr>
        <w:jc w:val="both"/>
      </w:pPr>
      <w:r>
        <w:t>349</w:t>
      </w:r>
    </w:p>
    <w:p>
      <w:pPr>
        <w:jc w:val="both"/>
      </w:pPr>
      <w:r>
        <w:t>340</w:t>
      </w:r>
    </w:p>
    <w:p>
      <w:pPr>
        <w:jc w:val="both"/>
      </w:pPr>
      <w:r>
        <w:t>Phẫu thuật điều trị lỗ đáo không viêm xương</w:t>
      </w:r>
    </w:p>
    <w:p>
      <w:pPr>
        <w:jc w:val="both"/>
      </w:pPr>
      <w:r>
        <w:t>584.000</w:t>
      </w:r>
    </w:p>
    <w:p>
      <w:pPr>
        <w:jc w:val="both"/>
      </w:pPr>
      <w:r>
        <w:t>639.000</w:t>
      </w:r>
    </w:p>
    <w:p>
      <w:pPr>
        <w:jc w:val="both"/>
      </w:pPr>
      <w:r>
        <w:t>350</w:t>
      </w:r>
    </w:p>
    <w:p>
      <w:pPr>
        <w:jc w:val="both"/>
      </w:pPr>
      <w:r>
        <w:t>341</w:t>
      </w:r>
    </w:p>
    <w:p>
      <w:pPr>
        <w:jc w:val="both"/>
      </w:pPr>
      <w:r>
        <w:t>Phẫu thuật điều trị sa trễ mi dưới</w:t>
      </w:r>
    </w:p>
    <w:p>
      <w:pPr>
        <w:jc w:val="both"/>
      </w:pPr>
      <w:r>
        <w:t>2.051.000</w:t>
      </w:r>
    </w:p>
    <w:p>
      <w:pPr>
        <w:jc w:val="both"/>
      </w:pPr>
      <w:r>
        <w:t>2.240.000</w:t>
      </w:r>
    </w:p>
    <w:p>
      <w:pPr>
        <w:jc w:val="both"/>
      </w:pPr>
      <w:r>
        <w:t>351</w:t>
      </w:r>
    </w:p>
    <w:p>
      <w:pPr>
        <w:jc w:val="both"/>
      </w:pPr>
      <w:r>
        <w:t>342</w:t>
      </w:r>
    </w:p>
    <w:p>
      <w:pPr>
        <w:jc w:val="both"/>
      </w:pPr>
      <w:r>
        <w:t>Phẫu thuật điều trị sập cầu mũi</w:t>
      </w:r>
    </w:p>
    <w:p>
      <w:pPr>
        <w:jc w:val="both"/>
      </w:pPr>
      <w:r>
        <w:t>1.691.000</w:t>
      </w:r>
    </w:p>
    <w:p>
      <w:pPr>
        <w:jc w:val="both"/>
      </w:pPr>
      <w:r>
        <w:t>1.825.000</w:t>
      </w:r>
    </w:p>
    <w:p>
      <w:pPr>
        <w:jc w:val="both"/>
      </w:pPr>
      <w:r>
        <w:t>352</w:t>
      </w:r>
    </w:p>
    <w:p>
      <w:pPr>
        <w:jc w:val="both"/>
      </w:pPr>
      <w:r>
        <w:t>343</w:t>
      </w:r>
    </w:p>
    <w:p>
      <w:pPr>
        <w:jc w:val="both"/>
      </w:pPr>
      <w:r>
        <w:t>Phẫu thuật điều trị u dưới móng</w:t>
      </w:r>
    </w:p>
    <w:p>
      <w:pPr>
        <w:jc w:val="both"/>
      </w:pPr>
      <w:r>
        <w:t>803.000</w:t>
      </w:r>
    </w:p>
    <w:p>
      <w:pPr>
        <w:jc w:val="both"/>
      </w:pPr>
      <w:r>
        <w:t>880.000</w:t>
      </w:r>
    </w:p>
    <w:p>
      <w:pPr>
        <w:jc w:val="both"/>
      </w:pPr>
      <w:r>
        <w:t>353</w:t>
      </w:r>
    </w:p>
    <w:p>
      <w:pPr>
        <w:jc w:val="both"/>
      </w:pPr>
      <w:r>
        <w:t>344</w:t>
      </w:r>
    </w:p>
    <w:p>
      <w:pPr>
        <w:jc w:val="both"/>
      </w:pPr>
      <w:r>
        <w:t>Phẫu thuật giải áp thần kinh</w:t>
      </w:r>
    </w:p>
    <w:p>
      <w:pPr>
        <w:jc w:val="both"/>
      </w:pPr>
      <w:r>
        <w:t>2.457.000</w:t>
      </w:r>
    </w:p>
    <w:p>
      <w:pPr>
        <w:jc w:val="both"/>
      </w:pPr>
      <w:r>
        <w:t>2.707.000</w:t>
      </w:r>
    </w:p>
    <w:p>
      <w:pPr>
        <w:jc w:val="both"/>
      </w:pPr>
      <w:r>
        <w:t>354</w:t>
      </w:r>
    </w:p>
    <w:p>
      <w:pPr>
        <w:jc w:val="both"/>
      </w:pPr>
      <w:r>
        <w:t>345</w:t>
      </w:r>
    </w:p>
    <w:p>
      <w:pPr>
        <w:jc w:val="both"/>
      </w:pPr>
      <w:r>
        <w:t>Phẫu thuật Mohs điều trị ung thư da</w:t>
      </w:r>
    </w:p>
    <w:p>
      <w:pPr>
        <w:jc w:val="both"/>
      </w:pPr>
      <w:r>
        <w:t>3.604.000</w:t>
      </w:r>
    </w:p>
    <w:p>
      <w:pPr>
        <w:jc w:val="both"/>
      </w:pPr>
      <w:r>
        <w:t>3.915.000</w:t>
      </w:r>
    </w:p>
    <w:p>
      <w:pPr>
        <w:jc w:val="both"/>
      </w:pPr>
      <w:r>
        <w:t>Các phẫu thuật, thủ thuật còn lại khác</w:t>
      </w:r>
    </w:p>
    <w:p>
      <w:pPr>
        <w:jc w:val="both"/>
      </w:pPr>
      <w:r>
        <w:t>355</w:t>
      </w:r>
    </w:p>
    <w:p>
      <w:pPr>
        <w:jc w:val="both"/>
      </w:pPr>
      <w:r>
        <w:t>346</w:t>
      </w:r>
    </w:p>
    <w:p>
      <w:pPr>
        <w:jc w:val="both"/>
      </w:pPr>
      <w:r>
        <w:t>Phẫu thuật loại đặc biệt</w:t>
      </w:r>
    </w:p>
    <w:p>
      <w:pPr>
        <w:jc w:val="both"/>
      </w:pPr>
      <w:r>
        <w:t>3.434.000</w:t>
      </w:r>
    </w:p>
    <w:p>
      <w:pPr>
        <w:jc w:val="both"/>
      </w:pPr>
      <w:r>
        <w:t>3.797.000</w:t>
      </w:r>
    </w:p>
    <w:p>
      <w:pPr>
        <w:jc w:val="both"/>
      </w:pPr>
      <w:r>
        <w:t>356</w:t>
      </w:r>
    </w:p>
    <w:p>
      <w:pPr>
        <w:jc w:val="both"/>
      </w:pPr>
      <w:r>
        <w:t>347</w:t>
      </w:r>
    </w:p>
    <w:p>
      <w:pPr>
        <w:jc w:val="both"/>
      </w:pPr>
      <w:r>
        <w:t>Phẫu thuật loại I</w:t>
      </w:r>
    </w:p>
    <w:p>
      <w:pPr>
        <w:jc w:val="both"/>
      </w:pPr>
      <w:r>
        <w:t>1.930.000</w:t>
      </w:r>
    </w:p>
    <w:p>
      <w:pPr>
        <w:jc w:val="both"/>
      </w:pPr>
      <w:r>
        <w:t>2.131.000</w:t>
      </w:r>
    </w:p>
    <w:p>
      <w:pPr>
        <w:jc w:val="both"/>
      </w:pPr>
      <w:r>
        <w:t>357</w:t>
      </w:r>
    </w:p>
    <w:p>
      <w:pPr>
        <w:jc w:val="both"/>
      </w:pPr>
      <w:r>
        <w:t>348</w:t>
      </w:r>
    </w:p>
    <w:p>
      <w:pPr>
        <w:jc w:val="both"/>
      </w:pPr>
      <w:r>
        <w:t>Phẫu thuật loại II</w:t>
      </w:r>
    </w:p>
    <w:p>
      <w:pPr>
        <w:jc w:val="both"/>
      </w:pPr>
      <w:r>
        <w:t>1.107.000</w:t>
      </w:r>
    </w:p>
    <w:p>
      <w:pPr>
        <w:jc w:val="both"/>
      </w:pPr>
      <w:r>
        <w:t>1.229.000</w:t>
      </w:r>
    </w:p>
    <w:p>
      <w:pPr>
        <w:jc w:val="both"/>
      </w:pPr>
      <w:r>
        <w:t>358</w:t>
      </w:r>
    </w:p>
    <w:p>
      <w:pPr>
        <w:jc w:val="both"/>
      </w:pPr>
      <w:r>
        <w:t>349</w:t>
      </w:r>
    </w:p>
    <w:p>
      <w:pPr>
        <w:jc w:val="both"/>
      </w:pPr>
      <w:r>
        <w:t>Phẫu thuật loại III</w:t>
      </w:r>
    </w:p>
    <w:p>
      <w:pPr>
        <w:jc w:val="both"/>
      </w:pPr>
      <w:r>
        <w:t>832.000</w:t>
      </w:r>
    </w:p>
    <w:p>
      <w:pPr>
        <w:jc w:val="both"/>
      </w:pPr>
      <w:r>
        <w:t>925.000</w:t>
      </w:r>
    </w:p>
    <w:p>
      <w:pPr>
        <w:jc w:val="both"/>
      </w:pPr>
      <w:r>
        <w:t>359</w:t>
      </w:r>
    </w:p>
    <w:p>
      <w:pPr>
        <w:jc w:val="both"/>
      </w:pPr>
      <w:r>
        <w:t>350</w:t>
      </w:r>
    </w:p>
    <w:p>
      <w:pPr>
        <w:jc w:val="both"/>
      </w:pPr>
      <w:r>
        <w:t>Thủ thuật loại đặc biệt</w:t>
      </w:r>
    </w:p>
    <w:p>
      <w:pPr>
        <w:jc w:val="both"/>
      </w:pPr>
      <w:r>
        <w:t>801.000</w:t>
      </w:r>
    </w:p>
    <w:p>
      <w:pPr>
        <w:jc w:val="both"/>
      </w:pPr>
      <w:r>
        <w:t>887.000</w:t>
      </w:r>
    </w:p>
    <w:p>
      <w:pPr>
        <w:jc w:val="both"/>
      </w:pPr>
      <w:r>
        <w:t>360</w:t>
      </w:r>
    </w:p>
    <w:p>
      <w:pPr>
        <w:jc w:val="both"/>
      </w:pPr>
      <w:r>
        <w:t>351</w:t>
      </w:r>
    </w:p>
    <w:p>
      <w:pPr>
        <w:jc w:val="both"/>
      </w:pPr>
      <w:r>
        <w:t>Thủ thuật loại I</w:t>
      </w:r>
    </w:p>
    <w:p>
      <w:pPr>
        <w:jc w:val="both"/>
      </w:pPr>
      <w:r>
        <w:t>404.000</w:t>
      </w:r>
    </w:p>
    <w:p>
      <w:pPr>
        <w:jc w:val="both"/>
      </w:pPr>
      <w:r>
        <w:t>448.000</w:t>
      </w:r>
    </w:p>
    <w:p>
      <w:pPr>
        <w:jc w:val="both"/>
      </w:pPr>
      <w:r>
        <w:t>361</w:t>
      </w:r>
    </w:p>
    <w:p>
      <w:pPr>
        <w:jc w:val="both"/>
      </w:pPr>
      <w:r>
        <w:t>352</w:t>
      </w:r>
    </w:p>
    <w:p>
      <w:pPr>
        <w:jc w:val="both"/>
      </w:pPr>
      <w:r>
        <w:t>Thủ thuật loại II</w:t>
      </w:r>
    </w:p>
    <w:p>
      <w:pPr>
        <w:jc w:val="both"/>
      </w:pPr>
      <w:r>
        <w:t>263.000</w:t>
      </w:r>
    </w:p>
    <w:p>
      <w:pPr>
        <w:jc w:val="both"/>
      </w:pPr>
      <w:r>
        <w:t>291.000</w:t>
      </w:r>
    </w:p>
    <w:p>
      <w:pPr>
        <w:jc w:val="both"/>
      </w:pPr>
      <w:r>
        <w:t>362</w:t>
      </w:r>
    </w:p>
    <w:p>
      <w:pPr>
        <w:jc w:val="both"/>
      </w:pPr>
      <w:r>
        <w:t>353</w:t>
      </w:r>
    </w:p>
    <w:p>
      <w:pPr>
        <w:jc w:val="both"/>
      </w:pPr>
      <w:r>
        <w:t>Thủ thuật loại III</w:t>
      </w:r>
    </w:p>
    <w:p>
      <w:pPr>
        <w:jc w:val="both"/>
      </w:pPr>
      <w:r>
        <w:t>155.000</w:t>
      </w:r>
    </w:p>
    <w:p>
      <w:pPr>
        <w:jc w:val="both"/>
      </w:pPr>
      <w:r>
        <w:t>173.000</w:t>
      </w:r>
    </w:p>
    <w:p>
      <w:pPr>
        <w:jc w:val="both"/>
      </w:pPr>
      <w:r>
        <w:t>IV</w:t>
      </w:r>
    </w:p>
    <w:p>
      <w:pPr>
        <w:jc w:val="both"/>
      </w:pPr>
      <w:r>
        <w:t>IV</w:t>
      </w:r>
    </w:p>
    <w:p>
      <w:pPr>
        <w:jc w:val="both"/>
      </w:pPr>
      <w:r>
        <w:t>NỘI TIẾT</w:t>
      </w:r>
    </w:p>
    <w:p>
      <w:pPr>
        <w:jc w:val="both"/>
      </w:pPr>
      <w:r>
        <w:t>363</w:t>
      </w:r>
    </w:p>
    <w:p>
      <w:pPr>
        <w:jc w:val="both"/>
      </w:pPr>
      <w:r>
        <w:t>354</w:t>
      </w:r>
    </w:p>
    <w:p>
      <w:pPr>
        <w:jc w:val="both"/>
      </w:pPr>
      <w:r>
        <w:t>03C2.1.5</w:t>
      </w:r>
    </w:p>
    <w:p>
      <w:pPr>
        <w:jc w:val="both"/>
      </w:pPr>
      <w:r>
        <w:t>Dẫn lưu áp xe tuyến giáp</w:t>
      </w:r>
    </w:p>
    <w:p>
      <w:pPr>
        <w:jc w:val="both"/>
      </w:pPr>
      <w:r>
        <w:t>243.000</w:t>
      </w:r>
    </w:p>
    <w:p>
      <w:pPr>
        <w:jc w:val="both"/>
      </w:pPr>
      <w:r>
        <w:t>270.000</w:t>
      </w:r>
    </w:p>
    <w:p>
      <w:pPr>
        <w:jc w:val="both"/>
      </w:pPr>
      <w:r>
        <w:t>Chưa bao gồm bộ kim chọc, sonde dẫn lưu</w:t>
      </w:r>
    </w:p>
    <w:p>
      <w:pPr>
        <w:jc w:val="both"/>
      </w:pPr>
      <w:r>
        <w:t>364</w:t>
      </w:r>
    </w:p>
    <w:p>
      <w:pPr>
        <w:jc w:val="both"/>
      </w:pPr>
      <w:r>
        <w:t>355</w:t>
      </w:r>
    </w:p>
    <w:p>
      <w:pPr>
        <w:jc w:val="both"/>
      </w:pPr>
      <w:r>
        <w:t>Gọt chai chân (gọt nốt chai) trên người bệnh đái tháo đường</w:t>
      </w:r>
    </w:p>
    <w:p>
      <w:pPr>
        <w:jc w:val="both"/>
      </w:pPr>
      <w:r>
        <w:t>271.000</w:t>
      </w:r>
    </w:p>
    <w:p>
      <w:pPr>
        <w:jc w:val="both"/>
      </w:pPr>
      <w:r>
        <w:t>301.000</w:t>
      </w:r>
    </w:p>
    <w:p>
      <w:pPr>
        <w:jc w:val="both"/>
      </w:pPr>
      <w:r>
        <w:t>365</w:t>
      </w:r>
    </w:p>
    <w:p>
      <w:pPr>
        <w:jc w:val="both"/>
      </w:pPr>
      <w:r>
        <w:t>356</w:t>
      </w:r>
    </w:p>
    <w:p>
      <w:pPr>
        <w:jc w:val="both"/>
      </w:pPr>
      <w:r>
        <w:t>Phẫu thuật loại 1 mổ mở tuyến nội tiết có dùng dao siêu âm</w:t>
      </w:r>
    </w:p>
    <w:p>
      <w:pPr>
        <w:jc w:val="both"/>
      </w:pPr>
      <w:r>
        <w:t>6.704.000</w:t>
      </w:r>
    </w:p>
    <w:p>
      <w:pPr>
        <w:jc w:val="both"/>
      </w:pPr>
      <w:r>
        <w:t>7.592.000</w:t>
      </w:r>
    </w:p>
    <w:p>
      <w:pPr>
        <w:jc w:val="both"/>
      </w:pPr>
      <w:r>
        <w:t>366</w:t>
      </w:r>
    </w:p>
    <w:p>
      <w:pPr>
        <w:jc w:val="both"/>
      </w:pPr>
      <w:r>
        <w:t>357</w:t>
      </w:r>
    </w:p>
    <w:p>
      <w:pPr>
        <w:jc w:val="both"/>
      </w:pPr>
      <w:r>
        <w:t>Phẫu thuật loại 1 mổ mở tuyến nội tiết không dùng dao siêu âm</w:t>
      </w:r>
    </w:p>
    <w:p>
      <w:pPr>
        <w:jc w:val="both"/>
      </w:pPr>
      <w:r>
        <w:t>4.310.000</w:t>
      </w:r>
    </w:p>
    <w:p>
      <w:pPr>
        <w:jc w:val="both"/>
      </w:pPr>
      <w:r>
        <w:t>4.835.000</w:t>
      </w:r>
    </w:p>
    <w:p>
      <w:pPr>
        <w:jc w:val="both"/>
      </w:pPr>
      <w:r>
        <w:t>Chưa bao gồm dao hàn mạch, hàn mô</w:t>
      </w:r>
    </w:p>
    <w:p>
      <w:pPr>
        <w:jc w:val="both"/>
      </w:pPr>
      <w:r>
        <w:t>367</w:t>
      </w:r>
    </w:p>
    <w:p>
      <w:pPr>
        <w:jc w:val="both"/>
      </w:pPr>
      <w:r>
        <w:t>358</w:t>
      </w:r>
    </w:p>
    <w:p>
      <w:pPr>
        <w:jc w:val="both"/>
      </w:pPr>
      <w:r>
        <w:t>Phẫu thuật loại 1 mổ nội soi tuyến nội tiết có dùng dao siêu âm</w:t>
      </w:r>
    </w:p>
    <w:p>
      <w:pPr>
        <w:jc w:val="both"/>
      </w:pPr>
      <w:r>
        <w:t>5.916.000</w:t>
      </w:r>
    </w:p>
    <w:p>
      <w:pPr>
        <w:jc w:val="both"/>
      </w:pPr>
      <w:r>
        <w:t>6.685.000</w:t>
      </w:r>
    </w:p>
    <w:p>
      <w:pPr>
        <w:jc w:val="both"/>
      </w:pPr>
      <w:r>
        <w:t>368</w:t>
      </w:r>
    </w:p>
    <w:p>
      <w:pPr>
        <w:jc w:val="both"/>
      </w:pPr>
      <w:r>
        <w:t>359</w:t>
      </w:r>
    </w:p>
    <w:p>
      <w:pPr>
        <w:jc w:val="both"/>
      </w:pPr>
      <w:r>
        <w:t>Phẫu thuật loại 2 mổ mở tuyến nội tiết có dùng dao siêu âm</w:t>
      </w:r>
    </w:p>
    <w:p>
      <w:pPr>
        <w:jc w:val="both"/>
      </w:pPr>
      <w:r>
        <w:t>4.569.000</w:t>
      </w:r>
    </w:p>
    <w:p>
      <w:pPr>
        <w:jc w:val="both"/>
      </w:pPr>
      <w:r>
        <w:t>5.172.000</w:t>
      </w:r>
    </w:p>
    <w:p>
      <w:pPr>
        <w:jc w:val="both"/>
      </w:pPr>
      <w:r>
        <w:t>369</w:t>
      </w:r>
    </w:p>
    <w:p>
      <w:pPr>
        <w:jc w:val="both"/>
      </w:pPr>
      <w:r>
        <w:t>360</w:t>
      </w:r>
    </w:p>
    <w:p>
      <w:pPr>
        <w:jc w:val="both"/>
      </w:pPr>
      <w:r>
        <w:t>Phẫu thuật loại 2 mỗ mở tuyến nội tiết không dùng dao siêu âm</w:t>
      </w:r>
    </w:p>
    <w:p>
      <w:pPr>
        <w:jc w:val="both"/>
      </w:pPr>
      <w:r>
        <w:t>3.446.000</w:t>
      </w:r>
    </w:p>
    <w:p>
      <w:pPr>
        <w:jc w:val="both"/>
      </w:pPr>
      <w:r>
        <w:t>3.879.000</w:t>
      </w:r>
    </w:p>
    <w:p>
      <w:pPr>
        <w:jc w:val="both"/>
      </w:pPr>
      <w:r>
        <w:t>Chưa bao gồm dao hàn mạch, hàn mô</w:t>
      </w:r>
    </w:p>
    <w:p>
      <w:pPr>
        <w:jc w:val="both"/>
      </w:pPr>
      <w:r>
        <w:t>370</w:t>
      </w:r>
    </w:p>
    <w:p>
      <w:pPr>
        <w:jc w:val="both"/>
      </w:pPr>
      <w:r>
        <w:t>361</w:t>
      </w:r>
    </w:p>
    <w:p>
      <w:pPr>
        <w:jc w:val="both"/>
      </w:pPr>
      <w:r>
        <w:t>Phẫu thuật loại 3 mổ mở tuyến nội tiết có dùng dao siêu âm</w:t>
      </w:r>
    </w:p>
    <w:p>
      <w:pPr>
        <w:jc w:val="both"/>
      </w:pPr>
      <w:r>
        <w:t>4.348.000</w:t>
      </w:r>
    </w:p>
    <w:p>
      <w:pPr>
        <w:jc w:val="both"/>
      </w:pPr>
      <w:r>
        <w:t>4.947.000</w:t>
      </w:r>
    </w:p>
    <w:p>
      <w:pPr>
        <w:jc w:val="both"/>
      </w:pPr>
      <w:r>
        <w:t>371</w:t>
      </w:r>
    </w:p>
    <w:p>
      <w:pPr>
        <w:jc w:val="both"/>
      </w:pPr>
      <w:r>
        <w:t>362</w:t>
      </w:r>
    </w:p>
    <w:p>
      <w:pPr>
        <w:jc w:val="both"/>
      </w:pPr>
      <w:r>
        <w:t>Phẫu thuật loại 3 mổ mở tuyến nội tiết không dùng dao siêu âm</w:t>
      </w:r>
    </w:p>
    <w:p>
      <w:pPr>
        <w:jc w:val="both"/>
      </w:pPr>
      <w:r>
        <w:t>2.839.000</w:t>
      </w:r>
    </w:p>
    <w:p>
      <w:pPr>
        <w:jc w:val="both"/>
      </w:pPr>
      <w:r>
        <w:t>3.210.000</w:t>
      </w:r>
    </w:p>
    <w:p>
      <w:pPr>
        <w:jc w:val="both"/>
      </w:pPr>
      <w:r>
        <w:t>Chưa bao gồm dao hàn mạch, hàn mô</w:t>
      </w:r>
    </w:p>
    <w:p>
      <w:pPr>
        <w:jc w:val="both"/>
      </w:pPr>
      <w:r>
        <w:t>372</w:t>
      </w:r>
    </w:p>
    <w:p>
      <w:pPr>
        <w:jc w:val="both"/>
      </w:pPr>
      <w:r>
        <w:t>363</w:t>
      </w:r>
    </w:p>
    <w:p>
      <w:pPr>
        <w:jc w:val="both"/>
      </w:pPr>
      <w:r>
        <w:t>Phẫu thuật loại đặc biệt mỗ mở tuyến nội tiết không dùng dao siêu âm</w:t>
      </w:r>
    </w:p>
    <w:p>
      <w:pPr>
        <w:jc w:val="both"/>
      </w:pPr>
      <w:r>
        <w:t>5.682.000</w:t>
      </w:r>
    </w:p>
    <w:p>
      <w:pPr>
        <w:jc w:val="both"/>
      </w:pPr>
      <w:r>
        <w:t>6.369.000</w:t>
      </w:r>
    </w:p>
    <w:p>
      <w:pPr>
        <w:jc w:val="both"/>
      </w:pPr>
      <w:r>
        <w:t>Chưa bao gồm dao hàn mạch, hàn mô</w:t>
      </w:r>
    </w:p>
    <w:p>
      <w:pPr>
        <w:jc w:val="both"/>
      </w:pPr>
      <w:r>
        <w:t>373</w:t>
      </w:r>
    </w:p>
    <w:p>
      <w:pPr>
        <w:jc w:val="both"/>
      </w:pPr>
      <w:r>
        <w:t>364</w:t>
      </w:r>
    </w:p>
    <w:p>
      <w:pPr>
        <w:jc w:val="both"/>
      </w:pPr>
      <w:r>
        <w:t>Phẫu thuật loại đặc biệt tuyến nội tiết mổ mở có dùng dao siêu âm</w:t>
      </w:r>
    </w:p>
    <w:p>
      <w:pPr>
        <w:jc w:val="both"/>
      </w:pPr>
      <w:r>
        <w:t>7.958.000</w:t>
      </w:r>
    </w:p>
    <w:p>
      <w:pPr>
        <w:jc w:val="both"/>
      </w:pPr>
      <w:r>
        <w:t>8.989.000</w:t>
      </w:r>
    </w:p>
    <w:p>
      <w:pPr>
        <w:jc w:val="both"/>
      </w:pPr>
      <w:r>
        <w:t>374</w:t>
      </w:r>
    </w:p>
    <w:p>
      <w:pPr>
        <w:jc w:val="both"/>
      </w:pPr>
      <w:r>
        <w:t>365</w:t>
      </w:r>
    </w:p>
    <w:p>
      <w:pPr>
        <w:jc w:val="both"/>
      </w:pPr>
      <w:r>
        <w:t>Phẫu thuật loại đặc biệt tuyến nội tiết mổ nội soi dùng dao siêu âm</w:t>
      </w:r>
    </w:p>
    <w:p>
      <w:pPr>
        <w:jc w:val="both"/>
      </w:pPr>
      <w:r>
        <w:t>7.849.000</w:t>
      </w:r>
    </w:p>
    <w:p>
      <w:pPr>
        <w:jc w:val="both"/>
      </w:pPr>
      <w:r>
        <w:t>8.864.000</w:t>
      </w:r>
    </w:p>
    <w:p>
      <w:pPr>
        <w:jc w:val="both"/>
      </w:pPr>
      <w:r>
        <w:t>Các thủ thuật còn lại khác</w:t>
      </w:r>
    </w:p>
    <w:p>
      <w:pPr>
        <w:jc w:val="both"/>
      </w:pPr>
      <w:r>
        <w:t>375</w:t>
      </w:r>
    </w:p>
    <w:p>
      <w:pPr>
        <w:jc w:val="both"/>
      </w:pPr>
      <w:r>
        <w:t>366</w:t>
      </w:r>
    </w:p>
    <w:p>
      <w:pPr>
        <w:jc w:val="both"/>
      </w:pPr>
      <w:r>
        <w:t>Thủ thuật loại I</w:t>
      </w:r>
    </w:p>
    <w:p>
      <w:pPr>
        <w:jc w:val="both"/>
      </w:pPr>
      <w:r>
        <w:t>654.000</w:t>
      </w:r>
    </w:p>
    <w:p>
      <w:pPr>
        <w:jc w:val="both"/>
      </w:pPr>
      <w:r>
        <w:t>719.000</w:t>
      </w:r>
    </w:p>
    <w:p>
      <w:pPr>
        <w:jc w:val="both"/>
      </w:pPr>
      <w:r>
        <w:t>376</w:t>
      </w:r>
    </w:p>
    <w:p>
      <w:pPr>
        <w:jc w:val="both"/>
      </w:pPr>
      <w:r>
        <w:t>367</w:t>
      </w:r>
    </w:p>
    <w:p>
      <w:pPr>
        <w:jc w:val="both"/>
      </w:pPr>
      <w:r>
        <w:t>Thủ thuật loại II</w:t>
      </w:r>
    </w:p>
    <w:p>
      <w:pPr>
        <w:jc w:val="both"/>
      </w:pPr>
      <w:r>
        <w:t>414.000</w:t>
      </w:r>
    </w:p>
    <w:p>
      <w:pPr>
        <w:jc w:val="both"/>
      </w:pPr>
      <w:r>
        <w:t>458.000</w:t>
      </w:r>
    </w:p>
    <w:p>
      <w:pPr>
        <w:jc w:val="both"/>
      </w:pPr>
      <w:r>
        <w:t>377</w:t>
      </w:r>
    </w:p>
    <w:p>
      <w:pPr>
        <w:jc w:val="both"/>
      </w:pPr>
      <w:r>
        <w:t>368</w:t>
      </w:r>
    </w:p>
    <w:p>
      <w:pPr>
        <w:jc w:val="both"/>
      </w:pPr>
      <w:r>
        <w:t>Thủ thuật loại III</w:t>
      </w:r>
    </w:p>
    <w:p>
      <w:pPr>
        <w:jc w:val="both"/>
      </w:pPr>
      <w:r>
        <w:t>220.000</w:t>
      </w:r>
    </w:p>
    <w:p>
      <w:pPr>
        <w:jc w:val="both"/>
      </w:pPr>
      <w:r>
        <w:t>247.000</w:t>
      </w:r>
    </w:p>
    <w:p>
      <w:pPr>
        <w:jc w:val="both"/>
      </w:pPr>
      <w:r>
        <w:t>V</w:t>
      </w:r>
    </w:p>
    <w:p>
      <w:pPr>
        <w:jc w:val="both"/>
      </w:pPr>
      <w:r>
        <w:t>V</w:t>
      </w:r>
    </w:p>
    <w:p>
      <w:pPr>
        <w:jc w:val="both"/>
      </w:pPr>
      <w:r>
        <w:t>NGOẠI KHOA</w:t>
      </w:r>
    </w:p>
    <w:p>
      <w:pPr>
        <w:jc w:val="both"/>
      </w:pPr>
      <w:r>
        <w:t>Ngoại Thần kinh</w:t>
      </w:r>
    </w:p>
    <w:p>
      <w:pPr>
        <w:jc w:val="both"/>
      </w:pPr>
      <w:r>
        <w:t>378</w:t>
      </w:r>
    </w:p>
    <w:p>
      <w:pPr>
        <w:jc w:val="both"/>
      </w:pPr>
      <w:r>
        <w:t>369</w:t>
      </w:r>
    </w:p>
    <w:p>
      <w:pPr>
        <w:jc w:val="both"/>
      </w:pPr>
      <w:r>
        <w:t>Phẫu thuật giải ép thần kinh hoặc khoan thăm dò sọ</w:t>
      </w:r>
    </w:p>
    <w:p>
      <w:pPr>
        <w:jc w:val="both"/>
      </w:pPr>
      <w:r>
        <w:t>4.670.000</w:t>
      </w:r>
    </w:p>
    <w:p>
      <w:pPr>
        <w:jc w:val="both"/>
      </w:pPr>
      <w:r>
        <w:t>5.225.000</w:t>
      </w:r>
    </w:p>
    <w:p>
      <w:pPr>
        <w:jc w:val="both"/>
      </w:pPr>
      <w:r>
        <w:t>379</w:t>
      </w:r>
    </w:p>
    <w:p>
      <w:pPr>
        <w:jc w:val="both"/>
      </w:pPr>
      <w:r>
        <w:t>370</w:t>
      </w:r>
    </w:p>
    <w:p>
      <w:pPr>
        <w:jc w:val="both"/>
      </w:pPr>
      <w:r>
        <w:t>Phẫu thuật lấy máu tụ trong sọ hoặc ngoài màng cứng hoặc dưới màng cứng hoặc trong não</w:t>
      </w:r>
    </w:p>
    <w:p>
      <w:pPr>
        <w:jc w:val="both"/>
      </w:pPr>
      <w:r>
        <w:t>5.295.000</w:t>
      </w:r>
    </w:p>
    <w:p>
      <w:pPr>
        <w:jc w:val="both"/>
      </w:pPr>
      <w:r>
        <w:t>5.908.000</w:t>
      </w:r>
    </w:p>
    <w:p>
      <w:pPr>
        <w:jc w:val="both"/>
      </w:pPr>
      <w:r>
        <w:t>Chưa bao gồm nẹp, ghim, vít, ốc, miếng vá khuyết sọ.</w:t>
      </w:r>
    </w:p>
    <w:p>
      <w:pPr>
        <w:jc w:val="both"/>
      </w:pPr>
      <w:r>
        <w:t>380</w:t>
      </w:r>
    </w:p>
    <w:p>
      <w:pPr>
        <w:jc w:val="both"/>
      </w:pPr>
      <w:r>
        <w:t>371</w:t>
      </w:r>
    </w:p>
    <w:p>
      <w:pPr>
        <w:jc w:val="both"/>
      </w:pPr>
      <w:r>
        <w:t>Phẫu thuật u hố mắt</w:t>
      </w:r>
    </w:p>
    <w:p>
      <w:pPr>
        <w:jc w:val="both"/>
      </w:pPr>
      <w:r>
        <w:t>5.741.000</w:t>
      </w:r>
    </w:p>
    <w:p>
      <w:pPr>
        <w:jc w:val="both"/>
      </w:pPr>
      <w:r>
        <w:t>6.424.000</w:t>
      </w:r>
    </w:p>
    <w:p>
      <w:pPr>
        <w:jc w:val="both"/>
      </w:pPr>
      <w:r>
        <w:t>Chưa bao gồm nẹp, ghim, ốc, vít, miếng vá khuyết sọ.</w:t>
      </w:r>
    </w:p>
    <w:p>
      <w:pPr>
        <w:jc w:val="both"/>
      </w:pPr>
      <w:r>
        <w:t>381</w:t>
      </w:r>
    </w:p>
    <w:p>
      <w:pPr>
        <w:jc w:val="both"/>
      </w:pPr>
      <w:r>
        <w:t>372</w:t>
      </w:r>
    </w:p>
    <w:p>
      <w:pPr>
        <w:jc w:val="both"/>
      </w:pPr>
      <w:r>
        <w:t>Phẫu thuật áp xe não</w:t>
      </w:r>
    </w:p>
    <w:p>
      <w:pPr>
        <w:jc w:val="both"/>
      </w:pPr>
      <w:r>
        <w:t>7.144.000</w:t>
      </w:r>
    </w:p>
    <w:p>
      <w:pPr>
        <w:jc w:val="both"/>
      </w:pPr>
      <w:r>
        <w:t>7.961.000</w:t>
      </w:r>
    </w:p>
    <w:p>
      <w:pPr>
        <w:jc w:val="both"/>
      </w:pPr>
      <w:r>
        <w:t>Chưa bao gồm bộ dẫn lưu kín, miếng vá khuyết sọ, nẹp, vít, miếng vá nhân tạo, vật liệu tạo hình hộp sọ</w:t>
      </w:r>
    </w:p>
    <w:p>
      <w:pPr>
        <w:jc w:val="both"/>
      </w:pPr>
      <w:r>
        <w:t>382</w:t>
      </w:r>
    </w:p>
    <w:p>
      <w:pPr>
        <w:jc w:val="both"/>
      </w:pPr>
      <w:r>
        <w:t>373</w:t>
      </w:r>
    </w:p>
    <w:p>
      <w:pPr>
        <w:jc w:val="both"/>
      </w:pPr>
      <w:r>
        <w:t>03C2.1.39</w:t>
      </w:r>
    </w:p>
    <w:p>
      <w:pPr>
        <w:jc w:val="both"/>
      </w:pPr>
      <w:r>
        <w:t>Phẫu thuật dẫn lưu não thất - màng bụng</w:t>
      </w:r>
    </w:p>
    <w:p>
      <w:pPr>
        <w:jc w:val="both"/>
      </w:pPr>
      <w:r>
        <w:t>4.250.000</w:t>
      </w:r>
    </w:p>
    <w:p>
      <w:pPr>
        <w:jc w:val="both"/>
      </w:pPr>
      <w:r>
        <w:t>4.780.000</w:t>
      </w:r>
    </w:p>
    <w:p>
      <w:pPr>
        <w:jc w:val="both"/>
      </w:pPr>
      <w:r>
        <w:t>Chưa bao gồm van dẫn lưu nhân tạo.</w:t>
      </w:r>
    </w:p>
    <w:p>
      <w:pPr>
        <w:jc w:val="both"/>
      </w:pPr>
      <w:r>
        <w:t>383</w:t>
      </w:r>
    </w:p>
    <w:p>
      <w:pPr>
        <w:jc w:val="both"/>
      </w:pPr>
      <w:r>
        <w:t>374</w:t>
      </w:r>
    </w:p>
    <w:p>
      <w:pPr>
        <w:jc w:val="both"/>
      </w:pPr>
      <w:r>
        <w:t>03C2.1.45</w:t>
      </w:r>
    </w:p>
    <w:p>
      <w:pPr>
        <w:jc w:val="both"/>
      </w:pPr>
      <w:r>
        <w:t>Phẫu thuật nội soi não hoặc tủy sống</w:t>
      </w:r>
    </w:p>
    <w:p>
      <w:pPr>
        <w:jc w:val="both"/>
      </w:pPr>
      <w:r>
        <w:t>5.040.000</w:t>
      </w:r>
    </w:p>
    <w:p>
      <w:pPr>
        <w:jc w:val="both"/>
      </w:pPr>
      <w:r>
        <w:t>5.722.000</w:t>
      </w:r>
    </w:p>
    <w:p>
      <w:pPr>
        <w:jc w:val="both"/>
      </w:pPr>
      <w:r>
        <w:t>Chưa bao gồm miếng vá khuyết sọ, dao siêu âm (trong phẫu thuật u não), nẹp, vít, miếng vá nhân tạo, vật liệu tạo hình hộp sọ.</w:t>
      </w:r>
    </w:p>
    <w:p>
      <w:pPr>
        <w:jc w:val="both"/>
      </w:pPr>
      <w:r>
        <w:t>384</w:t>
      </w:r>
    </w:p>
    <w:p>
      <w:pPr>
        <w:jc w:val="both"/>
      </w:pPr>
      <w:r>
        <w:t>375</w:t>
      </w:r>
    </w:p>
    <w:p>
      <w:pPr>
        <w:jc w:val="both"/>
      </w:pPr>
      <w:r>
        <w:t>03C2.1.38</w:t>
      </w:r>
    </w:p>
    <w:p>
      <w:pPr>
        <w:jc w:val="both"/>
      </w:pPr>
      <w:r>
        <w:t>Phẫu thuật nội soi u tuyến yên</w:t>
      </w:r>
    </w:p>
    <w:p>
      <w:pPr>
        <w:jc w:val="both"/>
      </w:pPr>
      <w:r>
        <w:t>5.669.000</w:t>
      </w:r>
    </w:p>
    <w:p>
      <w:pPr>
        <w:jc w:val="both"/>
      </w:pPr>
      <w:r>
        <w:t>6.339.000</w:t>
      </w:r>
    </w:p>
    <w:p>
      <w:pPr>
        <w:jc w:val="both"/>
      </w:pPr>
      <w:r>
        <w:t>Chưa bao gồm miếng vá khuyết sọ, dao siêu âm, nẹp, vít, miếng vá nhân tạo, vật liệu tạo hình hộp sọ.</w:t>
      </w:r>
    </w:p>
    <w:p>
      <w:pPr>
        <w:jc w:val="both"/>
      </w:pPr>
      <w:r>
        <w:t>385</w:t>
      </w:r>
    </w:p>
    <w:p>
      <w:pPr>
        <w:jc w:val="both"/>
      </w:pPr>
      <w:r>
        <w:t>376</w:t>
      </w:r>
    </w:p>
    <w:p>
      <w:pPr>
        <w:jc w:val="both"/>
      </w:pPr>
      <w:r>
        <w:t>Phẫu thuật tạo hình màng não</w:t>
      </w:r>
    </w:p>
    <w:p>
      <w:pPr>
        <w:jc w:val="both"/>
      </w:pPr>
      <w:r>
        <w:t>5.970.000</w:t>
      </w:r>
    </w:p>
    <w:p>
      <w:pPr>
        <w:jc w:val="both"/>
      </w:pPr>
      <w:r>
        <w:t>6.648.000</w:t>
      </w:r>
    </w:p>
    <w:p>
      <w:pPr>
        <w:jc w:val="both"/>
      </w:pPr>
      <w:r>
        <w:t>Chưa bao gồm màng não nhân tạo, miếng vá khuyết sọ, bộ van dẫn lưu, nẹp, vít, miếng vá nhân tạo, vật liệu tạo hình hộp sọ.</w:t>
      </w:r>
    </w:p>
    <w:p>
      <w:pPr>
        <w:jc w:val="both"/>
      </w:pPr>
      <w:r>
        <w:t>386</w:t>
      </w:r>
    </w:p>
    <w:p>
      <w:pPr>
        <w:jc w:val="both"/>
      </w:pPr>
      <w:r>
        <w:t>377</w:t>
      </w:r>
    </w:p>
    <w:p>
      <w:pPr>
        <w:jc w:val="both"/>
      </w:pPr>
      <w:r>
        <w:t>Phẫu thuật thoát vị não, màng não</w:t>
      </w:r>
    </w:p>
    <w:p>
      <w:pPr>
        <w:jc w:val="both"/>
      </w:pPr>
      <w:r>
        <w:t>5.671.000</w:t>
      </w:r>
    </w:p>
    <w:p>
      <w:pPr>
        <w:jc w:val="both"/>
      </w:pPr>
      <w:r>
        <w:t>6.303.000</w:t>
      </w:r>
    </w:p>
    <w:p>
      <w:pPr>
        <w:jc w:val="both"/>
      </w:pPr>
      <w:r>
        <w:t>Chưa bao gồm màng não nhân tạo, miếng vá khuyết sọ, bộ van dẫn lưu, nẹp, vít, miếng vá nhân tạo, vật liệu tạo hình hộp sọ.</w:t>
      </w:r>
    </w:p>
    <w:p>
      <w:pPr>
        <w:jc w:val="both"/>
      </w:pPr>
      <w:r>
        <w:t>387</w:t>
      </w:r>
    </w:p>
    <w:p>
      <w:pPr>
        <w:jc w:val="both"/>
      </w:pPr>
      <w:r>
        <w:t>378</w:t>
      </w:r>
    </w:p>
    <w:p>
      <w:pPr>
        <w:jc w:val="both"/>
      </w:pPr>
      <w:r>
        <w:t>Phẫu thuật vi phẫu lấy u tủy</w:t>
      </w:r>
    </w:p>
    <w:p>
      <w:pPr>
        <w:jc w:val="both"/>
      </w:pPr>
      <w:r>
        <w:t>7.604.000</w:t>
      </w:r>
    </w:p>
    <w:p>
      <w:pPr>
        <w:jc w:val="both"/>
      </w:pPr>
      <w:r>
        <w:t>8.439.000</w:t>
      </w:r>
    </w:p>
    <w:p>
      <w:pPr>
        <w:jc w:val="both"/>
      </w:pPr>
      <w:r>
        <w:t>Chưa bao gồm mạch nhân tạo, kẹp mạch máu, ghim, ốc, vít, nẹp, kinh vi phẫu.</w:t>
      </w:r>
    </w:p>
    <w:p>
      <w:pPr>
        <w:jc w:val="both"/>
      </w:pPr>
      <w:r>
        <w:t>388</w:t>
      </w:r>
    </w:p>
    <w:p>
      <w:pPr>
        <w:jc w:val="both"/>
      </w:pPr>
      <w:r>
        <w:t>379</w:t>
      </w:r>
    </w:p>
    <w:p>
      <w:pPr>
        <w:jc w:val="both"/>
      </w:pPr>
      <w:r>
        <w:t>03C2.1.43</w:t>
      </w:r>
    </w:p>
    <w:p>
      <w:pPr>
        <w:jc w:val="both"/>
      </w:pPr>
      <w:r>
        <w:t>Phẫu thuật vi phẫu u não đường giữa</w:t>
      </w:r>
    </w:p>
    <w:p>
      <w:pPr>
        <w:jc w:val="both"/>
      </w:pPr>
      <w:r>
        <w:t>7.747.000</w:t>
      </w:r>
    </w:p>
    <w:p>
      <w:pPr>
        <w:jc w:val="both"/>
      </w:pPr>
      <w:r>
        <w:t>8.656.000</w:t>
      </w:r>
    </w:p>
    <w:p>
      <w:pPr>
        <w:jc w:val="both"/>
      </w:pPr>
      <w:r>
        <w:t>Chưa bao gồm miếng vá nhân tạo, ghim, ốc, vít, nẹp, thiết bị cấy ghép, keo sinh học, miếng vá nhân tạo, vật liệu tạo hình hộp sọ.</w:t>
      </w:r>
    </w:p>
    <w:p>
      <w:pPr>
        <w:jc w:val="both"/>
      </w:pPr>
      <w:r>
        <w:t>389</w:t>
      </w:r>
    </w:p>
    <w:p>
      <w:pPr>
        <w:jc w:val="both"/>
      </w:pPr>
      <w:r>
        <w:t>380</w:t>
      </w:r>
    </w:p>
    <w:p>
      <w:pPr>
        <w:jc w:val="both"/>
      </w:pPr>
      <w:r>
        <w:t>03C2.1.41</w:t>
      </w:r>
    </w:p>
    <w:p>
      <w:pPr>
        <w:jc w:val="both"/>
      </w:pPr>
      <w:r>
        <w:t>Phẫu thuật vi phẫu u não nền sọ</w:t>
      </w:r>
    </w:p>
    <w:p>
      <w:pPr>
        <w:jc w:val="both"/>
      </w:pPr>
      <w:r>
        <w:t>6.996.000</w:t>
      </w:r>
    </w:p>
    <w:p>
      <w:pPr>
        <w:jc w:val="both"/>
      </w:pPr>
      <w:r>
        <w:t>7.753.000</w:t>
      </w:r>
    </w:p>
    <w:p>
      <w:pPr>
        <w:jc w:val="both"/>
      </w:pPr>
      <w:r>
        <w:t>Chưa bao gồm đinh, nẹp, vít, vật liệu cầm máu sinh học, màng não nhân tạo, dao siêu âm, keo sinh học.</w:t>
      </w:r>
    </w:p>
    <w:p>
      <w:pPr>
        <w:jc w:val="both"/>
      </w:pPr>
      <w:r>
        <w:t>390</w:t>
      </w:r>
    </w:p>
    <w:p>
      <w:pPr>
        <w:jc w:val="both"/>
      </w:pPr>
      <w:r>
        <w:t>381</w:t>
      </w:r>
    </w:p>
    <w:p>
      <w:pPr>
        <w:jc w:val="both"/>
      </w:pPr>
      <w:r>
        <w:t>03C2.1.42</w:t>
      </w:r>
    </w:p>
    <w:p>
      <w:pPr>
        <w:jc w:val="both"/>
      </w:pPr>
      <w:r>
        <w:t>Phẫu thuật vi phẫu u não thất</w:t>
      </w:r>
    </w:p>
    <w:p>
      <w:pPr>
        <w:jc w:val="both"/>
      </w:pPr>
      <w:r>
        <w:t>6.996.000</w:t>
      </w:r>
    </w:p>
    <w:p>
      <w:pPr>
        <w:jc w:val="both"/>
      </w:pPr>
      <w:r>
        <w:t>7.753.000</w:t>
      </w:r>
    </w:p>
    <w:p>
      <w:pPr>
        <w:jc w:val="both"/>
      </w:pPr>
      <w:r>
        <w:t>Chưa bao gồm dụng cụ dẫn đường, ghim, ốc, vít, nẹp, dao siêu âm, bộ dẫn lưu não thất, miếng vá khuyết sọ, vật liệu cầm máu, keo sinh học, miếng vá nhân tạo, vật liệu tạo hình hộp sọ.</w:t>
      </w:r>
    </w:p>
    <w:p>
      <w:pPr>
        <w:jc w:val="both"/>
      </w:pPr>
      <w:r>
        <w:t>391</w:t>
      </w:r>
    </w:p>
    <w:p>
      <w:pPr>
        <w:jc w:val="both"/>
      </w:pPr>
      <w:r>
        <w:t>382</w:t>
      </w:r>
    </w:p>
    <w:p>
      <w:pPr>
        <w:jc w:val="both"/>
      </w:pPr>
      <w:r>
        <w:t>Phẫu thuật vi phẫu u não tuyến yên</w:t>
      </w:r>
    </w:p>
    <w:p>
      <w:pPr>
        <w:jc w:val="both"/>
      </w:pPr>
      <w:r>
        <w:t>7.504.000</w:t>
      </w:r>
    </w:p>
    <w:p>
      <w:pPr>
        <w:jc w:val="both"/>
      </w:pPr>
      <w:r>
        <w:t>8.324.000</w:t>
      </w:r>
    </w:p>
    <w:p>
      <w:pPr>
        <w:jc w:val="both"/>
      </w:pPr>
      <w:r>
        <w:t>Chưa bao gồm mạch nhân tạo, miếng vá khuyết sọ, kẹp mạch máu, ghim, ốc, vít, dao siêu âm.</w:t>
      </w:r>
    </w:p>
    <w:p>
      <w:pPr>
        <w:jc w:val="both"/>
      </w:pPr>
      <w:r>
        <w:t>392</w:t>
      </w:r>
    </w:p>
    <w:p>
      <w:pPr>
        <w:jc w:val="both"/>
      </w:pPr>
      <w:r>
        <w:t>383</w:t>
      </w:r>
    </w:p>
    <w:p>
      <w:pPr>
        <w:jc w:val="both"/>
      </w:pPr>
      <w:r>
        <w:t>Phẫu thuật điều trị viêm xương sọ hoặc hàm mặt</w:t>
      </w:r>
    </w:p>
    <w:p>
      <w:pPr>
        <w:jc w:val="both"/>
      </w:pPr>
      <w:r>
        <w:t>5.646.000</w:t>
      </w:r>
    </w:p>
    <w:p>
      <w:pPr>
        <w:jc w:val="both"/>
      </w:pPr>
      <w:r>
        <w:t>6.274.000</w:t>
      </w:r>
    </w:p>
    <w:p>
      <w:pPr>
        <w:jc w:val="both"/>
      </w:pPr>
      <w:r>
        <w:t>Chưa bao gồm nẹp, ghim, ốc, vít.</w:t>
      </w:r>
    </w:p>
    <w:p>
      <w:pPr>
        <w:jc w:val="both"/>
      </w:pPr>
      <w:r>
        <w:t>393</w:t>
      </w:r>
    </w:p>
    <w:p>
      <w:pPr>
        <w:jc w:val="both"/>
      </w:pPr>
      <w:r>
        <w:t>384</w:t>
      </w:r>
    </w:p>
    <w:p>
      <w:pPr>
        <w:jc w:val="both"/>
      </w:pPr>
      <w:r>
        <w:t>Phẫu thuật ghép khuyết sọ</w:t>
      </w:r>
    </w:p>
    <w:p>
      <w:pPr>
        <w:jc w:val="both"/>
      </w:pPr>
      <w:r>
        <w:t>4.746.000</w:t>
      </w:r>
    </w:p>
    <w:p>
      <w:pPr>
        <w:jc w:val="both"/>
      </w:pPr>
      <w:r>
        <w:t>5.298.000</w:t>
      </w:r>
    </w:p>
    <w:p>
      <w:pPr>
        <w:jc w:val="both"/>
      </w:pPr>
      <w:r>
        <w:t>Chưa bao gồm xương nhân tạo, vật liệu tạo hình hộp sọ, miếng vá khuyết sọ, miếng vá nhân tạo, vật liệu tạo hình hộp sọ, đinh, nẹp, vít, lưới tital, ghim, ốc, màng não nhân tạo, vật liệu cầm máu sinh học.</w:t>
      </w:r>
    </w:p>
    <w:p>
      <w:pPr>
        <w:jc w:val="both"/>
      </w:pPr>
      <w:r>
        <w:t>394</w:t>
      </w:r>
    </w:p>
    <w:p>
      <w:pPr>
        <w:jc w:val="both"/>
      </w:pPr>
      <w:r>
        <w:t>385</w:t>
      </w:r>
    </w:p>
    <w:p>
      <w:pPr>
        <w:jc w:val="both"/>
      </w:pPr>
      <w:r>
        <w:t>Phẫu thuật u xương so</w:t>
      </w:r>
    </w:p>
    <w:p>
      <w:pPr>
        <w:jc w:val="both"/>
      </w:pPr>
      <w:r>
        <w:t>5.232.000</w:t>
      </w:r>
    </w:p>
    <w:p>
      <w:pPr>
        <w:jc w:val="both"/>
      </w:pPr>
      <w:r>
        <w:t>5.837.000</w:t>
      </w:r>
    </w:p>
    <w:p>
      <w:pPr>
        <w:jc w:val="both"/>
      </w:pPr>
      <w:r>
        <w:t>Chưa bao gồm đinh, ghim, nẹp, vít, ốc, vật liệu tạo hình hộp sọ, màng não nhân tạo, miếng vá khuyết sọ, miếng vá nhân tạo, vật liệu tạo hình hộp sọ.</w:t>
      </w:r>
    </w:p>
    <w:p>
      <w:pPr>
        <w:jc w:val="both"/>
      </w:pPr>
      <w:r>
        <w:t>395</w:t>
      </w:r>
    </w:p>
    <w:p>
      <w:pPr>
        <w:jc w:val="both"/>
      </w:pPr>
      <w:r>
        <w:t>386</w:t>
      </w:r>
    </w:p>
    <w:p>
      <w:pPr>
        <w:jc w:val="both"/>
      </w:pPr>
      <w:r>
        <w:t>Phâu thuật vết thương sọ não hở</w:t>
      </w:r>
    </w:p>
    <w:p>
      <w:pPr>
        <w:jc w:val="both"/>
      </w:pPr>
      <w:r>
        <w:t>5.596.000</w:t>
      </w:r>
    </w:p>
    <w:p>
      <w:pPr>
        <w:jc w:val="both"/>
      </w:pPr>
      <w:r>
        <w:t>6.256.000</w:t>
      </w:r>
    </w:p>
    <w:p>
      <w:pPr>
        <w:jc w:val="both"/>
      </w:pPr>
      <w:r>
        <w:t>Chưa bao gồm đinh, ghim, nẹp, vít, ốc, màng não nhân tạo, vật liệu tạo hình hộp sọ, miếng vá khuyết sọ, miếng vá nhân tạo, vật liệu tạo hình hộp sọ.</w:t>
      </w:r>
    </w:p>
    <w:p>
      <w:pPr>
        <w:jc w:val="both"/>
      </w:pPr>
      <w:r>
        <w:t>396</w:t>
      </w:r>
    </w:p>
    <w:p>
      <w:pPr>
        <w:jc w:val="both"/>
      </w:pPr>
      <w:r>
        <w:t>387</w:t>
      </w:r>
    </w:p>
    <w:p>
      <w:pPr>
        <w:jc w:val="both"/>
      </w:pPr>
      <w:r>
        <w:t>03C2.1.44</w:t>
      </w:r>
    </w:p>
    <w:p>
      <w:pPr>
        <w:jc w:val="both"/>
      </w:pPr>
      <w:r>
        <w:t>Phẫu thuật vi phẫu dị dạng mạch não</w:t>
      </w:r>
    </w:p>
    <w:p>
      <w:pPr>
        <w:jc w:val="both"/>
      </w:pPr>
      <w:r>
        <w:t>6.998.000</w:t>
      </w:r>
    </w:p>
    <w:p>
      <w:pPr>
        <w:jc w:val="both"/>
      </w:pPr>
      <w:r>
        <w:t>7.831.000</w:t>
      </w:r>
    </w:p>
    <w:p>
      <w:pPr>
        <w:jc w:val="both"/>
      </w:pPr>
      <w:r>
        <w:t>Chưa bao gồm kẹp mạch máu, miếng vá khuyết sọ, van dẫn lưu, ghim, ốc, vít, nẹp.</w:t>
      </w:r>
    </w:p>
    <w:p>
      <w:pPr>
        <w:jc w:val="both"/>
      </w:pPr>
      <w:r>
        <w:t>397</w:t>
      </w:r>
    </w:p>
    <w:p>
      <w:pPr>
        <w:jc w:val="both"/>
      </w:pPr>
      <w:r>
        <w:t>388</w:t>
      </w:r>
    </w:p>
    <w:p>
      <w:pPr>
        <w:jc w:val="both"/>
      </w:pPr>
      <w:r>
        <w:t>Phẫu thuật vi phẫu nối mạch máu trong và ngoài hộp sọ</w:t>
      </w:r>
    </w:p>
    <w:p>
      <w:pPr>
        <w:jc w:val="both"/>
      </w:pPr>
      <w:r>
        <w:t>7.480.000</w:t>
      </w:r>
    </w:p>
    <w:p>
      <w:pPr>
        <w:jc w:val="both"/>
      </w:pPr>
      <w:r>
        <w:t>8.296.000</w:t>
      </w:r>
    </w:p>
    <w:p>
      <w:pPr>
        <w:jc w:val="both"/>
      </w:pPr>
      <w:r>
        <w:t>Chưa bao gồm mạch nhân tạo, kẹp mạch máu, ghim, ốc, vít.</w:t>
      </w:r>
    </w:p>
    <w:p>
      <w:pPr>
        <w:jc w:val="both"/>
      </w:pPr>
      <w:r>
        <w:t>398</w:t>
      </w:r>
    </w:p>
    <w:p>
      <w:pPr>
        <w:jc w:val="both"/>
      </w:pPr>
      <w:r>
        <w:t>389</w:t>
      </w:r>
    </w:p>
    <w:p>
      <w:pPr>
        <w:jc w:val="both"/>
      </w:pPr>
      <w:r>
        <w:t>03C2.1.40</w:t>
      </w:r>
    </w:p>
    <w:p>
      <w:pPr>
        <w:jc w:val="both"/>
      </w:pPr>
      <w:r>
        <w:t>Phẫu thuật thần kinh có dẫn đường</w:t>
      </w:r>
    </w:p>
    <w:p>
      <w:pPr>
        <w:jc w:val="both"/>
      </w:pPr>
      <w:r>
        <w:t>6.747.000</w:t>
      </w:r>
    </w:p>
    <w:p>
      <w:pPr>
        <w:jc w:val="both"/>
      </w:pPr>
      <w:r>
        <w:t>7.504.000</w:t>
      </w:r>
    </w:p>
    <w:p>
      <w:pPr>
        <w:jc w:val="both"/>
      </w:pPr>
      <w:r>
        <w:t>399</w:t>
      </w:r>
    </w:p>
    <w:p>
      <w:pPr>
        <w:jc w:val="both"/>
      </w:pPr>
      <w:r>
        <w:t>390</w:t>
      </w:r>
    </w:p>
    <w:p>
      <w:pPr>
        <w:jc w:val="both"/>
      </w:pPr>
      <w:r>
        <w:t>03C2.1.46</w:t>
      </w:r>
    </w:p>
    <w:p>
      <w:pPr>
        <w:jc w:val="both"/>
      </w:pPr>
      <w:r>
        <w:t>Quang động học (PTD) trong điều trị u não ác tính</w:t>
      </w:r>
    </w:p>
    <w:p>
      <w:pPr>
        <w:jc w:val="both"/>
      </w:pPr>
      <w:r>
        <w:t>6.921.000</w:t>
      </w:r>
    </w:p>
    <w:p>
      <w:pPr>
        <w:jc w:val="both"/>
      </w:pPr>
      <w:r>
        <w:t>7.905.000</w:t>
      </w:r>
    </w:p>
    <w:p>
      <w:pPr>
        <w:jc w:val="both"/>
      </w:pPr>
      <w:r>
        <w:t>Chưa bao gồm dụng cụ dẫn đường.</w:t>
      </w:r>
    </w:p>
    <w:p>
      <w:pPr>
        <w:jc w:val="both"/>
      </w:pPr>
      <w:r>
        <w:t>Ngoại Lồng ngực - mạch máu</w:t>
      </w:r>
    </w:p>
    <w:p>
      <w:pPr>
        <w:jc w:val="both"/>
      </w:pPr>
      <w:r>
        <w:t>400</w:t>
      </w:r>
    </w:p>
    <w:p>
      <w:pPr>
        <w:jc w:val="both"/>
      </w:pPr>
      <w:r>
        <w:t>391</w:t>
      </w:r>
    </w:p>
    <w:p>
      <w:pPr>
        <w:jc w:val="both"/>
      </w:pPr>
      <w:r>
        <w:t>03C2.1.31</w:t>
      </w:r>
    </w:p>
    <w:p>
      <w:pPr>
        <w:jc w:val="both"/>
      </w:pPr>
      <w:r>
        <w:t>Cấy hoặc đặt máy tạo nhịp hoặc cấy máy tạo nhịp phá rung</w:t>
      </w:r>
    </w:p>
    <w:p>
      <w:pPr>
        <w:jc w:val="both"/>
      </w:pPr>
      <w:r>
        <w:t>1.718.000</w:t>
      </w:r>
    </w:p>
    <w:p>
      <w:pPr>
        <w:jc w:val="both"/>
      </w:pPr>
      <w:r>
        <w:t>1.896.000</w:t>
      </w:r>
    </w:p>
    <w:p>
      <w:pPr>
        <w:jc w:val="both"/>
      </w:pPr>
      <w:r>
        <w:t>Chưa bao gồm máy tạo nhịp, máy phá rung.</w:t>
      </w:r>
    </w:p>
    <w:p>
      <w:pPr>
        <w:jc w:val="both"/>
      </w:pPr>
      <w:r>
        <w:t>401</w:t>
      </w:r>
    </w:p>
    <w:p>
      <w:pPr>
        <w:jc w:val="both"/>
      </w:pPr>
      <w:r>
        <w:t>392</w:t>
      </w:r>
    </w:p>
    <w:p>
      <w:pPr>
        <w:jc w:val="both"/>
      </w:pPr>
      <w:r>
        <w:t>03C2.1.24</w:t>
      </w:r>
    </w:p>
    <w:p>
      <w:pPr>
        <w:jc w:val="both"/>
      </w:pPr>
      <w:r>
        <w:t>Phẫu thuật bắc cầu mạch vành</w:t>
      </w:r>
    </w:p>
    <w:p>
      <w:pPr>
        <w:jc w:val="both"/>
      </w:pPr>
      <w:r>
        <w:t>18.693.000</w:t>
      </w:r>
    </w:p>
    <w:p>
      <w:pPr>
        <w:jc w:val="both"/>
      </w:pPr>
      <w:r>
        <w:t>21.039.000</w:t>
      </w:r>
    </w:p>
    <w:p>
      <w:pPr>
        <w:jc w:val="both"/>
      </w:pPr>
      <w:r>
        <w:t>Chưa bao gồm bộ tim phổi nhân tạo và dây chạy máy, vòng van, van tim nhân tạo, miếng vá siêu mỏng, mạch máu nhân tạo, động mạch chủ nhân tạo, keo sinh học, quả lọc tách huyết tương và bộ dây dẫn, dung dịch bảo vệ tạng, dây truyền dung dịch bảo vệ tạng, dụng cụ cố định mạch vành, Shunt trong lòng động mạch</w:t>
      </w:r>
    </w:p>
    <w:p>
      <w:pPr>
        <w:jc w:val="both"/>
      </w:pPr>
      <w:r>
        <w:t>402</w:t>
      </w:r>
    </w:p>
    <w:p>
      <w:pPr>
        <w:jc w:val="both"/>
      </w:pPr>
      <w:r>
        <w:t>393</w:t>
      </w:r>
    </w:p>
    <w:p>
      <w:pPr>
        <w:jc w:val="both"/>
      </w:pPr>
      <w:r>
        <w:t>03C2.1.25</w:t>
      </w:r>
    </w:p>
    <w:p>
      <w:pPr>
        <w:jc w:val="both"/>
      </w:pPr>
      <w:r>
        <w:t>Phẫu thuật các mạch máu lớn (động mạch chủ ngực hoặc bụng hoặc cảnh hoặc thận)</w:t>
      </w:r>
    </w:p>
    <w:p>
      <w:pPr>
        <w:jc w:val="both"/>
      </w:pPr>
      <w:r>
        <w:t>15.196.000</w:t>
      </w:r>
    </w:p>
    <w:p>
      <w:pPr>
        <w:jc w:val="both"/>
      </w:pPr>
      <w:r>
        <w:t>17.011.000</w:t>
      </w:r>
    </w:p>
    <w:p>
      <w:pPr>
        <w:jc w:val="both"/>
      </w:pPr>
      <w:r>
        <w:t>Chưa bao gồm bộ tim phổi nhân tạo và dây chạy máy, động mạch chủ nhân tạo, mạch máu nhân tạo, keo sinh học, stent, quả lọc tách huyết tương và bộ dây dẫn, dung dịch bảo vệ tạng, dây truyền dung dịch bảo vệ tạng.</w:t>
      </w:r>
    </w:p>
    <w:p>
      <w:pPr>
        <w:jc w:val="both"/>
      </w:pPr>
      <w:r>
        <w:t>403</w:t>
      </w:r>
    </w:p>
    <w:p>
      <w:pPr>
        <w:jc w:val="both"/>
      </w:pPr>
      <w:r>
        <w:t>394</w:t>
      </w:r>
    </w:p>
    <w:p>
      <w:pPr>
        <w:jc w:val="both"/>
      </w:pPr>
      <w:r>
        <w:t>03C2.1.18</w:t>
      </w:r>
    </w:p>
    <w:p>
      <w:pPr>
        <w:jc w:val="both"/>
      </w:pPr>
      <w:r>
        <w:t>Phẫu thuật cắt màng tim rộng</w:t>
      </w:r>
    </w:p>
    <w:p>
      <w:pPr>
        <w:jc w:val="both"/>
      </w:pPr>
      <w:r>
        <w:t>14.737.000</w:t>
      </w:r>
    </w:p>
    <w:p>
      <w:pPr>
        <w:jc w:val="both"/>
      </w:pPr>
      <w:r>
        <w:t>16.629.000</w:t>
      </w:r>
    </w:p>
    <w:p>
      <w:pPr>
        <w:jc w:val="both"/>
      </w:pPr>
      <w:r>
        <w:t>404</w:t>
      </w:r>
    </w:p>
    <w:p>
      <w:pPr>
        <w:jc w:val="both"/>
      </w:pPr>
      <w:r>
        <w:t>395</w:t>
      </w:r>
    </w:p>
    <w:p>
      <w:pPr>
        <w:jc w:val="both"/>
      </w:pPr>
      <w:r>
        <w:t>03C2.1.15</w:t>
      </w:r>
    </w:p>
    <w:p>
      <w:pPr>
        <w:jc w:val="both"/>
      </w:pPr>
      <w:r>
        <w:t>Phẫu thuật cắt ống động mạch</w:t>
      </w:r>
    </w:p>
    <w:p>
      <w:pPr>
        <w:jc w:val="both"/>
      </w:pPr>
      <w:r>
        <w:t>13.068.000</w:t>
      </w:r>
    </w:p>
    <w:p>
      <w:pPr>
        <w:jc w:val="both"/>
      </w:pPr>
      <w:r>
        <w:t>14.828.000</w:t>
      </w:r>
    </w:p>
    <w:p>
      <w:pPr>
        <w:jc w:val="both"/>
      </w:pPr>
      <w:r>
        <w:t>Chưa bao gồm mạch máu nhân tạo, động mạch chủ nhân tạo, keo sinh học.</w:t>
      </w:r>
    </w:p>
    <w:p>
      <w:pPr>
        <w:jc w:val="both"/>
      </w:pPr>
      <w:r>
        <w:t>405</w:t>
      </w:r>
    </w:p>
    <w:p>
      <w:pPr>
        <w:jc w:val="both"/>
      </w:pPr>
      <w:r>
        <w:t>396</w:t>
      </w:r>
    </w:p>
    <w:p>
      <w:pPr>
        <w:jc w:val="both"/>
      </w:pPr>
      <w:r>
        <w:t>03C2.1.17</w:t>
      </w:r>
    </w:p>
    <w:p>
      <w:pPr>
        <w:jc w:val="both"/>
      </w:pPr>
      <w:r>
        <w:t>Phẫu thuật nong van động mạch chủ</w:t>
      </w:r>
    </w:p>
    <w:p>
      <w:pPr>
        <w:jc w:val="both"/>
      </w:pPr>
      <w:r>
        <w:t>8.237.000</w:t>
      </w:r>
    </w:p>
    <w:p>
      <w:pPr>
        <w:jc w:val="both"/>
      </w:pPr>
      <w:r>
        <w:t>9.145.000</w:t>
      </w:r>
    </w:p>
    <w:p>
      <w:pPr>
        <w:jc w:val="both"/>
      </w:pPr>
      <w:r>
        <w:t>406</w:t>
      </w:r>
    </w:p>
    <w:p>
      <w:pPr>
        <w:jc w:val="both"/>
      </w:pPr>
      <w:r>
        <w:t>397</w:t>
      </w:r>
    </w:p>
    <w:p>
      <w:pPr>
        <w:jc w:val="both"/>
      </w:pPr>
      <w:r>
        <w:t>03C2.1.16</w:t>
      </w:r>
    </w:p>
    <w:p>
      <w:pPr>
        <w:jc w:val="both"/>
      </w:pPr>
      <w:r>
        <w:t>Phẫu thuật tạo hình eo động mạch</w:t>
      </w:r>
    </w:p>
    <w:p>
      <w:pPr>
        <w:jc w:val="both"/>
      </w:pPr>
      <w:r>
        <w:t>14.737.000</w:t>
      </w:r>
    </w:p>
    <w:p>
      <w:pPr>
        <w:jc w:val="both"/>
      </w:pPr>
      <w:r>
        <w:t>16.629.000</w:t>
      </w:r>
    </w:p>
    <w:p>
      <w:pPr>
        <w:jc w:val="both"/>
      </w:pPr>
      <w:r>
        <w:t>Chưa bao gồm mạch máu nhân tạo, động mạch chủ nhân tạo, keo sinh học.</w:t>
      </w:r>
    </w:p>
    <w:p>
      <w:pPr>
        <w:jc w:val="both"/>
      </w:pPr>
      <w:r>
        <w:t>407</w:t>
      </w:r>
    </w:p>
    <w:p>
      <w:pPr>
        <w:jc w:val="both"/>
      </w:pPr>
      <w:r>
        <w:t>398</w:t>
      </w:r>
    </w:p>
    <w:p>
      <w:pPr>
        <w:jc w:val="both"/>
      </w:pPr>
      <w:r>
        <w:t>Phẫu thuật đặt Catheter ổ bụng để lọc màng bụng</w:t>
      </w:r>
    </w:p>
    <w:p>
      <w:pPr>
        <w:jc w:val="both"/>
      </w:pPr>
      <w:r>
        <w:t>7.476.000</w:t>
      </w:r>
    </w:p>
    <w:p>
      <w:pPr>
        <w:jc w:val="both"/>
      </w:pPr>
      <w:r>
        <w:t>8.430.000</w:t>
      </w:r>
    </w:p>
    <w:p>
      <w:pPr>
        <w:jc w:val="both"/>
      </w:pPr>
      <w:r>
        <w:t>408</w:t>
      </w:r>
    </w:p>
    <w:p>
      <w:pPr>
        <w:jc w:val="both"/>
      </w:pPr>
      <w:r>
        <w:t>399</w:t>
      </w:r>
    </w:p>
    <w:p>
      <w:pPr>
        <w:jc w:val="both"/>
      </w:pPr>
      <w:r>
        <w:t>Phẫu thuật tạo thông động tĩnh mạch AVF</w:t>
      </w:r>
    </w:p>
    <w:p>
      <w:pPr>
        <w:jc w:val="both"/>
      </w:pPr>
      <w:r>
        <w:t>3.828.000</w:t>
      </w:r>
    </w:p>
    <w:p>
      <w:pPr>
        <w:jc w:val="both"/>
      </w:pPr>
      <w:r>
        <w:t>4.323.000</w:t>
      </w:r>
    </w:p>
    <w:p>
      <w:pPr>
        <w:jc w:val="both"/>
      </w:pPr>
      <w:r>
        <w:t>Chưa bao gồm mạch máu nhân tạo, động mạch chủ nhân tạo.</w:t>
      </w:r>
    </w:p>
    <w:p>
      <w:pPr>
        <w:jc w:val="both"/>
      </w:pPr>
      <w:r>
        <w:t>409</w:t>
      </w:r>
    </w:p>
    <w:p>
      <w:pPr>
        <w:jc w:val="both"/>
      </w:pPr>
      <w:r>
        <w:t>400</w:t>
      </w:r>
    </w:p>
    <w:p>
      <w:pPr>
        <w:jc w:val="both"/>
      </w:pPr>
      <w:r>
        <w:t>Phẫu thuật thăm dò ngoài màng tim hoặc thăm dò lồng ngực</w:t>
      </w:r>
    </w:p>
    <w:p>
      <w:pPr>
        <w:jc w:val="both"/>
      </w:pPr>
      <w:r>
        <w:t>3.398.000</w:t>
      </w:r>
    </w:p>
    <w:p>
      <w:pPr>
        <w:jc w:val="both"/>
      </w:pPr>
      <w:r>
        <w:t>3.813.000</w:t>
      </w:r>
    </w:p>
    <w:p>
      <w:pPr>
        <w:jc w:val="both"/>
      </w:pPr>
      <w:r>
        <w:t>410</w:t>
      </w:r>
    </w:p>
    <w:p>
      <w:pPr>
        <w:jc w:val="both"/>
      </w:pPr>
      <w:r>
        <w:t>401</w:t>
      </w:r>
    </w:p>
    <w:p>
      <w:pPr>
        <w:jc w:val="both"/>
      </w:pPr>
      <w:r>
        <w:t>03C2 1.19</w:t>
      </w:r>
    </w:p>
    <w:p>
      <w:pPr>
        <w:jc w:val="both"/>
      </w:pPr>
      <w:r>
        <w:t>Phẫu thuật thay đoạn mạch nhân tạo</w:t>
      </w:r>
    </w:p>
    <w:p>
      <w:pPr>
        <w:jc w:val="both"/>
      </w:pPr>
      <w:r>
        <w:t>12.996.000</w:t>
      </w:r>
    </w:p>
    <w:p>
      <w:pPr>
        <w:jc w:val="both"/>
      </w:pPr>
      <w:r>
        <w:t>14.661.000</w:t>
      </w:r>
    </w:p>
    <w:p>
      <w:pPr>
        <w:jc w:val="both"/>
      </w:pPr>
      <w:r>
        <w:t>Chưa bao gồm mạch máu nhân tạo, động mạch chủ nhân tạo, keo sinh học.</w:t>
      </w:r>
    </w:p>
    <w:p>
      <w:pPr>
        <w:jc w:val="both"/>
      </w:pPr>
      <w:r>
        <w:t>411</w:t>
      </w:r>
    </w:p>
    <w:p>
      <w:pPr>
        <w:jc w:val="both"/>
      </w:pPr>
      <w:r>
        <w:t>402</w:t>
      </w:r>
    </w:p>
    <w:p>
      <w:pPr>
        <w:jc w:val="both"/>
      </w:pPr>
      <w:r>
        <w:t>03C2.1.21</w:t>
      </w:r>
    </w:p>
    <w:p>
      <w:pPr>
        <w:jc w:val="both"/>
      </w:pPr>
      <w:r>
        <w:t>Phẫu thuật thay động mạch chủ</w:t>
      </w:r>
    </w:p>
    <w:p>
      <w:pPr>
        <w:jc w:val="both"/>
      </w:pPr>
      <w:r>
        <w:t>19.055.000</w:t>
      </w:r>
    </w:p>
    <w:p>
      <w:pPr>
        <w:jc w:val="both"/>
      </w:pPr>
      <w:r>
        <w:t>21.552.000</w:t>
      </w:r>
    </w:p>
    <w:p>
      <w:pPr>
        <w:jc w:val="both"/>
      </w:pPr>
      <w:r>
        <w:t>Chưa bao gồm bộ tim phổi nhân tạo và dây chạy máy, động mạch chủ nhân tạo, van động mạch chủ nhân tạo, mạch máu nhân tạo, ống van động mạch, keo sinh học, stend, quả lọc tách huyết tương và bộ dây dẫn, dung dịch bảo vệ tạng, bộ dây truyền dung dịch liệt tim.</w:t>
      </w:r>
    </w:p>
    <w:p>
      <w:pPr>
        <w:jc w:val="both"/>
      </w:pPr>
      <w:r>
        <w:t>412</w:t>
      </w:r>
    </w:p>
    <w:p>
      <w:pPr>
        <w:jc w:val="both"/>
      </w:pPr>
      <w:r>
        <w:t>403</w:t>
      </w:r>
    </w:p>
    <w:p>
      <w:pPr>
        <w:jc w:val="both"/>
      </w:pPr>
      <w:r>
        <w:t>03C2.1.20</w:t>
      </w:r>
    </w:p>
    <w:p>
      <w:pPr>
        <w:jc w:val="both"/>
      </w:pPr>
      <w:r>
        <w:t>Phẫu thuật tim các loại (tim bẩm sinh hoặc sửa van tim hoặc thay van tim...)</w:t>
      </w:r>
    </w:p>
    <w:p>
      <w:pPr>
        <w:jc w:val="both"/>
      </w:pPr>
      <w:r>
        <w:t>17.693.000</w:t>
      </w:r>
    </w:p>
    <w:p>
      <w:pPr>
        <w:jc w:val="both"/>
      </w:pPr>
      <w:r>
        <w:t>19.888.000</w:t>
      </w:r>
    </w:p>
    <w:p>
      <w:pPr>
        <w:jc w:val="both"/>
      </w:pPr>
      <w:r>
        <w:t>Chưa bao gồm bộ tim phổi nhân tạo và dây chạy máy, vòng van và van tim nhân tạo, mạch máu nhân tạo, động mạch chủ nhân, tạo, ống van động mạch, keo sinh học, quả lọc tách huyết tương và bộ dây dẫn, miếng vá siêu mỏng, dung dịch bảo vệ tạng, dây truyền dung dịch bảo vệ tạng.</w:t>
      </w:r>
    </w:p>
    <w:p>
      <w:pPr>
        <w:jc w:val="both"/>
      </w:pPr>
      <w:r>
        <w:t>413</w:t>
      </w:r>
    </w:p>
    <w:p>
      <w:pPr>
        <w:jc w:val="both"/>
      </w:pPr>
      <w:r>
        <w:t>404</w:t>
      </w:r>
    </w:p>
    <w:p>
      <w:pPr>
        <w:jc w:val="both"/>
      </w:pPr>
      <w:r>
        <w:t>Phẫu thuật tim kín khác</w:t>
      </w:r>
    </w:p>
    <w:p>
      <w:pPr>
        <w:jc w:val="both"/>
      </w:pPr>
      <w:r>
        <w:t>14.180.000</w:t>
      </w:r>
    </w:p>
    <w:p>
      <w:pPr>
        <w:jc w:val="both"/>
      </w:pPr>
      <w:r>
        <w:t>16.023.000</w:t>
      </w:r>
    </w:p>
    <w:p>
      <w:pPr>
        <w:jc w:val="both"/>
      </w:pPr>
      <w:r>
        <w:t>Chưa bao gồm động mạch chủ nhân tạo, van động mạch chủ nhân tạo, mạch máu nhân tạo, keo sinh học</w:t>
      </w:r>
    </w:p>
    <w:p>
      <w:pPr>
        <w:jc w:val="both"/>
      </w:pPr>
      <w:r>
        <w:t>414</w:t>
      </w:r>
    </w:p>
    <w:p>
      <w:pPr>
        <w:jc w:val="both"/>
      </w:pPr>
      <w:r>
        <w:t>405</w:t>
      </w:r>
    </w:p>
    <w:p>
      <w:pPr>
        <w:jc w:val="both"/>
      </w:pPr>
      <w:r>
        <w:t>03C2.1.14</w:t>
      </w:r>
    </w:p>
    <w:p>
      <w:pPr>
        <w:jc w:val="both"/>
      </w:pPr>
      <w:r>
        <w:t>Phẫu thuật tim loại Blalock</w:t>
      </w:r>
    </w:p>
    <w:p>
      <w:pPr>
        <w:jc w:val="both"/>
      </w:pPr>
      <w:r>
        <w:t>14.737.000</w:t>
      </w:r>
    </w:p>
    <w:p>
      <w:pPr>
        <w:jc w:val="both"/>
      </w:pPr>
      <w:r>
        <w:t>16.629.000</w:t>
      </w:r>
    </w:p>
    <w:p>
      <w:pPr>
        <w:jc w:val="both"/>
      </w:pPr>
      <w:r>
        <w:t>Chưa bao gồm mạch máu nhân tạo hoặc động mạch chủ nhân tạo.</w:t>
      </w:r>
    </w:p>
    <w:p>
      <w:pPr>
        <w:jc w:val="both"/>
      </w:pPr>
      <w:r>
        <w:t>415</w:t>
      </w:r>
    </w:p>
    <w:p>
      <w:pPr>
        <w:jc w:val="both"/>
      </w:pPr>
      <w:r>
        <w:t>406</w:t>
      </w:r>
    </w:p>
    <w:p>
      <w:pPr>
        <w:jc w:val="both"/>
      </w:pPr>
      <w:r>
        <w:t>03C2.1.26</w:t>
      </w:r>
    </w:p>
    <w:p>
      <w:pPr>
        <w:jc w:val="both"/>
      </w:pPr>
      <w:r>
        <w:t>Phẫu thuật tim, mạch khác có sử dụng tuần hoàn ngoài cơ thể</w:t>
      </w:r>
    </w:p>
    <w:p>
      <w:pPr>
        <w:jc w:val="both"/>
      </w:pPr>
      <w:r>
        <w:t>16.851.000</w:t>
      </w:r>
    </w:p>
    <w:p>
      <w:pPr>
        <w:jc w:val="both"/>
      </w:pPr>
      <w:r>
        <w:t>19.046.000</w:t>
      </w:r>
    </w:p>
    <w:p>
      <w:pPr>
        <w:jc w:val="both"/>
      </w:pPr>
      <w:r>
        <w:t>Chưa bao gồm bộ tim phổi nhân tạo và dây chạy máy, mạch máu nhân tạo, động mạch chủ nhân tạo, keo sinh học, quả lọc tách huyết tương và bộ dây dẫn, dung dịch bảo vệ tạng, bộ dây truyền dung dịch liệt tim, đầu đốt.</w:t>
      </w:r>
    </w:p>
    <w:p>
      <w:pPr>
        <w:jc w:val="both"/>
      </w:pPr>
      <w:r>
        <w:t>416</w:t>
      </w:r>
    </w:p>
    <w:p>
      <w:pPr>
        <w:jc w:val="both"/>
      </w:pPr>
      <w:r>
        <w:t>407</w:t>
      </w:r>
    </w:p>
    <w:p>
      <w:pPr>
        <w:jc w:val="both"/>
      </w:pPr>
      <w:r>
        <w:t>Phẫu thuật u máu các vị trí</w:t>
      </w:r>
    </w:p>
    <w:p>
      <w:pPr>
        <w:jc w:val="both"/>
      </w:pPr>
      <w:r>
        <w:t>3.123.000</w:t>
      </w:r>
    </w:p>
    <w:p>
      <w:pPr>
        <w:jc w:val="both"/>
      </w:pPr>
      <w:r>
        <w:t>3.500.000</w:t>
      </w:r>
    </w:p>
    <w:p>
      <w:pPr>
        <w:jc w:val="both"/>
      </w:pPr>
      <w:r>
        <w:t>417</w:t>
      </w:r>
    </w:p>
    <w:p>
      <w:pPr>
        <w:jc w:val="both"/>
      </w:pPr>
      <w:r>
        <w:t>408</w:t>
      </w:r>
    </w:p>
    <w:p>
      <w:pPr>
        <w:jc w:val="both"/>
      </w:pPr>
      <w:r>
        <w:t>Phẫu thuật cắt phổi</w:t>
      </w:r>
    </w:p>
    <w:p>
      <w:pPr>
        <w:jc w:val="both"/>
      </w:pPr>
      <w:r>
        <w:t>8.985.000</w:t>
      </w:r>
    </w:p>
    <w:p>
      <w:pPr>
        <w:jc w:val="both"/>
      </w:pPr>
      <w:r>
        <w:t>10.042.000</w:t>
      </w:r>
    </w:p>
    <w:p>
      <w:pPr>
        <w:jc w:val="both"/>
      </w:pPr>
      <w:r>
        <w:t>Chưa bao gồm máy cắt nối tự động, ghim khâu máy hoặc stapler; dao siêu âm hoặc dao hàn mô hoặc dao hàn mạch.</w:t>
      </w:r>
    </w:p>
    <w:p>
      <w:pPr>
        <w:jc w:val="both"/>
      </w:pPr>
      <w:r>
        <w:t>418</w:t>
      </w:r>
    </w:p>
    <w:p>
      <w:pPr>
        <w:jc w:val="both"/>
      </w:pPr>
      <w:r>
        <w:t>409</w:t>
      </w:r>
    </w:p>
    <w:p>
      <w:pPr>
        <w:jc w:val="both"/>
      </w:pPr>
      <w:r>
        <w:t>Phẫu thuật cắt u trung thất</w:t>
      </w:r>
    </w:p>
    <w:p>
      <w:pPr>
        <w:jc w:val="both"/>
      </w:pPr>
      <w:r>
        <w:t>10.670.000</w:t>
      </w:r>
    </w:p>
    <w:p>
      <w:pPr>
        <w:jc w:val="both"/>
      </w:pPr>
      <w:r>
        <w:t>11.969.000</w:t>
      </w:r>
    </w:p>
    <w:p>
      <w:pPr>
        <w:jc w:val="both"/>
      </w:pPr>
      <w:r>
        <w:t>419</w:t>
      </w:r>
    </w:p>
    <w:p>
      <w:pPr>
        <w:jc w:val="both"/>
      </w:pPr>
      <w:r>
        <w:t>410</w:t>
      </w:r>
    </w:p>
    <w:p>
      <w:pPr>
        <w:jc w:val="both"/>
      </w:pPr>
      <w:r>
        <w:t>Phẫu thuật dẫn lưu màng phổi</w:t>
      </w:r>
    </w:p>
    <w:p>
      <w:pPr>
        <w:jc w:val="both"/>
      </w:pPr>
      <w:r>
        <w:t>1.818.000</w:t>
      </w:r>
    </w:p>
    <w:p>
      <w:pPr>
        <w:jc w:val="both"/>
      </w:pPr>
      <w:r>
        <w:t>2.039.000</w:t>
      </w:r>
    </w:p>
    <w:p>
      <w:pPr>
        <w:jc w:val="both"/>
      </w:pPr>
      <w:r>
        <w:t>420</w:t>
      </w:r>
    </w:p>
    <w:p>
      <w:pPr>
        <w:jc w:val="both"/>
      </w:pPr>
      <w:r>
        <w:t>411</w:t>
      </w:r>
    </w:p>
    <w:p>
      <w:pPr>
        <w:jc w:val="both"/>
      </w:pPr>
      <w:r>
        <w:t>Phẫu thuật điều trị bệnh lý lồng ngực khác</w:t>
      </w:r>
    </w:p>
    <w:p>
      <w:pPr>
        <w:jc w:val="both"/>
      </w:pPr>
      <w:r>
        <w:t>6.943.000</w:t>
      </w:r>
    </w:p>
    <w:p>
      <w:pPr>
        <w:jc w:val="both"/>
      </w:pPr>
      <w:r>
        <w:t>7.768.000</w:t>
      </w:r>
    </w:p>
    <w:p>
      <w:pPr>
        <w:jc w:val="both"/>
      </w:pPr>
      <w:r>
        <w:t>Chưa bao gồm các loại đinh nẹp vít, các loại khung, thanh nâng ngực và đai nẹp ngoài, dụng cụ khâu cắt tự động, keo sinh học, dao hàn mạch, hàn mô.</w:t>
      </w:r>
    </w:p>
    <w:p>
      <w:pPr>
        <w:jc w:val="both"/>
      </w:pPr>
      <w:r>
        <w:t>421</w:t>
      </w:r>
    </w:p>
    <w:p>
      <w:pPr>
        <w:jc w:val="both"/>
      </w:pPr>
      <w:r>
        <w:t>412</w:t>
      </w:r>
    </w:p>
    <w:p>
      <w:pPr>
        <w:jc w:val="both"/>
      </w:pPr>
      <w:r>
        <w:t>Phẫu thuật nội soi cắt u trung thất</w:t>
      </w:r>
    </w:p>
    <w:p>
      <w:pPr>
        <w:jc w:val="both"/>
      </w:pPr>
      <w:r>
        <w:t>10.341.000</w:t>
      </w:r>
    </w:p>
    <w:p>
      <w:pPr>
        <w:jc w:val="both"/>
      </w:pPr>
      <w:r>
        <w:t>11.591.000</w:t>
      </w:r>
    </w:p>
    <w:p>
      <w:pPr>
        <w:jc w:val="both"/>
      </w:pPr>
      <w:r>
        <w:t>Chưa bao gồm máy cắt nối tự động, ghim khâu máy hoặc stapler, dao siêu âm hoặc dao hàn mô hoặc dao hàn mạch.</w:t>
      </w:r>
    </w:p>
    <w:p>
      <w:pPr>
        <w:jc w:val="both"/>
      </w:pPr>
      <w:r>
        <w:t>422</w:t>
      </w:r>
    </w:p>
    <w:p>
      <w:pPr>
        <w:jc w:val="both"/>
      </w:pPr>
      <w:r>
        <w:t>413</w:t>
      </w:r>
    </w:p>
    <w:p>
      <w:pPr>
        <w:jc w:val="both"/>
      </w:pPr>
      <w:r>
        <w:t>Phẫu thuật nội soi ngực bệnh lý hoặc chấn thương</w:t>
      </w:r>
    </w:p>
    <w:p>
      <w:pPr>
        <w:jc w:val="both"/>
      </w:pPr>
      <w:r>
        <w:t>8.647.000</w:t>
      </w:r>
    </w:p>
    <w:p>
      <w:pPr>
        <w:jc w:val="both"/>
      </w:pPr>
      <w:r>
        <w:t>9.640.000</w:t>
      </w:r>
    </w:p>
    <w:p>
      <w:pPr>
        <w:jc w:val="both"/>
      </w:pPr>
      <w:r>
        <w:t>Chưa bao gồm máy cắt nối tự động, ghim khâu máy hoặc stapler, dao siêu âm hoặc dao hàn mô hoặc dao hàn mạch.</w:t>
      </w:r>
    </w:p>
    <w:p>
      <w:pPr>
        <w:jc w:val="both"/>
      </w:pPr>
      <w:r>
        <w:t>423</w:t>
      </w:r>
    </w:p>
    <w:p>
      <w:pPr>
        <w:jc w:val="both"/>
      </w:pPr>
      <w:r>
        <w:t>414</w:t>
      </w:r>
    </w:p>
    <w:p>
      <w:pPr>
        <w:jc w:val="both"/>
      </w:pPr>
      <w:r>
        <w:t>Phẫu thuật phục hồi thành ngực (do chấn thương hoặc vết thương)</w:t>
      </w:r>
    </w:p>
    <w:p>
      <w:pPr>
        <w:jc w:val="both"/>
      </w:pPr>
      <w:r>
        <w:t>7.011.000</w:t>
      </w:r>
    </w:p>
    <w:p>
      <w:pPr>
        <w:jc w:val="both"/>
      </w:pPr>
      <w:r>
        <w:t>7.886.000</w:t>
      </w:r>
    </w:p>
    <w:p>
      <w:pPr>
        <w:jc w:val="both"/>
      </w:pPr>
      <w:r>
        <w:t>Chưa bao gồm các loại đinh, nẹp, vít, các loại khung, thanh nâng ngực và đai nẹp ngoài.</w:t>
      </w:r>
    </w:p>
    <w:p>
      <w:pPr>
        <w:jc w:val="both"/>
      </w:pPr>
      <w:r>
        <w:t>Ngoại Tiết niệu</w:t>
      </w:r>
    </w:p>
    <w:p>
      <w:pPr>
        <w:jc w:val="both"/>
      </w:pPr>
      <w:r>
        <w:t>424</w:t>
      </w:r>
    </w:p>
    <w:p>
      <w:pPr>
        <w:jc w:val="both"/>
      </w:pPr>
      <w:r>
        <w:t>415</w:t>
      </w:r>
    </w:p>
    <w:p>
      <w:pPr>
        <w:jc w:val="both"/>
      </w:pPr>
      <w:r>
        <w:t>03C2.1.9</w:t>
      </w:r>
    </w:p>
    <w:p>
      <w:pPr>
        <w:jc w:val="both"/>
      </w:pPr>
      <w:r>
        <w:t>Ghép thận, niệu quản tự thân có sử dụng vi phẫu</w:t>
      </w:r>
    </w:p>
    <w:p>
      <w:pPr>
        <w:jc w:val="both"/>
      </w:pPr>
      <w:r>
        <w:t>6.760.000</w:t>
      </w:r>
    </w:p>
    <w:p>
      <w:pPr>
        <w:jc w:val="both"/>
      </w:pPr>
      <w:r>
        <w:t>7.593.000</w:t>
      </w:r>
    </w:p>
    <w:p>
      <w:pPr>
        <w:jc w:val="both"/>
      </w:pPr>
      <w:r>
        <w:t>425</w:t>
      </w:r>
    </w:p>
    <w:p>
      <w:pPr>
        <w:jc w:val="both"/>
      </w:pPr>
      <w:r>
        <w:t>416</w:t>
      </w:r>
    </w:p>
    <w:p>
      <w:pPr>
        <w:jc w:val="both"/>
      </w:pPr>
      <w:r>
        <w:t>Phẫu thuật cắt thận</w:t>
      </w:r>
    </w:p>
    <w:p>
      <w:pPr>
        <w:jc w:val="both"/>
      </w:pPr>
      <w:r>
        <w:t>4.404.000</w:t>
      </w:r>
    </w:p>
    <w:p>
      <w:pPr>
        <w:jc w:val="both"/>
      </w:pPr>
      <w:r>
        <w:t>4.919.000</w:t>
      </w:r>
    </w:p>
    <w:p>
      <w:pPr>
        <w:jc w:val="both"/>
      </w:pPr>
      <w:r>
        <w:t>Chưa bao gồm dao siêu âm hoặc dao hàn mô hoặc dao hàn mạch.</w:t>
      </w:r>
    </w:p>
    <w:p>
      <w:pPr>
        <w:jc w:val="both"/>
      </w:pPr>
      <w:r>
        <w:t>426</w:t>
      </w:r>
    </w:p>
    <w:p>
      <w:pPr>
        <w:jc w:val="both"/>
      </w:pPr>
      <w:r>
        <w:t>417</w:t>
      </w:r>
    </w:p>
    <w:p>
      <w:pPr>
        <w:jc w:val="both"/>
      </w:pPr>
      <w:r>
        <w:t>Phẫu thuật cắt u thượng thận hoặc cắt nang thận</w:t>
      </w:r>
    </w:p>
    <w:p>
      <w:pPr>
        <w:jc w:val="both"/>
      </w:pPr>
      <w:r>
        <w:t>6.374.000</w:t>
      </w:r>
    </w:p>
    <w:p>
      <w:pPr>
        <w:jc w:val="both"/>
      </w:pPr>
      <w:r>
        <w:t>7.113.000</w:t>
      </w:r>
    </w:p>
    <w:p>
      <w:pPr>
        <w:jc w:val="both"/>
      </w:pPr>
      <w:r>
        <w:t>Chưa bao gồm dao siêu âm hoặc dao hàn mô hoặc dao hàn mạch.</w:t>
      </w:r>
    </w:p>
    <w:p>
      <w:pPr>
        <w:jc w:val="both"/>
      </w:pPr>
      <w:r>
        <w:t>427</w:t>
      </w:r>
    </w:p>
    <w:p>
      <w:pPr>
        <w:jc w:val="both"/>
      </w:pPr>
      <w:r>
        <w:t>418</w:t>
      </w:r>
    </w:p>
    <w:p>
      <w:pPr>
        <w:jc w:val="both"/>
      </w:pPr>
      <w:r>
        <w:t>Phẫu thuật nội soi lấy sỏi thận hoặc sỏi niệu quản hoặc sỏi bàng quang</w:t>
      </w:r>
    </w:p>
    <w:p>
      <w:pPr>
        <w:jc w:val="both"/>
      </w:pPr>
      <w:r>
        <w:t>4.198.000</w:t>
      </w:r>
    </w:p>
    <w:p>
      <w:pPr>
        <w:jc w:val="both"/>
      </w:pPr>
      <w:r>
        <w:t>4.683.000</w:t>
      </w:r>
    </w:p>
    <w:p>
      <w:pPr>
        <w:jc w:val="both"/>
      </w:pPr>
      <w:r>
        <w:t>428</w:t>
      </w:r>
    </w:p>
    <w:p>
      <w:pPr>
        <w:jc w:val="both"/>
      </w:pPr>
      <w:r>
        <w:t>419</w:t>
      </w:r>
    </w:p>
    <w:p>
      <w:pPr>
        <w:jc w:val="both"/>
      </w:pPr>
      <w:r>
        <w:t>03C2.1.82</w:t>
      </w:r>
    </w:p>
    <w:p>
      <w:pPr>
        <w:jc w:val="both"/>
      </w:pPr>
      <w:r>
        <w:t>Phẫu thuật nội soi cắt thận hoặc u sau phúc mạc</w:t>
      </w:r>
    </w:p>
    <w:p>
      <w:pPr>
        <w:jc w:val="both"/>
      </w:pPr>
      <w:r>
        <w:t>4.486.000</w:t>
      </w:r>
    </w:p>
    <w:p>
      <w:pPr>
        <w:jc w:val="both"/>
      </w:pPr>
      <w:r>
        <w:t>5.015.000</w:t>
      </w:r>
    </w:p>
    <w:p>
      <w:pPr>
        <w:jc w:val="both"/>
      </w:pPr>
      <w:r>
        <w:t>Chưa bao gồm dao siêu âm hoặc dao hàn mô hoặc dao hàn mạch.</w:t>
      </w:r>
    </w:p>
    <w:p>
      <w:pPr>
        <w:jc w:val="both"/>
      </w:pPr>
      <w:r>
        <w:t>429</w:t>
      </w:r>
    </w:p>
    <w:p>
      <w:pPr>
        <w:jc w:val="both"/>
      </w:pPr>
      <w:r>
        <w:t>420</w:t>
      </w:r>
    </w:p>
    <w:p>
      <w:pPr>
        <w:jc w:val="both"/>
      </w:pPr>
      <w:r>
        <w:t>03C2.1.83</w:t>
      </w:r>
    </w:p>
    <w:p>
      <w:pPr>
        <w:jc w:val="both"/>
      </w:pPr>
      <w:r>
        <w:t>Phẫu thuật nội soi u thượng thận hoặc nang thận</w:t>
      </w:r>
    </w:p>
    <w:p>
      <w:pPr>
        <w:jc w:val="both"/>
      </w:pPr>
      <w:r>
        <w:t>4.325.000</w:t>
      </w:r>
    </w:p>
    <w:p>
      <w:pPr>
        <w:jc w:val="both"/>
      </w:pPr>
      <w:r>
        <w:t>4.843.000</w:t>
      </w:r>
    </w:p>
    <w:p>
      <w:pPr>
        <w:jc w:val="both"/>
      </w:pPr>
      <w:r>
        <w:t>Chưa bao gồm dao siêu âm hoặc dao hàn mô hoặc dao hàn mạch.</w:t>
      </w:r>
    </w:p>
    <w:p>
      <w:pPr>
        <w:jc w:val="both"/>
      </w:pPr>
      <w:r>
        <w:t>430</w:t>
      </w:r>
    </w:p>
    <w:p>
      <w:pPr>
        <w:jc w:val="both"/>
      </w:pPr>
      <w:r>
        <w:t>421</w:t>
      </w:r>
    </w:p>
    <w:p>
      <w:pPr>
        <w:jc w:val="both"/>
      </w:pPr>
      <w:r>
        <w:t>Phẫu thuật lấy sỏi thận hoặc sỏi niệu quản hoặc sỏi bàng quang</w:t>
      </w:r>
    </w:p>
    <w:p>
      <w:pPr>
        <w:jc w:val="both"/>
      </w:pPr>
      <w:r>
        <w:t>4.270.000</w:t>
      </w:r>
    </w:p>
    <w:p>
      <w:pPr>
        <w:jc w:val="both"/>
      </w:pPr>
      <w:r>
        <w:t>4.765.000</w:t>
      </w:r>
    </w:p>
    <w:p>
      <w:pPr>
        <w:jc w:val="both"/>
      </w:pPr>
      <w:r>
        <w:t>431</w:t>
      </w:r>
    </w:p>
    <w:p>
      <w:pPr>
        <w:jc w:val="both"/>
      </w:pPr>
      <w:r>
        <w:t>422</w:t>
      </w:r>
    </w:p>
    <w:p>
      <w:pPr>
        <w:jc w:val="both"/>
      </w:pPr>
      <w:r>
        <w:t>Phẫu thuật cắt niệu quản hoặc tạo hình niệu quản hoặc tạo hình bể thận (do bệnh lý hoặc chấn thương)</w:t>
      </w:r>
    </w:p>
    <w:p>
      <w:pPr>
        <w:jc w:val="both"/>
      </w:pPr>
      <w:r>
        <w:t>5.749.000</w:t>
      </w:r>
    </w:p>
    <w:p>
      <w:pPr>
        <w:jc w:val="both"/>
      </w:pPr>
      <w:r>
        <w:t>6.303.000</w:t>
      </w:r>
    </w:p>
    <w:p>
      <w:pPr>
        <w:jc w:val="both"/>
      </w:pPr>
      <w:r>
        <w:t>432</w:t>
      </w:r>
    </w:p>
    <w:p>
      <w:pPr>
        <w:jc w:val="both"/>
      </w:pPr>
      <w:r>
        <w:t>423</w:t>
      </w:r>
    </w:p>
    <w:p>
      <w:pPr>
        <w:jc w:val="both"/>
      </w:pPr>
      <w:r>
        <w:t>03C2.1.85</w:t>
      </w:r>
    </w:p>
    <w:p>
      <w:pPr>
        <w:jc w:val="both"/>
      </w:pPr>
      <w:r>
        <w:t>Phẫu thuật cắt túi sa niệu quản bằng nội soi</w:t>
      </w:r>
    </w:p>
    <w:p>
      <w:pPr>
        <w:jc w:val="both"/>
      </w:pPr>
      <w:r>
        <w:t>3.129.000</w:t>
      </w:r>
    </w:p>
    <w:p>
      <w:pPr>
        <w:jc w:val="both"/>
      </w:pPr>
      <w:r>
        <w:t>3.527.000</w:t>
      </w:r>
    </w:p>
    <w:p>
      <w:pPr>
        <w:jc w:val="both"/>
      </w:pPr>
      <w:r>
        <w:t>433</w:t>
      </w:r>
    </w:p>
    <w:p>
      <w:pPr>
        <w:jc w:val="both"/>
      </w:pPr>
      <w:r>
        <w:t>424</w:t>
      </w:r>
    </w:p>
    <w:p>
      <w:pPr>
        <w:jc w:val="both"/>
      </w:pPr>
      <w:r>
        <w:t>Phẫu thuật cắt bàng quang</w:t>
      </w:r>
    </w:p>
    <w:p>
      <w:pPr>
        <w:jc w:val="both"/>
      </w:pPr>
      <w:r>
        <w:t>5,517.000</w:t>
      </w:r>
    </w:p>
    <w:p>
      <w:pPr>
        <w:jc w:val="both"/>
      </w:pPr>
      <w:r>
        <w:t>6.166.000</w:t>
      </w:r>
    </w:p>
    <w:p>
      <w:pPr>
        <w:jc w:val="both"/>
      </w:pPr>
      <w:r>
        <w:t>434</w:t>
      </w:r>
    </w:p>
    <w:p>
      <w:pPr>
        <w:jc w:val="both"/>
      </w:pPr>
      <w:r>
        <w:t>425</w:t>
      </w:r>
    </w:p>
    <w:p>
      <w:pPr>
        <w:jc w:val="both"/>
      </w:pPr>
      <w:r>
        <w:t>Phẫu thuật cắt u bàng quang</w:t>
      </w:r>
    </w:p>
    <w:p>
      <w:pPr>
        <w:jc w:val="both"/>
      </w:pPr>
      <w:r>
        <w:t>5.691.000</w:t>
      </w:r>
    </w:p>
    <w:p>
      <w:pPr>
        <w:jc w:val="both"/>
      </w:pPr>
      <w:r>
        <w:t>6.326.000</w:t>
      </w:r>
    </w:p>
    <w:p>
      <w:pPr>
        <w:jc w:val="both"/>
      </w:pPr>
      <w:r>
        <w:t>Chưa bao gồm dao siêu âm hoặc dao hàn mô hoặc dao hàn mạch.</w:t>
      </w:r>
    </w:p>
    <w:p>
      <w:pPr>
        <w:jc w:val="both"/>
      </w:pPr>
      <w:r>
        <w:t>435</w:t>
      </w:r>
    </w:p>
    <w:p>
      <w:pPr>
        <w:jc w:val="both"/>
      </w:pPr>
      <w:r>
        <w:t>426</w:t>
      </w:r>
    </w:p>
    <w:p>
      <w:pPr>
        <w:jc w:val="both"/>
      </w:pPr>
      <w:r>
        <w:t>Phẫu thuật nội soi cắt u bàng quang</w:t>
      </w:r>
    </w:p>
    <w:p>
      <w:pPr>
        <w:jc w:val="both"/>
      </w:pPr>
      <w:r>
        <w:t>4.735.000</w:t>
      </w:r>
    </w:p>
    <w:p>
      <w:pPr>
        <w:jc w:val="both"/>
      </w:pPr>
      <w:r>
        <w:t>5.302.000</w:t>
      </w:r>
    </w:p>
    <w:p>
      <w:pPr>
        <w:jc w:val="both"/>
      </w:pPr>
      <w:r>
        <w:t>Chưa bao gồm dao siêu âm hoặc dao hàn mô hoặc dao hàn mạch.</w:t>
      </w:r>
    </w:p>
    <w:p>
      <w:pPr>
        <w:jc w:val="both"/>
      </w:pPr>
      <w:r>
        <w:t>436</w:t>
      </w:r>
    </w:p>
    <w:p>
      <w:pPr>
        <w:jc w:val="both"/>
      </w:pPr>
      <w:r>
        <w:t>427</w:t>
      </w:r>
    </w:p>
    <w:p>
      <w:pPr>
        <w:jc w:val="both"/>
      </w:pPr>
      <w:r>
        <w:t>03C2.1.84</w:t>
      </w:r>
    </w:p>
    <w:p>
      <w:pPr>
        <w:jc w:val="both"/>
      </w:pPr>
      <w:r>
        <w:t>Phẫu thuật nội soi cắt bàng quang, tạo hình bàng quang</w:t>
      </w:r>
    </w:p>
    <w:p>
      <w:pPr>
        <w:jc w:val="both"/>
      </w:pPr>
      <w:r>
        <w:t>6.046.000</w:t>
      </w:r>
    </w:p>
    <w:p>
      <w:pPr>
        <w:jc w:val="both"/>
      </w:pPr>
      <w:r>
        <w:t>6.761.000</w:t>
      </w:r>
    </w:p>
    <w:p>
      <w:pPr>
        <w:jc w:val="both"/>
      </w:pPr>
      <w:r>
        <w:t>Chưa bao gồm dao siêu âm hoặc dao hàn mô hoặc dao hàn mạch.</w:t>
      </w:r>
    </w:p>
    <w:p>
      <w:pPr>
        <w:jc w:val="both"/>
      </w:pPr>
      <w:r>
        <w:t>437</w:t>
      </w:r>
    </w:p>
    <w:p>
      <w:pPr>
        <w:jc w:val="both"/>
      </w:pPr>
      <w:r>
        <w:t>428</w:t>
      </w:r>
    </w:p>
    <w:p>
      <w:pPr>
        <w:jc w:val="both"/>
      </w:pPr>
      <w:r>
        <w:t>Phẫu thuật nội soi cắt cổ bàng quang</w:t>
      </w:r>
    </w:p>
    <w:p>
      <w:pPr>
        <w:jc w:val="both"/>
      </w:pPr>
      <w:r>
        <w:t>4.735.000</w:t>
      </w:r>
    </w:p>
    <w:p>
      <w:pPr>
        <w:jc w:val="both"/>
      </w:pPr>
      <w:r>
        <w:t>5.302.000</w:t>
      </w:r>
    </w:p>
    <w:p>
      <w:pPr>
        <w:jc w:val="both"/>
      </w:pPr>
      <w:r>
        <w:t>438</w:t>
      </w:r>
    </w:p>
    <w:p>
      <w:pPr>
        <w:jc w:val="both"/>
      </w:pPr>
      <w:r>
        <w:t>429</w:t>
      </w:r>
    </w:p>
    <w:p>
      <w:pPr>
        <w:jc w:val="both"/>
      </w:pPr>
      <w:r>
        <w:t>Phẫu thuật đóng dò bàng quang</w:t>
      </w:r>
    </w:p>
    <w:p>
      <w:pPr>
        <w:jc w:val="both"/>
      </w:pPr>
      <w:r>
        <w:t>4.587.000</w:t>
      </w:r>
    </w:p>
    <w:p>
      <w:pPr>
        <w:jc w:val="both"/>
      </w:pPr>
      <w:r>
        <w:t>5.130.000</w:t>
      </w:r>
    </w:p>
    <w:p>
      <w:pPr>
        <w:jc w:val="both"/>
      </w:pPr>
      <w:r>
        <w:t>439</w:t>
      </w:r>
    </w:p>
    <w:p>
      <w:pPr>
        <w:jc w:val="both"/>
      </w:pPr>
      <w:r>
        <w:t>430</w:t>
      </w:r>
    </w:p>
    <w:p>
      <w:pPr>
        <w:jc w:val="both"/>
      </w:pPr>
      <w:r>
        <w:t>03C2.1.87</w:t>
      </w:r>
    </w:p>
    <w:p>
      <w:pPr>
        <w:jc w:val="both"/>
      </w:pPr>
      <w:r>
        <w:t>Điều trị u xơ tiền liệt tuyến bằng laser</w:t>
      </w:r>
    </w:p>
    <w:p>
      <w:pPr>
        <w:jc w:val="both"/>
      </w:pPr>
      <w:r>
        <w:t>2.811.000</w:t>
      </w:r>
    </w:p>
    <w:p>
      <w:pPr>
        <w:jc w:val="both"/>
      </w:pPr>
      <w:r>
        <w:t>3.133.000</w:t>
      </w:r>
    </w:p>
    <w:p>
      <w:pPr>
        <w:jc w:val="both"/>
      </w:pPr>
      <w:r>
        <w:t>Chưa bao gồm dây cáp quang.</w:t>
      </w:r>
    </w:p>
    <w:p>
      <w:pPr>
        <w:jc w:val="both"/>
      </w:pPr>
      <w:r>
        <w:t>440</w:t>
      </w:r>
    </w:p>
    <w:p>
      <w:pPr>
        <w:jc w:val="both"/>
      </w:pPr>
      <w:r>
        <w:t>431</w:t>
      </w:r>
    </w:p>
    <w:p>
      <w:pPr>
        <w:jc w:val="both"/>
      </w:pPr>
      <w:r>
        <w:t>03C2.1.88</w:t>
      </w:r>
    </w:p>
    <w:p>
      <w:pPr>
        <w:jc w:val="both"/>
      </w:pPr>
      <w:r>
        <w:t>Nội soi cắt đốt u lành tuyến tiền liệt qua đường niệu đạo (TORP)</w:t>
      </w:r>
    </w:p>
    <w:p>
      <w:pPr>
        <w:jc w:val="both"/>
      </w:pPr>
      <w:r>
        <w:t>2.811.000</w:t>
      </w:r>
    </w:p>
    <w:p>
      <w:pPr>
        <w:jc w:val="both"/>
      </w:pPr>
      <w:r>
        <w:t>3.133.000</w:t>
      </w:r>
    </w:p>
    <w:p>
      <w:pPr>
        <w:jc w:val="both"/>
      </w:pPr>
      <w:r>
        <w:t>441</w:t>
      </w:r>
    </w:p>
    <w:p>
      <w:pPr>
        <w:jc w:val="both"/>
      </w:pPr>
      <w:r>
        <w:t>432</w:t>
      </w:r>
    </w:p>
    <w:p>
      <w:pPr>
        <w:jc w:val="both"/>
      </w:pPr>
      <w:r>
        <w:t>Phẫu thuật bóc u xơ tiền liệt tuyến</w:t>
      </w:r>
    </w:p>
    <w:p>
      <w:pPr>
        <w:jc w:val="both"/>
      </w:pPr>
      <w:r>
        <w:t>5.160.000</w:t>
      </w:r>
    </w:p>
    <w:p>
      <w:pPr>
        <w:jc w:val="both"/>
      </w:pPr>
      <w:r>
        <w:t>5.754.000</w:t>
      </w:r>
    </w:p>
    <w:p>
      <w:pPr>
        <w:jc w:val="both"/>
      </w:pPr>
      <w:r>
        <w:t>442</w:t>
      </w:r>
    </w:p>
    <w:p>
      <w:pPr>
        <w:jc w:val="both"/>
      </w:pPr>
      <w:r>
        <w:t>433</w:t>
      </w:r>
    </w:p>
    <w:p>
      <w:pPr>
        <w:jc w:val="both"/>
      </w:pPr>
      <w:r>
        <w:t>03C2.1.86</w:t>
      </w:r>
    </w:p>
    <w:p>
      <w:pPr>
        <w:jc w:val="both"/>
      </w:pPr>
      <w:r>
        <w:t>Phẫu thuật cắt tuyến tiền liệt qua nội soi</w:t>
      </w:r>
    </w:p>
    <w:p>
      <w:pPr>
        <w:jc w:val="both"/>
      </w:pPr>
      <w:r>
        <w:t>4.078.000</w:t>
      </w:r>
    </w:p>
    <w:p>
      <w:pPr>
        <w:jc w:val="both"/>
      </w:pPr>
      <w:r>
        <w:t>4.582.000</w:t>
      </w:r>
    </w:p>
    <w:p>
      <w:pPr>
        <w:jc w:val="both"/>
      </w:pPr>
      <w:r>
        <w:t>Chưa bao gồm dao siêu âm hoặc dao hàn mô hoặc dao hàn mạch.</w:t>
      </w:r>
    </w:p>
    <w:p>
      <w:pPr>
        <w:jc w:val="both"/>
      </w:pPr>
      <w:r>
        <w:t>443</w:t>
      </w:r>
    </w:p>
    <w:p>
      <w:pPr>
        <w:jc w:val="both"/>
      </w:pPr>
      <w:r>
        <w:t>434</w:t>
      </w:r>
    </w:p>
    <w:p>
      <w:pPr>
        <w:jc w:val="both"/>
      </w:pPr>
      <w:r>
        <w:t>Phẫu thuật điều trị các bệnh lý hoặc chấn thương niệu đạo khác</w:t>
      </w:r>
    </w:p>
    <w:p>
      <w:pPr>
        <w:jc w:val="both"/>
      </w:pPr>
      <w:r>
        <w:t>4.322.000</w:t>
      </w:r>
    </w:p>
    <w:p>
      <w:pPr>
        <w:jc w:val="both"/>
      </w:pPr>
      <w:r>
        <w:t>4.825.000</w:t>
      </w:r>
    </w:p>
    <w:p>
      <w:pPr>
        <w:jc w:val="both"/>
      </w:pPr>
      <w:r>
        <w:t>444</w:t>
      </w:r>
    </w:p>
    <w:p>
      <w:pPr>
        <w:jc w:val="both"/>
      </w:pPr>
      <w:r>
        <w:t>435</w:t>
      </w:r>
    </w:p>
    <w:p>
      <w:pPr>
        <w:jc w:val="both"/>
      </w:pPr>
      <w:r>
        <w:t>Phẫu thuật hạ tinh hoàn ẩn, tinh hoàn lạc chỗ hoặc cắt bỏ tinh hoàn</w:t>
      </w:r>
    </w:p>
    <w:p>
      <w:pPr>
        <w:jc w:val="both"/>
      </w:pPr>
      <w:r>
        <w:t>2.383.000</w:t>
      </w:r>
    </w:p>
    <w:p>
      <w:pPr>
        <w:jc w:val="both"/>
      </w:pPr>
      <w:r>
        <w:t>2.689.000</w:t>
      </w:r>
    </w:p>
    <w:p>
      <w:pPr>
        <w:jc w:val="both"/>
      </w:pPr>
      <w:r>
        <w:t>445</w:t>
      </w:r>
    </w:p>
    <w:p>
      <w:pPr>
        <w:jc w:val="both"/>
      </w:pPr>
      <w:r>
        <w:t>436</w:t>
      </w:r>
    </w:p>
    <w:p>
      <w:pPr>
        <w:jc w:val="both"/>
      </w:pPr>
      <w:r>
        <w:t>Phẫu thuật nội soi đặt Sonde JJ</w:t>
      </w:r>
    </w:p>
    <w:p>
      <w:pPr>
        <w:jc w:val="both"/>
      </w:pPr>
      <w:r>
        <w:t>1.813.000</w:t>
      </w:r>
    </w:p>
    <w:p>
      <w:pPr>
        <w:jc w:val="both"/>
      </w:pPr>
      <w:r>
        <w:t>2.033.000</w:t>
      </w:r>
    </w:p>
    <w:p>
      <w:pPr>
        <w:jc w:val="both"/>
      </w:pPr>
      <w:r>
        <w:t>Chưa bao gồm sonde JJ.</w:t>
      </w:r>
    </w:p>
    <w:p>
      <w:pPr>
        <w:jc w:val="both"/>
      </w:pPr>
      <w:r>
        <w:t>446</w:t>
      </w:r>
    </w:p>
    <w:p>
      <w:pPr>
        <w:jc w:val="both"/>
      </w:pPr>
      <w:r>
        <w:t>437</w:t>
      </w:r>
    </w:p>
    <w:p>
      <w:pPr>
        <w:jc w:val="both"/>
      </w:pPr>
      <w:r>
        <w:t>Phẫu thuật tạo hình dương vật</w:t>
      </w:r>
    </w:p>
    <w:p>
      <w:pPr>
        <w:jc w:val="both"/>
      </w:pPr>
      <w:r>
        <w:t>4.405.000</w:t>
      </w:r>
    </w:p>
    <w:p>
      <w:pPr>
        <w:jc w:val="both"/>
      </w:pPr>
      <w:r>
        <w:t>4.922.000</w:t>
      </w:r>
    </w:p>
    <w:p>
      <w:pPr>
        <w:jc w:val="both"/>
      </w:pPr>
      <w:r>
        <w:t>447</w:t>
      </w:r>
    </w:p>
    <w:p>
      <w:pPr>
        <w:jc w:val="both"/>
      </w:pPr>
      <w:r>
        <w:t>438</w:t>
      </w:r>
    </w:p>
    <w:p>
      <w:pPr>
        <w:jc w:val="both"/>
      </w:pPr>
      <w:r>
        <w:t>03C2.1.89</w:t>
      </w:r>
    </w:p>
    <w:p>
      <w:pPr>
        <w:jc w:val="both"/>
      </w:pPr>
      <w:r>
        <w:t>Đặt prothese cố định sàn chậu vào mỏm nhô xương cụt</w:t>
      </w:r>
    </w:p>
    <w:p>
      <w:pPr>
        <w:jc w:val="both"/>
      </w:pPr>
      <w:r>
        <w:t>3.679.000</w:t>
      </w:r>
    </w:p>
    <w:p>
      <w:pPr>
        <w:jc w:val="both"/>
      </w:pPr>
      <w:r>
        <w:t>4.133.000</w:t>
      </w:r>
    </w:p>
    <w:p>
      <w:pPr>
        <w:jc w:val="both"/>
      </w:pPr>
      <w:r>
        <w:t>448</w:t>
      </w:r>
    </w:p>
    <w:p>
      <w:pPr>
        <w:jc w:val="both"/>
      </w:pPr>
      <w:r>
        <w:t>439</w:t>
      </w:r>
    </w:p>
    <w:p>
      <w:pPr>
        <w:jc w:val="both"/>
      </w:pPr>
      <w:r>
        <w:t>03C2.1.12</w:t>
      </w:r>
    </w:p>
    <w:p>
      <w:pPr>
        <w:jc w:val="both"/>
      </w:pPr>
      <w:r>
        <w:t>Tán sỏi ngoài cơ thể bằng sóng xung (thủy điện lực)</w:t>
      </w:r>
    </w:p>
    <w:p>
      <w:pPr>
        <w:jc w:val="both"/>
      </w:pPr>
      <w:r>
        <w:t>2.412.000</w:t>
      </w:r>
    </w:p>
    <w:p>
      <w:pPr>
        <w:jc w:val="both"/>
      </w:pPr>
      <w:r>
        <w:t>2.756.000</w:t>
      </w:r>
    </w:p>
    <w:p>
      <w:pPr>
        <w:jc w:val="both"/>
      </w:pPr>
      <w:r>
        <w:t>449</w:t>
      </w:r>
    </w:p>
    <w:p>
      <w:pPr>
        <w:jc w:val="both"/>
      </w:pPr>
      <w:r>
        <w:t>440</w:t>
      </w:r>
    </w:p>
    <w:p>
      <w:pPr>
        <w:jc w:val="both"/>
      </w:pPr>
      <w:r>
        <w:t>03C2.1.13</w:t>
      </w:r>
    </w:p>
    <w:p>
      <w:pPr>
        <w:jc w:val="both"/>
      </w:pPr>
      <w:r>
        <w:t>Tán sỏi qua nội soi (sỏi thận hoặc sỏi niệu quản hoặc sỏi bàng quang)</w:t>
      </w:r>
    </w:p>
    <w:p>
      <w:pPr>
        <w:jc w:val="both"/>
      </w:pPr>
      <w:r>
        <w:t>1.303.000</w:t>
      </w:r>
    </w:p>
    <w:p>
      <w:pPr>
        <w:jc w:val="both"/>
      </w:pPr>
      <w:r>
        <w:t>1.479.000</w:t>
      </w:r>
    </w:p>
    <w:p>
      <w:pPr>
        <w:jc w:val="both"/>
      </w:pPr>
      <w:r>
        <w:t>Chưa bao gồm sonde JJ, rọ lấy sỏi.</w:t>
      </w:r>
    </w:p>
    <w:p>
      <w:pPr>
        <w:jc w:val="both"/>
      </w:pPr>
      <w:r>
        <w:t>Tiêu hóa</w:t>
      </w:r>
    </w:p>
    <w:p>
      <w:pPr>
        <w:jc w:val="both"/>
      </w:pPr>
      <w:r>
        <w:t>450</w:t>
      </w:r>
    </w:p>
    <w:p>
      <w:pPr>
        <w:jc w:val="both"/>
      </w:pPr>
      <w:r>
        <w:t>441</w:t>
      </w:r>
    </w:p>
    <w:p>
      <w:pPr>
        <w:jc w:val="both"/>
      </w:pPr>
      <w:r>
        <w:t>Phẫu thuật cắt các u lành thực quản</w:t>
      </w:r>
    </w:p>
    <w:p>
      <w:pPr>
        <w:jc w:val="both"/>
      </w:pPr>
      <w:r>
        <w:t>5.654.000</w:t>
      </w:r>
    </w:p>
    <w:p>
      <w:pPr>
        <w:jc w:val="both"/>
      </w:pPr>
      <w:r>
        <w:t>6.323.000</w:t>
      </w:r>
    </w:p>
    <w:p>
      <w:pPr>
        <w:jc w:val="both"/>
      </w:pPr>
      <w:r>
        <w:t>Chưa bao gồm kẹp khóa mạch máu, máy cắt nối tự động và ghim khâu máy, dao siêu âm hoặc dao hàn mô hoặc dao hàn mạch, Stent.</w:t>
      </w:r>
    </w:p>
    <w:p>
      <w:pPr>
        <w:jc w:val="both"/>
      </w:pPr>
      <w:r>
        <w:t>451</w:t>
      </w:r>
    </w:p>
    <w:p>
      <w:pPr>
        <w:jc w:val="both"/>
      </w:pPr>
      <w:r>
        <w:t>442</w:t>
      </w:r>
    </w:p>
    <w:p>
      <w:pPr>
        <w:jc w:val="both"/>
      </w:pPr>
      <w:r>
        <w:t>Phẫu thuật cắt thực quản</w:t>
      </w:r>
    </w:p>
    <w:p>
      <w:pPr>
        <w:jc w:val="both"/>
      </w:pPr>
      <w:r>
        <w:t>7.627.000</w:t>
      </w:r>
    </w:p>
    <w:p>
      <w:pPr>
        <w:jc w:val="both"/>
      </w:pPr>
      <w:r>
        <w:t>8.479.000</w:t>
      </w:r>
    </w:p>
    <w:p>
      <w:pPr>
        <w:jc w:val="both"/>
      </w:pPr>
      <w:r>
        <w:t>Chưa bao gồm kẹp khóa mạch máu, máy cắt nối tự động và ghim khâu máy, dao siêu âm hoặc dao hàn mô hoặc dao hàn mạch, Stent.</w:t>
      </w:r>
    </w:p>
    <w:p>
      <w:pPr>
        <w:jc w:val="both"/>
      </w:pPr>
      <w:r>
        <w:t>452</w:t>
      </w:r>
    </w:p>
    <w:p>
      <w:pPr>
        <w:jc w:val="both"/>
      </w:pPr>
      <w:r>
        <w:t>443</w:t>
      </w:r>
    </w:p>
    <w:p>
      <w:pPr>
        <w:jc w:val="both"/>
      </w:pPr>
      <w:r>
        <w:t>03C2.1.61</w:t>
      </w:r>
    </w:p>
    <w:p>
      <w:pPr>
        <w:jc w:val="both"/>
      </w:pPr>
      <w:r>
        <w:t>Phẫu thuật cắt thực quản qua nội soi ngực và bụng</w:t>
      </w:r>
    </w:p>
    <w:p>
      <w:pPr>
        <w:jc w:val="both"/>
      </w:pPr>
      <w:r>
        <w:t>5.999.000</w:t>
      </w:r>
    </w:p>
    <w:p>
      <w:pPr>
        <w:jc w:val="both"/>
      </w:pPr>
      <w:r>
        <w:t>6.744.000</w:t>
      </w:r>
    </w:p>
    <w:p>
      <w:pPr>
        <w:jc w:val="both"/>
      </w:pPr>
      <w:r>
        <w:t>Chưa bao gồm máy cắt nối tự động và ghim khâu máy; dao siêu âm hoặc dao hàn mô hoặc dao hàn mạch.</w:t>
      </w:r>
    </w:p>
    <w:p>
      <w:pPr>
        <w:jc w:val="both"/>
      </w:pPr>
      <w:r>
        <w:t>453</w:t>
      </w:r>
    </w:p>
    <w:p>
      <w:pPr>
        <w:jc w:val="both"/>
      </w:pPr>
      <w:r>
        <w:t>444</w:t>
      </w:r>
    </w:p>
    <w:p>
      <w:pPr>
        <w:jc w:val="both"/>
      </w:pPr>
      <w:r>
        <w:t>Phẫu thuật đặt Stent thực quản</w:t>
      </w:r>
    </w:p>
    <w:p>
      <w:pPr>
        <w:jc w:val="both"/>
      </w:pPr>
      <w:r>
        <w:t>5.380.000</w:t>
      </w:r>
    </w:p>
    <w:p>
      <w:pPr>
        <w:jc w:val="both"/>
      </w:pPr>
      <w:r>
        <w:t>6.008.000</w:t>
      </w:r>
    </w:p>
    <w:p>
      <w:pPr>
        <w:jc w:val="both"/>
      </w:pPr>
      <w:r>
        <w:t>Chưa bao gồm kẹp khóa mạch máu, máy cắt nối tự động và ghim khâu máy, dao siêu âm hoặc dao hàn mô hoặc dao hàn mạch, Stent.</w:t>
      </w:r>
    </w:p>
    <w:p>
      <w:pPr>
        <w:jc w:val="both"/>
      </w:pPr>
      <w:r>
        <w:t>454</w:t>
      </w:r>
    </w:p>
    <w:p>
      <w:pPr>
        <w:jc w:val="both"/>
      </w:pPr>
      <w:r>
        <w:t>445</w:t>
      </w:r>
    </w:p>
    <w:p>
      <w:pPr>
        <w:jc w:val="both"/>
      </w:pPr>
      <w:r>
        <w:t>03C2.1.60</w:t>
      </w:r>
    </w:p>
    <w:p>
      <w:pPr>
        <w:jc w:val="both"/>
      </w:pPr>
      <w:r>
        <w:t>Phẫu thuật nội soi điều trị trào ngược thực quản, dạ dày</w:t>
      </w:r>
    </w:p>
    <w:p>
      <w:pPr>
        <w:jc w:val="both"/>
      </w:pPr>
      <w:r>
        <w:t>6.180.000</w:t>
      </w:r>
    </w:p>
    <w:p>
      <w:pPr>
        <w:jc w:val="both"/>
      </w:pPr>
      <w:r>
        <w:t>6.925.000</w:t>
      </w:r>
    </w:p>
    <w:p>
      <w:pPr>
        <w:jc w:val="both"/>
      </w:pPr>
      <w:r>
        <w:t>455</w:t>
      </w:r>
    </w:p>
    <w:p>
      <w:pPr>
        <w:jc w:val="both"/>
      </w:pPr>
      <w:r>
        <w:t>446</w:t>
      </w:r>
    </w:p>
    <w:p>
      <w:pPr>
        <w:jc w:val="both"/>
      </w:pPr>
      <w:r>
        <w:t>Phẫu thuật tạo hình thực quản</w:t>
      </w:r>
    </w:p>
    <w:p>
      <w:pPr>
        <w:jc w:val="both"/>
      </w:pPr>
      <w:r>
        <w:t>7.892.000</w:t>
      </w:r>
    </w:p>
    <w:p>
      <w:pPr>
        <w:jc w:val="both"/>
      </w:pPr>
      <w:r>
        <w:t>8.784.000</w:t>
      </w:r>
    </w:p>
    <w:p>
      <w:pPr>
        <w:jc w:val="both"/>
      </w:pPr>
      <w:r>
        <w:t>Chưa bao gồm kẹp khóa mạch máu, máy cắt nối tự động và ghim khâu máy, dao siêu âm hoặc dao hàn mô hoặc dao hàn mạch, Stent.</w:t>
      </w:r>
    </w:p>
    <w:p>
      <w:pPr>
        <w:jc w:val="both"/>
      </w:pPr>
      <w:r>
        <w:t>456</w:t>
      </w:r>
    </w:p>
    <w:p>
      <w:pPr>
        <w:jc w:val="both"/>
      </w:pPr>
      <w:r>
        <w:t>447</w:t>
      </w:r>
    </w:p>
    <w:p>
      <w:pPr>
        <w:jc w:val="both"/>
      </w:pPr>
      <w:r>
        <w:t>03C2.1.59</w:t>
      </w:r>
    </w:p>
    <w:p>
      <w:pPr>
        <w:jc w:val="both"/>
      </w:pPr>
      <w:r>
        <w:t>Phẫu thuật nội soi tạo hình thực quản</w:t>
      </w:r>
    </w:p>
    <w:p>
      <w:pPr>
        <w:jc w:val="both"/>
      </w:pPr>
      <w:r>
        <w:t>6.180.000</w:t>
      </w:r>
    </w:p>
    <w:p>
      <w:pPr>
        <w:jc w:val="both"/>
      </w:pPr>
      <w:r>
        <w:t>6.925.000</w:t>
      </w:r>
    </w:p>
    <w:p>
      <w:pPr>
        <w:jc w:val="both"/>
      </w:pPr>
      <w:r>
        <w:t>Chưa bao gồm máy cắt nối tự động và ghim khâu máy, Stent; dao siêu âm hoặc dao hàn mô hoặc dao hàn mạch.</w:t>
      </w:r>
    </w:p>
    <w:p>
      <w:pPr>
        <w:jc w:val="both"/>
      </w:pPr>
      <w:r>
        <w:t>457</w:t>
      </w:r>
    </w:p>
    <w:p>
      <w:pPr>
        <w:jc w:val="both"/>
      </w:pPr>
      <w:r>
        <w:t>448</w:t>
      </w:r>
    </w:p>
    <w:p>
      <w:pPr>
        <w:jc w:val="both"/>
      </w:pPr>
      <w:r>
        <w:t>Phẫu thuật cắt bán phần dạ dày</w:t>
      </w:r>
    </w:p>
    <w:p>
      <w:pPr>
        <w:jc w:val="both"/>
      </w:pPr>
      <w:r>
        <w:t>5.125.000</w:t>
      </w:r>
    </w:p>
    <w:p>
      <w:pPr>
        <w:jc w:val="both"/>
      </w:pPr>
      <w:r>
        <w:t>5.714.000</w:t>
      </w:r>
    </w:p>
    <w:p>
      <w:pPr>
        <w:jc w:val="both"/>
      </w:pPr>
      <w:r>
        <w:t>Chưa bao gồm máy cắt nối tự động và ghim khâu máy, kẹp khóa mạch máu, dao siêu âm hoặc dao hàn mô hoặc dao hàn mạch.</w:t>
      </w:r>
    </w:p>
    <w:p>
      <w:pPr>
        <w:jc w:val="both"/>
      </w:pPr>
      <w:r>
        <w:t>458</w:t>
      </w:r>
    </w:p>
    <w:p>
      <w:pPr>
        <w:jc w:val="both"/>
      </w:pPr>
      <w:r>
        <w:t>449</w:t>
      </w:r>
    </w:p>
    <w:p>
      <w:pPr>
        <w:jc w:val="both"/>
      </w:pPr>
      <w:r>
        <w:t>Phẫu thuật cắt da dày</w:t>
      </w:r>
    </w:p>
    <w:p>
      <w:pPr>
        <w:jc w:val="both"/>
      </w:pPr>
      <w:r>
        <w:t>7.610.000</w:t>
      </w:r>
    </w:p>
    <w:p>
      <w:pPr>
        <w:jc w:val="both"/>
      </w:pPr>
      <w:r>
        <w:t>8.459.000</w:t>
      </w:r>
    </w:p>
    <w:p>
      <w:pPr>
        <w:jc w:val="both"/>
      </w:pPr>
      <w:r>
        <w:t>Chưa bao gồm máy cắt nối tự động và ghim khâu máy, kẹp khóa mạch máu, dao siêu âm hoặc dao hàn mô hoặc dao hàn mạch.</w:t>
      </w:r>
    </w:p>
    <w:p>
      <w:pPr>
        <w:jc w:val="both"/>
      </w:pPr>
      <w:r>
        <w:t>459</w:t>
      </w:r>
    </w:p>
    <w:p>
      <w:pPr>
        <w:jc w:val="both"/>
      </w:pPr>
      <w:r>
        <w:t>450</w:t>
      </w:r>
    </w:p>
    <w:p>
      <w:pPr>
        <w:jc w:val="both"/>
      </w:pPr>
      <w:r>
        <w:t>03C2.1.62</w:t>
      </w:r>
    </w:p>
    <w:p>
      <w:pPr>
        <w:jc w:val="both"/>
      </w:pPr>
      <w:r>
        <w:t>Phẫu thuật nội soi cắt dạ dày</w:t>
      </w:r>
    </w:p>
    <w:p>
      <w:pPr>
        <w:jc w:val="both"/>
      </w:pPr>
      <w:r>
        <w:t>5.275.000</w:t>
      </w:r>
    </w:p>
    <w:p>
      <w:pPr>
        <w:jc w:val="both"/>
      </w:pPr>
      <w:r>
        <w:t>5.910.000</w:t>
      </w:r>
    </w:p>
    <w:p>
      <w:pPr>
        <w:jc w:val="both"/>
      </w:pPr>
      <w:r>
        <w:t>Chưa bao gồm máy cắt nối tự động và ghim khâu máy, dao siêu âm hoặc dao hàn mô hoặc dao hàn mạch, kẹp khóa mạch máu.</w:t>
      </w:r>
    </w:p>
    <w:p>
      <w:pPr>
        <w:jc w:val="both"/>
      </w:pPr>
      <w:r>
        <w:t>460</w:t>
      </w:r>
    </w:p>
    <w:p>
      <w:pPr>
        <w:jc w:val="both"/>
      </w:pPr>
      <w:r>
        <w:t>451</w:t>
      </w:r>
    </w:p>
    <w:p>
      <w:pPr>
        <w:jc w:val="both"/>
      </w:pPr>
      <w:r>
        <w:t>Phẫu thuật nội soi khâu thủng dạ dày</w:t>
      </w:r>
    </w:p>
    <w:p>
      <w:pPr>
        <w:jc w:val="both"/>
      </w:pPr>
      <w:r>
        <w:t>2.984.000</w:t>
      </w:r>
    </w:p>
    <w:p>
      <w:pPr>
        <w:jc w:val="both"/>
      </w:pPr>
      <w:r>
        <w:t>3.358.000</w:t>
      </w:r>
    </w:p>
    <w:p>
      <w:pPr>
        <w:jc w:val="both"/>
      </w:pPr>
      <w:r>
        <w:t>461</w:t>
      </w:r>
    </w:p>
    <w:p>
      <w:pPr>
        <w:jc w:val="both"/>
      </w:pPr>
      <w:r>
        <w:t>452</w:t>
      </w:r>
    </w:p>
    <w:p>
      <w:pPr>
        <w:jc w:val="both"/>
      </w:pPr>
      <w:r>
        <w:t>03C2.1.64</w:t>
      </w:r>
    </w:p>
    <w:p>
      <w:pPr>
        <w:jc w:val="both"/>
      </w:pPr>
      <w:r>
        <w:t>Phẫu thuật nội soi cắt dây thần kinh X trong điều trị loét dạ dày</w:t>
      </w:r>
    </w:p>
    <w:p>
      <w:pPr>
        <w:jc w:val="both"/>
      </w:pPr>
      <w:r>
        <w:t>3.395.000</w:t>
      </w:r>
    </w:p>
    <w:p>
      <w:pPr>
        <w:jc w:val="both"/>
      </w:pPr>
      <w:r>
        <w:t>3.773.000</w:t>
      </w:r>
    </w:p>
    <w:p>
      <w:pPr>
        <w:jc w:val="both"/>
      </w:pPr>
      <w:r>
        <w:t>Chưa bao gồm dao siêu âm.</w:t>
      </w:r>
    </w:p>
    <w:p>
      <w:pPr>
        <w:jc w:val="both"/>
      </w:pPr>
      <w:r>
        <w:t>462</w:t>
      </w:r>
    </w:p>
    <w:p>
      <w:pPr>
        <w:jc w:val="both"/>
      </w:pPr>
      <w:r>
        <w:t>453</w:t>
      </w:r>
    </w:p>
    <w:p>
      <w:pPr>
        <w:jc w:val="both"/>
      </w:pPr>
      <w:r>
        <w:t>03C2.1.81</w:t>
      </w:r>
    </w:p>
    <w:p>
      <w:pPr>
        <w:jc w:val="both"/>
      </w:pPr>
      <w:r>
        <w:t>Phẫu thuật bệnh phình đại tràng bẩm sinh 1 thì</w:t>
      </w:r>
    </w:p>
    <w:p>
      <w:pPr>
        <w:jc w:val="both"/>
      </w:pPr>
      <w:r>
        <w:t>3.085.000</w:t>
      </w:r>
    </w:p>
    <w:p>
      <w:pPr>
        <w:jc w:val="both"/>
      </w:pPr>
      <w:r>
        <w:t>3.428.000</w:t>
      </w:r>
    </w:p>
    <w:p>
      <w:pPr>
        <w:jc w:val="both"/>
      </w:pPr>
      <w:r>
        <w:t>Chưa bao gồm máy cắt nối tự động và ghim khâu máy cắt nối; dao siêu âm hoặc dao hàn mô hoặc dao hàn mạch.</w:t>
      </w:r>
    </w:p>
    <w:p>
      <w:pPr>
        <w:jc w:val="both"/>
      </w:pPr>
      <w:r>
        <w:t>463</w:t>
      </w:r>
    </w:p>
    <w:p>
      <w:pPr>
        <w:jc w:val="both"/>
      </w:pPr>
      <w:r>
        <w:t>454</w:t>
      </w:r>
    </w:p>
    <w:p>
      <w:pPr>
        <w:jc w:val="both"/>
      </w:pPr>
      <w:r>
        <w:t>Phẫu thuật cắt đại tràng hoặc phẫu thuật kiểu Harman</w:t>
      </w:r>
    </w:p>
    <w:p>
      <w:pPr>
        <w:jc w:val="both"/>
      </w:pPr>
      <w:r>
        <w:t>4.642.000</w:t>
      </w:r>
    </w:p>
    <w:p>
      <w:pPr>
        <w:jc w:val="both"/>
      </w:pPr>
      <w:r>
        <w:t>5.193.000</w:t>
      </w:r>
    </w:p>
    <w:p>
      <w:pPr>
        <w:jc w:val="both"/>
      </w:pPr>
      <w:r>
        <w:t>Chưa bao gồm máy cắt nối tự động và ghim khâu máy cắt nối; dao siêu âm hoặc dao hàn mô hoặc dao hàn mạch.</w:t>
      </w:r>
    </w:p>
    <w:p>
      <w:pPr>
        <w:jc w:val="both"/>
      </w:pPr>
      <w:r>
        <w:t>464</w:t>
      </w:r>
    </w:p>
    <w:p>
      <w:pPr>
        <w:jc w:val="both"/>
      </w:pPr>
      <w:r>
        <w:t>455</w:t>
      </w:r>
    </w:p>
    <w:p>
      <w:pPr>
        <w:jc w:val="both"/>
      </w:pPr>
      <w:r>
        <w:t>Phẫu thuật cắt dây chằng gỡ dính ruột</w:t>
      </w:r>
    </w:p>
    <w:p>
      <w:pPr>
        <w:jc w:val="both"/>
      </w:pPr>
      <w:r>
        <w:t>2.574.000</w:t>
      </w:r>
    </w:p>
    <w:p>
      <w:pPr>
        <w:jc w:val="both"/>
      </w:pPr>
      <w:r>
        <w:t>2.897.000</w:t>
      </w:r>
    </w:p>
    <w:p>
      <w:pPr>
        <w:jc w:val="both"/>
      </w:pPr>
      <w:r>
        <w:t>465</w:t>
      </w:r>
    </w:p>
    <w:p>
      <w:pPr>
        <w:jc w:val="both"/>
      </w:pPr>
      <w:r>
        <w:t>456</w:t>
      </w:r>
    </w:p>
    <w:p>
      <w:pPr>
        <w:jc w:val="both"/>
      </w:pPr>
      <w:r>
        <w:t>Phẫu thuật cắt nối ruột</w:t>
      </w:r>
    </w:p>
    <w:p>
      <w:pPr>
        <w:jc w:val="both"/>
      </w:pPr>
      <w:r>
        <w:t>4.465.000</w:t>
      </w:r>
    </w:p>
    <w:p>
      <w:pPr>
        <w:jc w:val="both"/>
      </w:pPr>
      <w:r>
        <w:t>4.989.000</w:t>
      </w:r>
    </w:p>
    <w:p>
      <w:pPr>
        <w:jc w:val="both"/>
      </w:pPr>
      <w:r>
        <w:t>Chưa bao gồm máy cắt nối tự động và ghim khâu máy cắt nối; dao siêu âm hoặc dao hàn mô hoặc dao hàn mạch.</w:t>
      </w:r>
    </w:p>
    <w:p>
      <w:pPr>
        <w:jc w:val="both"/>
      </w:pPr>
      <w:r>
        <w:t>466</w:t>
      </w:r>
    </w:p>
    <w:p>
      <w:pPr>
        <w:jc w:val="both"/>
      </w:pPr>
      <w:r>
        <w:t>457</w:t>
      </w:r>
    </w:p>
    <w:p>
      <w:pPr>
        <w:jc w:val="both"/>
      </w:pPr>
      <w:r>
        <w:t>03C2.1.63</w:t>
      </w:r>
    </w:p>
    <w:p>
      <w:pPr>
        <w:jc w:val="both"/>
      </w:pPr>
      <w:r>
        <w:t>Phẫu thuật nội soi cắt nối ruột</w:t>
      </w:r>
    </w:p>
    <w:p>
      <w:pPr>
        <w:jc w:val="both"/>
      </w:pPr>
      <w:r>
        <w:t>4.395.000</w:t>
      </w:r>
    </w:p>
    <w:p>
      <w:pPr>
        <w:jc w:val="both"/>
      </w:pPr>
      <w:r>
        <w:t>4.924.000</w:t>
      </w:r>
    </w:p>
    <w:p>
      <w:pPr>
        <w:jc w:val="both"/>
      </w:pPr>
      <w:r>
        <w:t>Chưa bao gồm máy cắt nối tự động và ghim khâu máy cắt nối; dao siêu âm hoặc dao hàn mô hoặc dao hàn mạch.</w:t>
      </w:r>
    </w:p>
    <w:p>
      <w:pPr>
        <w:jc w:val="both"/>
      </w:pPr>
      <w:r>
        <w:t>467</w:t>
      </w:r>
    </w:p>
    <w:p>
      <w:pPr>
        <w:jc w:val="both"/>
      </w:pPr>
      <w:r>
        <w:t>458</w:t>
      </w:r>
    </w:p>
    <w:p>
      <w:pPr>
        <w:jc w:val="both"/>
      </w:pPr>
      <w:r>
        <w:t>Phẫu thuật cắt ruột non</w:t>
      </w:r>
    </w:p>
    <w:p>
      <w:pPr>
        <w:jc w:val="both"/>
      </w:pPr>
      <w:r>
        <w:t>4.801.000</w:t>
      </w:r>
    </w:p>
    <w:p>
      <w:pPr>
        <w:jc w:val="both"/>
      </w:pPr>
      <w:r>
        <w:t>5.376.000</w:t>
      </w:r>
    </w:p>
    <w:p>
      <w:pPr>
        <w:jc w:val="both"/>
      </w:pPr>
      <w:r>
        <w:t>Chưa bao gồm máy cắt nối tự động và ghim khâu máy cắt nối.</w:t>
      </w:r>
    </w:p>
    <w:p>
      <w:pPr>
        <w:jc w:val="both"/>
      </w:pPr>
      <w:r>
        <w:t>468</w:t>
      </w:r>
    </w:p>
    <w:p>
      <w:pPr>
        <w:jc w:val="both"/>
      </w:pPr>
      <w:r>
        <w:t>459</w:t>
      </w:r>
    </w:p>
    <w:p>
      <w:pPr>
        <w:jc w:val="both"/>
      </w:pPr>
      <w:r>
        <w:t>Phẫu thuật cắt ruột thừa</w:t>
      </w:r>
    </w:p>
    <w:p>
      <w:pPr>
        <w:jc w:val="both"/>
      </w:pPr>
      <w:r>
        <w:t>2.654.000</w:t>
      </w:r>
    </w:p>
    <w:p>
      <w:pPr>
        <w:jc w:val="both"/>
      </w:pPr>
      <w:r>
        <w:t>2.974.000</w:t>
      </w:r>
    </w:p>
    <w:p>
      <w:pPr>
        <w:jc w:val="both"/>
      </w:pPr>
      <w:r>
        <w:t>469</w:t>
      </w:r>
    </w:p>
    <w:p>
      <w:pPr>
        <w:jc w:val="both"/>
      </w:pPr>
      <w:r>
        <w:t>Phẫu thuật nội soi cắt ruột thừa</w:t>
      </w:r>
    </w:p>
    <w:p>
      <w:pPr>
        <w:jc w:val="both"/>
      </w:pPr>
      <w:r>
        <w:t>2.657.000</w:t>
      </w:r>
    </w:p>
    <w:p>
      <w:pPr>
        <w:jc w:val="both"/>
      </w:pPr>
      <w:r>
        <w:t>2.977.000</w:t>
      </w:r>
    </w:p>
    <w:p>
      <w:pPr>
        <w:jc w:val="both"/>
      </w:pPr>
      <w:r>
        <w:t>470</w:t>
      </w:r>
    </w:p>
    <w:p>
      <w:pPr>
        <w:jc w:val="both"/>
      </w:pPr>
      <w:r>
        <w:t>460</w:t>
      </w:r>
    </w:p>
    <w:p>
      <w:pPr>
        <w:jc w:val="both"/>
      </w:pPr>
      <w:r>
        <w:t>Phẫu thuật cắt trực tràng đường bụng, tầng sinh môn</w:t>
      </w:r>
    </w:p>
    <w:p>
      <w:pPr>
        <w:jc w:val="both"/>
      </w:pPr>
      <w:r>
        <w:t>7.190.000</w:t>
      </w:r>
    </w:p>
    <w:p>
      <w:pPr>
        <w:jc w:val="both"/>
      </w:pPr>
      <w:r>
        <w:t>8.052.000</w:t>
      </w:r>
    </w:p>
    <w:p>
      <w:pPr>
        <w:jc w:val="both"/>
      </w:pPr>
      <w:r>
        <w:t>Chưa bao gồm khóa kẹp mạch máu, miếng cầm máu, máy cắt nối tự động và ghim khâu máy cắt nối; dao siêu âm hoặc dao hàn mô hoặc dao hàn mạch.</w:t>
      </w:r>
    </w:p>
    <w:p>
      <w:pPr>
        <w:jc w:val="both"/>
      </w:pPr>
      <w:r>
        <w:t>471</w:t>
      </w:r>
    </w:p>
    <w:p>
      <w:pPr>
        <w:jc w:val="both"/>
      </w:pPr>
      <w:r>
        <w:t>461</w:t>
      </w:r>
    </w:p>
    <w:p>
      <w:pPr>
        <w:jc w:val="both"/>
      </w:pPr>
      <w:r>
        <w:t>03C2.1.80</w:t>
      </w:r>
    </w:p>
    <w:p>
      <w:pPr>
        <w:jc w:val="both"/>
      </w:pPr>
      <w:r>
        <w:t>Phẫu thuật dị tật teo hậu môn trực tràng 1 thì</w:t>
      </w:r>
    </w:p>
    <w:p>
      <w:pPr>
        <w:jc w:val="both"/>
      </w:pPr>
      <w:r>
        <w:t>4.918.000</w:t>
      </w:r>
    </w:p>
    <w:p>
      <w:pPr>
        <w:jc w:val="both"/>
      </w:pPr>
      <w:r>
        <w:t>5.436.000</w:t>
      </w:r>
    </w:p>
    <w:p>
      <w:pPr>
        <w:jc w:val="both"/>
      </w:pPr>
      <w:r>
        <w:t>472</w:t>
      </w:r>
    </w:p>
    <w:p>
      <w:pPr>
        <w:jc w:val="both"/>
      </w:pPr>
      <w:r>
        <w:t>462</w:t>
      </w:r>
    </w:p>
    <w:p>
      <w:pPr>
        <w:jc w:val="both"/>
      </w:pPr>
      <w:r>
        <w:t>Phẫu thuật nội soi cố định trực tràng</w:t>
      </w:r>
    </w:p>
    <w:p>
      <w:pPr>
        <w:jc w:val="both"/>
      </w:pPr>
      <w:r>
        <w:t>4.448.000</w:t>
      </w:r>
    </w:p>
    <w:p>
      <w:pPr>
        <w:jc w:val="both"/>
      </w:pPr>
      <w:r>
        <w:t>4.970.000</w:t>
      </w:r>
    </w:p>
    <w:p>
      <w:pPr>
        <w:jc w:val="both"/>
      </w:pPr>
      <w:r>
        <w:t>Chưa bao gồm tấm nâng trực tràng, dao siêu âm hoặc dao hàn mô hoặc dao hàn mạch.</w:t>
      </w:r>
    </w:p>
    <w:p>
      <w:pPr>
        <w:jc w:val="both"/>
      </w:pPr>
      <w:r>
        <w:t>473</w:t>
      </w:r>
    </w:p>
    <w:p>
      <w:pPr>
        <w:jc w:val="both"/>
      </w:pPr>
      <w:r>
        <w:t>463</w:t>
      </w:r>
    </w:p>
    <w:p>
      <w:pPr>
        <w:jc w:val="both"/>
      </w:pPr>
      <w:r>
        <w:t>03C2.1.65</w:t>
      </w:r>
    </w:p>
    <w:p>
      <w:pPr>
        <w:jc w:val="both"/>
      </w:pPr>
      <w:r>
        <w:t>Phẫu thuật nội soi ung thư đại hoặc trực tràng</w:t>
      </w:r>
    </w:p>
    <w:p>
      <w:pPr>
        <w:jc w:val="both"/>
      </w:pPr>
      <w:r>
        <w:t>3.486.000</w:t>
      </w:r>
    </w:p>
    <w:p>
      <w:pPr>
        <w:jc w:val="both"/>
      </w:pPr>
      <w:r>
        <w:t>3.864.000</w:t>
      </w:r>
    </w:p>
    <w:p>
      <w:pPr>
        <w:jc w:val="both"/>
      </w:pPr>
      <w:r>
        <w:t>Chưa bao gồm máy cắt nối tự động và ghim khâu máy, dao siêu âm hoặc dao hàn mô hoặc dao hàn mạch, kẹp khóa mạch máu.</w:t>
      </w:r>
    </w:p>
    <w:p>
      <w:pPr>
        <w:jc w:val="both"/>
      </w:pPr>
      <w:r>
        <w:t>474</w:t>
      </w:r>
    </w:p>
    <w:p>
      <w:pPr>
        <w:jc w:val="both"/>
      </w:pPr>
      <w:r>
        <w:t>464</w:t>
      </w:r>
    </w:p>
    <w:p>
      <w:pPr>
        <w:jc w:val="both"/>
      </w:pPr>
      <w:r>
        <w:t>Phẫu thuật dẫn lưu trong (nối tắt) hoặc dẫn lưu ngoài</w:t>
      </w:r>
    </w:p>
    <w:p>
      <w:pPr>
        <w:jc w:val="both"/>
      </w:pPr>
      <w:r>
        <w:t>2.756.000</w:t>
      </w:r>
    </w:p>
    <w:p>
      <w:pPr>
        <w:jc w:val="both"/>
      </w:pPr>
      <w:r>
        <w:t>3.092.000</w:t>
      </w:r>
    </w:p>
    <w:p>
      <w:pPr>
        <w:jc w:val="both"/>
      </w:pPr>
      <w:r>
        <w:t>Chưa bao gồm kẹp khóa mạch máu, miếng cầm máu, máy cắt nối tự động và ghim khâu máy cắt nối.</w:t>
      </w:r>
    </w:p>
    <w:p>
      <w:pPr>
        <w:jc w:val="both"/>
      </w:pPr>
      <w:r>
        <w:t>475</w:t>
      </w:r>
    </w:p>
    <w:p>
      <w:pPr>
        <w:jc w:val="both"/>
      </w:pPr>
      <w:r>
        <w:t>465</w:t>
      </w:r>
    </w:p>
    <w:p>
      <w:pPr>
        <w:jc w:val="both"/>
      </w:pPr>
      <w:r>
        <w:t>Phẫu thuật khâu lỗ thủng tiêu hóa hoặc lấy dị vật ống tiêu hóa hoặc đẩy bả thức ăn xuống đại tràng</w:t>
      </w:r>
    </w:p>
    <w:p>
      <w:pPr>
        <w:jc w:val="both"/>
      </w:pPr>
      <w:r>
        <w:t>3.730.000</w:t>
      </w:r>
    </w:p>
    <w:p>
      <w:pPr>
        <w:jc w:val="both"/>
      </w:pPr>
      <w:r>
        <w:t>4.162.000</w:t>
      </w:r>
    </w:p>
    <w:p>
      <w:pPr>
        <w:jc w:val="both"/>
      </w:pPr>
      <w:r>
        <w:t>476</w:t>
      </w:r>
    </w:p>
    <w:p>
      <w:pPr>
        <w:jc w:val="both"/>
      </w:pPr>
      <w:r>
        <w:t>466</w:t>
      </w:r>
    </w:p>
    <w:p>
      <w:pPr>
        <w:jc w:val="both"/>
      </w:pPr>
      <w:r>
        <w:t>Phẫu thuật cắt gan</w:t>
      </w:r>
    </w:p>
    <w:p>
      <w:pPr>
        <w:jc w:val="both"/>
      </w:pPr>
      <w:r>
        <w:t>8.477.000</w:t>
      </w:r>
    </w:p>
    <w:p>
      <w:pPr>
        <w:jc w:val="both"/>
      </w:pPr>
      <w:r>
        <w:t>9.457.000</w:t>
      </w:r>
    </w:p>
    <w:p>
      <w:pPr>
        <w:jc w:val="both"/>
      </w:pPr>
      <w:r>
        <w:t>Chưa bao gồm keo sinh học, đầu dao cắt gan siêu âm, dao cắt hàn mạch, hàn mô.</w:t>
      </w:r>
    </w:p>
    <w:p>
      <w:pPr>
        <w:jc w:val="both"/>
      </w:pPr>
      <w:r>
        <w:t>477</w:t>
      </w:r>
    </w:p>
    <w:p>
      <w:pPr>
        <w:jc w:val="both"/>
      </w:pPr>
      <w:r>
        <w:t>467</w:t>
      </w:r>
    </w:p>
    <w:p>
      <w:pPr>
        <w:jc w:val="both"/>
      </w:pPr>
      <w:r>
        <w:t>03C2.1.78</w:t>
      </w:r>
    </w:p>
    <w:p>
      <w:pPr>
        <w:jc w:val="both"/>
      </w:pPr>
      <w:r>
        <w:t>Phẫu thuật nội soi cắt gan</w:t>
      </w:r>
    </w:p>
    <w:p>
      <w:pPr>
        <w:jc w:val="both"/>
      </w:pPr>
      <w:r>
        <w:t>6.007.000</w:t>
      </w:r>
    </w:p>
    <w:p>
      <w:pPr>
        <w:jc w:val="both"/>
      </w:pPr>
      <w:r>
        <w:t>6.601.000</w:t>
      </w:r>
    </w:p>
    <w:p>
      <w:pPr>
        <w:jc w:val="both"/>
      </w:pPr>
      <w:r>
        <w:t>Chưa bao gồm đầu dao cắt gan siêu âm, keo sinh học, dao cắt hàn mạch, hàn mô.</w:t>
      </w:r>
    </w:p>
    <w:p>
      <w:pPr>
        <w:jc w:val="both"/>
      </w:pPr>
      <w:r>
        <w:t>478</w:t>
      </w:r>
    </w:p>
    <w:p>
      <w:pPr>
        <w:jc w:val="both"/>
      </w:pPr>
      <w:r>
        <w:t>468</w:t>
      </w:r>
    </w:p>
    <w:p>
      <w:pPr>
        <w:jc w:val="both"/>
      </w:pPr>
      <w:r>
        <w:t>03C2.1.77</w:t>
      </w:r>
    </w:p>
    <w:p>
      <w:pPr>
        <w:jc w:val="both"/>
      </w:pPr>
      <w:r>
        <w:t>Phẫu thuật cắt gan mở có sử dụng thiết bị kỹ thuật cao</w:t>
      </w:r>
    </w:p>
    <w:p>
      <w:pPr>
        <w:jc w:val="both"/>
      </w:pPr>
      <w:r>
        <w:t>7.087.000</w:t>
      </w:r>
    </w:p>
    <w:p>
      <w:pPr>
        <w:jc w:val="both"/>
      </w:pPr>
      <w:r>
        <w:t>7.844.000</w:t>
      </w:r>
    </w:p>
    <w:p>
      <w:pPr>
        <w:jc w:val="both"/>
      </w:pPr>
      <w:r>
        <w:t>Chưa bao gồm đầu dao cắt gan siêu âm, keo sinh học, dao cắt hàn mạch, hàn mô.</w:t>
      </w:r>
    </w:p>
    <w:p>
      <w:pPr>
        <w:jc w:val="both"/>
      </w:pPr>
      <w:r>
        <w:t>479</w:t>
      </w:r>
    </w:p>
    <w:p>
      <w:pPr>
        <w:jc w:val="both"/>
      </w:pPr>
      <w:r>
        <w:t>469</w:t>
      </w:r>
    </w:p>
    <w:p>
      <w:pPr>
        <w:jc w:val="both"/>
      </w:pPr>
      <w:r>
        <w:t>Phẫu thuật điều trị bệnh lý gan hoặc mật khác</w:t>
      </w:r>
    </w:p>
    <w:p>
      <w:pPr>
        <w:jc w:val="both"/>
      </w:pPr>
      <w:r>
        <w:t>4.871.000</w:t>
      </w:r>
    </w:p>
    <w:p>
      <w:pPr>
        <w:jc w:val="both"/>
      </w:pPr>
      <w:r>
        <w:t>5.457.000</w:t>
      </w:r>
    </w:p>
    <w:p>
      <w:pPr>
        <w:jc w:val="both"/>
      </w:pPr>
      <w:r>
        <w:t>Chưa bao gồm keo sinh học, đầu dao cắt gan siêu âm, dao cắt hàn mạch, hàn mô, Stent, chi phí DSA.</w:t>
      </w:r>
    </w:p>
    <w:p>
      <w:pPr>
        <w:jc w:val="both"/>
      </w:pPr>
      <w:r>
        <w:t>480</w:t>
      </w:r>
    </w:p>
    <w:p>
      <w:pPr>
        <w:jc w:val="both"/>
      </w:pPr>
      <w:r>
        <w:t>470</w:t>
      </w:r>
    </w:p>
    <w:p>
      <w:pPr>
        <w:jc w:val="both"/>
      </w:pPr>
      <w:r>
        <w:t>03C2.1.79</w:t>
      </w:r>
    </w:p>
    <w:p>
      <w:pPr>
        <w:jc w:val="both"/>
      </w:pPr>
      <w:r>
        <w:t>Phẫu thuật nội soi điều trị bệnh lý gan mật khác</w:t>
      </w:r>
    </w:p>
    <w:p>
      <w:pPr>
        <w:jc w:val="both"/>
      </w:pPr>
      <w:r>
        <w:t>3.486.000</w:t>
      </w:r>
    </w:p>
    <w:p>
      <w:pPr>
        <w:jc w:val="both"/>
      </w:pPr>
      <w:r>
        <w:t>3.864.000</w:t>
      </w:r>
    </w:p>
    <w:p>
      <w:pPr>
        <w:jc w:val="both"/>
      </w:pPr>
      <w:r>
        <w:t>Chưa bao gồm đầu dao cắt gan siêu âm, keo sinh học, dao cắt hàn mạch, hàn mô.</w:t>
      </w:r>
    </w:p>
    <w:p>
      <w:pPr>
        <w:jc w:val="both"/>
      </w:pPr>
      <w:r>
        <w:t>481</w:t>
      </w:r>
    </w:p>
    <w:p>
      <w:pPr>
        <w:jc w:val="both"/>
      </w:pPr>
      <w:r>
        <w:t>471</w:t>
      </w:r>
    </w:p>
    <w:p>
      <w:pPr>
        <w:jc w:val="both"/>
      </w:pPr>
      <w:r>
        <w:t>Phẫu thuật khâu vết thương gan hoặc chèn gạc cầm máu</w:t>
      </w:r>
    </w:p>
    <w:p>
      <w:pPr>
        <w:jc w:val="both"/>
      </w:pPr>
      <w:r>
        <w:t>5.487.000</w:t>
      </w:r>
    </w:p>
    <w:p>
      <w:pPr>
        <w:jc w:val="both"/>
      </w:pPr>
      <w:r>
        <w:t>6.129.000</w:t>
      </w:r>
    </w:p>
    <w:p>
      <w:pPr>
        <w:jc w:val="both"/>
      </w:pPr>
      <w:r>
        <w:t>Chưa bao gồm vật liệu cầm máu.</w:t>
      </w:r>
    </w:p>
    <w:p>
      <w:pPr>
        <w:jc w:val="both"/>
      </w:pPr>
      <w:r>
        <w:t>482</w:t>
      </w:r>
    </w:p>
    <w:p>
      <w:pPr>
        <w:jc w:val="both"/>
      </w:pPr>
      <w:r>
        <w:t>472</w:t>
      </w:r>
    </w:p>
    <w:p>
      <w:pPr>
        <w:jc w:val="both"/>
      </w:pPr>
      <w:r>
        <w:t>Phẫu thuật cắt túi mật</w:t>
      </w:r>
    </w:p>
    <w:p>
      <w:pPr>
        <w:jc w:val="both"/>
      </w:pPr>
      <w:r>
        <w:t>4.694.000</w:t>
      </w:r>
    </w:p>
    <w:p>
      <w:pPr>
        <w:jc w:val="both"/>
      </w:pPr>
      <w:r>
        <w:t>5.254.000</w:t>
      </w:r>
    </w:p>
    <w:p>
      <w:pPr>
        <w:jc w:val="both"/>
      </w:pPr>
      <w:r>
        <w:t>483</w:t>
      </w:r>
    </w:p>
    <w:p>
      <w:pPr>
        <w:jc w:val="both"/>
      </w:pPr>
      <w:r>
        <w:t>473</w:t>
      </w:r>
    </w:p>
    <w:p>
      <w:pPr>
        <w:jc w:val="both"/>
      </w:pPr>
      <w:r>
        <w:t>03C2.1.73</w:t>
      </w:r>
    </w:p>
    <w:p>
      <w:pPr>
        <w:jc w:val="both"/>
      </w:pPr>
      <w:r>
        <w:t>Phẫu thuật nội soi cắt túi mật</w:t>
      </w:r>
    </w:p>
    <w:p>
      <w:pPr>
        <w:jc w:val="both"/>
      </w:pPr>
      <w:r>
        <w:t>3.216.000</w:t>
      </w:r>
    </w:p>
    <w:p>
      <w:pPr>
        <w:jc w:val="both"/>
      </w:pPr>
      <w:r>
        <w:t>3.595.000</w:t>
      </w:r>
    </w:p>
    <w:p>
      <w:pPr>
        <w:jc w:val="both"/>
      </w:pPr>
      <w:r>
        <w:t>484</w:t>
      </w:r>
    </w:p>
    <w:p>
      <w:pPr>
        <w:jc w:val="both"/>
      </w:pPr>
      <w:r>
        <w:t>474</w:t>
      </w:r>
    </w:p>
    <w:p>
      <w:pPr>
        <w:jc w:val="both"/>
      </w:pPr>
      <w:r>
        <w:t>Phẫu thuật lấy sỏi ống mật chủ</w:t>
      </w:r>
    </w:p>
    <w:p>
      <w:pPr>
        <w:jc w:val="both"/>
      </w:pPr>
      <w:r>
        <w:t>4.671.000</w:t>
      </w:r>
    </w:p>
    <w:p>
      <w:pPr>
        <w:jc w:val="both"/>
      </w:pPr>
      <w:r>
        <w:t>5.226.000</w:t>
      </w:r>
    </w:p>
    <w:p>
      <w:pPr>
        <w:jc w:val="both"/>
      </w:pPr>
      <w:r>
        <w:t>Chưa bao gồm đầu tán sỏi và điện cực tán sỏi.</w:t>
      </w:r>
    </w:p>
    <w:p>
      <w:pPr>
        <w:jc w:val="both"/>
      </w:pPr>
      <w:r>
        <w:t>485</w:t>
      </w:r>
    </w:p>
    <w:p>
      <w:pPr>
        <w:jc w:val="both"/>
      </w:pPr>
      <w:r>
        <w:t>475</w:t>
      </w:r>
    </w:p>
    <w:p>
      <w:pPr>
        <w:jc w:val="both"/>
      </w:pPr>
      <w:r>
        <w:t>Phẫu thuật lấy sỏi ống mật phức tạp</w:t>
      </w:r>
    </w:p>
    <w:p>
      <w:pPr>
        <w:jc w:val="both"/>
      </w:pPr>
      <w:r>
        <w:t>7.128.000</w:t>
      </w:r>
    </w:p>
    <w:p>
      <w:pPr>
        <w:jc w:val="both"/>
      </w:pPr>
      <w:r>
        <w:t>7.942.000</w:t>
      </w:r>
    </w:p>
    <w:p>
      <w:pPr>
        <w:jc w:val="both"/>
      </w:pPr>
      <w:r>
        <w:t>Chưa bao gồm đầu tán sỏi và điện cực tán sỏi.</w:t>
      </w:r>
    </w:p>
    <w:p>
      <w:pPr>
        <w:jc w:val="both"/>
      </w:pPr>
      <w:r>
        <w:t>486</w:t>
      </w:r>
    </w:p>
    <w:p>
      <w:pPr>
        <w:jc w:val="both"/>
      </w:pPr>
      <w:r>
        <w:t>476</w:t>
      </w:r>
    </w:p>
    <w:p>
      <w:pPr>
        <w:jc w:val="both"/>
      </w:pPr>
      <w:r>
        <w:t>03C2.1.76</w:t>
      </w:r>
    </w:p>
    <w:p>
      <w:pPr>
        <w:jc w:val="both"/>
      </w:pPr>
      <w:r>
        <w:t>Phẫu thuật nội soi cắt túi mật - mở ống mật chủ lấy sỏi và nối mật - ruột</w:t>
      </w:r>
    </w:p>
    <w:p>
      <w:pPr>
        <w:jc w:val="both"/>
      </w:pPr>
      <w:r>
        <w:t>3.986.000</w:t>
      </w:r>
    </w:p>
    <w:p>
      <w:pPr>
        <w:jc w:val="both"/>
      </w:pPr>
      <w:r>
        <w:t>4.439.000</w:t>
      </w:r>
    </w:p>
    <w:p>
      <w:pPr>
        <w:jc w:val="both"/>
      </w:pPr>
      <w:r>
        <w:t>Chưa bao gồm đầu tán sỏi và điện cực tán sỏi.</w:t>
      </w:r>
    </w:p>
    <w:p>
      <w:pPr>
        <w:jc w:val="both"/>
      </w:pPr>
      <w:r>
        <w:t>487</w:t>
      </w:r>
    </w:p>
    <w:p>
      <w:pPr>
        <w:jc w:val="both"/>
      </w:pPr>
      <w:r>
        <w:t>477</w:t>
      </w:r>
    </w:p>
    <w:p>
      <w:pPr>
        <w:jc w:val="both"/>
      </w:pPr>
      <w:r>
        <w:t>03C2.1.67</w:t>
      </w:r>
    </w:p>
    <w:p>
      <w:pPr>
        <w:jc w:val="both"/>
      </w:pPr>
      <w:r>
        <w:t>Phẫu thuật nội soi cắt nang ống mật chủ</w:t>
      </w:r>
    </w:p>
    <w:p>
      <w:pPr>
        <w:jc w:val="both"/>
      </w:pPr>
      <w:r>
        <w:t>4.680.000</w:t>
      </w:r>
    </w:p>
    <w:p>
      <w:pPr>
        <w:jc w:val="both"/>
      </w:pPr>
      <w:r>
        <w:t>5.198.000</w:t>
      </w:r>
    </w:p>
    <w:p>
      <w:pPr>
        <w:jc w:val="both"/>
      </w:pPr>
      <w:r>
        <w:t>488</w:t>
      </w:r>
    </w:p>
    <w:p>
      <w:pPr>
        <w:jc w:val="both"/>
      </w:pPr>
      <w:r>
        <w:t>478</w:t>
      </w:r>
    </w:p>
    <w:p>
      <w:pPr>
        <w:jc w:val="both"/>
      </w:pPr>
      <w:r>
        <w:t>03C2.1.72</w:t>
      </w:r>
    </w:p>
    <w:p>
      <w:pPr>
        <w:jc w:val="both"/>
      </w:pPr>
      <w:r>
        <w:t>Phẫu thuật nội soi lấy sỏi mật hay dị vật đường mật</w:t>
      </w:r>
    </w:p>
    <w:p>
      <w:pPr>
        <w:jc w:val="both"/>
      </w:pPr>
      <w:r>
        <w:t>3.486.000</w:t>
      </w:r>
    </w:p>
    <w:p>
      <w:pPr>
        <w:jc w:val="both"/>
      </w:pPr>
      <w:r>
        <w:t>3.864.000</w:t>
      </w:r>
    </w:p>
    <w:p>
      <w:pPr>
        <w:jc w:val="both"/>
      </w:pPr>
      <w:r>
        <w:t>Chưa bao gồm đầu tán sỏi và điện cực tán sỏi.</w:t>
      </w:r>
    </w:p>
    <w:p>
      <w:pPr>
        <w:jc w:val="both"/>
      </w:pPr>
      <w:r>
        <w:t>489</w:t>
      </w:r>
    </w:p>
    <w:p>
      <w:pPr>
        <w:jc w:val="both"/>
      </w:pPr>
      <w:r>
        <w:t>479</w:t>
      </w:r>
    </w:p>
    <w:p>
      <w:pPr>
        <w:jc w:val="both"/>
      </w:pPr>
      <w:r>
        <w:t>03C2.1.75</w:t>
      </w:r>
    </w:p>
    <w:p>
      <w:pPr>
        <w:jc w:val="both"/>
      </w:pPr>
      <w:r>
        <w:t>Tán sỏi trong mổ nội soi đường mật và tán sỏi qua đường hầm Kehr</w:t>
      </w:r>
    </w:p>
    <w:p>
      <w:pPr>
        <w:jc w:val="both"/>
      </w:pPr>
      <w:r>
        <w:t>4.363.000</w:t>
      </w:r>
    </w:p>
    <w:p>
      <w:pPr>
        <w:jc w:val="both"/>
      </w:pPr>
      <w:r>
        <w:t>4.837.000</w:t>
      </w:r>
    </w:p>
    <w:p>
      <w:pPr>
        <w:jc w:val="both"/>
      </w:pPr>
      <w:r>
        <w:t>Chưa bao gồm đầu tán sỏi và điện cực tán sỏi.</w:t>
      </w:r>
    </w:p>
    <w:p>
      <w:pPr>
        <w:jc w:val="both"/>
      </w:pPr>
      <w:r>
        <w:t>490</w:t>
      </w:r>
    </w:p>
    <w:p>
      <w:pPr>
        <w:jc w:val="both"/>
      </w:pPr>
      <w:r>
        <w:t>480</w:t>
      </w:r>
    </w:p>
    <w:p>
      <w:pPr>
        <w:jc w:val="both"/>
      </w:pPr>
      <w:r>
        <w:t>03C2.1.74</w:t>
      </w:r>
    </w:p>
    <w:p>
      <w:pPr>
        <w:jc w:val="both"/>
      </w:pPr>
      <w:r>
        <w:t>Phẫu thuật cắt cơ Oddi và nong đường mật qua ERCP</w:t>
      </w:r>
    </w:p>
    <w:p>
      <w:pPr>
        <w:jc w:val="both"/>
      </w:pPr>
      <w:r>
        <w:t>3.627.000</w:t>
      </w:r>
    </w:p>
    <w:p>
      <w:pPr>
        <w:jc w:val="both"/>
      </w:pPr>
      <w:r>
        <w:t>4.025.000</w:t>
      </w:r>
    </w:p>
    <w:p>
      <w:pPr>
        <w:jc w:val="both"/>
      </w:pPr>
      <w:r>
        <w:t>Chưa bao gồm stent.</w:t>
      </w:r>
    </w:p>
    <w:p>
      <w:pPr>
        <w:jc w:val="both"/>
      </w:pPr>
      <w:r>
        <w:t>491</w:t>
      </w:r>
    </w:p>
    <w:p>
      <w:pPr>
        <w:jc w:val="both"/>
      </w:pPr>
      <w:r>
        <w:t>481</w:t>
      </w:r>
    </w:p>
    <w:p>
      <w:pPr>
        <w:jc w:val="both"/>
      </w:pPr>
      <w:r>
        <w:t>Phẫu thuật nối mật ruột</w:t>
      </w:r>
    </w:p>
    <w:p>
      <w:pPr>
        <w:jc w:val="both"/>
      </w:pPr>
      <w:r>
        <w:t>4.571.000</w:t>
      </w:r>
    </w:p>
    <w:p>
      <w:pPr>
        <w:jc w:val="both"/>
      </w:pPr>
      <w:r>
        <w:t>5.111.000</w:t>
      </w:r>
    </w:p>
    <w:p>
      <w:pPr>
        <w:jc w:val="both"/>
      </w:pPr>
      <w:r>
        <w:t>492</w:t>
      </w:r>
    </w:p>
    <w:p>
      <w:pPr>
        <w:jc w:val="both"/>
      </w:pPr>
      <w:r>
        <w:t>482</w:t>
      </w:r>
    </w:p>
    <w:p>
      <w:pPr>
        <w:jc w:val="both"/>
      </w:pPr>
      <w:r>
        <w:t>Phẫu thuật cắt khối tá tụy</w:t>
      </w:r>
    </w:p>
    <w:p>
      <w:pPr>
        <w:jc w:val="both"/>
      </w:pPr>
      <w:r>
        <w:t>11.176.000</w:t>
      </w:r>
    </w:p>
    <w:p>
      <w:pPr>
        <w:jc w:val="both"/>
      </w:pPr>
      <w:r>
        <w:t>12.552.000</w:t>
      </w:r>
    </w:p>
    <w:p>
      <w:pPr>
        <w:jc w:val="both"/>
      </w:pPr>
      <w:r>
        <w:t>Chưa bao gồm máy cắt nối tự động, ghim khâu máy cắt nối, khóa kẹp mạch máu, dao siêu âm hoặc dao hàn mô hoặc dao hàn mạch và đoạn mạch nhân tạo.</w:t>
      </w:r>
    </w:p>
    <w:p>
      <w:pPr>
        <w:jc w:val="both"/>
      </w:pPr>
      <w:r>
        <w:t>493</w:t>
      </w:r>
    </w:p>
    <w:p>
      <w:pPr>
        <w:jc w:val="both"/>
      </w:pPr>
      <w:r>
        <w:t>483</w:t>
      </w:r>
    </w:p>
    <w:p>
      <w:pPr>
        <w:jc w:val="both"/>
      </w:pPr>
      <w:r>
        <w:t>Phẫu thuật nội soi cắt khối tá tụy có sử dụng máy cắt nối</w:t>
      </w:r>
    </w:p>
    <w:p>
      <w:pPr>
        <w:jc w:val="both"/>
      </w:pPr>
      <w:r>
        <w:t>10.357.000</w:t>
      </w:r>
    </w:p>
    <w:p>
      <w:pPr>
        <w:jc w:val="both"/>
      </w:pPr>
      <w:r>
        <w:t>11.707.000</w:t>
      </w:r>
    </w:p>
    <w:p>
      <w:pPr>
        <w:jc w:val="both"/>
      </w:pPr>
      <w:r>
        <w:t>Chưa bao gồm máy cắt nối tự động và ghim khâu máy, dao siêu âm hoặc dao hàn mô hoặc dao hàn mạch, kẹp khóa mạch máu.</w:t>
      </w:r>
    </w:p>
    <w:p>
      <w:pPr>
        <w:jc w:val="both"/>
      </w:pPr>
      <w:r>
        <w:t>494</w:t>
      </w:r>
    </w:p>
    <w:p>
      <w:pPr>
        <w:jc w:val="both"/>
      </w:pPr>
      <w:r>
        <w:t>484</w:t>
      </w:r>
    </w:p>
    <w:p>
      <w:pPr>
        <w:jc w:val="both"/>
      </w:pPr>
      <w:r>
        <w:t>Phẫu thuật Cắt lách</w:t>
      </w:r>
    </w:p>
    <w:p>
      <w:pPr>
        <w:jc w:val="both"/>
      </w:pPr>
      <w:r>
        <w:t>4.644.000</w:t>
      </w:r>
    </w:p>
    <w:p>
      <w:pPr>
        <w:jc w:val="both"/>
      </w:pPr>
      <w:r>
        <w:t>5.195.000</w:t>
      </w:r>
    </w:p>
    <w:p>
      <w:pPr>
        <w:jc w:val="both"/>
      </w:pPr>
      <w:r>
        <w:t>Chưa bao gồm khóa kẹp mạch máu, dao siêu âm hoặc dao hàn mô hoặc dao hàn mạch.</w:t>
      </w:r>
    </w:p>
    <w:p>
      <w:pPr>
        <w:jc w:val="both"/>
      </w:pPr>
      <w:r>
        <w:t>495</w:t>
      </w:r>
    </w:p>
    <w:p>
      <w:pPr>
        <w:jc w:val="both"/>
      </w:pPr>
      <w:r>
        <w:t>485</w:t>
      </w:r>
    </w:p>
    <w:p>
      <w:pPr>
        <w:jc w:val="both"/>
      </w:pPr>
      <w:r>
        <w:t>03C2.1.70</w:t>
      </w:r>
    </w:p>
    <w:p>
      <w:pPr>
        <w:jc w:val="both"/>
      </w:pPr>
      <w:r>
        <w:t>Phẫu thuật nôi soi cắt lách</w:t>
      </w:r>
    </w:p>
    <w:p>
      <w:pPr>
        <w:jc w:val="both"/>
      </w:pPr>
      <w:r>
        <w:t>4.575.000</w:t>
      </w:r>
    </w:p>
    <w:p>
      <w:pPr>
        <w:jc w:val="both"/>
      </w:pPr>
      <w:r>
        <w:t>5.104.000</w:t>
      </w:r>
    </w:p>
    <w:p>
      <w:pPr>
        <w:jc w:val="both"/>
      </w:pPr>
      <w:r>
        <w:t>Chưa bao gồm máy cắt nối tự động và ghim khâu máy, dao siêu âm hoặc dao hàn mô hoặc dao hàn mạch, kẹp khóa mạch máu.</w:t>
      </w:r>
    </w:p>
    <w:p>
      <w:pPr>
        <w:jc w:val="both"/>
      </w:pPr>
      <w:r>
        <w:t>496</w:t>
      </w:r>
    </w:p>
    <w:p>
      <w:pPr>
        <w:jc w:val="both"/>
      </w:pPr>
      <w:r>
        <w:t>486</w:t>
      </w:r>
    </w:p>
    <w:p>
      <w:pPr>
        <w:jc w:val="both"/>
      </w:pPr>
      <w:r>
        <w:t>Phẫu thuật cắt thân tụy hoặc cắt đuôi tụy</w:t>
      </w:r>
    </w:p>
    <w:p>
      <w:pPr>
        <w:jc w:val="both"/>
      </w:pPr>
      <w:r>
        <w:t>4.656.000</w:t>
      </w:r>
    </w:p>
    <w:p>
      <w:pPr>
        <w:jc w:val="both"/>
      </w:pPr>
      <w:r>
        <w:t>5.210.000</w:t>
      </w:r>
    </w:p>
    <w:p>
      <w:pPr>
        <w:jc w:val="both"/>
      </w:pPr>
      <w:r>
        <w:t>Chưa bao gồm máy cắt nối tự động và ghim khâu máy cắt nối, khóa kẹp mạch máu, dao siêu âm hoặc dao hàn mô hoặc dao hàn mạch.</w:t>
      </w:r>
    </w:p>
    <w:p>
      <w:pPr>
        <w:jc w:val="both"/>
      </w:pPr>
      <w:r>
        <w:t>497</w:t>
      </w:r>
    </w:p>
    <w:p>
      <w:pPr>
        <w:jc w:val="both"/>
      </w:pPr>
      <w:r>
        <w:t>487</w:t>
      </w:r>
    </w:p>
    <w:p>
      <w:pPr>
        <w:jc w:val="both"/>
      </w:pPr>
      <w:r>
        <w:t>Phẫu thuật cắt u phúc mạc hoặc u sau phúc mạc</w:t>
      </w:r>
    </w:p>
    <w:p>
      <w:pPr>
        <w:jc w:val="both"/>
      </w:pPr>
      <w:r>
        <w:t>5.970.000</w:t>
      </w:r>
    </w:p>
    <w:p>
      <w:pPr>
        <w:jc w:val="both"/>
      </w:pPr>
      <w:r>
        <w:t>6.647.000</w:t>
      </w:r>
    </w:p>
    <w:p>
      <w:pPr>
        <w:jc w:val="both"/>
      </w:pPr>
      <w:r>
        <w:t>Chưa bao gồm máy cắt nối tự động và ghim khâu máy cắt nối, vật liệu cầm máu, dao siêu âm hoặc dao hàn mô hoặc dao hàn mạch.</w:t>
      </w:r>
    </w:p>
    <w:p>
      <w:pPr>
        <w:jc w:val="both"/>
      </w:pPr>
      <w:r>
        <w:t>498</w:t>
      </w:r>
    </w:p>
    <w:p>
      <w:pPr>
        <w:jc w:val="both"/>
      </w:pPr>
      <w:r>
        <w:t>488</w:t>
      </w:r>
    </w:p>
    <w:p>
      <w:pPr>
        <w:jc w:val="both"/>
      </w:pPr>
      <w:r>
        <w:t>Phẫu thuật nạo vét hạch</w:t>
      </w:r>
    </w:p>
    <w:p>
      <w:pPr>
        <w:jc w:val="both"/>
      </w:pPr>
      <w:r>
        <w:t>3.988.000</w:t>
      </w:r>
    </w:p>
    <w:p>
      <w:pPr>
        <w:jc w:val="both"/>
      </w:pPr>
      <w:r>
        <w:t>4.441.000</w:t>
      </w:r>
    </w:p>
    <w:p>
      <w:pPr>
        <w:jc w:val="both"/>
      </w:pPr>
      <w:r>
        <w:t>Chưa bao gồm dao siêu âm hoặc dao hàn mô hoặc dao hàn mạch.</w:t>
      </w:r>
    </w:p>
    <w:p>
      <w:pPr>
        <w:jc w:val="both"/>
      </w:pPr>
      <w:r>
        <w:t>499</w:t>
      </w:r>
    </w:p>
    <w:p>
      <w:pPr>
        <w:jc w:val="both"/>
      </w:pPr>
      <w:r>
        <w:t>489</w:t>
      </w:r>
    </w:p>
    <w:p>
      <w:pPr>
        <w:jc w:val="both"/>
      </w:pPr>
      <w:r>
        <w:t>Phẫu thuật u trong ổ bụng</w:t>
      </w:r>
    </w:p>
    <w:p>
      <w:pPr>
        <w:jc w:val="both"/>
      </w:pPr>
      <w:r>
        <w:t>4.842.000</w:t>
      </w:r>
    </w:p>
    <w:p>
      <w:pPr>
        <w:jc w:val="both"/>
      </w:pPr>
      <w:r>
        <w:t>5.423.000</w:t>
      </w:r>
    </w:p>
    <w:p>
      <w:pPr>
        <w:jc w:val="both"/>
      </w:pPr>
      <w:r>
        <w:t>Chưa bao gồm khóa kẹp mạch máu, dao siêu âm hoặc dao hàn mô hoặc dao hàn mạch.</w:t>
      </w:r>
    </w:p>
    <w:p>
      <w:pPr>
        <w:jc w:val="both"/>
      </w:pPr>
      <w:r>
        <w:t>500</w:t>
      </w:r>
    </w:p>
    <w:p>
      <w:pPr>
        <w:jc w:val="both"/>
      </w:pPr>
      <w:r>
        <w:t>490</w:t>
      </w:r>
    </w:p>
    <w:p>
      <w:pPr>
        <w:jc w:val="both"/>
      </w:pPr>
      <w:r>
        <w:t>03C2.1.68</w:t>
      </w:r>
    </w:p>
    <w:p>
      <w:pPr>
        <w:jc w:val="both"/>
      </w:pPr>
      <w:r>
        <w:t>Phẫu thuật nội soi cắt u trong ổ bụng</w:t>
      </w:r>
    </w:p>
    <w:p>
      <w:pPr>
        <w:jc w:val="both"/>
      </w:pPr>
      <w:r>
        <w:t>3.821.000</w:t>
      </w:r>
    </w:p>
    <w:p>
      <w:pPr>
        <w:jc w:val="both"/>
      </w:pPr>
      <w:r>
        <w:t>4.275.000</w:t>
      </w:r>
    </w:p>
    <w:p>
      <w:pPr>
        <w:jc w:val="both"/>
      </w:pPr>
      <w:r>
        <w:t>Chưa bao gồm máy cắt nối tự động và ghim khâu máy, dao siêu âm hoặc dao hàn mô hoặc dao hàn mạch, kẹp khóa mạch máu.</w:t>
      </w:r>
    </w:p>
    <w:p>
      <w:pPr>
        <w:jc w:val="both"/>
      </w:pPr>
      <w:r>
        <w:t>501</w:t>
      </w:r>
    </w:p>
    <w:p>
      <w:pPr>
        <w:jc w:val="both"/>
      </w:pPr>
      <w:r>
        <w:t>491</w:t>
      </w:r>
    </w:p>
    <w:p>
      <w:pPr>
        <w:jc w:val="both"/>
      </w:pPr>
      <w:r>
        <w:t>Phẫu thuật thăm dò ổ bụng hoặc mở thông dạ dày hoặc mở thông hổng tràng hoặc làm hậu môn nhân tạo</w:t>
      </w:r>
    </w:p>
    <w:p>
      <w:pPr>
        <w:jc w:val="both"/>
      </w:pPr>
      <w:r>
        <w:t>2.576.000</w:t>
      </w:r>
    </w:p>
    <w:p>
      <w:pPr>
        <w:jc w:val="both"/>
      </w:pPr>
      <w:r>
        <w:t>2.912.000</w:t>
      </w:r>
    </w:p>
    <w:p>
      <w:pPr>
        <w:jc w:val="both"/>
      </w:pPr>
      <w:r>
        <w:t>Chưa bao gồm máy cắt nối tự động và ghim khâu máy cắt nối.</w:t>
      </w:r>
    </w:p>
    <w:p>
      <w:pPr>
        <w:jc w:val="both"/>
      </w:pPr>
      <w:r>
        <w:t>502</w:t>
      </w:r>
    </w:p>
    <w:p>
      <w:pPr>
        <w:jc w:val="both"/>
      </w:pPr>
      <w:r>
        <w:t>492</w:t>
      </w:r>
    </w:p>
    <w:p>
      <w:pPr>
        <w:jc w:val="both"/>
      </w:pPr>
      <w:r>
        <w:t>Phẫu thuật thoát vị bẹn hoặc thoát vị đùi hoặc thoát vị thành bụng</w:t>
      </w:r>
    </w:p>
    <w:p>
      <w:pPr>
        <w:jc w:val="both"/>
      </w:pPr>
      <w:r>
        <w:t>3.351.000</w:t>
      </w:r>
    </w:p>
    <w:p>
      <w:pPr>
        <w:jc w:val="both"/>
      </w:pPr>
      <w:r>
        <w:t>3.777.000</w:t>
      </w:r>
    </w:p>
    <w:p>
      <w:pPr>
        <w:jc w:val="both"/>
      </w:pPr>
      <w:r>
        <w:t>Chưa bao gồm tấm màng nâng, khóa kẹp mạch máu, vật liệu cầm máu.</w:t>
      </w:r>
    </w:p>
    <w:p>
      <w:pPr>
        <w:jc w:val="both"/>
      </w:pPr>
      <w:r>
        <w:t>503</w:t>
      </w:r>
    </w:p>
    <w:p>
      <w:pPr>
        <w:jc w:val="both"/>
      </w:pPr>
      <w:r>
        <w:t>493</w:t>
      </w:r>
    </w:p>
    <w:p>
      <w:pPr>
        <w:jc w:val="both"/>
      </w:pPr>
      <w:r>
        <w:t>Phẫu thuật dẫn lưu áp xe trong ổ bụng</w:t>
      </w:r>
    </w:p>
    <w:p>
      <w:pPr>
        <w:jc w:val="both"/>
      </w:pPr>
      <w:r>
        <w:t>2.945.000</w:t>
      </w:r>
    </w:p>
    <w:p>
      <w:pPr>
        <w:jc w:val="both"/>
      </w:pPr>
      <w:r>
        <w:t>3.292.000</w:t>
      </w:r>
    </w:p>
    <w:p>
      <w:pPr>
        <w:jc w:val="both"/>
      </w:pPr>
      <w:r>
        <w:t>504</w:t>
      </w:r>
    </w:p>
    <w:p>
      <w:pPr>
        <w:jc w:val="both"/>
      </w:pPr>
      <w:r>
        <w:t>494</w:t>
      </w:r>
    </w:p>
    <w:p>
      <w:pPr>
        <w:jc w:val="both"/>
      </w:pPr>
      <w:r>
        <w:t>Phẫu thuật cắt trĩ hoặc điều trị nứt kẽ hậu môn hoặc điều trị áp xe rò hậu môn</w:t>
      </w:r>
    </w:p>
    <w:p>
      <w:pPr>
        <w:jc w:val="both"/>
      </w:pPr>
      <w:r>
        <w:t>2.655.000</w:t>
      </w:r>
    </w:p>
    <w:p>
      <w:pPr>
        <w:jc w:val="both"/>
      </w:pPr>
      <w:r>
        <w:t>2.975.000</w:t>
      </w:r>
    </w:p>
    <w:p>
      <w:pPr>
        <w:jc w:val="both"/>
      </w:pPr>
      <w:r>
        <w:t>Chưa bao gồm máy cắt nối tự động và ghim khâu máy cắt nối, khóa kẹp mạch máu, vật liệu cầm máu.</w:t>
      </w:r>
    </w:p>
    <w:p>
      <w:pPr>
        <w:jc w:val="both"/>
      </w:pPr>
      <w:r>
        <w:t>505</w:t>
      </w:r>
    </w:p>
    <w:p>
      <w:pPr>
        <w:jc w:val="both"/>
      </w:pPr>
      <w:r>
        <w:t>495</w:t>
      </w:r>
    </w:p>
    <w:p>
      <w:pPr>
        <w:jc w:val="both"/>
      </w:pPr>
      <w:r>
        <w:t>03C2.1.66</w:t>
      </w:r>
    </w:p>
    <w:p>
      <w:pPr>
        <w:jc w:val="both"/>
      </w:pPr>
      <w:r>
        <w:t>Phẫu thuật điều trị trĩ kỹ thuật cao (phương pháp</w:t>
      </w:r>
    </w:p>
    <w:p>
      <w:pPr>
        <w:jc w:val="both"/>
      </w:pPr>
      <w:r>
        <w:t>2.346.000</w:t>
      </w:r>
    </w:p>
    <w:p>
      <w:pPr>
        <w:jc w:val="both"/>
      </w:pPr>
      <w:r>
        <w:t>2.620.000</w:t>
      </w:r>
    </w:p>
    <w:p>
      <w:pPr>
        <w:jc w:val="both"/>
      </w:pPr>
      <w:r>
        <w:t>Chưa bao gồm máy cắt nối tự động và ghim khâu trong máy.</w:t>
      </w:r>
    </w:p>
    <w:p>
      <w:pPr>
        <w:jc w:val="both"/>
      </w:pPr>
      <w:r>
        <w:t>506</w:t>
      </w:r>
    </w:p>
    <w:p>
      <w:pPr>
        <w:jc w:val="both"/>
      </w:pPr>
      <w:r>
        <w:t>496</w:t>
      </w:r>
    </w:p>
    <w:p>
      <w:pPr>
        <w:jc w:val="both"/>
      </w:pPr>
      <w:r>
        <w:t>03C2.1.50</w:t>
      </w:r>
    </w:p>
    <w:p>
      <w:pPr>
        <w:jc w:val="both"/>
      </w:pPr>
      <w:r>
        <w:t>Cắt cơ Oddi hoặc dẫn lưu mật qua nội soi tá tràng</w:t>
      </w:r>
    </w:p>
    <w:p>
      <w:pPr>
        <w:jc w:val="both"/>
      </w:pPr>
      <w:r>
        <w:t>2.462.000</w:t>
      </w:r>
    </w:p>
    <w:p>
      <w:pPr>
        <w:jc w:val="both"/>
      </w:pPr>
      <w:r>
        <w:t>2.805.000</w:t>
      </w:r>
    </w:p>
    <w:p>
      <w:pPr>
        <w:jc w:val="both"/>
      </w:pPr>
      <w:r>
        <w:t>Chưa bao gồm dao cắt, thuốc cản quang, catheter.</w:t>
      </w:r>
    </w:p>
    <w:p>
      <w:pPr>
        <w:jc w:val="both"/>
      </w:pPr>
      <w:r>
        <w:t>507</w:t>
      </w:r>
    </w:p>
    <w:p>
      <w:pPr>
        <w:jc w:val="both"/>
      </w:pPr>
      <w:r>
        <w:t>497</w:t>
      </w:r>
    </w:p>
    <w:p>
      <w:pPr>
        <w:jc w:val="both"/>
      </w:pPr>
      <w:r>
        <w:t>03C2.1.49</w:t>
      </w:r>
    </w:p>
    <w:p>
      <w:pPr>
        <w:jc w:val="both"/>
      </w:pPr>
      <w:r>
        <w:t>Cắt niêm mạc ống tiêu hoá qua nội soi điều trị ung thư sớm</w:t>
      </w:r>
    </w:p>
    <w:p>
      <w:pPr>
        <w:jc w:val="both"/>
      </w:pPr>
      <w:r>
        <w:t>3.962.000</w:t>
      </w:r>
    </w:p>
    <w:p>
      <w:pPr>
        <w:jc w:val="both"/>
      </w:pPr>
      <w:r>
        <w:t>4.532.000</w:t>
      </w:r>
    </w:p>
    <w:p>
      <w:pPr>
        <w:jc w:val="both"/>
      </w:pPr>
      <w:r>
        <w:t>Chưa bao gồm dao cắt niêm mạc, kìm kẹp cầm máu.</w:t>
      </w:r>
    </w:p>
    <w:p>
      <w:pPr>
        <w:jc w:val="both"/>
      </w:pPr>
      <w:r>
        <w:t>508</w:t>
      </w:r>
    </w:p>
    <w:p>
      <w:pPr>
        <w:jc w:val="both"/>
      </w:pPr>
      <w:r>
        <w:t>498</w:t>
      </w:r>
    </w:p>
    <w:p>
      <w:pPr>
        <w:jc w:val="both"/>
      </w:pPr>
      <w:r>
        <w:t>03C2.1.54</w:t>
      </w:r>
    </w:p>
    <w:p>
      <w:pPr>
        <w:jc w:val="both"/>
      </w:pPr>
      <w:r>
        <w:t>Cắt polyp ống tiêu hoá (thực quản hoặc dạ dầy hoặc đại tràng hoặc trực tràng)</w:t>
      </w:r>
    </w:p>
    <w:p>
      <w:pPr>
        <w:jc w:val="both"/>
      </w:pPr>
      <w:r>
        <w:t>1.063.000</w:t>
      </w:r>
    </w:p>
    <w:p>
      <w:pPr>
        <w:jc w:val="both"/>
      </w:pPr>
      <w:r>
        <w:t>1.202.000</w:t>
      </w:r>
    </w:p>
    <w:p>
      <w:pPr>
        <w:jc w:val="both"/>
      </w:pPr>
      <w:r>
        <w:t>509</w:t>
      </w:r>
    </w:p>
    <w:p>
      <w:pPr>
        <w:jc w:val="both"/>
      </w:pPr>
      <w:r>
        <w:t>499</w:t>
      </w:r>
    </w:p>
    <w:p>
      <w:pPr>
        <w:jc w:val="both"/>
      </w:pPr>
      <w:r>
        <w:t>03C2.1.55</w:t>
      </w:r>
    </w:p>
    <w:p>
      <w:pPr>
        <w:jc w:val="both"/>
      </w:pPr>
      <w:r>
        <w:t>Đặt stent đường mật hoặc tụy dưới hướng dẫn của siêu âm</w:t>
      </w:r>
    </w:p>
    <w:p>
      <w:pPr>
        <w:jc w:val="both"/>
      </w:pPr>
      <w:r>
        <w:t>1.972.000</w:t>
      </w:r>
    </w:p>
    <w:p>
      <w:pPr>
        <w:jc w:val="both"/>
      </w:pPr>
      <w:r>
        <w:t>2.194.000</w:t>
      </w:r>
    </w:p>
    <w:p>
      <w:pPr>
        <w:jc w:val="both"/>
      </w:pPr>
      <w:r>
        <w:t>Chưa bao gồm stent, dao cắt, catheter, guidewire.</w:t>
      </w:r>
    </w:p>
    <w:p>
      <w:pPr>
        <w:jc w:val="both"/>
      </w:pPr>
      <w:r>
        <w:t>510</w:t>
      </w:r>
    </w:p>
    <w:p>
      <w:pPr>
        <w:jc w:val="both"/>
      </w:pPr>
      <w:r>
        <w:t>500</w:t>
      </w:r>
    </w:p>
    <w:p>
      <w:pPr>
        <w:jc w:val="both"/>
      </w:pPr>
      <w:r>
        <w:t>03C2.1.48</w:t>
      </w:r>
    </w:p>
    <w:p>
      <w:pPr>
        <w:jc w:val="both"/>
      </w:pPr>
      <w:r>
        <w:t>Lấy dị vật ống tiêu hoá qua nội soi</w:t>
      </w:r>
    </w:p>
    <w:p>
      <w:pPr>
        <w:jc w:val="both"/>
      </w:pPr>
      <w:r>
        <w:t>1.713.000</w:t>
      </w:r>
    </w:p>
    <w:p>
      <w:pPr>
        <w:jc w:val="both"/>
      </w:pPr>
      <w:r>
        <w:t>1.957.000</w:t>
      </w:r>
    </w:p>
    <w:p>
      <w:pPr>
        <w:jc w:val="both"/>
      </w:pPr>
      <w:r>
        <w:t>511</w:t>
      </w:r>
    </w:p>
    <w:p>
      <w:pPr>
        <w:jc w:val="both"/>
      </w:pPr>
      <w:r>
        <w:t>501</w:t>
      </w:r>
    </w:p>
    <w:p>
      <w:pPr>
        <w:jc w:val="both"/>
      </w:pPr>
      <w:r>
        <w:t>03C2.1.52</w:t>
      </w:r>
    </w:p>
    <w:p>
      <w:pPr>
        <w:jc w:val="both"/>
      </w:pPr>
      <w:r>
        <w:t>Lấy sỏi hoặc giun đường mật qua nội soi tá tràng</w:t>
      </w:r>
    </w:p>
    <w:p>
      <w:pPr>
        <w:jc w:val="both"/>
      </w:pPr>
      <w:r>
        <w:t>3.454.000</w:t>
      </w:r>
    </w:p>
    <w:p>
      <w:pPr>
        <w:jc w:val="both"/>
      </w:pPr>
      <w:r>
        <w:t>3.925.000</w:t>
      </w:r>
    </w:p>
    <w:p>
      <w:pPr>
        <w:jc w:val="both"/>
      </w:pPr>
      <w:r>
        <w:t>512</w:t>
      </w:r>
    </w:p>
    <w:p>
      <w:pPr>
        <w:jc w:val="both"/>
      </w:pPr>
      <w:r>
        <w:t>502</w:t>
      </w:r>
    </w:p>
    <w:p>
      <w:pPr>
        <w:jc w:val="both"/>
      </w:pPr>
      <w:r>
        <w:t>03C2.1.47</w:t>
      </w:r>
    </w:p>
    <w:p>
      <w:pPr>
        <w:jc w:val="both"/>
      </w:pPr>
      <w:r>
        <w:t>Mở thông dạ dày qua nội soi</w:t>
      </w:r>
    </w:p>
    <w:p>
      <w:pPr>
        <w:jc w:val="both"/>
      </w:pPr>
      <w:r>
        <w:t>2.715.000</w:t>
      </w:r>
    </w:p>
    <w:p>
      <w:pPr>
        <w:jc w:val="both"/>
      </w:pPr>
      <w:r>
        <w:t>3.110.000</w:t>
      </w:r>
    </w:p>
    <w:p>
      <w:pPr>
        <w:jc w:val="both"/>
      </w:pPr>
      <w:r>
        <w:t>513</w:t>
      </w:r>
    </w:p>
    <w:p>
      <w:pPr>
        <w:jc w:val="both"/>
      </w:pPr>
      <w:r>
        <w:t>503</w:t>
      </w:r>
    </w:p>
    <w:p>
      <w:pPr>
        <w:jc w:val="both"/>
      </w:pPr>
      <w:r>
        <w:t>03C2.1.51</w:t>
      </w:r>
    </w:p>
    <w:p>
      <w:pPr>
        <w:jc w:val="both"/>
      </w:pPr>
      <w:r>
        <w:t>Nong đường mật qua nội soi tá tràng</w:t>
      </w:r>
    </w:p>
    <w:p>
      <w:pPr>
        <w:jc w:val="both"/>
      </w:pPr>
      <w:r>
        <w:t>2.263.000</w:t>
      </w:r>
    </w:p>
    <w:p>
      <w:pPr>
        <w:jc w:val="both"/>
      </w:pPr>
      <w:r>
        <w:t>2.583.000</w:t>
      </w:r>
    </w:p>
    <w:p>
      <w:pPr>
        <w:jc w:val="both"/>
      </w:pPr>
      <w:r>
        <w:t>Chưa bao gồm bóng nong.</w:t>
      </w:r>
    </w:p>
    <w:p>
      <w:pPr>
        <w:jc w:val="both"/>
      </w:pPr>
      <w:r>
        <w:t>514</w:t>
      </w:r>
    </w:p>
    <w:p>
      <w:pPr>
        <w:jc w:val="both"/>
      </w:pPr>
      <w:r>
        <w:t>504</w:t>
      </w:r>
    </w:p>
    <w:p>
      <w:pPr>
        <w:jc w:val="both"/>
      </w:pPr>
      <w:r>
        <w:t>04C3.1.158</w:t>
      </w:r>
    </w:p>
    <w:p>
      <w:pPr>
        <w:jc w:val="both"/>
      </w:pPr>
      <w:r>
        <w:t>Cắt phymosis</w:t>
      </w:r>
    </w:p>
    <w:p>
      <w:pPr>
        <w:jc w:val="both"/>
      </w:pPr>
      <w:r>
        <w:t>248.000</w:t>
      </w:r>
    </w:p>
    <w:p>
      <w:pPr>
        <w:jc w:val="both"/>
      </w:pPr>
      <w:r>
        <w:t>276.000</w:t>
      </w:r>
    </w:p>
    <w:p>
      <w:pPr>
        <w:jc w:val="both"/>
      </w:pPr>
      <w:r>
        <w:t>515</w:t>
      </w:r>
    </w:p>
    <w:p>
      <w:pPr>
        <w:jc w:val="both"/>
      </w:pPr>
      <w:r>
        <w:t>505</w:t>
      </w:r>
    </w:p>
    <w:p>
      <w:pPr>
        <w:jc w:val="both"/>
      </w:pPr>
      <w:r>
        <w:t>04C3.1.156</w:t>
      </w:r>
    </w:p>
    <w:p>
      <w:pPr>
        <w:jc w:val="both"/>
      </w:pPr>
      <w:r>
        <w:t>Chích rạch nhọt, Apxe nhỏ dẫn lưu</w:t>
      </w:r>
    </w:p>
    <w:p>
      <w:pPr>
        <w:jc w:val="both"/>
      </w:pPr>
      <w:r>
        <w:t>197.000</w:t>
      </w:r>
    </w:p>
    <w:p>
      <w:pPr>
        <w:jc w:val="both"/>
      </w:pPr>
      <w:r>
        <w:t>217.000</w:t>
      </w:r>
    </w:p>
    <w:p>
      <w:pPr>
        <w:jc w:val="both"/>
      </w:pPr>
      <w:r>
        <w:t>516</w:t>
      </w:r>
    </w:p>
    <w:p>
      <w:pPr>
        <w:jc w:val="both"/>
      </w:pPr>
      <w:r>
        <w:t>506</w:t>
      </w:r>
    </w:p>
    <w:p>
      <w:pPr>
        <w:jc w:val="both"/>
      </w:pPr>
      <w:r>
        <w:t>04C3.1.157</w:t>
      </w:r>
    </w:p>
    <w:p>
      <w:pPr>
        <w:jc w:val="both"/>
      </w:pPr>
      <w:r>
        <w:t>Tháo lồng ruột bằng hơi hay baryte</w:t>
      </w:r>
    </w:p>
    <w:p>
      <w:pPr>
        <w:jc w:val="both"/>
      </w:pPr>
      <w:r>
        <w:t>148.000</w:t>
      </w:r>
    </w:p>
    <w:p>
      <w:pPr>
        <w:jc w:val="both"/>
      </w:pPr>
      <w:r>
        <w:t>160.000</w:t>
      </w:r>
    </w:p>
    <w:p>
      <w:pPr>
        <w:jc w:val="both"/>
      </w:pPr>
      <w:r>
        <w:t>517</w:t>
      </w:r>
    </w:p>
    <w:p>
      <w:pPr>
        <w:jc w:val="both"/>
      </w:pPr>
      <w:r>
        <w:t>507</w:t>
      </w:r>
    </w:p>
    <w:p>
      <w:pPr>
        <w:jc w:val="both"/>
      </w:pPr>
      <w:r>
        <w:t>04C3.1.159</w:t>
      </w:r>
    </w:p>
    <w:p>
      <w:pPr>
        <w:jc w:val="both"/>
      </w:pPr>
      <w:r>
        <w:t>Thắt các búi trĩ hậu môn</w:t>
      </w:r>
    </w:p>
    <w:p>
      <w:pPr>
        <w:jc w:val="both"/>
      </w:pPr>
      <w:r>
        <w:t>288.000</w:t>
      </w:r>
    </w:p>
    <w:p>
      <w:pPr>
        <w:jc w:val="both"/>
      </w:pPr>
      <w:r>
        <w:t>322.000</w:t>
      </w:r>
    </w:p>
    <w:p>
      <w:pPr>
        <w:jc w:val="both"/>
      </w:pPr>
      <w:r>
        <w:t>Xương, cột sống, hàm mặt</w:t>
      </w:r>
    </w:p>
    <w:p>
      <w:pPr>
        <w:jc w:val="both"/>
      </w:pPr>
      <w:r>
        <w:t>518</w:t>
      </w:r>
    </w:p>
    <w:p>
      <w:pPr>
        <w:jc w:val="both"/>
      </w:pPr>
      <w:r>
        <w:t>508</w:t>
      </w:r>
    </w:p>
    <w:p>
      <w:pPr>
        <w:jc w:val="both"/>
      </w:pPr>
      <w:r>
        <w:t>03C2.1.1</w:t>
      </w:r>
    </w:p>
    <w:p>
      <w:pPr>
        <w:jc w:val="both"/>
      </w:pPr>
      <w:r>
        <w:t>Cố định gãy xương sườn</w:t>
      </w:r>
    </w:p>
    <w:p>
      <w:pPr>
        <w:jc w:val="both"/>
      </w:pPr>
      <w:r>
        <w:t>53.000</w:t>
      </w:r>
    </w:p>
    <w:p>
      <w:pPr>
        <w:jc w:val="both"/>
      </w:pPr>
      <w:r>
        <w:t>58.200</w:t>
      </w:r>
    </w:p>
    <w:p>
      <w:pPr>
        <w:jc w:val="both"/>
      </w:pPr>
      <w:r>
        <w:t>519</w:t>
      </w:r>
    </w:p>
    <w:p>
      <w:pPr>
        <w:jc w:val="both"/>
      </w:pPr>
      <w:r>
        <w:t>509</w:t>
      </w:r>
    </w:p>
    <w:p>
      <w:pPr>
        <w:jc w:val="both"/>
      </w:pPr>
      <w:r>
        <w:t>04C3.1.181</w:t>
      </w:r>
    </w:p>
    <w:p>
      <w:pPr>
        <w:jc w:val="both"/>
      </w:pPr>
      <w:r>
        <w:t>Nắn có gây mê, bó bột bàn chân ngựa vẹo vào, bàn chân bẹt hoặc tật gối cong lõm trong hay lõm ngoài (bột liền)</w:t>
      </w:r>
    </w:p>
    <w:p>
      <w:pPr>
        <w:jc w:val="both"/>
      </w:pPr>
      <w:r>
        <w:t>738.000</w:t>
      </w:r>
    </w:p>
    <w:p>
      <w:pPr>
        <w:jc w:val="both"/>
      </w:pPr>
      <w:r>
        <w:t>828.000</w:t>
      </w:r>
    </w:p>
    <w:p>
      <w:pPr>
        <w:jc w:val="both"/>
      </w:pPr>
      <w:r>
        <w:t>520</w:t>
      </w:r>
    </w:p>
    <w:p>
      <w:pPr>
        <w:jc w:val="both"/>
      </w:pPr>
      <w:r>
        <w:t>510</w:t>
      </w:r>
    </w:p>
    <w:p>
      <w:pPr>
        <w:jc w:val="both"/>
      </w:pPr>
      <w:r>
        <w:t>04C3.1.180</w:t>
      </w:r>
    </w:p>
    <w:p>
      <w:pPr>
        <w:jc w:val="both"/>
      </w:pPr>
      <w:r>
        <w:t>Nắn có gây mê, bó bột bàn chân ngựa vẹo vào, bàn chân bẹt hoặc tật gối cong lõm trong hay lõm ngoài (bột tự cán)</w:t>
      </w:r>
    </w:p>
    <w:p>
      <w:pPr>
        <w:jc w:val="both"/>
      </w:pPr>
      <w:r>
        <w:t>553.000</w:t>
      </w:r>
    </w:p>
    <w:p>
      <w:pPr>
        <w:jc w:val="both"/>
      </w:pPr>
      <w:r>
        <w:t>615.000</w:t>
      </w:r>
    </w:p>
    <w:p>
      <w:pPr>
        <w:jc w:val="both"/>
      </w:pPr>
      <w:r>
        <w:t>521</w:t>
      </w:r>
    </w:p>
    <w:p>
      <w:pPr>
        <w:jc w:val="both"/>
      </w:pPr>
      <w:r>
        <w:t>511</w:t>
      </w:r>
    </w:p>
    <w:p>
      <w:pPr>
        <w:jc w:val="both"/>
      </w:pPr>
      <w:r>
        <w:t>04C3.1.167</w:t>
      </w:r>
    </w:p>
    <w:p>
      <w:pPr>
        <w:jc w:val="both"/>
      </w:pPr>
      <w:r>
        <w:t>Nắn trật khớp háng (bột liền)</w:t>
      </w:r>
    </w:p>
    <w:p>
      <w:pPr>
        <w:jc w:val="both"/>
      </w:pPr>
      <w:r>
        <w:t>652.000</w:t>
      </w:r>
    </w:p>
    <w:p>
      <w:pPr>
        <w:jc w:val="both"/>
      </w:pPr>
      <w:r>
        <w:t>743.000</w:t>
      </w:r>
    </w:p>
    <w:p>
      <w:pPr>
        <w:jc w:val="both"/>
      </w:pPr>
      <w:r>
        <w:t>522</w:t>
      </w:r>
    </w:p>
    <w:p>
      <w:pPr>
        <w:jc w:val="both"/>
      </w:pPr>
      <w:r>
        <w:t>512</w:t>
      </w:r>
    </w:p>
    <w:p>
      <w:pPr>
        <w:jc w:val="both"/>
      </w:pPr>
      <w:r>
        <w:t>04C3.1.166</w:t>
      </w:r>
    </w:p>
    <w:p>
      <w:pPr>
        <w:jc w:val="both"/>
      </w:pPr>
      <w:r>
        <w:t>Nắn trật khớp háng (bột tự cán)</w:t>
      </w:r>
    </w:p>
    <w:p>
      <w:pPr>
        <w:jc w:val="both"/>
      </w:pPr>
      <w:r>
        <w:t>282.000</w:t>
      </w:r>
    </w:p>
    <w:p>
      <w:pPr>
        <w:jc w:val="both"/>
      </w:pPr>
      <w:r>
        <w:t>317.000</w:t>
      </w:r>
    </w:p>
    <w:p>
      <w:pPr>
        <w:jc w:val="both"/>
      </w:pPr>
      <w:r>
        <w:t>523</w:t>
      </w:r>
    </w:p>
    <w:p>
      <w:pPr>
        <w:jc w:val="both"/>
      </w:pPr>
      <w:r>
        <w:t>513</w:t>
      </w:r>
    </w:p>
    <w:p>
      <w:pPr>
        <w:jc w:val="both"/>
      </w:pPr>
      <w:r>
        <w:t>04C3.1.165</w:t>
      </w:r>
    </w:p>
    <w:p>
      <w:pPr>
        <w:jc w:val="both"/>
      </w:pPr>
      <w:r>
        <w:t>Nắn trật khớp khuỷu chân hoặc khớp cổ chân hoặc khớp gối (bột liền)</w:t>
      </w:r>
    </w:p>
    <w:p>
      <w:pPr>
        <w:jc w:val="both"/>
      </w:pPr>
      <w:r>
        <w:t>267.000</w:t>
      </w:r>
    </w:p>
    <w:p>
      <w:pPr>
        <w:jc w:val="both"/>
      </w:pPr>
      <w:r>
        <w:t>300.000</w:t>
      </w:r>
    </w:p>
    <w:p>
      <w:pPr>
        <w:jc w:val="both"/>
      </w:pPr>
      <w:r>
        <w:t>524</w:t>
      </w:r>
    </w:p>
    <w:p>
      <w:pPr>
        <w:jc w:val="both"/>
      </w:pPr>
      <w:r>
        <w:t>514</w:t>
      </w:r>
    </w:p>
    <w:p>
      <w:pPr>
        <w:jc w:val="both"/>
      </w:pPr>
      <w:r>
        <w:t>04C3.1.164</w:t>
      </w:r>
    </w:p>
    <w:p>
      <w:pPr>
        <w:jc w:val="both"/>
      </w:pPr>
      <w:r>
        <w:t>Nắn trật khớp khuỷu chân hoặc khớp cổ chân hoặc khớp gối (bột tự cán)</w:t>
      </w:r>
    </w:p>
    <w:p>
      <w:pPr>
        <w:jc w:val="both"/>
      </w:pPr>
      <w:r>
        <w:t>167.000</w:t>
      </w:r>
    </w:p>
    <w:p>
      <w:pPr>
        <w:jc w:val="both"/>
      </w:pPr>
      <w:r>
        <w:t>185.000</w:t>
      </w:r>
    </w:p>
    <w:p>
      <w:pPr>
        <w:jc w:val="both"/>
      </w:pPr>
      <w:r>
        <w:t>525</w:t>
      </w:r>
    </w:p>
    <w:p>
      <w:pPr>
        <w:jc w:val="both"/>
      </w:pPr>
      <w:r>
        <w:t>515</w:t>
      </w:r>
    </w:p>
    <w:p>
      <w:pPr>
        <w:jc w:val="both"/>
      </w:pPr>
      <w:r>
        <w:t>04C3.1.161</w:t>
      </w:r>
    </w:p>
    <w:p>
      <w:pPr>
        <w:jc w:val="both"/>
      </w:pPr>
      <w:r>
        <w:t>Nắn trật khớp khuỷu tay hoặc khớp xương đòn hoặc khớp hàm (bột liền)</w:t>
      </w:r>
    </w:p>
    <w:p>
      <w:pPr>
        <w:jc w:val="both"/>
      </w:pPr>
      <w:r>
        <w:t>412.000</w:t>
      </w:r>
    </w:p>
    <w:p>
      <w:pPr>
        <w:jc w:val="both"/>
      </w:pPr>
      <w:r>
        <w:t>463.000</w:t>
      </w:r>
    </w:p>
    <w:p>
      <w:pPr>
        <w:jc w:val="both"/>
      </w:pPr>
      <w:r>
        <w:t>526</w:t>
      </w:r>
    </w:p>
    <w:p>
      <w:pPr>
        <w:jc w:val="both"/>
      </w:pPr>
      <w:r>
        <w:t>516</w:t>
      </w:r>
    </w:p>
    <w:p>
      <w:pPr>
        <w:jc w:val="both"/>
      </w:pPr>
      <w:r>
        <w:t>04C3.1.160</w:t>
      </w:r>
    </w:p>
    <w:p>
      <w:pPr>
        <w:jc w:val="both"/>
      </w:pPr>
      <w:r>
        <w:t>Nắn trật khớp khuỷu tay hoặc khớp xương đòn hoặc khớp hàm (bột tự cán)</w:t>
      </w:r>
    </w:p>
    <w:p>
      <w:pPr>
        <w:jc w:val="both"/>
      </w:pPr>
      <w:r>
        <w:t>234.000</w:t>
      </w:r>
    </w:p>
    <w:p>
      <w:pPr>
        <w:jc w:val="both"/>
      </w:pPr>
      <w:r>
        <w:t>258.000</w:t>
      </w:r>
    </w:p>
    <w:p>
      <w:pPr>
        <w:jc w:val="both"/>
      </w:pPr>
      <w:r>
        <w:t>527</w:t>
      </w:r>
    </w:p>
    <w:p>
      <w:pPr>
        <w:jc w:val="both"/>
      </w:pPr>
      <w:r>
        <w:t>517</w:t>
      </w:r>
    </w:p>
    <w:p>
      <w:pPr>
        <w:jc w:val="both"/>
      </w:pPr>
      <w:r>
        <w:t>04C3.1.163</w:t>
      </w:r>
    </w:p>
    <w:p>
      <w:pPr>
        <w:jc w:val="both"/>
      </w:pPr>
      <w:r>
        <w:t>Nắn trật khớp vai (bột liền)</w:t>
      </w:r>
    </w:p>
    <w:p>
      <w:pPr>
        <w:jc w:val="both"/>
      </w:pPr>
      <w:r>
        <w:t>327.000</w:t>
      </w:r>
    </w:p>
    <w:p>
      <w:pPr>
        <w:jc w:val="both"/>
      </w:pPr>
      <w:r>
        <w:t>369.000</w:t>
      </w:r>
    </w:p>
    <w:p>
      <w:pPr>
        <w:jc w:val="both"/>
      </w:pPr>
      <w:r>
        <w:t>528</w:t>
      </w:r>
    </w:p>
    <w:p>
      <w:pPr>
        <w:jc w:val="both"/>
      </w:pPr>
      <w:r>
        <w:t>518</w:t>
      </w:r>
    </w:p>
    <w:p>
      <w:pPr>
        <w:jc w:val="both"/>
      </w:pPr>
      <w:r>
        <w:t>04C3.1.162</w:t>
      </w:r>
    </w:p>
    <w:p>
      <w:pPr>
        <w:jc w:val="both"/>
      </w:pPr>
      <w:r>
        <w:t>Nắn trật khớp vai (bột tự cán)</w:t>
      </w:r>
    </w:p>
    <w:p>
      <w:pPr>
        <w:jc w:val="both"/>
      </w:pPr>
      <w:r>
        <w:t>172.000</w:t>
      </w:r>
    </w:p>
    <w:p>
      <w:pPr>
        <w:jc w:val="both"/>
      </w:pPr>
      <w:r>
        <w:t>191.000</w:t>
      </w:r>
    </w:p>
    <w:p>
      <w:pPr>
        <w:jc w:val="both"/>
      </w:pPr>
      <w:r>
        <w:t>529</w:t>
      </w:r>
    </w:p>
    <w:p>
      <w:pPr>
        <w:jc w:val="both"/>
      </w:pPr>
      <w:r>
        <w:t>519</w:t>
      </w:r>
    </w:p>
    <w:p>
      <w:pPr>
        <w:jc w:val="both"/>
      </w:pPr>
      <w:r>
        <w:t>04C3.1.177</w:t>
      </w:r>
    </w:p>
    <w:p>
      <w:pPr>
        <w:jc w:val="both"/>
      </w:pPr>
      <w:r>
        <w:t>Nắn, bó bột bàn chân hoặc bàn tay (bột liền)</w:t>
      </w:r>
    </w:p>
    <w:p>
      <w:pPr>
        <w:jc w:val="both"/>
      </w:pPr>
      <w:r>
        <w:t>242.000</w:t>
      </w:r>
    </w:p>
    <w:p>
      <w:pPr>
        <w:jc w:val="both"/>
      </w:pPr>
      <w:r>
        <w:t>271.000</w:t>
      </w:r>
    </w:p>
    <w:p>
      <w:pPr>
        <w:jc w:val="both"/>
      </w:pPr>
      <w:r>
        <w:t>530</w:t>
      </w:r>
    </w:p>
    <w:p>
      <w:pPr>
        <w:jc w:val="both"/>
      </w:pPr>
      <w:r>
        <w:t>520</w:t>
      </w:r>
    </w:p>
    <w:p>
      <w:pPr>
        <w:jc w:val="both"/>
      </w:pPr>
      <w:r>
        <w:t>04C3.1.176</w:t>
      </w:r>
    </w:p>
    <w:p>
      <w:pPr>
        <w:jc w:val="both"/>
      </w:pPr>
      <w:r>
        <w:t>Nắn, bó bột bàn chân hoặc bàn tay (bột tự cán)</w:t>
      </w:r>
    </w:p>
    <w:p>
      <w:pPr>
        <w:jc w:val="both"/>
      </w:pPr>
      <w:r>
        <w:t>173.000</w:t>
      </w:r>
    </w:p>
    <w:p>
      <w:pPr>
        <w:jc w:val="both"/>
      </w:pPr>
      <w:r>
        <w:t>189.000</w:t>
      </w:r>
    </w:p>
    <w:p>
      <w:pPr>
        <w:jc w:val="both"/>
      </w:pPr>
      <w:r>
        <w:t>531</w:t>
      </w:r>
    </w:p>
    <w:p>
      <w:pPr>
        <w:jc w:val="both"/>
      </w:pPr>
      <w:r>
        <w:t>521</w:t>
      </w:r>
    </w:p>
    <w:p>
      <w:pPr>
        <w:jc w:val="both"/>
      </w:pPr>
      <w:r>
        <w:t>04C3.1.175</w:t>
      </w:r>
    </w:p>
    <w:p>
      <w:pPr>
        <w:jc w:val="both"/>
      </w:pPr>
      <w:r>
        <w:t>Nắn, bó bột gãy xương cẳng tay (bột liền)</w:t>
      </w:r>
    </w:p>
    <w:p>
      <w:pPr>
        <w:jc w:val="both"/>
      </w:pPr>
      <w:r>
        <w:t>348.000</w:t>
      </w:r>
    </w:p>
    <w:p>
      <w:pPr>
        <w:jc w:val="both"/>
      </w:pPr>
      <w:r>
        <w:t>389.000</w:t>
      </w:r>
    </w:p>
    <w:p>
      <w:pPr>
        <w:jc w:val="both"/>
      </w:pPr>
      <w:r>
        <w:t>532</w:t>
      </w:r>
    </w:p>
    <w:p>
      <w:pPr>
        <w:jc w:val="both"/>
      </w:pPr>
      <w:r>
        <w:t>522</w:t>
      </w:r>
    </w:p>
    <w:p>
      <w:pPr>
        <w:jc w:val="both"/>
      </w:pPr>
      <w:r>
        <w:t>04C3.1.174</w:t>
      </w:r>
    </w:p>
    <w:p>
      <w:pPr>
        <w:jc w:val="both"/>
      </w:pPr>
      <w:r>
        <w:t>Nắn, bó bột gãy xương cẳng tay (bột tự cán)</w:t>
      </w:r>
    </w:p>
    <w:p>
      <w:pPr>
        <w:jc w:val="both"/>
      </w:pPr>
      <w:r>
        <w:t>223.000</w:t>
      </w:r>
    </w:p>
    <w:p>
      <w:pPr>
        <w:jc w:val="both"/>
      </w:pPr>
      <w:r>
        <w:t>247.000</w:t>
      </w:r>
    </w:p>
    <w:p>
      <w:pPr>
        <w:jc w:val="both"/>
      </w:pPr>
      <w:r>
        <w:t>533</w:t>
      </w:r>
    </w:p>
    <w:p>
      <w:pPr>
        <w:jc w:val="both"/>
      </w:pPr>
      <w:r>
        <w:t>523</w:t>
      </w:r>
    </w:p>
    <w:p>
      <w:pPr>
        <w:jc w:val="both"/>
      </w:pPr>
      <w:r>
        <w:t>04C3.1.179</w:t>
      </w:r>
    </w:p>
    <w:p>
      <w:pPr>
        <w:jc w:val="both"/>
      </w:pPr>
      <w:r>
        <w:t>Nắn, bó bột trật khớp háng bẩm sinh (bột liền)</w:t>
      </w:r>
    </w:p>
    <w:p>
      <w:pPr>
        <w:jc w:val="both"/>
      </w:pPr>
      <w:r>
        <w:t>727.000</w:t>
      </w:r>
    </w:p>
    <w:p>
      <w:pPr>
        <w:jc w:val="both"/>
      </w:pPr>
      <w:r>
        <w:t>826.000</w:t>
      </w:r>
    </w:p>
    <w:p>
      <w:pPr>
        <w:jc w:val="both"/>
      </w:pPr>
      <w:r>
        <w:t>534</w:t>
      </w:r>
    </w:p>
    <w:p>
      <w:pPr>
        <w:jc w:val="both"/>
      </w:pPr>
      <w:r>
        <w:t>524</w:t>
      </w:r>
    </w:p>
    <w:p>
      <w:pPr>
        <w:jc w:val="both"/>
      </w:pPr>
      <w:r>
        <w:t>04C3.1.178</w:t>
      </w:r>
    </w:p>
    <w:p>
      <w:pPr>
        <w:jc w:val="both"/>
      </w:pPr>
      <w:r>
        <w:t>Nắn, bó bột trật khớp háng bẩm sinh (bột tự cán)</w:t>
      </w:r>
    </w:p>
    <w:p>
      <w:pPr>
        <w:jc w:val="both"/>
      </w:pPr>
      <w:r>
        <w:t>341.000</w:t>
      </w:r>
    </w:p>
    <w:p>
      <w:pPr>
        <w:jc w:val="both"/>
      </w:pPr>
      <w:r>
        <w:t>377.000</w:t>
      </w:r>
    </w:p>
    <w:p>
      <w:pPr>
        <w:jc w:val="both"/>
      </w:pPr>
      <w:r>
        <w:t>535</w:t>
      </w:r>
    </w:p>
    <w:p>
      <w:pPr>
        <w:jc w:val="both"/>
      </w:pPr>
      <w:r>
        <w:t>525</w:t>
      </w:r>
    </w:p>
    <w:p>
      <w:pPr>
        <w:jc w:val="both"/>
      </w:pPr>
      <w:r>
        <w:t>04C3.1.171</w:t>
      </w:r>
    </w:p>
    <w:p>
      <w:pPr>
        <w:jc w:val="both"/>
      </w:pPr>
      <w:r>
        <w:t>Nắn, bó bột xương cẳng chân (bột liền)</w:t>
      </w:r>
    </w:p>
    <w:p>
      <w:pPr>
        <w:jc w:val="both"/>
      </w:pPr>
      <w:r>
        <w:t>348.000</w:t>
      </w:r>
    </w:p>
    <w:p>
      <w:pPr>
        <w:jc w:val="both"/>
      </w:pPr>
      <w:r>
        <w:t>389.000</w:t>
      </w:r>
    </w:p>
    <w:p>
      <w:pPr>
        <w:jc w:val="both"/>
      </w:pPr>
      <w:r>
        <w:t>536</w:t>
      </w:r>
    </w:p>
    <w:p>
      <w:pPr>
        <w:jc w:val="both"/>
      </w:pPr>
      <w:r>
        <w:t>526</w:t>
      </w:r>
    </w:p>
    <w:p>
      <w:pPr>
        <w:jc w:val="both"/>
      </w:pPr>
      <w:r>
        <w:t>04C3.1.170</w:t>
      </w:r>
    </w:p>
    <w:p>
      <w:pPr>
        <w:jc w:val="both"/>
      </w:pPr>
      <w:r>
        <w:t>Nắn, bó bột xương cẳng chân (bột tự cán)</w:t>
      </w:r>
    </w:p>
    <w:p>
      <w:pPr>
        <w:jc w:val="both"/>
      </w:pPr>
      <w:r>
        <w:t>271.000</w:t>
      </w:r>
    </w:p>
    <w:p>
      <w:pPr>
        <w:jc w:val="both"/>
      </w:pPr>
      <w:r>
        <w:t>297.000</w:t>
      </w:r>
    </w:p>
    <w:p>
      <w:pPr>
        <w:jc w:val="both"/>
      </w:pPr>
      <w:r>
        <w:t>537</w:t>
      </w:r>
    </w:p>
    <w:p>
      <w:pPr>
        <w:jc w:val="both"/>
      </w:pPr>
      <w:r>
        <w:t>527</w:t>
      </w:r>
    </w:p>
    <w:p>
      <w:pPr>
        <w:jc w:val="both"/>
      </w:pPr>
      <w:r>
        <w:t>04C3.1.173</w:t>
      </w:r>
    </w:p>
    <w:p>
      <w:pPr>
        <w:jc w:val="both"/>
      </w:pPr>
      <w:r>
        <w:t>Nắn, bó bột xương cánh tay (bột liền)</w:t>
      </w:r>
    </w:p>
    <w:p>
      <w:pPr>
        <w:jc w:val="both"/>
      </w:pPr>
      <w:r>
        <w:t>348.000</w:t>
      </w:r>
    </w:p>
    <w:p>
      <w:pPr>
        <w:jc w:val="both"/>
      </w:pPr>
      <w:r>
        <w:t>389.000</w:t>
      </w:r>
    </w:p>
    <w:p>
      <w:pPr>
        <w:jc w:val="both"/>
      </w:pPr>
      <w:r>
        <w:t>538</w:t>
      </w:r>
    </w:p>
    <w:p>
      <w:pPr>
        <w:jc w:val="both"/>
      </w:pPr>
      <w:r>
        <w:t>528</w:t>
      </w:r>
    </w:p>
    <w:p>
      <w:pPr>
        <w:jc w:val="both"/>
      </w:pPr>
      <w:r>
        <w:t>04C3.1.172</w:t>
      </w:r>
    </w:p>
    <w:p>
      <w:pPr>
        <w:jc w:val="both"/>
      </w:pPr>
      <w:r>
        <w:t>Nắn, bó bột xương cánh tay (bột tự cán)</w:t>
      </w:r>
    </w:p>
    <w:p>
      <w:pPr>
        <w:jc w:val="both"/>
      </w:pPr>
      <w:r>
        <w:t>271.000</w:t>
      </w:r>
    </w:p>
    <w:p>
      <w:pPr>
        <w:jc w:val="both"/>
      </w:pPr>
      <w:r>
        <w:t>297.000</w:t>
      </w:r>
    </w:p>
    <w:p>
      <w:pPr>
        <w:jc w:val="both"/>
      </w:pPr>
      <w:r>
        <w:t>539</w:t>
      </w:r>
    </w:p>
    <w:p>
      <w:pPr>
        <w:jc w:val="both"/>
      </w:pPr>
      <w:r>
        <w:t>529</w:t>
      </w:r>
    </w:p>
    <w:p>
      <w:pPr>
        <w:jc w:val="both"/>
      </w:pPr>
      <w:r>
        <w:t>04C3.1.169</w:t>
      </w:r>
    </w:p>
    <w:p>
      <w:pPr>
        <w:jc w:val="both"/>
      </w:pPr>
      <w:r>
        <w:t>Nắn, bó bột xương đùi hoặc chậu hoặc cột sống (bột liền)</w:t>
      </w:r>
    </w:p>
    <w:p>
      <w:pPr>
        <w:jc w:val="both"/>
      </w:pPr>
      <w:r>
        <w:t>637.000</w:t>
      </w:r>
    </w:p>
    <w:p>
      <w:pPr>
        <w:jc w:val="both"/>
      </w:pPr>
      <w:r>
        <w:t>722.000</w:t>
      </w:r>
    </w:p>
    <w:p>
      <w:pPr>
        <w:jc w:val="both"/>
      </w:pPr>
      <w:r>
        <w:t>540</w:t>
      </w:r>
    </w:p>
    <w:p>
      <w:pPr>
        <w:jc w:val="both"/>
      </w:pPr>
      <w:r>
        <w:t>530</w:t>
      </w:r>
    </w:p>
    <w:p>
      <w:pPr>
        <w:jc w:val="both"/>
      </w:pPr>
      <w:r>
        <w:t>04C3.1.168</w:t>
      </w:r>
    </w:p>
    <w:p>
      <w:pPr>
        <w:jc w:val="both"/>
      </w:pPr>
      <w:r>
        <w:t>Nắn, bó bột xương đùi hoặc chậu hoặc cột sống (bột tự cán)</w:t>
      </w:r>
    </w:p>
    <w:p>
      <w:pPr>
        <w:jc w:val="both"/>
      </w:pPr>
      <w:r>
        <w:t>357.000</w:t>
      </w:r>
    </w:p>
    <w:p>
      <w:pPr>
        <w:jc w:val="both"/>
      </w:pPr>
      <w:r>
        <w:t>400.000</w:t>
      </w:r>
    </w:p>
    <w:p>
      <w:pPr>
        <w:jc w:val="both"/>
      </w:pPr>
      <w:r>
        <w:t>541</w:t>
      </w:r>
    </w:p>
    <w:p>
      <w:pPr>
        <w:jc w:val="both"/>
      </w:pPr>
      <w:r>
        <w:t>531</w:t>
      </w:r>
    </w:p>
    <w:p>
      <w:pPr>
        <w:jc w:val="both"/>
      </w:pPr>
      <w:r>
        <w:t>03C2.1.2</w:t>
      </w:r>
    </w:p>
    <w:p>
      <w:pPr>
        <w:jc w:val="both"/>
      </w:pPr>
      <w:r>
        <w:t>Nắn, bó gẫy xương đòn</w:t>
      </w:r>
    </w:p>
    <w:p>
      <w:pPr>
        <w:jc w:val="both"/>
      </w:pPr>
      <w:r>
        <w:t>121.000</w:t>
      </w:r>
    </w:p>
    <w:p>
      <w:pPr>
        <w:jc w:val="both"/>
      </w:pPr>
      <w:r>
        <w:t>136.000</w:t>
      </w:r>
    </w:p>
    <w:p>
      <w:pPr>
        <w:jc w:val="both"/>
      </w:pPr>
      <w:r>
        <w:t>542</w:t>
      </w:r>
    </w:p>
    <w:p>
      <w:pPr>
        <w:jc w:val="both"/>
      </w:pPr>
      <w:r>
        <w:t>532</w:t>
      </w:r>
    </w:p>
    <w:p>
      <w:pPr>
        <w:jc w:val="both"/>
      </w:pPr>
      <w:r>
        <w:t>03C2.1.4</w:t>
      </w:r>
    </w:p>
    <w:p>
      <w:pPr>
        <w:jc w:val="both"/>
      </w:pPr>
      <w:r>
        <w:t>Nắn, bó gẫy xương gót</w:t>
      </w:r>
    </w:p>
    <w:p>
      <w:pPr>
        <w:jc w:val="both"/>
      </w:pPr>
      <w:r>
        <w:t>152.000</w:t>
      </w:r>
    </w:p>
    <w:p>
      <w:pPr>
        <w:jc w:val="both"/>
      </w:pPr>
      <w:r>
        <w:t>168.000</w:t>
      </w:r>
    </w:p>
    <w:p>
      <w:pPr>
        <w:jc w:val="both"/>
      </w:pPr>
      <w:r>
        <w:t>543</w:t>
      </w:r>
    </w:p>
    <w:p>
      <w:pPr>
        <w:jc w:val="both"/>
      </w:pPr>
      <w:r>
        <w:t>533</w:t>
      </w:r>
    </w:p>
    <w:p>
      <w:pPr>
        <w:jc w:val="both"/>
      </w:pPr>
      <w:r>
        <w:t>03C2.1.3</w:t>
      </w:r>
    </w:p>
    <w:p>
      <w:pPr>
        <w:jc w:val="both"/>
      </w:pPr>
      <w:r>
        <w:t>Nắn, bó vỡ xương bánh chè không có chỉ định mổ</w:t>
      </w:r>
    </w:p>
    <w:p>
      <w:pPr>
        <w:jc w:val="both"/>
      </w:pPr>
      <w:r>
        <w:t>152.000</w:t>
      </w:r>
    </w:p>
    <w:p>
      <w:pPr>
        <w:jc w:val="both"/>
      </w:pPr>
      <w:r>
        <w:t>168.000</w:t>
      </w:r>
    </w:p>
    <w:p>
      <w:pPr>
        <w:jc w:val="both"/>
      </w:pPr>
      <w:r>
        <w:t>544</w:t>
      </w:r>
    </w:p>
    <w:p>
      <w:pPr>
        <w:jc w:val="both"/>
      </w:pPr>
      <w:r>
        <w:t>534</w:t>
      </w:r>
    </w:p>
    <w:p>
      <w:pPr>
        <w:jc w:val="both"/>
      </w:pPr>
      <w:r>
        <w:t>Phẫu thuật cắt cụt chi</w:t>
      </w:r>
    </w:p>
    <w:p>
      <w:pPr>
        <w:jc w:val="both"/>
      </w:pPr>
      <w:r>
        <w:t>3.833.000</w:t>
      </w:r>
    </w:p>
    <w:p>
      <w:pPr>
        <w:jc w:val="both"/>
      </w:pPr>
      <w:r>
        <w:t>4.332.000</w:t>
      </w:r>
    </w:p>
    <w:p>
      <w:pPr>
        <w:jc w:val="both"/>
      </w:pPr>
      <w:r>
        <w:t>545</w:t>
      </w:r>
    </w:p>
    <w:p>
      <w:pPr>
        <w:jc w:val="both"/>
      </w:pPr>
      <w:r>
        <w:t>535</w:t>
      </w:r>
    </w:p>
    <w:p>
      <w:pPr>
        <w:jc w:val="both"/>
      </w:pPr>
      <w:r>
        <w:t>03C2.1.109</w:t>
      </w:r>
    </w:p>
    <w:p>
      <w:pPr>
        <w:jc w:val="both"/>
      </w:pPr>
      <w:r>
        <w:t>Phẫu thuật chuyển gân điều trị cò ngón tay do liệt vận động</w:t>
      </w:r>
    </w:p>
    <w:p>
      <w:pPr>
        <w:jc w:val="both"/>
      </w:pPr>
      <w:r>
        <w:t>3.069.000</w:t>
      </w:r>
    </w:p>
    <w:p>
      <w:pPr>
        <w:jc w:val="both"/>
      </w:pPr>
      <w:r>
        <w:t>3.407.000</w:t>
      </w:r>
    </w:p>
    <w:p>
      <w:pPr>
        <w:jc w:val="both"/>
      </w:pPr>
      <w:r>
        <w:t>546</w:t>
      </w:r>
    </w:p>
    <w:p>
      <w:pPr>
        <w:jc w:val="both"/>
      </w:pPr>
      <w:r>
        <w:t>536</w:t>
      </w:r>
    </w:p>
    <w:p>
      <w:pPr>
        <w:jc w:val="both"/>
      </w:pPr>
      <w:r>
        <w:t>Phẫu thuật thay khớp vai</w:t>
      </w:r>
    </w:p>
    <w:p>
      <w:pPr>
        <w:jc w:val="both"/>
      </w:pPr>
      <w:r>
        <w:t>7.243.000</w:t>
      </w:r>
    </w:p>
    <w:p>
      <w:pPr>
        <w:jc w:val="both"/>
      </w:pPr>
      <w:r>
        <w:t>8.112.000</w:t>
      </w:r>
    </w:p>
    <w:p>
      <w:pPr>
        <w:jc w:val="both"/>
      </w:pPr>
      <w:r>
        <w:t>Chưa bao gồm khớp nhân tạo, xi măng sinh học hoặc hóa học.</w:t>
      </w:r>
    </w:p>
    <w:p>
      <w:pPr>
        <w:jc w:val="both"/>
      </w:pPr>
      <w:r>
        <w:t>547</w:t>
      </w:r>
    </w:p>
    <w:p>
      <w:pPr>
        <w:jc w:val="both"/>
      </w:pPr>
      <w:r>
        <w:t>537</w:t>
      </w:r>
    </w:p>
    <w:p>
      <w:pPr>
        <w:jc w:val="both"/>
      </w:pPr>
      <w:r>
        <w:t>03C2.1.117</w:t>
      </w:r>
    </w:p>
    <w:p>
      <w:pPr>
        <w:jc w:val="both"/>
      </w:pPr>
      <w:r>
        <w:t>Phẫu thuật chỉnh bàn chân khèo</w:t>
      </w:r>
    </w:p>
    <w:p>
      <w:pPr>
        <w:jc w:val="both"/>
      </w:pPr>
      <w:r>
        <w:t>3.041.000</w:t>
      </w:r>
    </w:p>
    <w:p>
      <w:pPr>
        <w:jc w:val="both"/>
      </w:pPr>
      <w:r>
        <w:t>3.315.000</w:t>
      </w:r>
    </w:p>
    <w:p>
      <w:pPr>
        <w:jc w:val="both"/>
      </w:pPr>
      <w:r>
        <w:t>Chưa bao gồm phương tiện cố định: khung cố định, đinh, kim, nẹp, vít, ốc, xương nhân tạo hoặc sản phẩm sinh học thay thế xương.</w:t>
      </w:r>
    </w:p>
    <w:p>
      <w:pPr>
        <w:jc w:val="both"/>
      </w:pPr>
      <w:r>
        <w:t>548</w:t>
      </w:r>
    </w:p>
    <w:p>
      <w:pPr>
        <w:jc w:val="both"/>
      </w:pPr>
      <w:r>
        <w:t>538</w:t>
      </w:r>
    </w:p>
    <w:p>
      <w:pPr>
        <w:jc w:val="both"/>
      </w:pPr>
      <w:r>
        <w:t>03C2.1.110</w:t>
      </w:r>
    </w:p>
    <w:p>
      <w:pPr>
        <w:jc w:val="both"/>
      </w:pPr>
      <w:r>
        <w:t>Phẫu thuật chuyển gân điều trị bàn chân rủ do liệt vận động</w:t>
      </w:r>
    </w:p>
    <w:p>
      <w:pPr>
        <w:jc w:val="both"/>
      </w:pPr>
      <w:r>
        <w:t>3.069.000</w:t>
      </w:r>
    </w:p>
    <w:p>
      <w:pPr>
        <w:jc w:val="both"/>
      </w:pPr>
      <w:r>
        <w:t>3.407.000</w:t>
      </w:r>
    </w:p>
    <w:p>
      <w:pPr>
        <w:jc w:val="both"/>
      </w:pPr>
      <w:r>
        <w:t>549</w:t>
      </w:r>
    </w:p>
    <w:p>
      <w:pPr>
        <w:jc w:val="both"/>
      </w:pPr>
      <w:r>
        <w:t>539</w:t>
      </w:r>
    </w:p>
    <w:p>
      <w:pPr>
        <w:jc w:val="both"/>
      </w:pPr>
      <w:r>
        <w:t>03C2.1.119</w:t>
      </w:r>
    </w:p>
    <w:p>
      <w:pPr>
        <w:jc w:val="both"/>
      </w:pPr>
      <w:r>
        <w:t>Phẫu thuật đóng cứng khớp cổ chân</w:t>
      </w:r>
    </w:p>
    <w:p>
      <w:pPr>
        <w:jc w:val="both"/>
      </w:pPr>
      <w:r>
        <w:t>2.168.000</w:t>
      </w:r>
    </w:p>
    <w:p>
      <w:pPr>
        <w:jc w:val="both"/>
      </w:pPr>
      <w:r>
        <w:t>2.442.000</w:t>
      </w:r>
    </w:p>
    <w:p>
      <w:pPr>
        <w:jc w:val="both"/>
      </w:pPr>
      <w:r>
        <w:t>Chưa bao gồm phương tiện cố định: khung cố định, đinh, kim, nẹp, vít, ốc, xương nhân tạo hoặc sản phẩm sinh học thay thế xương.</w:t>
      </w:r>
    </w:p>
    <w:p>
      <w:pPr>
        <w:jc w:val="both"/>
      </w:pPr>
      <w:r>
        <w:t>550</w:t>
      </w:r>
    </w:p>
    <w:p>
      <w:pPr>
        <w:jc w:val="both"/>
      </w:pPr>
      <w:r>
        <w:t>540</w:t>
      </w:r>
    </w:p>
    <w:p>
      <w:pPr>
        <w:jc w:val="both"/>
      </w:pPr>
      <w:r>
        <w:t>03C2.1.118</w:t>
      </w:r>
    </w:p>
    <w:p>
      <w:pPr>
        <w:jc w:val="both"/>
      </w:pPr>
      <w:r>
        <w:t>Phẫu thuật làm vận động khớp gối</w:t>
      </w:r>
    </w:p>
    <w:p>
      <w:pPr>
        <w:jc w:val="both"/>
      </w:pPr>
      <w:r>
        <w:t>3.259.000</w:t>
      </w:r>
    </w:p>
    <w:p>
      <w:pPr>
        <w:jc w:val="both"/>
      </w:pPr>
      <w:r>
        <w:t>3.657.000</w:t>
      </w:r>
    </w:p>
    <w:p>
      <w:pPr>
        <w:jc w:val="both"/>
      </w:pPr>
      <w:r>
        <w:t>551</w:t>
      </w:r>
    </w:p>
    <w:p>
      <w:pPr>
        <w:jc w:val="both"/>
      </w:pPr>
      <w:r>
        <w:t>541</w:t>
      </w:r>
    </w:p>
    <w:p>
      <w:pPr>
        <w:jc w:val="both"/>
      </w:pPr>
      <w:r>
        <w:t>03C2.1.104</w:t>
      </w:r>
    </w:p>
    <w:p>
      <w:pPr>
        <w:jc w:val="both"/>
      </w:pPr>
      <w:r>
        <w:t>Phẫu thuật nội soi khớp gối hoặc khớp háng hoặc khớp vai hoặc cổ chân</w:t>
      </w:r>
    </w:p>
    <w:p>
      <w:pPr>
        <w:jc w:val="both"/>
      </w:pPr>
      <w:r>
        <w:t>3.378.000</w:t>
      </w:r>
    </w:p>
    <w:p>
      <w:pPr>
        <w:jc w:val="both"/>
      </w:pPr>
      <w:r>
        <w:t>3.776.000</w:t>
      </w:r>
    </w:p>
    <w:p>
      <w:pPr>
        <w:jc w:val="both"/>
      </w:pPr>
      <w:r>
        <w:t>Chưa bao gồm lưỡi bào, lưỡi cắt, bộ dây bơm nước, đầu đốt, tay dao đốt điện, nẹp, ốc, vít.</w:t>
      </w:r>
    </w:p>
    <w:p>
      <w:pPr>
        <w:jc w:val="both"/>
      </w:pPr>
      <w:r>
        <w:t>552</w:t>
      </w:r>
    </w:p>
    <w:p>
      <w:pPr>
        <w:jc w:val="both"/>
      </w:pPr>
      <w:r>
        <w:t>542</w:t>
      </w:r>
    </w:p>
    <w:p>
      <w:pPr>
        <w:jc w:val="both"/>
      </w:pPr>
      <w:r>
        <w:t>03C2.1.105</w:t>
      </w:r>
    </w:p>
    <w:p>
      <w:pPr>
        <w:jc w:val="both"/>
      </w:pPr>
      <w:r>
        <w:t>Phẫu thuật nội soi tái tạo dây chằng</w:t>
      </w:r>
    </w:p>
    <w:p>
      <w:pPr>
        <w:jc w:val="both"/>
      </w:pPr>
      <w:r>
        <w:t>4.370.000</w:t>
      </w:r>
    </w:p>
    <w:p>
      <w:pPr>
        <w:jc w:val="both"/>
      </w:pPr>
      <w:r>
        <w:t>4.918.000</w:t>
      </w:r>
    </w:p>
    <w:p>
      <w:pPr>
        <w:jc w:val="both"/>
      </w:pPr>
      <w:r>
        <w:t>Chưa bao gồm nẹp vít, ốc, dao cắt sụn và lưỡi bào, bộ dây bơm nước, đầu đốt, tay dao điện, gân sinh học, gân đồng loại.</w:t>
      </w:r>
    </w:p>
    <w:p>
      <w:pPr>
        <w:jc w:val="both"/>
      </w:pPr>
      <w:r>
        <w:t>553</w:t>
      </w:r>
    </w:p>
    <w:p>
      <w:pPr>
        <w:jc w:val="both"/>
      </w:pPr>
      <w:r>
        <w:t>543</w:t>
      </w:r>
    </w:p>
    <w:p>
      <w:pPr>
        <w:jc w:val="both"/>
      </w:pPr>
      <w:r>
        <w:t>03C2.1.100</w:t>
      </w:r>
    </w:p>
    <w:p>
      <w:pPr>
        <w:jc w:val="both"/>
      </w:pPr>
      <w:r>
        <w:t>Phẫu thuật tạo hình khớp háng</w:t>
      </w:r>
    </w:p>
    <w:p>
      <w:pPr>
        <w:jc w:val="both"/>
      </w:pPr>
      <w:r>
        <w:t>3.378.000</w:t>
      </w:r>
    </w:p>
    <w:p>
      <w:pPr>
        <w:jc w:val="both"/>
      </w:pPr>
      <w:r>
        <w:t>3.776.000</w:t>
      </w:r>
    </w:p>
    <w:p>
      <w:pPr>
        <w:jc w:val="both"/>
      </w:pPr>
      <w:r>
        <w:t>Chưa bao gồm đinh, nẹp, vít, ốc, khóa.</w:t>
      </w:r>
    </w:p>
    <w:p>
      <w:pPr>
        <w:jc w:val="both"/>
      </w:pPr>
      <w:r>
        <w:t>554</w:t>
      </w:r>
    </w:p>
    <w:p>
      <w:pPr>
        <w:jc w:val="both"/>
      </w:pPr>
      <w:r>
        <w:t>544</w:t>
      </w:r>
    </w:p>
    <w:p>
      <w:pPr>
        <w:jc w:val="both"/>
      </w:pPr>
      <w:r>
        <w:t>03C2.1.97</w:t>
      </w:r>
    </w:p>
    <w:p>
      <w:pPr>
        <w:jc w:val="both"/>
      </w:pPr>
      <w:r>
        <w:t>Phẫu thuật thay khớp gối bán phần</w:t>
      </w:r>
    </w:p>
    <w:p>
      <w:pPr>
        <w:jc w:val="both"/>
      </w:pPr>
      <w:r>
        <w:t>4.750.000</w:t>
      </w:r>
    </w:p>
    <w:p>
      <w:pPr>
        <w:jc w:val="both"/>
      </w:pPr>
      <w:r>
        <w:t>5.356.000</w:t>
      </w:r>
    </w:p>
    <w:p>
      <w:pPr>
        <w:jc w:val="both"/>
      </w:pPr>
      <w:r>
        <w:t>Chưa bao gồm khớp nhân tạo.</w:t>
      </w:r>
    </w:p>
    <w:p>
      <w:pPr>
        <w:jc w:val="both"/>
      </w:pPr>
      <w:r>
        <w:t>555</w:t>
      </w:r>
    </w:p>
    <w:p>
      <w:pPr>
        <w:jc w:val="both"/>
      </w:pPr>
      <w:r>
        <w:t>545</w:t>
      </w:r>
    </w:p>
    <w:p>
      <w:pPr>
        <w:jc w:val="both"/>
      </w:pPr>
      <w:r>
        <w:t>03C2.1.99</w:t>
      </w:r>
    </w:p>
    <w:p>
      <w:pPr>
        <w:jc w:val="both"/>
      </w:pPr>
      <w:r>
        <w:t>Phẫu thuật thay khớp háng bán phần</w:t>
      </w:r>
    </w:p>
    <w:p>
      <w:pPr>
        <w:jc w:val="both"/>
      </w:pPr>
      <w:r>
        <w:t>3.878.000</w:t>
      </w:r>
    </w:p>
    <w:p>
      <w:pPr>
        <w:jc w:val="both"/>
      </w:pPr>
      <w:r>
        <w:t>4.352.000</w:t>
      </w:r>
    </w:p>
    <w:p>
      <w:pPr>
        <w:jc w:val="both"/>
      </w:pPr>
      <w:r>
        <w:t>Chưa bao gồm khớp nhân tạo.</w:t>
      </w:r>
    </w:p>
    <w:p>
      <w:pPr>
        <w:jc w:val="both"/>
      </w:pPr>
      <w:r>
        <w:t>556</w:t>
      </w:r>
    </w:p>
    <w:p>
      <w:pPr>
        <w:jc w:val="both"/>
      </w:pPr>
      <w:r>
        <w:t>546</w:t>
      </w:r>
    </w:p>
    <w:p>
      <w:pPr>
        <w:jc w:val="both"/>
      </w:pPr>
      <w:r>
        <w:t>03C2.1.96</w:t>
      </w:r>
    </w:p>
    <w:p>
      <w:pPr>
        <w:jc w:val="both"/>
      </w:pPr>
      <w:r>
        <w:t>Phẫu thuật thay toàn bộ khớp gối</w:t>
      </w:r>
    </w:p>
    <w:p>
      <w:pPr>
        <w:jc w:val="both"/>
      </w:pPr>
      <w:r>
        <w:t>5.250.000</w:t>
      </w:r>
    </w:p>
    <w:p>
      <w:pPr>
        <w:jc w:val="both"/>
      </w:pPr>
      <w:r>
        <w:t>5.932.000</w:t>
      </w:r>
    </w:p>
    <w:p>
      <w:pPr>
        <w:jc w:val="both"/>
      </w:pPr>
      <w:r>
        <w:t>Chưa bao gồm khớp nhân tạo.</w:t>
      </w:r>
    </w:p>
    <w:p>
      <w:pPr>
        <w:jc w:val="both"/>
      </w:pPr>
      <w:r>
        <w:t>557</w:t>
      </w:r>
    </w:p>
    <w:p>
      <w:pPr>
        <w:jc w:val="both"/>
      </w:pPr>
      <w:r>
        <w:t>547</w:t>
      </w:r>
    </w:p>
    <w:p>
      <w:pPr>
        <w:jc w:val="both"/>
      </w:pPr>
      <w:r>
        <w:t>03C2.1.98</w:t>
      </w:r>
    </w:p>
    <w:p>
      <w:pPr>
        <w:jc w:val="both"/>
      </w:pPr>
      <w:r>
        <w:t>Phẫu thuật thay toàn bộ khớp háng</w:t>
      </w:r>
    </w:p>
    <w:p>
      <w:pPr>
        <w:jc w:val="both"/>
      </w:pPr>
      <w:r>
        <w:t>5.250.000</w:t>
      </w:r>
    </w:p>
    <w:p>
      <w:pPr>
        <w:jc w:val="both"/>
      </w:pPr>
      <w:r>
        <w:t>5.932.000</w:t>
      </w:r>
    </w:p>
    <w:p>
      <w:pPr>
        <w:jc w:val="both"/>
      </w:pPr>
      <w:r>
        <w:t>Chưa bao gồm khớp nhân tạo.</w:t>
      </w:r>
    </w:p>
    <w:p>
      <w:pPr>
        <w:jc w:val="both"/>
      </w:pPr>
      <w:r>
        <w:t>558</w:t>
      </w:r>
    </w:p>
    <w:p>
      <w:pPr>
        <w:jc w:val="both"/>
      </w:pPr>
      <w:r>
        <w:t>548</w:t>
      </w:r>
    </w:p>
    <w:p>
      <w:pPr>
        <w:jc w:val="both"/>
      </w:pPr>
      <w:r>
        <w:t>Phẫu thuật đặt lại khớp găm kim cố định</w:t>
      </w:r>
    </w:p>
    <w:p>
      <w:pPr>
        <w:jc w:val="both"/>
      </w:pPr>
      <w:r>
        <w:t>4.109.000</w:t>
      </w:r>
    </w:p>
    <w:p>
      <w:pPr>
        <w:jc w:val="both"/>
      </w:pPr>
      <w:r>
        <w:t>4.622.000</w:t>
      </w:r>
    </w:p>
    <w:p>
      <w:pPr>
        <w:jc w:val="both"/>
      </w:pPr>
      <w:r>
        <w:t>Chưa bao gồm kim hoặc đinh.</w:t>
      </w:r>
    </w:p>
    <w:p>
      <w:pPr>
        <w:jc w:val="both"/>
      </w:pPr>
      <w:r>
        <w:t>559</w:t>
      </w:r>
    </w:p>
    <w:p>
      <w:pPr>
        <w:jc w:val="both"/>
      </w:pPr>
      <w:r>
        <w:t>549</w:t>
      </w:r>
    </w:p>
    <w:p>
      <w:pPr>
        <w:jc w:val="both"/>
      </w:pPr>
      <w:r>
        <w:t>Phẫu thuật làm cứng khớp</w:t>
      </w:r>
    </w:p>
    <w:p>
      <w:pPr>
        <w:jc w:val="both"/>
      </w:pPr>
      <w:r>
        <w:t>3.778.000</w:t>
      </w:r>
    </w:p>
    <w:p>
      <w:pPr>
        <w:jc w:val="both"/>
      </w:pPr>
      <w:r>
        <w:t>4.236.000</w:t>
      </w:r>
    </w:p>
    <w:p>
      <w:pPr>
        <w:jc w:val="both"/>
      </w:pPr>
      <w:r>
        <w:t>Chưa bao gồm đinh, nẹp vít, khung cố định ngoài.</w:t>
      </w:r>
    </w:p>
    <w:p>
      <w:pPr>
        <w:jc w:val="both"/>
      </w:pPr>
      <w:r>
        <w:t>560</w:t>
      </w:r>
    </w:p>
    <w:p>
      <w:pPr>
        <w:jc w:val="both"/>
      </w:pPr>
      <w:r>
        <w:t>550</w:t>
      </w:r>
    </w:p>
    <w:p>
      <w:pPr>
        <w:jc w:val="both"/>
      </w:pPr>
      <w:r>
        <w:t>Phẫu thuật điều trị xơ cứng gân cơ hoặc xơ cứng khớp</w:t>
      </w:r>
    </w:p>
    <w:p>
      <w:pPr>
        <w:jc w:val="both"/>
      </w:pPr>
      <w:r>
        <w:t>3.699.000</w:t>
      </w:r>
    </w:p>
    <w:p>
      <w:pPr>
        <w:jc w:val="both"/>
      </w:pPr>
      <w:r>
        <w:t>4.145.000</w:t>
      </w:r>
    </w:p>
    <w:p>
      <w:pPr>
        <w:jc w:val="both"/>
      </w:pPr>
      <w:r>
        <w:t>Chưa bao gồm đinh, nẹp, vít, gân nhân tạo, gân sinh học, khung cố định ngoài, xương nhân tạo hoặc sản phẩm sinh học thay thế xương.</w:t>
      </w:r>
    </w:p>
    <w:p>
      <w:pPr>
        <w:jc w:val="both"/>
      </w:pPr>
      <w:r>
        <w:t>561</w:t>
      </w:r>
    </w:p>
    <w:p>
      <w:pPr>
        <w:jc w:val="both"/>
      </w:pPr>
      <w:r>
        <w:t>551</w:t>
      </w:r>
    </w:p>
    <w:p>
      <w:pPr>
        <w:jc w:val="both"/>
      </w:pPr>
      <w:r>
        <w:t>Phẫu thuật gỡ dính khớp hoặc làm sạch khớp</w:t>
      </w:r>
    </w:p>
    <w:p>
      <w:pPr>
        <w:jc w:val="both"/>
      </w:pPr>
      <w:r>
        <w:t>2.850.000</w:t>
      </w:r>
    </w:p>
    <w:p>
      <w:pPr>
        <w:jc w:val="both"/>
      </w:pPr>
      <w:r>
        <w:t>3.200.000</w:t>
      </w:r>
    </w:p>
    <w:p>
      <w:pPr>
        <w:jc w:val="both"/>
      </w:pPr>
      <w:r>
        <w:t>562</w:t>
      </w:r>
    </w:p>
    <w:p>
      <w:pPr>
        <w:jc w:val="both"/>
      </w:pPr>
      <w:r>
        <w:t>552</w:t>
      </w:r>
    </w:p>
    <w:p>
      <w:pPr>
        <w:jc w:val="both"/>
      </w:pPr>
      <w:r>
        <w:t>03C2.1.108</w:t>
      </w:r>
    </w:p>
    <w:p>
      <w:pPr>
        <w:jc w:val="both"/>
      </w:pPr>
      <w:r>
        <w:t>Phẫu thuật ghép chi</w:t>
      </w:r>
    </w:p>
    <w:p>
      <w:pPr>
        <w:jc w:val="both"/>
      </w:pPr>
      <w:r>
        <w:t>6.496.000</w:t>
      </w:r>
    </w:p>
    <w:p>
      <w:pPr>
        <w:jc w:val="both"/>
      </w:pPr>
      <w:r>
        <w:t>7.177.000</w:t>
      </w:r>
    </w:p>
    <w:p>
      <w:pPr>
        <w:jc w:val="both"/>
      </w:pPr>
      <w:r>
        <w:t>Chưa bao gồm xương nhân tạo hoặc sản phẩm sinh học thay thế xương, đinh, nẹp, vít, mạch máu nhân tạo.</w:t>
      </w:r>
    </w:p>
    <w:p>
      <w:pPr>
        <w:jc w:val="both"/>
      </w:pPr>
      <w:r>
        <w:t>563</w:t>
      </w:r>
    </w:p>
    <w:p>
      <w:pPr>
        <w:jc w:val="both"/>
      </w:pPr>
      <w:r>
        <w:t>553</w:t>
      </w:r>
    </w:p>
    <w:p>
      <w:pPr>
        <w:jc w:val="both"/>
      </w:pPr>
      <w:r>
        <w:t>Phẫu thuật ghép xương</w:t>
      </w:r>
    </w:p>
    <w:p>
      <w:pPr>
        <w:jc w:val="both"/>
      </w:pPr>
      <w:r>
        <w:t>4.806.000</w:t>
      </w:r>
    </w:p>
    <w:p>
      <w:pPr>
        <w:jc w:val="both"/>
      </w:pPr>
      <w:r>
        <w:t>5.382.000</w:t>
      </w:r>
    </w:p>
    <w:p>
      <w:pPr>
        <w:jc w:val="both"/>
      </w:pPr>
      <w:r>
        <w:t>Chưa bao gồm khung cố định ngoài, nẹp, ốc, vít, lồng, xương nhân tạo hoặc sản phẩm sinh học thay thế xương.</w:t>
      </w:r>
    </w:p>
    <w:p>
      <w:pPr>
        <w:jc w:val="both"/>
      </w:pPr>
      <w:r>
        <w:t>564</w:t>
      </w:r>
    </w:p>
    <w:p>
      <w:pPr>
        <w:jc w:val="both"/>
      </w:pPr>
      <w:r>
        <w:t>554</w:t>
      </w:r>
    </w:p>
    <w:p>
      <w:pPr>
        <w:jc w:val="both"/>
      </w:pPr>
      <w:r>
        <w:t>03C2.1.101</w:t>
      </w:r>
    </w:p>
    <w:p>
      <w:pPr>
        <w:jc w:val="both"/>
      </w:pPr>
      <w:r>
        <w:t>Phẫu thuật thay đoạn xương ghép bảo quản bằng kĩ thuật cao</w:t>
      </w:r>
    </w:p>
    <w:p>
      <w:pPr>
        <w:jc w:val="both"/>
      </w:pPr>
      <w:r>
        <w:t>4.750.000</w:t>
      </w:r>
    </w:p>
    <w:p>
      <w:pPr>
        <w:jc w:val="both"/>
      </w:pPr>
      <w:r>
        <w:t>5.356.000</w:t>
      </w:r>
    </w:p>
    <w:p>
      <w:pPr>
        <w:jc w:val="both"/>
      </w:pPr>
      <w:r>
        <w:t>Chưa bao gồm đinh, nẹp, vít, xương nhân tạo và sản phẩm sinh học thay thế xương.</w:t>
      </w:r>
    </w:p>
    <w:p>
      <w:pPr>
        <w:jc w:val="both"/>
      </w:pPr>
      <w:r>
        <w:t>565</w:t>
      </w:r>
    </w:p>
    <w:p>
      <w:pPr>
        <w:jc w:val="both"/>
      </w:pPr>
      <w:r>
        <w:t>555</w:t>
      </w:r>
    </w:p>
    <w:p>
      <w:pPr>
        <w:jc w:val="both"/>
      </w:pPr>
      <w:r>
        <w:t>03C2.1.115</w:t>
      </w:r>
    </w:p>
    <w:p>
      <w:pPr>
        <w:jc w:val="both"/>
      </w:pPr>
      <w:r>
        <w:t>Phẫu thuật kéo dài chi</w:t>
      </w:r>
    </w:p>
    <w:p>
      <w:pPr>
        <w:jc w:val="both"/>
      </w:pPr>
      <w:r>
        <w:t>4.888.000</w:t>
      </w:r>
    </w:p>
    <w:p>
      <w:pPr>
        <w:jc w:val="both"/>
      </w:pPr>
      <w:r>
        <w:t>5.438.000</w:t>
      </w:r>
    </w:p>
    <w:p>
      <w:pPr>
        <w:jc w:val="both"/>
      </w:pPr>
      <w:r>
        <w:t>Chưa bao gồm khung cố định ngoài, đinh, nẹp, vít, ốc, xương nhân tạo hoặc sản phẩm sinh học thay thế xương.</w:t>
      </w:r>
    </w:p>
    <w:p>
      <w:pPr>
        <w:jc w:val="both"/>
      </w:pPr>
      <w:r>
        <w:t>566</w:t>
      </w:r>
    </w:p>
    <w:p>
      <w:pPr>
        <w:jc w:val="both"/>
      </w:pPr>
      <w:r>
        <w:t>556</w:t>
      </w:r>
    </w:p>
    <w:p>
      <w:pPr>
        <w:jc w:val="both"/>
      </w:pPr>
      <w:r>
        <w:t>03C2.1.103</w:t>
      </w:r>
    </w:p>
    <w:p>
      <w:pPr>
        <w:jc w:val="both"/>
      </w:pPr>
      <w:r>
        <w:t>Phẫu thuật kết hợp xương bằng nẹp vít</w:t>
      </w:r>
    </w:p>
    <w:p>
      <w:pPr>
        <w:jc w:val="both"/>
      </w:pPr>
      <w:r>
        <w:t>3.878.000</w:t>
      </w:r>
    </w:p>
    <w:p>
      <w:pPr>
        <w:jc w:val="both"/>
      </w:pPr>
      <w:r>
        <w:t>4.352.000</w:t>
      </w:r>
    </w:p>
    <w:p>
      <w:pPr>
        <w:jc w:val="both"/>
      </w:pPr>
      <w:r>
        <w:t>Chưa bao gồm xương nhân tạo hoặc sản phẩm sinh học thay thế xương, xi măng, đinh, nẹp, vít.</w:t>
      </w:r>
    </w:p>
    <w:p>
      <w:pPr>
        <w:jc w:val="both"/>
      </w:pPr>
      <w:r>
        <w:t>567</w:t>
      </w:r>
    </w:p>
    <w:p>
      <w:pPr>
        <w:jc w:val="both"/>
      </w:pPr>
      <w:r>
        <w:t>557</w:t>
      </w:r>
    </w:p>
    <w:p>
      <w:pPr>
        <w:jc w:val="both"/>
      </w:pPr>
      <w:r>
        <w:t>03C2.1.102</w:t>
      </w:r>
    </w:p>
    <w:p>
      <w:pPr>
        <w:jc w:val="both"/>
      </w:pPr>
      <w:r>
        <w:t>Phẫu thuật kết hợp xương trên màn hình tăng sáng</w:t>
      </w:r>
    </w:p>
    <w:p>
      <w:pPr>
        <w:jc w:val="both"/>
      </w:pPr>
      <w:r>
        <w:t>5.250.000</w:t>
      </w:r>
    </w:p>
    <w:p>
      <w:pPr>
        <w:jc w:val="both"/>
      </w:pPr>
      <w:r>
        <w:t>5.932.000</w:t>
      </w:r>
    </w:p>
    <w:p>
      <w:pPr>
        <w:jc w:val="both"/>
      </w:pPr>
      <w:r>
        <w:t>Chưa bao gồm xương nhân tạo hoặc sản phẩm sinh học thay thế xương, xi măng, đinh, nẹp, vít.</w:t>
      </w:r>
    </w:p>
    <w:p>
      <w:pPr>
        <w:jc w:val="both"/>
      </w:pPr>
      <w:r>
        <w:t>568</w:t>
      </w:r>
    </w:p>
    <w:p>
      <w:pPr>
        <w:jc w:val="both"/>
      </w:pPr>
      <w:r>
        <w:t>558</w:t>
      </w:r>
    </w:p>
    <w:p>
      <w:pPr>
        <w:jc w:val="both"/>
      </w:pPr>
      <w:r>
        <w:t>Phẫu thuật lấy bỏ u xương</w:t>
      </w:r>
    </w:p>
    <w:p>
      <w:pPr>
        <w:jc w:val="both"/>
      </w:pPr>
      <w:r>
        <w:t>3.870.000</w:t>
      </w:r>
    </w:p>
    <w:p>
      <w:pPr>
        <w:jc w:val="both"/>
      </w:pPr>
      <w:r>
        <w:t>4.347.000</w:t>
      </w:r>
    </w:p>
    <w:p>
      <w:pPr>
        <w:jc w:val="both"/>
      </w:pPr>
      <w:r>
        <w:t>Chưa bao gồm phương tiện cố định, phương tiện kết hợp, xương nhân tạo, xương bảo quản, sản phẩm sinh học thay thế, xi măng sinh học hoặc hóa học.</w:t>
      </w:r>
    </w:p>
    <w:p>
      <w:pPr>
        <w:jc w:val="both"/>
      </w:pPr>
      <w:r>
        <w:t>569</w:t>
      </w:r>
    </w:p>
    <w:p>
      <w:pPr>
        <w:jc w:val="both"/>
      </w:pPr>
      <w:r>
        <w:t>559</w:t>
      </w:r>
    </w:p>
    <w:p>
      <w:pPr>
        <w:jc w:val="both"/>
      </w:pPr>
      <w:r>
        <w:t>Phẫu thuật nối gân hoặc kéo dài gân (tính 1 gân)</w:t>
      </w:r>
    </w:p>
    <w:p>
      <w:pPr>
        <w:jc w:val="both"/>
      </w:pPr>
      <w:r>
        <w:t>3.087.000</w:t>
      </w:r>
    </w:p>
    <w:p>
      <w:pPr>
        <w:jc w:val="both"/>
      </w:pPr>
      <w:r>
        <w:t>3.445.000</w:t>
      </w:r>
    </w:p>
    <w:p>
      <w:pPr>
        <w:jc w:val="both"/>
      </w:pPr>
      <w:r>
        <w:t>Chưa bao gồm gân nhân tạo.</w:t>
      </w:r>
    </w:p>
    <w:p>
      <w:pPr>
        <w:jc w:val="both"/>
      </w:pPr>
      <w:r>
        <w:t>570</w:t>
      </w:r>
    </w:p>
    <w:p>
      <w:pPr>
        <w:jc w:val="both"/>
      </w:pPr>
      <w:r>
        <w:t>560</w:t>
      </w:r>
    </w:p>
    <w:p>
      <w:pPr>
        <w:jc w:val="both"/>
      </w:pPr>
      <w:r>
        <w:t>03C2.1.106</w:t>
      </w:r>
    </w:p>
    <w:p>
      <w:pPr>
        <w:jc w:val="both"/>
      </w:pPr>
      <w:r>
        <w:t>Phẫu thuật nội soi tái tạo gân</w:t>
      </w:r>
    </w:p>
    <w:p>
      <w:pPr>
        <w:jc w:val="both"/>
      </w:pPr>
      <w:r>
        <w:t>4.370.000</w:t>
      </w:r>
    </w:p>
    <w:p>
      <w:pPr>
        <w:jc w:val="both"/>
      </w:pPr>
      <w:r>
        <w:t>4.918.000</w:t>
      </w:r>
    </w:p>
    <w:p>
      <w:pPr>
        <w:jc w:val="both"/>
      </w:pPr>
      <w:r>
        <w:t>Chưa bao gồm gân nhân tạo, vít, ốc, đầu đốt, bộ dây bơm nước, tay dao điện, dao cắt sụn, lưỡi bào, gân sinh học, gân đồng loại.</w:t>
      </w:r>
    </w:p>
    <w:p>
      <w:pPr>
        <w:jc w:val="both"/>
      </w:pPr>
      <w:r>
        <w:t>571</w:t>
      </w:r>
    </w:p>
    <w:p>
      <w:pPr>
        <w:jc w:val="both"/>
      </w:pPr>
      <w:r>
        <w:t>561</w:t>
      </w:r>
    </w:p>
    <w:p>
      <w:pPr>
        <w:jc w:val="both"/>
      </w:pPr>
      <w:r>
        <w:t>03C2.1.113</w:t>
      </w:r>
    </w:p>
    <w:p>
      <w:pPr>
        <w:jc w:val="both"/>
      </w:pPr>
      <w:r>
        <w:t>Phẫu thuật tạo hình sọ mặt (bệnh lý)</w:t>
      </w:r>
    </w:p>
    <w:p>
      <w:pPr>
        <w:jc w:val="both"/>
      </w:pPr>
      <w:r>
        <w:t>5.819.000</w:t>
      </w:r>
    </w:p>
    <w:p>
      <w:pPr>
        <w:jc w:val="both"/>
      </w:pPr>
      <w:r>
        <w:t>6.497.000</w:t>
      </w:r>
    </w:p>
    <w:p>
      <w:pPr>
        <w:jc w:val="both"/>
      </w:pPr>
      <w:r>
        <w:t>Chưa bao gồm nẹp, vít thay thế.</w:t>
      </w:r>
    </w:p>
    <w:p>
      <w:pPr>
        <w:jc w:val="both"/>
      </w:pPr>
      <w:r>
        <w:t>572</w:t>
      </w:r>
    </w:p>
    <w:p>
      <w:pPr>
        <w:jc w:val="both"/>
      </w:pPr>
      <w:r>
        <w:t>562</w:t>
      </w:r>
    </w:p>
    <w:p>
      <w:pPr>
        <w:jc w:val="both"/>
      </w:pPr>
      <w:r>
        <w:t>03C2.1.114</w:t>
      </w:r>
    </w:p>
    <w:p>
      <w:pPr>
        <w:jc w:val="both"/>
      </w:pPr>
      <w:r>
        <w:t>Phẫu thuật ung thư biểu mô tế bào đáy hoặc tế bào gai vùng mặt + tạo hình vạt da, đóng khuyết da bằng phẫu thuật tạo hình</w:t>
      </w:r>
    </w:p>
    <w:p>
      <w:pPr>
        <w:jc w:val="both"/>
      </w:pPr>
      <w:r>
        <w:t>4.019.000</w:t>
      </w:r>
    </w:p>
    <w:p>
      <w:pPr>
        <w:jc w:val="both"/>
      </w:pPr>
      <w:r>
        <w:t>4.425.000</w:t>
      </w:r>
    </w:p>
    <w:p>
      <w:pPr>
        <w:jc w:val="both"/>
      </w:pPr>
      <w:r>
        <w:t>Chưa bao gồm nẹp, vít thay thế.</w:t>
      </w:r>
    </w:p>
    <w:p>
      <w:pPr>
        <w:jc w:val="both"/>
      </w:pPr>
      <w:r>
        <w:t>573</w:t>
      </w:r>
    </w:p>
    <w:p>
      <w:pPr>
        <w:jc w:val="both"/>
      </w:pPr>
      <w:r>
        <w:t>563</w:t>
      </w:r>
    </w:p>
    <w:p>
      <w:pPr>
        <w:jc w:val="both"/>
      </w:pPr>
      <w:r>
        <w:t>03C2.1.111</w:t>
      </w:r>
    </w:p>
    <w:p>
      <w:pPr>
        <w:jc w:val="both"/>
      </w:pPr>
      <w:r>
        <w:t>Rút đinh hoặc tháo phương tiện kết hợp xương</w:t>
      </w:r>
    </w:p>
    <w:p>
      <w:pPr>
        <w:jc w:val="both"/>
      </w:pPr>
      <w:r>
        <w:t>1.777.000</w:t>
      </w:r>
    </w:p>
    <w:p>
      <w:pPr>
        <w:jc w:val="both"/>
      </w:pPr>
      <w:r>
        <w:t>2.006.000</w:t>
      </w:r>
    </w:p>
    <w:p>
      <w:pPr>
        <w:jc w:val="both"/>
      </w:pPr>
      <w:r>
        <w:t>574</w:t>
      </w:r>
    </w:p>
    <w:p>
      <w:pPr>
        <w:jc w:val="both"/>
      </w:pPr>
      <w:r>
        <w:t>564</w:t>
      </w:r>
    </w:p>
    <w:p>
      <w:pPr>
        <w:jc w:val="both"/>
      </w:pPr>
      <w:r>
        <w:t>Phẫu thuật cố định cột sống bằng DIAM, SILICON, nẹp chữ U, Aparius</w:t>
      </w:r>
    </w:p>
    <w:p>
      <w:pPr>
        <w:jc w:val="both"/>
      </w:pPr>
      <w:r>
        <w:t>7.391.000</w:t>
      </w:r>
    </w:p>
    <w:p>
      <w:pPr>
        <w:jc w:val="both"/>
      </w:pPr>
      <w:r>
        <w:t>8.283.000</w:t>
      </w:r>
    </w:p>
    <w:p>
      <w:pPr>
        <w:jc w:val="both"/>
      </w:pPr>
      <w:r>
        <w:t>Chưa bao gồm DIAM, SILICON, nẹp chữ U, Aparius.</w:t>
      </w:r>
    </w:p>
    <w:p>
      <w:pPr>
        <w:jc w:val="both"/>
      </w:pPr>
      <w:r>
        <w:t>575</w:t>
      </w:r>
    </w:p>
    <w:p>
      <w:pPr>
        <w:jc w:val="both"/>
      </w:pPr>
      <w:r>
        <w:t>565</w:t>
      </w:r>
    </w:p>
    <w:p>
      <w:pPr>
        <w:jc w:val="both"/>
      </w:pPr>
      <w:r>
        <w:t>03C2.1.95</w:t>
      </w:r>
    </w:p>
    <w:p>
      <w:pPr>
        <w:jc w:val="both"/>
      </w:pPr>
      <w:r>
        <w:t>Phẫu thuật điều trị cong vẹo cột sống (tính cho 1 lần phẫu thuật)</w:t>
      </w:r>
    </w:p>
    <w:p>
      <w:pPr>
        <w:jc w:val="both"/>
      </w:pPr>
      <w:r>
        <w:t>9.230.000</w:t>
      </w:r>
    </w:p>
    <w:p>
      <w:pPr>
        <w:jc w:val="both"/>
      </w:pPr>
      <w:r>
        <w:t>10.312.000</w:t>
      </w:r>
    </w:p>
    <w:p>
      <w:pPr>
        <w:jc w:val="both"/>
      </w:pPr>
      <w:r>
        <w:t>Chưa bao gồm xương bảo quản, đốt sống nhân tạo, sản phẩm sinh học thay thế xương, miếng ghép cột sống, đĩa đệm, nẹp, vít, ốc, khóa.</w:t>
      </w:r>
    </w:p>
    <w:p>
      <w:pPr>
        <w:jc w:val="both"/>
      </w:pPr>
      <w:r>
        <w:t>576</w:t>
      </w:r>
    </w:p>
    <w:p>
      <w:pPr>
        <w:jc w:val="both"/>
      </w:pPr>
      <w:r>
        <w:t>566</w:t>
      </w:r>
    </w:p>
    <w:p>
      <w:pPr>
        <w:jc w:val="both"/>
      </w:pPr>
      <w:r>
        <w:t>03C2.1.93</w:t>
      </w:r>
    </w:p>
    <w:p>
      <w:pPr>
        <w:jc w:val="both"/>
      </w:pPr>
      <w:r>
        <w:t>Phẫu thuật nẹp vít cột sống cổ</w:t>
      </w:r>
    </w:p>
    <w:p>
      <w:pPr>
        <w:jc w:val="both"/>
      </w:pPr>
      <w:r>
        <w:t>5.341.000</w:t>
      </w:r>
    </w:p>
    <w:p>
      <w:pPr>
        <w:jc w:val="both"/>
      </w:pPr>
      <w:r>
        <w:t>6.022.000</w:t>
      </w:r>
    </w:p>
    <w:p>
      <w:pPr>
        <w:jc w:val="both"/>
      </w:pPr>
      <w:r>
        <w:t>Chưa bao gồm đinh, nẹp, vít, xương bảo quản, đốt sống nhân tạo, sản phẩm sinh học thay thế xương, miếng ghép cột sống, đĩa đệm nhân tạo, ốc, khóa.</w:t>
      </w:r>
    </w:p>
    <w:p>
      <w:pPr>
        <w:jc w:val="both"/>
      </w:pPr>
      <w:r>
        <w:t>577</w:t>
      </w:r>
    </w:p>
    <w:p>
      <w:pPr>
        <w:jc w:val="both"/>
      </w:pPr>
      <w:r>
        <w:t>567</w:t>
      </w:r>
    </w:p>
    <w:p>
      <w:pPr>
        <w:jc w:val="both"/>
      </w:pPr>
      <w:r>
        <w:t>03C2.1.94</w:t>
      </w:r>
    </w:p>
    <w:p>
      <w:pPr>
        <w:jc w:val="both"/>
      </w:pPr>
      <w:r>
        <w:t>Phẫu thuật nẹp vít cột sống thắt lưng</w:t>
      </w:r>
    </w:p>
    <w:p>
      <w:pPr>
        <w:jc w:val="both"/>
      </w:pPr>
      <w:r>
        <w:t>5.499.000</w:t>
      </w:r>
    </w:p>
    <w:p>
      <w:pPr>
        <w:jc w:val="both"/>
      </w:pPr>
      <w:r>
        <w:t>6.180.000</w:t>
      </w:r>
    </w:p>
    <w:p>
      <w:pPr>
        <w:jc w:val="both"/>
      </w:pPr>
      <w:r>
        <w:t>Chưa bao gồm đinh, nẹp, vít, xương bảo quản, đốt sống nhân tạo, sản phẩm sinh học thay thế xương, miếng ghép cột sống, đĩa đệm nhân tạo, ốc, khóa.</w:t>
      </w:r>
    </w:p>
    <w:p>
      <w:pPr>
        <w:jc w:val="both"/>
      </w:pPr>
      <w:r>
        <w:t>578</w:t>
      </w:r>
    </w:p>
    <w:p>
      <w:pPr>
        <w:jc w:val="both"/>
      </w:pPr>
      <w:r>
        <w:t>568</w:t>
      </w:r>
    </w:p>
    <w:p>
      <w:pPr>
        <w:jc w:val="both"/>
      </w:pPr>
      <w:r>
        <w:t>Phẫu thuật tạo hình thân đốt sống bằng phương pháp bơm xi măng</w:t>
      </w:r>
    </w:p>
    <w:p>
      <w:pPr>
        <w:jc w:val="both"/>
      </w:pPr>
      <w:r>
        <w:t>5.626.000</w:t>
      </w:r>
    </w:p>
    <w:p>
      <w:pPr>
        <w:jc w:val="both"/>
      </w:pPr>
      <w:r>
        <w:t>6.291.000</w:t>
      </w:r>
    </w:p>
    <w:p>
      <w:pPr>
        <w:jc w:val="both"/>
      </w:pPr>
      <w:r>
        <w:t>Chưa bao gồm kim chọc, xi măng sinh học hoặc hóa học, hệ thống bơm xi măng, bộ bơm xi măng có bóng hoặc không bóng.</w:t>
      </w:r>
    </w:p>
    <w:p>
      <w:pPr>
        <w:jc w:val="both"/>
      </w:pPr>
      <w:r>
        <w:t>579</w:t>
      </w:r>
    </w:p>
    <w:p>
      <w:pPr>
        <w:jc w:val="both"/>
      </w:pPr>
      <w:r>
        <w:t>569</w:t>
      </w:r>
    </w:p>
    <w:p>
      <w:pPr>
        <w:jc w:val="both"/>
      </w:pPr>
      <w:r>
        <w:t>03C2.1.92</w:t>
      </w:r>
    </w:p>
    <w:p>
      <w:pPr>
        <w:jc w:val="both"/>
      </w:pPr>
      <w:r>
        <w:t>Phẫu thuật thay đốt sống</w:t>
      </w:r>
    </w:p>
    <w:p>
      <w:pPr>
        <w:jc w:val="both"/>
      </w:pPr>
      <w:r>
        <w:t>5.843.000</w:t>
      </w:r>
    </w:p>
    <w:p>
      <w:pPr>
        <w:jc w:val="both"/>
      </w:pPr>
      <w:r>
        <w:t>6.525.000</w:t>
      </w:r>
    </w:p>
    <w:p>
      <w:pPr>
        <w:jc w:val="both"/>
      </w:pPr>
      <w:r>
        <w:t>Chưa bao gồm đinh, nẹp, vít, ốc, khóa, xương bảo quản, sản phẩm sinh học thay thế xương, đốt sống nhân tạo, đĩa đệm nhân tạo.</w:t>
      </w:r>
    </w:p>
    <w:p>
      <w:pPr>
        <w:jc w:val="both"/>
      </w:pPr>
      <w:r>
        <w:t>580</w:t>
      </w:r>
    </w:p>
    <w:p>
      <w:pPr>
        <w:jc w:val="both"/>
      </w:pPr>
      <w:r>
        <w:t>570</w:t>
      </w:r>
    </w:p>
    <w:p>
      <w:pPr>
        <w:jc w:val="both"/>
      </w:pPr>
      <w:r>
        <w:t>Phẫu thuật thoát vị đĩa đệm cột sống thắt lưng</w:t>
      </w:r>
    </w:p>
    <w:p>
      <w:pPr>
        <w:jc w:val="both"/>
      </w:pPr>
      <w:r>
        <w:t>5.197.000</w:t>
      </w:r>
    </w:p>
    <w:p>
      <w:pPr>
        <w:jc w:val="both"/>
      </w:pPr>
      <w:r>
        <w:t>5.832.000</w:t>
      </w:r>
    </w:p>
    <w:p>
      <w:pPr>
        <w:jc w:val="both"/>
      </w:pPr>
      <w:r>
        <w:t>Chưa bao gồm đĩa đệm nhân tạo.</w:t>
      </w:r>
    </w:p>
    <w:p>
      <w:pPr>
        <w:jc w:val="both"/>
      </w:pPr>
      <w:r>
        <w:t>581</w:t>
      </w:r>
    </w:p>
    <w:p>
      <w:pPr>
        <w:jc w:val="both"/>
      </w:pPr>
      <w:r>
        <w:t>571</w:t>
      </w:r>
    </w:p>
    <w:p>
      <w:pPr>
        <w:jc w:val="both"/>
      </w:pPr>
      <w:r>
        <w:t>Phẫu thuật cắt lọc nạo viêm phần mềm hoặc sửa mỏm cụt ngón tay, chân hoặc cắt cụt ngón tay, chân (tính 1 ngón)</w:t>
      </w:r>
    </w:p>
    <w:p>
      <w:pPr>
        <w:jc w:val="both"/>
      </w:pPr>
      <w:r>
        <w:t>3.011.000</w:t>
      </w:r>
    </w:p>
    <w:p>
      <w:pPr>
        <w:jc w:val="both"/>
      </w:pPr>
      <w:r>
        <w:t>3.358.000</w:t>
      </w:r>
    </w:p>
    <w:p>
      <w:pPr>
        <w:jc w:val="both"/>
      </w:pPr>
      <w:r>
        <w:t>582</w:t>
      </w:r>
    </w:p>
    <w:p>
      <w:pPr>
        <w:jc w:val="both"/>
      </w:pPr>
      <w:r>
        <w:t>572</w:t>
      </w:r>
    </w:p>
    <w:p>
      <w:pPr>
        <w:jc w:val="both"/>
      </w:pPr>
      <w:r>
        <w:t>Phẫu thuật nối dây thần kinh (tính 1 dây)</w:t>
      </w:r>
    </w:p>
    <w:p>
      <w:pPr>
        <w:jc w:val="both"/>
      </w:pPr>
      <w:r>
        <w:t>3.131.000</w:t>
      </w:r>
    </w:p>
    <w:p>
      <w:pPr>
        <w:jc w:val="both"/>
      </w:pPr>
      <w:r>
        <w:t>3.466.000</w:t>
      </w:r>
    </w:p>
    <w:p>
      <w:pPr>
        <w:jc w:val="both"/>
      </w:pPr>
      <w:r>
        <w:t>583</w:t>
      </w:r>
    </w:p>
    <w:p>
      <w:pPr>
        <w:jc w:val="both"/>
      </w:pPr>
      <w:r>
        <w:t>573</w:t>
      </w:r>
    </w:p>
    <w:p>
      <w:pPr>
        <w:jc w:val="both"/>
      </w:pPr>
      <w:r>
        <w:t>03C2.1.116</w:t>
      </w:r>
    </w:p>
    <w:p>
      <w:pPr>
        <w:jc w:val="both"/>
      </w:pPr>
      <w:r>
        <w:t>Phẫu thuật tạo hình bằng các vạt da có cuống mạch liền</w:t>
      </w:r>
    </w:p>
    <w:p>
      <w:pPr>
        <w:jc w:val="both"/>
      </w:pPr>
      <w:r>
        <w:t>3.469.000</w:t>
      </w:r>
    </w:p>
    <w:p>
      <w:pPr>
        <w:jc w:val="both"/>
      </w:pPr>
      <w:r>
        <w:t>3.867.000</w:t>
      </w:r>
    </w:p>
    <w:p>
      <w:pPr>
        <w:jc w:val="both"/>
      </w:pPr>
      <w:r>
        <w:t>584</w:t>
      </w:r>
    </w:p>
    <w:p>
      <w:pPr>
        <w:jc w:val="both"/>
      </w:pPr>
      <w:r>
        <w:t>574</w:t>
      </w:r>
    </w:p>
    <w:p>
      <w:pPr>
        <w:jc w:val="both"/>
      </w:pPr>
      <w:r>
        <w:t>Phẫu thuật vá da lớn diện tích ≥10 cm2</w:t>
      </w:r>
    </w:p>
    <w:p>
      <w:pPr>
        <w:jc w:val="both"/>
      </w:pPr>
      <w:r>
        <w:t>4.400.000</w:t>
      </w:r>
    </w:p>
    <w:p>
      <w:pPr>
        <w:jc w:val="both"/>
      </w:pPr>
      <w:r>
        <w:t>4.914.000</w:t>
      </w:r>
    </w:p>
    <w:p>
      <w:pPr>
        <w:jc w:val="both"/>
      </w:pPr>
      <w:r>
        <w:t>585</w:t>
      </w:r>
    </w:p>
    <w:p>
      <w:pPr>
        <w:jc w:val="both"/>
      </w:pPr>
      <w:r>
        <w:t>575</w:t>
      </w:r>
    </w:p>
    <w:p>
      <w:pPr>
        <w:jc w:val="both"/>
      </w:pPr>
      <w:r>
        <w:t>Phẫu thuật vá da nhỏ diện tích &lt;10 cm2</w:t>
      </w:r>
    </w:p>
    <w:p>
      <w:pPr>
        <w:jc w:val="both"/>
      </w:pPr>
      <w:r>
        <w:t>2.883.000</w:t>
      </w:r>
    </w:p>
    <w:p>
      <w:pPr>
        <w:jc w:val="both"/>
      </w:pPr>
      <w:r>
        <w:t>3.238.000</w:t>
      </w:r>
    </w:p>
    <w:p>
      <w:pPr>
        <w:jc w:val="both"/>
      </w:pPr>
      <w:r>
        <w:t>586</w:t>
      </w:r>
    </w:p>
    <w:p>
      <w:pPr>
        <w:jc w:val="both"/>
      </w:pPr>
      <w:r>
        <w:t>576</w:t>
      </w:r>
    </w:p>
    <w:p>
      <w:pPr>
        <w:jc w:val="both"/>
      </w:pPr>
      <w:r>
        <w:t>Phẫu thuật vết thương phần mềm hoặc rách da đầu</w:t>
      </w:r>
    </w:p>
    <w:p>
      <w:pPr>
        <w:jc w:val="both"/>
      </w:pPr>
      <w:r>
        <w:t>2.660.000</w:t>
      </w:r>
    </w:p>
    <w:p>
      <w:pPr>
        <w:jc w:val="both"/>
      </w:pPr>
      <w:r>
        <w:t>3.008.000</w:t>
      </w:r>
    </w:p>
    <w:p>
      <w:pPr>
        <w:jc w:val="both"/>
      </w:pPr>
      <w:r>
        <w:t>587</w:t>
      </w:r>
    </w:p>
    <w:p>
      <w:pPr>
        <w:jc w:val="both"/>
      </w:pPr>
      <w:r>
        <w:t>577</w:t>
      </w:r>
    </w:p>
    <w:p>
      <w:pPr>
        <w:jc w:val="both"/>
      </w:pPr>
      <w:r>
        <w:t>Phẫu thuật vết thương phần mềm phức tạp</w:t>
      </w:r>
    </w:p>
    <w:p>
      <w:pPr>
        <w:jc w:val="both"/>
      </w:pPr>
      <w:r>
        <w:t>4.830.000</w:t>
      </w:r>
    </w:p>
    <w:p>
      <w:pPr>
        <w:jc w:val="both"/>
      </w:pPr>
      <w:r>
        <w:t>5.373.000</w:t>
      </w:r>
    </w:p>
    <w:p>
      <w:pPr>
        <w:jc w:val="both"/>
      </w:pPr>
      <w:r>
        <w:t>588</w:t>
      </w:r>
    </w:p>
    <w:p>
      <w:pPr>
        <w:jc w:val="both"/>
      </w:pPr>
      <w:r>
        <w:t>578</w:t>
      </w:r>
    </w:p>
    <w:p>
      <w:pPr>
        <w:jc w:val="both"/>
      </w:pPr>
      <w:r>
        <w:t>03C2.1.107</w:t>
      </w:r>
    </w:p>
    <w:p>
      <w:pPr>
        <w:jc w:val="both"/>
      </w:pPr>
      <w:r>
        <w:t>Phẫu thuật vi phẫu chuyển vạt da có cuống mạch</w:t>
      </w:r>
    </w:p>
    <w:p>
      <w:pPr>
        <w:jc w:val="both"/>
      </w:pPr>
      <w:r>
        <w:t>5.214.000</w:t>
      </w:r>
    </w:p>
    <w:p>
      <w:pPr>
        <w:jc w:val="both"/>
      </w:pPr>
      <w:r>
        <w:t>5.777.000</w:t>
      </w:r>
    </w:p>
    <w:p>
      <w:pPr>
        <w:jc w:val="both"/>
      </w:pPr>
      <w:r>
        <w:t>589</w:t>
      </w:r>
    </w:p>
    <w:p>
      <w:pPr>
        <w:jc w:val="both"/>
      </w:pPr>
      <w:r>
        <w:t>579</w:t>
      </w:r>
    </w:p>
    <w:p>
      <w:pPr>
        <w:jc w:val="both"/>
      </w:pPr>
      <w:r>
        <w:t>Phẫu thuật vi phẫu nối mạch chi</w:t>
      </w:r>
    </w:p>
    <w:p>
      <w:pPr>
        <w:jc w:val="both"/>
      </w:pPr>
      <w:r>
        <w:t>6.964.000</w:t>
      </w:r>
    </w:p>
    <w:p>
      <w:pPr>
        <w:jc w:val="both"/>
      </w:pPr>
      <w:r>
        <w:t>7.679.000</w:t>
      </w:r>
    </w:p>
    <w:p>
      <w:pPr>
        <w:jc w:val="both"/>
      </w:pPr>
      <w:r>
        <w:t>Chưa bao gồm mạch nhân tạo.</w:t>
      </w:r>
    </w:p>
    <w:p>
      <w:pPr>
        <w:jc w:val="both"/>
      </w:pPr>
      <w:r>
        <w:t>590</w:t>
      </w:r>
    </w:p>
    <w:p>
      <w:pPr>
        <w:jc w:val="both"/>
      </w:pPr>
      <w:r>
        <w:t>580</w:t>
      </w:r>
    </w:p>
    <w:p>
      <w:pPr>
        <w:jc w:val="both"/>
      </w:pPr>
      <w:r>
        <w:t>03C2.1.112</w:t>
      </w:r>
    </w:p>
    <w:p>
      <w:pPr>
        <w:jc w:val="both"/>
      </w:pPr>
      <w:r>
        <w:t>Tạo hình khí-phế quản</w:t>
      </w:r>
    </w:p>
    <w:p>
      <w:pPr>
        <w:jc w:val="both"/>
      </w:pPr>
      <w:r>
        <w:t>12.317.000</w:t>
      </w:r>
    </w:p>
    <w:p>
      <w:pPr>
        <w:jc w:val="both"/>
      </w:pPr>
      <w:r>
        <w:t>14.054.000</w:t>
      </w:r>
    </w:p>
    <w:p>
      <w:pPr>
        <w:jc w:val="both"/>
      </w:pPr>
      <w:r>
        <w:t>Chưa bao gồm Stent, bộ tim phổi nhân tạo trong phẫu thuật tim (ở người bệnh hẹp khí - phế quản bẩm sinh).</w:t>
      </w:r>
    </w:p>
    <w:p>
      <w:pPr>
        <w:jc w:val="both"/>
      </w:pPr>
      <w:r>
        <w:t>Các phẫu thuật, thủ thuật còn lại khác chuyên khoa ngoại</w:t>
      </w:r>
    </w:p>
    <w:p>
      <w:pPr>
        <w:jc w:val="both"/>
      </w:pPr>
      <w:r>
        <w:t>591</w:t>
      </w:r>
    </w:p>
    <w:p>
      <w:pPr>
        <w:jc w:val="both"/>
      </w:pPr>
      <w:r>
        <w:t>581</w:t>
      </w:r>
    </w:p>
    <w:p>
      <w:pPr>
        <w:jc w:val="both"/>
      </w:pPr>
      <w:r>
        <w:t>Phẫu thuật loại đặc biệt</w:t>
      </w:r>
    </w:p>
    <w:p>
      <w:pPr>
        <w:jc w:val="both"/>
      </w:pPr>
      <w:r>
        <w:t>5.087.000</w:t>
      </w:r>
    </w:p>
    <w:p>
      <w:pPr>
        <w:jc w:val="both"/>
      </w:pPr>
      <w:r>
        <w:t>5.541.000</w:t>
      </w:r>
    </w:p>
    <w:p>
      <w:pPr>
        <w:jc w:val="both"/>
      </w:pPr>
      <w:r>
        <w:t>592</w:t>
      </w:r>
    </w:p>
    <w:p>
      <w:pPr>
        <w:jc w:val="both"/>
      </w:pPr>
      <w:r>
        <w:t>582</w:t>
      </w:r>
    </w:p>
    <w:p>
      <w:pPr>
        <w:jc w:val="both"/>
      </w:pPr>
      <w:r>
        <w:t>Phẫu thuật loại I</w:t>
      </w:r>
    </w:p>
    <w:p>
      <w:pPr>
        <w:jc w:val="both"/>
      </w:pPr>
      <w:r>
        <w:t>3.063.000</w:t>
      </w:r>
    </w:p>
    <w:p>
      <w:pPr>
        <w:jc w:val="both"/>
      </w:pPr>
      <w:r>
        <w:t>3.341.000</w:t>
      </w:r>
    </w:p>
    <w:p>
      <w:pPr>
        <w:jc w:val="both"/>
      </w:pPr>
      <w:r>
        <w:t>593</w:t>
      </w:r>
    </w:p>
    <w:p>
      <w:pPr>
        <w:jc w:val="both"/>
      </w:pPr>
      <w:r>
        <w:t>583</w:t>
      </w:r>
    </w:p>
    <w:p>
      <w:pPr>
        <w:jc w:val="both"/>
      </w:pPr>
      <w:r>
        <w:t>Phẫu thuật loại II</w:t>
      </w:r>
    </w:p>
    <w:p>
      <w:pPr>
        <w:jc w:val="both"/>
      </w:pPr>
      <w:r>
        <w:t>2.122.000</w:t>
      </w:r>
    </w:p>
    <w:p>
      <w:pPr>
        <w:jc w:val="both"/>
      </w:pPr>
      <w:r>
        <w:t>2.305.000</w:t>
      </w:r>
    </w:p>
    <w:p>
      <w:pPr>
        <w:jc w:val="both"/>
      </w:pPr>
      <w:r>
        <w:t>594</w:t>
      </w:r>
    </w:p>
    <w:p>
      <w:pPr>
        <w:jc w:val="both"/>
      </w:pPr>
      <w:r>
        <w:t>584</w:t>
      </w:r>
    </w:p>
    <w:p>
      <w:pPr>
        <w:jc w:val="both"/>
      </w:pPr>
      <w:r>
        <w:t>Phẫu thuật loại III</w:t>
      </w:r>
    </w:p>
    <w:p>
      <w:pPr>
        <w:jc w:val="both"/>
      </w:pPr>
      <w:r>
        <w:t>1.340.000</w:t>
      </w:r>
    </w:p>
    <w:p>
      <w:pPr>
        <w:jc w:val="both"/>
      </w:pPr>
      <w:r>
        <w:t>1.457.000</w:t>
      </w:r>
    </w:p>
    <w:p>
      <w:pPr>
        <w:jc w:val="both"/>
      </w:pPr>
      <w:r>
        <w:t>595</w:t>
      </w:r>
    </w:p>
    <w:p>
      <w:pPr>
        <w:jc w:val="both"/>
      </w:pPr>
      <w:r>
        <w:t>585</w:t>
      </w:r>
    </w:p>
    <w:p>
      <w:pPr>
        <w:jc w:val="both"/>
      </w:pPr>
      <w:r>
        <w:t>Thủ thuật loại đặc biệt</w:t>
      </w:r>
    </w:p>
    <w:p>
      <w:pPr>
        <w:jc w:val="both"/>
      </w:pPr>
      <w:r>
        <w:t>1.021.000</w:t>
      </w:r>
    </w:p>
    <w:p>
      <w:pPr>
        <w:jc w:val="both"/>
      </w:pPr>
      <w:r>
        <w:t>1 138.000</w:t>
      </w:r>
    </w:p>
    <w:p>
      <w:pPr>
        <w:jc w:val="both"/>
      </w:pPr>
      <w:r>
        <w:t>596</w:t>
      </w:r>
    </w:p>
    <w:p>
      <w:pPr>
        <w:jc w:val="both"/>
      </w:pPr>
      <w:r>
        <w:t>586</w:t>
      </w:r>
    </w:p>
    <w:p>
      <w:pPr>
        <w:jc w:val="both"/>
      </w:pPr>
      <w:r>
        <w:t>Thủ thuật loại I</w:t>
      </w:r>
    </w:p>
    <w:p>
      <w:pPr>
        <w:jc w:val="both"/>
      </w:pPr>
      <w:r>
        <w:t>574.000</w:t>
      </w:r>
    </w:p>
    <w:p>
      <w:pPr>
        <w:jc w:val="both"/>
      </w:pPr>
      <w:r>
        <w:t>635.000</w:t>
      </w:r>
    </w:p>
    <w:p>
      <w:pPr>
        <w:jc w:val="both"/>
      </w:pPr>
      <w:r>
        <w:t>597</w:t>
      </w:r>
    </w:p>
    <w:p>
      <w:pPr>
        <w:jc w:val="both"/>
      </w:pPr>
      <w:r>
        <w:t>587</w:t>
      </w:r>
    </w:p>
    <w:p>
      <w:pPr>
        <w:jc w:val="both"/>
      </w:pPr>
      <w:r>
        <w:t>Thủ thuật loại II</w:t>
      </w:r>
    </w:p>
    <w:p>
      <w:pPr>
        <w:jc w:val="both"/>
      </w:pPr>
      <w:r>
        <w:t>396.000</w:t>
      </w:r>
    </w:p>
    <w:p>
      <w:pPr>
        <w:jc w:val="both"/>
      </w:pPr>
      <w:r>
        <w:t>434.000</w:t>
      </w:r>
    </w:p>
    <w:p>
      <w:pPr>
        <w:jc w:val="both"/>
      </w:pPr>
      <w:r>
        <w:t>598</w:t>
      </w:r>
    </w:p>
    <w:p>
      <w:pPr>
        <w:jc w:val="both"/>
      </w:pPr>
      <w:r>
        <w:t>588</w:t>
      </w:r>
    </w:p>
    <w:p>
      <w:pPr>
        <w:jc w:val="both"/>
      </w:pPr>
      <w:r>
        <w:t>Thủ thuật loại III</w:t>
      </w:r>
    </w:p>
    <w:p>
      <w:pPr>
        <w:jc w:val="both"/>
      </w:pPr>
      <w:r>
        <w:t>192.000</w:t>
      </w:r>
    </w:p>
    <w:p>
      <w:pPr>
        <w:jc w:val="both"/>
      </w:pPr>
      <w:r>
        <w:t>211.000</w:t>
      </w:r>
    </w:p>
    <w:p>
      <w:pPr>
        <w:jc w:val="both"/>
      </w:pPr>
      <w:r>
        <w:t>VI</w:t>
      </w:r>
    </w:p>
    <w:p>
      <w:pPr>
        <w:jc w:val="both"/>
      </w:pPr>
      <w:r>
        <w:t>VI</w:t>
      </w:r>
    </w:p>
    <w:p>
      <w:pPr>
        <w:jc w:val="both"/>
      </w:pPr>
      <w:r>
        <w:t>PHỤ SẢN</w:t>
      </w:r>
    </w:p>
    <w:p>
      <w:pPr>
        <w:jc w:val="both"/>
      </w:pPr>
      <w:r>
        <w:t>599</w:t>
      </w:r>
    </w:p>
    <w:p>
      <w:pPr>
        <w:jc w:val="both"/>
      </w:pPr>
      <w:r>
        <w:t>589</w:t>
      </w:r>
    </w:p>
    <w:p>
      <w:pPr>
        <w:jc w:val="both"/>
      </w:pPr>
      <w:r>
        <w:t>Bóc nang tuyến Bartholin</w:t>
      </w:r>
    </w:p>
    <w:p>
      <w:pPr>
        <w:jc w:val="both"/>
      </w:pPr>
      <w:r>
        <w:t>1.309.000</w:t>
      </w:r>
    </w:p>
    <w:p>
      <w:pPr>
        <w:jc w:val="both"/>
      </w:pPr>
      <w:r>
        <w:t>1.477.000</w:t>
      </w:r>
    </w:p>
    <w:p>
      <w:pPr>
        <w:jc w:val="both"/>
      </w:pPr>
      <w:r>
        <w:t>600</w:t>
      </w:r>
    </w:p>
    <w:p>
      <w:pPr>
        <w:jc w:val="both"/>
      </w:pPr>
      <w:r>
        <w:t>590</w:t>
      </w:r>
    </w:p>
    <w:p>
      <w:pPr>
        <w:jc w:val="both"/>
      </w:pPr>
      <w:r>
        <w:t>Bóc nhân ung thư nguyên bào nuôi di căn âm đạo</w:t>
      </w:r>
    </w:p>
    <w:p>
      <w:pPr>
        <w:jc w:val="both"/>
      </w:pPr>
      <w:r>
        <w:t>2.844.000</w:t>
      </w:r>
    </w:p>
    <w:p>
      <w:pPr>
        <w:jc w:val="both"/>
      </w:pPr>
      <w:r>
        <w:t>3.166.000</w:t>
      </w:r>
    </w:p>
    <w:p>
      <w:pPr>
        <w:jc w:val="both"/>
      </w:pPr>
      <w:r>
        <w:t>601</w:t>
      </w:r>
    </w:p>
    <w:p>
      <w:pPr>
        <w:jc w:val="both"/>
      </w:pPr>
      <w:r>
        <w:t>591</w:t>
      </w:r>
    </w:p>
    <w:p>
      <w:pPr>
        <w:jc w:val="both"/>
      </w:pPr>
      <w:r>
        <w:t>Bóc nhân xơ vú</w:t>
      </w:r>
    </w:p>
    <w:p>
      <w:pPr>
        <w:jc w:val="both"/>
      </w:pPr>
      <w:r>
        <w:t>1.019.000</w:t>
      </w:r>
    </w:p>
    <w:p>
      <w:pPr>
        <w:jc w:val="both"/>
      </w:pPr>
      <w:r>
        <w:t>1.143.000</w:t>
      </w:r>
    </w:p>
    <w:p>
      <w:pPr>
        <w:jc w:val="both"/>
      </w:pPr>
      <w:r>
        <w:t>602</w:t>
      </w:r>
    </w:p>
    <w:p>
      <w:pPr>
        <w:jc w:val="both"/>
      </w:pPr>
      <w:r>
        <w:t>592</w:t>
      </w:r>
    </w:p>
    <w:p>
      <w:pPr>
        <w:jc w:val="both"/>
      </w:pPr>
      <w:r>
        <w:t>Cắt âm hộ + vét hạch bẹn hai bên</w:t>
      </w:r>
    </w:p>
    <w:p>
      <w:pPr>
        <w:jc w:val="both"/>
      </w:pPr>
      <w:r>
        <w:t>3.884.000</w:t>
      </w:r>
    </w:p>
    <w:p>
      <w:pPr>
        <w:jc w:val="both"/>
      </w:pPr>
      <w:r>
        <w:t>4.333.000</w:t>
      </w:r>
    </w:p>
    <w:p>
      <w:pPr>
        <w:jc w:val="both"/>
      </w:pPr>
      <w:r>
        <w:t>603</w:t>
      </w:r>
    </w:p>
    <w:p>
      <w:pPr>
        <w:jc w:val="both"/>
      </w:pPr>
      <w:r>
        <w:t>593</w:t>
      </w:r>
    </w:p>
    <w:p>
      <w:pPr>
        <w:jc w:val="both"/>
      </w:pPr>
      <w:r>
        <w:t>Cắt bỏ âm hộ đơn thuần</w:t>
      </w:r>
    </w:p>
    <w:p>
      <w:pPr>
        <w:jc w:val="both"/>
      </w:pPr>
      <w:r>
        <w:t>2.838.000</w:t>
      </w:r>
    </w:p>
    <w:p>
      <w:pPr>
        <w:jc w:val="both"/>
      </w:pPr>
      <w:r>
        <w:t>3.199.000</w:t>
      </w:r>
    </w:p>
    <w:p>
      <w:pPr>
        <w:jc w:val="both"/>
      </w:pPr>
      <w:r>
        <w:t>604</w:t>
      </w:r>
    </w:p>
    <w:p>
      <w:pPr>
        <w:jc w:val="both"/>
      </w:pPr>
      <w:r>
        <w:t>594</w:t>
      </w:r>
    </w:p>
    <w:p>
      <w:pPr>
        <w:jc w:val="both"/>
      </w:pPr>
      <w:r>
        <w:t>Cắt chỉ khâu vòng cổ tử cung</w:t>
      </w:r>
    </w:p>
    <w:p>
      <w:pPr>
        <w:jc w:val="both"/>
      </w:pPr>
      <w:r>
        <w:t>125.000</w:t>
      </w:r>
    </w:p>
    <w:p>
      <w:pPr>
        <w:jc w:val="both"/>
      </w:pPr>
      <w:r>
        <w:t>137.000</w:t>
      </w:r>
    </w:p>
    <w:p>
      <w:pPr>
        <w:jc w:val="both"/>
      </w:pPr>
      <w:r>
        <w:t>605</w:t>
      </w:r>
    </w:p>
    <w:p>
      <w:pPr>
        <w:jc w:val="both"/>
      </w:pPr>
      <w:r>
        <w:t>595</w:t>
      </w:r>
    </w:p>
    <w:p>
      <w:pPr>
        <w:jc w:val="both"/>
      </w:pPr>
      <w:r>
        <w:t>Cắt cổ tử cung trên bệnh nhân đã mổ cắt tử cung bán phần</w:t>
      </w:r>
    </w:p>
    <w:p>
      <w:pPr>
        <w:jc w:val="both"/>
      </w:pPr>
      <w:r>
        <w:t>4.267.000</w:t>
      </w:r>
    </w:p>
    <w:p>
      <w:pPr>
        <w:jc w:val="both"/>
      </w:pPr>
      <w:r>
        <w:t>4.774.000</w:t>
      </w:r>
    </w:p>
    <w:p>
      <w:pPr>
        <w:jc w:val="both"/>
      </w:pPr>
      <w:r>
        <w:t>606</w:t>
      </w:r>
    </w:p>
    <w:p>
      <w:pPr>
        <w:jc w:val="both"/>
      </w:pPr>
      <w:r>
        <w:t>596</w:t>
      </w:r>
    </w:p>
    <w:p>
      <w:pPr>
        <w:jc w:val="both"/>
      </w:pPr>
      <w:r>
        <w:t>Cắt cổ tử cung trên bệnh nhân đã mổ cắt tử cung bán phần đường âm đạo kết hợp nội soi</w:t>
      </w:r>
    </w:p>
    <w:p>
      <w:pPr>
        <w:jc w:val="both"/>
      </w:pPr>
      <w:r>
        <w:t>5.708.000</w:t>
      </w:r>
    </w:p>
    <w:p>
      <w:pPr>
        <w:jc w:val="both"/>
      </w:pPr>
      <w:r>
        <w:t>6.433.000</w:t>
      </w:r>
    </w:p>
    <w:p>
      <w:pPr>
        <w:jc w:val="both"/>
      </w:pPr>
      <w:r>
        <w:t>607</w:t>
      </w:r>
    </w:p>
    <w:p>
      <w:pPr>
        <w:jc w:val="both"/>
      </w:pPr>
      <w:r>
        <w:t>597</w:t>
      </w:r>
    </w:p>
    <w:p>
      <w:pPr>
        <w:jc w:val="both"/>
      </w:pPr>
      <w:r>
        <w:t>Cắt u thành âm đạo</w:t>
      </w:r>
    </w:p>
    <w:p>
      <w:pPr>
        <w:jc w:val="both"/>
      </w:pPr>
      <w:r>
        <w:t>2.128.000</w:t>
      </w:r>
    </w:p>
    <w:p>
      <w:pPr>
        <w:jc w:val="both"/>
      </w:pPr>
      <w:r>
        <w:t>2.379.000</w:t>
      </w:r>
    </w:p>
    <w:p>
      <w:pPr>
        <w:jc w:val="both"/>
      </w:pPr>
      <w:r>
        <w:t>608</w:t>
      </w:r>
    </w:p>
    <w:p>
      <w:pPr>
        <w:jc w:val="both"/>
      </w:pPr>
      <w:r>
        <w:t>598</w:t>
      </w:r>
    </w:p>
    <w:p>
      <w:pPr>
        <w:jc w:val="both"/>
      </w:pPr>
      <w:r>
        <w:t>Cắt u tiểu khung thuộc tử cung, buồng trứng to, dính, cắm sâu trong tiểu khung</w:t>
      </w:r>
    </w:p>
    <w:p>
      <w:pPr>
        <w:jc w:val="both"/>
      </w:pPr>
      <w:r>
        <w:t>6.368.000</w:t>
      </w:r>
    </w:p>
    <w:p>
      <w:pPr>
        <w:jc w:val="both"/>
      </w:pPr>
      <w:r>
        <w:t>7.106.000</w:t>
      </w:r>
    </w:p>
    <w:p>
      <w:pPr>
        <w:jc w:val="both"/>
      </w:pPr>
      <w:r>
        <w:t>609</w:t>
      </w:r>
    </w:p>
    <w:p>
      <w:pPr>
        <w:jc w:val="both"/>
      </w:pPr>
      <w:r>
        <w:t>599</w:t>
      </w:r>
    </w:p>
    <w:p>
      <w:pPr>
        <w:jc w:val="both"/>
      </w:pPr>
      <w:r>
        <w:t>Cắt vú theo phương pháp Patey, cắt khối u vú ác tính + vét hạch nách</w:t>
      </w:r>
    </w:p>
    <w:p>
      <w:pPr>
        <w:jc w:val="both"/>
      </w:pPr>
      <w:r>
        <w:t>5.060.000</w:t>
      </w:r>
    </w:p>
    <w:p>
      <w:pPr>
        <w:jc w:val="both"/>
      </w:pPr>
      <w:r>
        <w:t>5.600.000</w:t>
      </w:r>
    </w:p>
    <w:p>
      <w:pPr>
        <w:jc w:val="both"/>
      </w:pPr>
      <w:r>
        <w:t>610</w:t>
      </w:r>
    </w:p>
    <w:p>
      <w:pPr>
        <w:jc w:val="both"/>
      </w:pPr>
      <w:r>
        <w:t>600</w:t>
      </w:r>
    </w:p>
    <w:p>
      <w:pPr>
        <w:jc w:val="both"/>
      </w:pPr>
      <w:r>
        <w:t>Chích áp xe tầng sinh môn</w:t>
      </w:r>
    </w:p>
    <w:p>
      <w:pPr>
        <w:jc w:val="both"/>
      </w:pPr>
      <w:r>
        <w:t>831.000</w:t>
      </w:r>
    </w:p>
    <w:p>
      <w:pPr>
        <w:jc w:val="both"/>
      </w:pPr>
      <w:r>
        <w:t>936.000</w:t>
      </w:r>
    </w:p>
    <w:p>
      <w:pPr>
        <w:jc w:val="both"/>
      </w:pPr>
      <w:r>
        <w:t>611</w:t>
      </w:r>
    </w:p>
    <w:p>
      <w:pPr>
        <w:jc w:val="both"/>
      </w:pPr>
      <w:r>
        <w:t>601</w:t>
      </w:r>
    </w:p>
    <w:p>
      <w:pPr>
        <w:jc w:val="both"/>
      </w:pPr>
      <w:r>
        <w:t>Chích áp xe tuyến Bartholin</w:t>
      </w:r>
    </w:p>
    <w:p>
      <w:pPr>
        <w:jc w:val="both"/>
      </w:pPr>
      <w:r>
        <w:t>875.000</w:t>
      </w:r>
    </w:p>
    <w:p>
      <w:pPr>
        <w:jc w:val="both"/>
      </w:pPr>
      <w:r>
        <w:t>968.000</w:t>
      </w:r>
    </w:p>
    <w:p>
      <w:pPr>
        <w:jc w:val="both"/>
      </w:pPr>
      <w:r>
        <w:t>612</w:t>
      </w:r>
    </w:p>
    <w:p>
      <w:pPr>
        <w:jc w:val="both"/>
      </w:pPr>
      <w:r>
        <w:t>602</w:t>
      </w:r>
    </w:p>
    <w:p>
      <w:pPr>
        <w:jc w:val="both"/>
      </w:pPr>
      <w:r>
        <w:t>04C3.2.192</w:t>
      </w:r>
    </w:p>
    <w:p>
      <w:pPr>
        <w:jc w:val="both"/>
      </w:pPr>
      <w:r>
        <w:t>Chích apxe tuyến vú</w:t>
      </w:r>
    </w:p>
    <w:p>
      <w:pPr>
        <w:jc w:val="both"/>
      </w:pPr>
      <w:r>
        <w:t>230.000</w:t>
      </w:r>
    </w:p>
    <w:p>
      <w:pPr>
        <w:jc w:val="both"/>
      </w:pPr>
      <w:r>
        <w:t>255.000</w:t>
      </w:r>
    </w:p>
    <w:p>
      <w:pPr>
        <w:jc w:val="both"/>
      </w:pPr>
      <w:r>
        <w:t>613</w:t>
      </w:r>
    </w:p>
    <w:p>
      <w:pPr>
        <w:jc w:val="both"/>
      </w:pPr>
      <w:r>
        <w:t>603</w:t>
      </w:r>
    </w:p>
    <w:p>
      <w:pPr>
        <w:jc w:val="both"/>
      </w:pPr>
      <w:r>
        <w:t>Chích rạch màng trinh do ứ máu kinh</w:t>
      </w:r>
    </w:p>
    <w:p>
      <w:pPr>
        <w:jc w:val="both"/>
      </w:pPr>
      <w:r>
        <w:t>825.000</w:t>
      </w:r>
    </w:p>
    <w:p>
      <w:pPr>
        <w:jc w:val="both"/>
      </w:pPr>
      <w:r>
        <w:t>919.000</w:t>
      </w:r>
    </w:p>
    <w:p>
      <w:pPr>
        <w:jc w:val="both"/>
      </w:pPr>
      <w:r>
        <w:t>614</w:t>
      </w:r>
    </w:p>
    <w:p>
      <w:pPr>
        <w:jc w:val="both"/>
      </w:pPr>
      <w:r>
        <w:t>604</w:t>
      </w:r>
    </w:p>
    <w:p>
      <w:pPr>
        <w:jc w:val="both"/>
      </w:pPr>
      <w:r>
        <w:t>Chọc dẫn lưu dịch cổ chướng trong ung thư buồng trứng</w:t>
      </w:r>
    </w:p>
    <w:p>
      <w:pPr>
        <w:jc w:val="both"/>
      </w:pPr>
      <w:r>
        <w:t>949.000</w:t>
      </w:r>
    </w:p>
    <w:p>
      <w:pPr>
        <w:jc w:val="both"/>
      </w:pPr>
      <w:r>
        <w:t>1.032.000</w:t>
      </w:r>
    </w:p>
    <w:p>
      <w:pPr>
        <w:jc w:val="both"/>
      </w:pPr>
      <w:r>
        <w:t>615</w:t>
      </w:r>
    </w:p>
    <w:p>
      <w:pPr>
        <w:jc w:val="both"/>
      </w:pPr>
      <w:r>
        <w:t>605</w:t>
      </w:r>
    </w:p>
    <w:p>
      <w:pPr>
        <w:jc w:val="both"/>
      </w:pPr>
      <w:r>
        <w:t>Chọc dò màng bụng sơ sinh</w:t>
      </w:r>
    </w:p>
    <w:p>
      <w:pPr>
        <w:jc w:val="both"/>
      </w:pPr>
      <w:r>
        <w:t>419.000</w:t>
      </w:r>
    </w:p>
    <w:p>
      <w:pPr>
        <w:jc w:val="both"/>
      </w:pPr>
      <w:r>
        <w:t>470.000</w:t>
      </w:r>
    </w:p>
    <w:p>
      <w:pPr>
        <w:jc w:val="both"/>
      </w:pPr>
      <w:r>
        <w:t>616</w:t>
      </w:r>
    </w:p>
    <w:p>
      <w:pPr>
        <w:jc w:val="both"/>
      </w:pPr>
      <w:r>
        <w:t>606</w:t>
      </w:r>
    </w:p>
    <w:p>
      <w:pPr>
        <w:jc w:val="both"/>
      </w:pPr>
      <w:r>
        <w:t>Chọc dò túi cùng Douglas</w:t>
      </w:r>
    </w:p>
    <w:p>
      <w:pPr>
        <w:jc w:val="both"/>
      </w:pPr>
      <w:r>
        <w:t>291.000</w:t>
      </w:r>
    </w:p>
    <w:p>
      <w:pPr>
        <w:jc w:val="both"/>
      </w:pPr>
      <w:r>
        <w:t>325.000</w:t>
      </w:r>
    </w:p>
    <w:p>
      <w:pPr>
        <w:jc w:val="both"/>
      </w:pPr>
      <w:r>
        <w:t>617</w:t>
      </w:r>
    </w:p>
    <w:p>
      <w:pPr>
        <w:jc w:val="both"/>
      </w:pPr>
      <w:r>
        <w:t>607</w:t>
      </w:r>
    </w:p>
    <w:p>
      <w:pPr>
        <w:jc w:val="both"/>
      </w:pPr>
      <w:r>
        <w:t>Chọc nang buồng trứng đường âm đạo dưới siêu âm</w:t>
      </w:r>
    </w:p>
    <w:p>
      <w:pPr>
        <w:jc w:val="both"/>
      </w:pPr>
      <w:r>
        <w:t>2.227.000</w:t>
      </w:r>
    </w:p>
    <w:p>
      <w:pPr>
        <w:jc w:val="both"/>
      </w:pPr>
      <w:r>
        <w:t>2.534.000</w:t>
      </w:r>
    </w:p>
    <w:p>
      <w:pPr>
        <w:jc w:val="both"/>
      </w:pPr>
      <w:r>
        <w:t>618</w:t>
      </w:r>
    </w:p>
    <w:p>
      <w:pPr>
        <w:jc w:val="both"/>
      </w:pPr>
      <w:r>
        <w:t>608</w:t>
      </w:r>
    </w:p>
    <w:p>
      <w:pPr>
        <w:jc w:val="both"/>
      </w:pPr>
      <w:r>
        <w:t>Chọc ối</w:t>
      </w:r>
    </w:p>
    <w:p>
      <w:pPr>
        <w:jc w:val="both"/>
      </w:pPr>
      <w:r>
        <w:t>760.000</w:t>
      </w:r>
    </w:p>
    <w:p>
      <w:pPr>
        <w:jc w:val="both"/>
      </w:pPr>
      <w:r>
        <w:t>841.000</w:t>
      </w:r>
    </w:p>
    <w:p>
      <w:pPr>
        <w:jc w:val="both"/>
      </w:pPr>
      <w:r>
        <w:t>619</w:t>
      </w:r>
    </w:p>
    <w:p>
      <w:pPr>
        <w:jc w:val="both"/>
      </w:pPr>
      <w:r>
        <w:t>609</w:t>
      </w:r>
    </w:p>
    <w:p>
      <w:pPr>
        <w:jc w:val="both"/>
      </w:pPr>
      <w:r>
        <w:t>Dẫn lưu cùng đồ Douglas</w:t>
      </w:r>
    </w:p>
    <w:p>
      <w:pPr>
        <w:jc w:val="both"/>
      </w:pPr>
      <w:r>
        <w:t>869.000</w:t>
      </w:r>
    </w:p>
    <w:p>
      <w:pPr>
        <w:jc w:val="both"/>
      </w:pPr>
      <w:r>
        <w:t>971.000</w:t>
      </w:r>
    </w:p>
    <w:p>
      <w:pPr>
        <w:jc w:val="both"/>
      </w:pPr>
      <w:r>
        <w:t>620</w:t>
      </w:r>
    </w:p>
    <w:p>
      <w:pPr>
        <w:jc w:val="both"/>
      </w:pPr>
      <w:r>
        <w:t>610</w:t>
      </w:r>
    </w:p>
    <w:p>
      <w:pPr>
        <w:jc w:val="both"/>
      </w:pPr>
      <w:r>
        <w:t>Đặt mảnh ghép tổng hợp điều trị sa tạng vùng chậu</w:t>
      </w:r>
    </w:p>
    <w:p>
      <w:pPr>
        <w:jc w:val="both"/>
      </w:pPr>
      <w:r>
        <w:t>6.203.000</w:t>
      </w:r>
    </w:p>
    <w:p>
      <w:pPr>
        <w:jc w:val="both"/>
      </w:pPr>
      <w:r>
        <w:t>7.003.000</w:t>
      </w:r>
    </w:p>
    <w:p>
      <w:pPr>
        <w:jc w:val="both"/>
      </w:pPr>
      <w:r>
        <w:t>621</w:t>
      </w:r>
    </w:p>
    <w:p>
      <w:pPr>
        <w:jc w:val="both"/>
      </w:pPr>
      <w:r>
        <w:t>611</w:t>
      </w:r>
    </w:p>
    <w:p>
      <w:pPr>
        <w:jc w:val="both"/>
      </w:pPr>
      <w:r>
        <w:t>04C3.2.191</w:t>
      </w:r>
    </w:p>
    <w:p>
      <w:pPr>
        <w:jc w:val="both"/>
      </w:pPr>
      <w:r>
        <w:t>Điều trị tổn thương cổ tử cung bằng: đốt điện hoặc nhiệt hoặc laser</w:t>
      </w:r>
    </w:p>
    <w:p>
      <w:pPr>
        <w:jc w:val="both"/>
      </w:pPr>
      <w:r>
        <w:t>170.000</w:t>
      </w:r>
    </w:p>
    <w:p>
      <w:pPr>
        <w:jc w:val="both"/>
      </w:pPr>
      <w:r>
        <w:t>186.000</w:t>
      </w:r>
    </w:p>
    <w:p>
      <w:pPr>
        <w:jc w:val="both"/>
      </w:pPr>
      <w:r>
        <w:t>622</w:t>
      </w:r>
    </w:p>
    <w:p>
      <w:pPr>
        <w:jc w:val="both"/>
      </w:pPr>
      <w:r>
        <w:t>612</w:t>
      </w:r>
    </w:p>
    <w:p>
      <w:pPr>
        <w:jc w:val="both"/>
      </w:pPr>
      <w:r>
        <w:t>Điều trị viêm dính tiểu khung bằng hồng ngoại, sóng ngắn</w:t>
      </w:r>
    </w:p>
    <w:p>
      <w:pPr>
        <w:jc w:val="both"/>
      </w:pPr>
      <w:r>
        <w:t>329.000</w:t>
      </w:r>
    </w:p>
    <w:p>
      <w:pPr>
        <w:jc w:val="both"/>
      </w:pPr>
      <w:r>
        <w:t>348.000</w:t>
      </w:r>
    </w:p>
    <w:p>
      <w:pPr>
        <w:jc w:val="both"/>
      </w:pPr>
      <w:r>
        <w:t>623</w:t>
      </w:r>
    </w:p>
    <w:p>
      <w:pPr>
        <w:jc w:val="both"/>
      </w:pPr>
      <w:r>
        <w:t>613</w:t>
      </w:r>
    </w:p>
    <w:p>
      <w:pPr>
        <w:jc w:val="both"/>
      </w:pPr>
      <w:r>
        <w:t>04C3.2.186</w:t>
      </w:r>
    </w:p>
    <w:p>
      <w:pPr>
        <w:jc w:val="both"/>
      </w:pPr>
      <w:r>
        <w:t>Đỡ đẻ ngôi ngược</w:t>
      </w:r>
    </w:p>
    <w:p>
      <w:pPr>
        <w:jc w:val="both"/>
      </w:pPr>
      <w:r>
        <w:t>1.071.000</w:t>
      </w:r>
    </w:p>
    <w:p>
      <w:pPr>
        <w:jc w:val="both"/>
      </w:pPr>
      <w:r>
        <w:t>1.173.000</w:t>
      </w:r>
    </w:p>
    <w:p>
      <w:pPr>
        <w:jc w:val="both"/>
      </w:pPr>
      <w:r>
        <w:t>624</w:t>
      </w:r>
    </w:p>
    <w:p>
      <w:pPr>
        <w:jc w:val="both"/>
      </w:pPr>
      <w:r>
        <w:t>614</w:t>
      </w:r>
    </w:p>
    <w:p>
      <w:pPr>
        <w:jc w:val="both"/>
      </w:pPr>
      <w:r>
        <w:t>04C3.2.185</w:t>
      </w:r>
    </w:p>
    <w:p>
      <w:pPr>
        <w:jc w:val="both"/>
      </w:pPr>
      <w:r>
        <w:t>Đỡ đẻ thường ngôi chỏm</w:t>
      </w:r>
    </w:p>
    <w:p>
      <w:pPr>
        <w:jc w:val="both"/>
      </w:pPr>
      <w:r>
        <w:t>736.000</w:t>
      </w:r>
    </w:p>
    <w:p>
      <w:pPr>
        <w:jc w:val="both"/>
      </w:pPr>
      <w:r>
        <w:t>821.000</w:t>
      </w:r>
    </w:p>
    <w:p>
      <w:pPr>
        <w:jc w:val="both"/>
      </w:pPr>
      <w:r>
        <w:t>625</w:t>
      </w:r>
    </w:p>
    <w:p>
      <w:pPr>
        <w:jc w:val="both"/>
      </w:pPr>
      <w:r>
        <w:t>615</w:t>
      </w:r>
    </w:p>
    <w:p>
      <w:pPr>
        <w:jc w:val="both"/>
      </w:pPr>
      <w:r>
        <w:t>04C3.2.187</w:t>
      </w:r>
    </w:p>
    <w:p>
      <w:pPr>
        <w:jc w:val="both"/>
      </w:pPr>
      <w:r>
        <w:t>Đỡ đẻ từ sinh đôi trở lên</w:t>
      </w:r>
    </w:p>
    <w:p>
      <w:pPr>
        <w:jc w:val="both"/>
      </w:pPr>
      <w:r>
        <w:t>1.330.000</w:t>
      </w:r>
    </w:p>
    <w:p>
      <w:pPr>
        <w:jc w:val="both"/>
      </w:pPr>
      <w:r>
        <w:t>1.441.000</w:t>
      </w:r>
    </w:p>
    <w:p>
      <w:pPr>
        <w:jc w:val="both"/>
      </w:pPr>
      <w:r>
        <w:t>626</w:t>
      </w:r>
    </w:p>
    <w:p>
      <w:pPr>
        <w:jc w:val="both"/>
      </w:pPr>
      <w:r>
        <w:t>616</w:t>
      </w:r>
    </w:p>
    <w:p>
      <w:pPr>
        <w:jc w:val="both"/>
      </w:pPr>
      <w:r>
        <w:t>Đóng rò trực tràng - âm đạo hoặc rò tiết niệu - sinh dục</w:t>
      </w:r>
    </w:p>
    <w:p>
      <w:pPr>
        <w:jc w:val="both"/>
      </w:pPr>
      <w:r>
        <w:t>4.271.000</w:t>
      </w:r>
    </w:p>
    <w:p>
      <w:pPr>
        <w:jc w:val="both"/>
      </w:pPr>
      <w:r>
        <w:t>4.779.000</w:t>
      </w:r>
    </w:p>
    <w:p>
      <w:pPr>
        <w:jc w:val="both"/>
      </w:pPr>
      <w:r>
        <w:t>627</w:t>
      </w:r>
    </w:p>
    <w:p>
      <w:pPr>
        <w:jc w:val="both"/>
      </w:pPr>
      <w:r>
        <w:t>617</w:t>
      </w:r>
    </w:p>
    <w:p>
      <w:pPr>
        <w:jc w:val="both"/>
      </w:pPr>
      <w:r>
        <w:t>04C3.2.188</w:t>
      </w:r>
    </w:p>
    <w:p>
      <w:pPr>
        <w:jc w:val="both"/>
      </w:pPr>
      <w:r>
        <w:t>Forceps hoặc Giác hút sản khoa</w:t>
      </w:r>
    </w:p>
    <w:p>
      <w:pPr>
        <w:jc w:val="both"/>
      </w:pPr>
      <w:r>
        <w:t>1.021.000</w:t>
      </w:r>
    </w:p>
    <w:p>
      <w:pPr>
        <w:jc w:val="both"/>
      </w:pPr>
      <w:r>
        <w:t>1.115.000</w:t>
      </w:r>
    </w:p>
    <w:p>
      <w:pPr>
        <w:jc w:val="both"/>
      </w:pPr>
      <w:r>
        <w:t>628</w:t>
      </w:r>
    </w:p>
    <w:p>
      <w:pPr>
        <w:jc w:val="both"/>
      </w:pPr>
      <w:r>
        <w:t>618</w:t>
      </w:r>
    </w:p>
    <w:p>
      <w:pPr>
        <w:jc w:val="both"/>
      </w:pPr>
      <w:r>
        <w:t>Giảm đau trong đẻ bằng phương pháp gây tê ngoài màng cứng</w:t>
      </w:r>
    </w:p>
    <w:p>
      <w:pPr>
        <w:jc w:val="both"/>
      </w:pPr>
      <w:r>
        <w:t>661.000</w:t>
      </w:r>
    </w:p>
    <w:p>
      <w:pPr>
        <w:jc w:val="both"/>
      </w:pPr>
      <w:r>
        <w:t>750.000</w:t>
      </w:r>
    </w:p>
    <w:p>
      <w:pPr>
        <w:jc w:val="both"/>
      </w:pPr>
      <w:r>
        <w:t>629</w:t>
      </w:r>
    </w:p>
    <w:p>
      <w:pPr>
        <w:jc w:val="both"/>
      </w:pPr>
      <w:r>
        <w:t>619</w:t>
      </w:r>
    </w:p>
    <w:p>
      <w:pPr>
        <w:jc w:val="both"/>
      </w:pPr>
      <w:r>
        <w:t>04C3.2.183</w:t>
      </w:r>
    </w:p>
    <w:p>
      <w:pPr>
        <w:jc w:val="both"/>
      </w:pPr>
      <w:r>
        <w:t>Hút buồng tử cung do rong kinh rong huyết</w:t>
      </w:r>
    </w:p>
    <w:p>
      <w:pPr>
        <w:jc w:val="both"/>
      </w:pPr>
      <w:r>
        <w:t>215.000</w:t>
      </w:r>
    </w:p>
    <w:p>
      <w:pPr>
        <w:jc w:val="both"/>
      </w:pPr>
      <w:r>
        <w:t>238.000</w:t>
      </w:r>
    </w:p>
    <w:p>
      <w:pPr>
        <w:jc w:val="both"/>
      </w:pPr>
      <w:r>
        <w:t>630</w:t>
      </w:r>
    </w:p>
    <w:p>
      <w:pPr>
        <w:jc w:val="both"/>
      </w:pPr>
      <w:r>
        <w:t>620</w:t>
      </w:r>
    </w:p>
    <w:p>
      <w:pPr>
        <w:jc w:val="both"/>
      </w:pPr>
      <w:r>
        <w:t>Hút thai dưới siêu âm</w:t>
      </w:r>
    </w:p>
    <w:p>
      <w:pPr>
        <w:jc w:val="both"/>
      </w:pPr>
      <w:r>
        <w:t>480.000</w:t>
      </w:r>
    </w:p>
    <w:p>
      <w:pPr>
        <w:jc w:val="both"/>
      </w:pPr>
      <w:r>
        <w:t>531.000</w:t>
      </w:r>
    </w:p>
    <w:p>
      <w:pPr>
        <w:jc w:val="both"/>
      </w:pPr>
      <w:r>
        <w:t>631</w:t>
      </w:r>
    </w:p>
    <w:p>
      <w:pPr>
        <w:jc w:val="both"/>
      </w:pPr>
      <w:r>
        <w:t>621</w:t>
      </w:r>
    </w:p>
    <w:p>
      <w:pPr>
        <w:jc w:val="both"/>
      </w:pPr>
      <w:r>
        <w:t>Hủy thai: cắt thai nhi trong ngôi ngang</w:t>
      </w:r>
    </w:p>
    <w:p>
      <w:pPr>
        <w:jc w:val="both"/>
      </w:pPr>
      <w:r>
        <w:t>2.818.000</w:t>
      </w:r>
    </w:p>
    <w:p>
      <w:pPr>
        <w:jc w:val="both"/>
      </w:pPr>
      <w:r>
        <w:t>3.177.000</w:t>
      </w:r>
    </w:p>
    <w:p>
      <w:pPr>
        <w:jc w:val="both"/>
      </w:pPr>
      <w:r>
        <w:t>632</w:t>
      </w:r>
    </w:p>
    <w:p>
      <w:pPr>
        <w:jc w:val="both"/>
      </w:pPr>
      <w:r>
        <w:t>622</w:t>
      </w:r>
    </w:p>
    <w:p>
      <w:pPr>
        <w:jc w:val="both"/>
      </w:pPr>
      <w:r>
        <w:t>Hủy thai: chọc óc, kẹp sọ, kéo thai</w:t>
      </w:r>
    </w:p>
    <w:p>
      <w:pPr>
        <w:jc w:val="both"/>
      </w:pPr>
      <w:r>
        <w:t>2.448.000</w:t>
      </w:r>
    </w:p>
    <w:p>
      <w:pPr>
        <w:jc w:val="both"/>
      </w:pPr>
      <w:r>
        <w:t>2.783.000</w:t>
      </w:r>
    </w:p>
    <w:p>
      <w:pPr>
        <w:jc w:val="both"/>
      </w:pPr>
      <w:r>
        <w:t>633</w:t>
      </w:r>
    </w:p>
    <w:p>
      <w:pPr>
        <w:jc w:val="both"/>
      </w:pPr>
      <w:r>
        <w:t>623</w:t>
      </w:r>
    </w:p>
    <w:p>
      <w:pPr>
        <w:jc w:val="both"/>
      </w:pPr>
      <w:r>
        <w:t>Khâu phục hồi rách cổ tử cung, âm đạo</w:t>
      </w:r>
    </w:p>
    <w:p>
      <w:pPr>
        <w:jc w:val="both"/>
      </w:pPr>
      <w:r>
        <w:t>1.600.000</w:t>
      </w:r>
    </w:p>
    <w:p>
      <w:pPr>
        <w:jc w:val="both"/>
      </w:pPr>
      <w:r>
        <w:t>1.811.000</w:t>
      </w:r>
    </w:p>
    <w:p>
      <w:pPr>
        <w:jc w:val="both"/>
      </w:pPr>
      <w:r>
        <w:t>634</w:t>
      </w:r>
    </w:p>
    <w:p>
      <w:pPr>
        <w:jc w:val="both"/>
      </w:pPr>
      <w:r>
        <w:t>624</w:t>
      </w:r>
    </w:p>
    <w:p>
      <w:pPr>
        <w:jc w:val="both"/>
      </w:pPr>
      <w:r>
        <w:t>Khâu rách cùng đồ âm đạo</w:t>
      </w:r>
    </w:p>
    <w:p>
      <w:pPr>
        <w:jc w:val="both"/>
      </w:pPr>
      <w:r>
        <w:t>1.979.000</w:t>
      </w:r>
    </w:p>
    <w:p>
      <w:pPr>
        <w:jc w:val="both"/>
      </w:pPr>
      <w:r>
        <w:t>2.207.000</w:t>
      </w:r>
    </w:p>
    <w:p>
      <w:pPr>
        <w:jc w:val="both"/>
      </w:pPr>
      <w:r>
        <w:t>635</w:t>
      </w:r>
    </w:p>
    <w:p>
      <w:pPr>
        <w:jc w:val="both"/>
      </w:pPr>
      <w:r>
        <w:t>625</w:t>
      </w:r>
    </w:p>
    <w:p>
      <w:pPr>
        <w:jc w:val="both"/>
      </w:pPr>
      <w:r>
        <w:t>Khâu tử cung do nạo thủng</w:t>
      </w:r>
    </w:p>
    <w:p>
      <w:pPr>
        <w:jc w:val="both"/>
      </w:pPr>
      <w:r>
        <w:t>2.881.000</w:t>
      </w:r>
    </w:p>
    <w:p>
      <w:pPr>
        <w:jc w:val="both"/>
      </w:pPr>
      <w:r>
        <w:t>3.230.000</w:t>
      </w:r>
    </w:p>
    <w:p>
      <w:pPr>
        <w:jc w:val="both"/>
      </w:pPr>
      <w:r>
        <w:t>636</w:t>
      </w:r>
    </w:p>
    <w:p>
      <w:pPr>
        <w:jc w:val="both"/>
      </w:pPr>
      <w:r>
        <w:t>626</w:t>
      </w:r>
    </w:p>
    <w:p>
      <w:pPr>
        <w:jc w:val="both"/>
      </w:pPr>
      <w:r>
        <w:t>Khâu vòng cổ tử cung</w:t>
      </w:r>
    </w:p>
    <w:p>
      <w:pPr>
        <w:jc w:val="both"/>
      </w:pPr>
      <w:r>
        <w:t>561.000</w:t>
      </w:r>
    </w:p>
    <w:p>
      <w:pPr>
        <w:jc w:val="both"/>
      </w:pPr>
      <w:r>
        <w:t>635.000</w:t>
      </w:r>
    </w:p>
    <w:p>
      <w:pPr>
        <w:jc w:val="both"/>
      </w:pPr>
      <w:r>
        <w:t>637</w:t>
      </w:r>
    </w:p>
    <w:p>
      <w:pPr>
        <w:jc w:val="both"/>
      </w:pPr>
      <w:r>
        <w:t>627</w:t>
      </w:r>
    </w:p>
    <w:p>
      <w:pPr>
        <w:jc w:val="both"/>
      </w:pPr>
      <w:r>
        <w:t>Khoét chóp hoặc cắt cụt cổ tử cung</w:t>
      </w:r>
    </w:p>
    <w:p>
      <w:pPr>
        <w:jc w:val="both"/>
      </w:pPr>
      <w:r>
        <w:t>2.846.000</w:t>
      </w:r>
    </w:p>
    <w:p>
      <w:pPr>
        <w:jc w:val="both"/>
      </w:pPr>
      <w:r>
        <w:t>3.189.000</w:t>
      </w:r>
    </w:p>
    <w:p>
      <w:pPr>
        <w:jc w:val="both"/>
      </w:pPr>
      <w:r>
        <w:t>638</w:t>
      </w:r>
    </w:p>
    <w:p>
      <w:pPr>
        <w:jc w:val="both"/>
      </w:pPr>
      <w:r>
        <w:t>628</w:t>
      </w:r>
    </w:p>
    <w:p>
      <w:pPr>
        <w:jc w:val="both"/>
      </w:pPr>
      <w:r>
        <w:t>Làm lại vết mổ thành bụng (bục, tụ máu, nhiễm khuẩn...) sau phẫu thuật sản phụ khoa</w:t>
      </w:r>
    </w:p>
    <w:p>
      <w:pPr>
        <w:jc w:val="both"/>
      </w:pPr>
      <w:r>
        <w:t>2.693.000</w:t>
      </w:r>
    </w:p>
    <w:p>
      <w:pPr>
        <w:jc w:val="both"/>
      </w:pPr>
      <w:r>
        <w:t>3.029.000</w:t>
      </w:r>
    </w:p>
    <w:p>
      <w:pPr>
        <w:jc w:val="both"/>
      </w:pPr>
      <w:r>
        <w:t>639</w:t>
      </w:r>
    </w:p>
    <w:p>
      <w:pPr>
        <w:jc w:val="both"/>
      </w:pPr>
      <w:r>
        <w:t>629</w:t>
      </w:r>
    </w:p>
    <w:p>
      <w:pPr>
        <w:jc w:val="both"/>
      </w:pPr>
      <w:r>
        <w:t>Làm thuốc vết khâu tầng sinh môn nhiễm khuẩn</w:t>
      </w:r>
    </w:p>
    <w:p>
      <w:pPr>
        <w:jc w:val="both"/>
      </w:pPr>
      <w:r>
        <w:t>88.900</w:t>
      </w:r>
    </w:p>
    <w:p>
      <w:pPr>
        <w:jc w:val="both"/>
      </w:pPr>
      <w:r>
        <w:t>99.500</w:t>
      </w:r>
    </w:p>
    <w:p>
      <w:pPr>
        <w:jc w:val="both"/>
      </w:pPr>
      <w:r>
        <w:t>640</w:t>
      </w:r>
    </w:p>
    <w:p>
      <w:pPr>
        <w:jc w:val="both"/>
      </w:pPr>
      <w:r>
        <w:t>630</w:t>
      </w:r>
    </w:p>
    <w:p>
      <w:pPr>
        <w:jc w:val="both"/>
      </w:pPr>
      <w:r>
        <w:t>Lấy dị vật âm đạo</w:t>
      </w:r>
    </w:p>
    <w:p>
      <w:pPr>
        <w:jc w:val="both"/>
      </w:pPr>
      <w:r>
        <w:t>602.000</w:t>
      </w:r>
    </w:p>
    <w:p>
      <w:pPr>
        <w:jc w:val="both"/>
      </w:pPr>
      <w:r>
        <w:t>667.000</w:t>
      </w:r>
    </w:p>
    <w:p>
      <w:pPr>
        <w:jc w:val="both"/>
      </w:pPr>
      <w:r>
        <w:t>641</w:t>
      </w:r>
    </w:p>
    <w:p>
      <w:pPr>
        <w:jc w:val="both"/>
      </w:pPr>
      <w:r>
        <w:t>631</w:t>
      </w:r>
    </w:p>
    <w:p>
      <w:pPr>
        <w:jc w:val="both"/>
      </w:pPr>
      <w:r>
        <w:t>Lấy dụng cụ tử cung, triệt sản nữ qua đường rạch nhỏ</w:t>
      </w:r>
    </w:p>
    <w:p>
      <w:pPr>
        <w:jc w:val="both"/>
      </w:pPr>
      <w:r>
        <w:t>2.981.000</w:t>
      </w:r>
    </w:p>
    <w:p>
      <w:pPr>
        <w:jc w:val="both"/>
      </w:pPr>
      <w:r>
        <w:t>3.326.000</w:t>
      </w:r>
    </w:p>
    <w:p>
      <w:pPr>
        <w:jc w:val="both"/>
      </w:pPr>
      <w:r>
        <w:t>642</w:t>
      </w:r>
    </w:p>
    <w:p>
      <w:pPr>
        <w:jc w:val="both"/>
      </w:pPr>
      <w:r>
        <w:t>632</w:t>
      </w:r>
    </w:p>
    <w:p>
      <w:pPr>
        <w:jc w:val="both"/>
      </w:pPr>
      <w:r>
        <w:t>Lấy khối máu tụ âm đạo, tầng sinh môn</w:t>
      </w:r>
    </w:p>
    <w:p>
      <w:pPr>
        <w:jc w:val="both"/>
      </w:pPr>
      <w:r>
        <w:t>2.340.000</w:t>
      </w:r>
    </w:p>
    <w:p>
      <w:pPr>
        <w:jc w:val="both"/>
      </w:pPr>
      <w:r>
        <w:t>2.613.000</w:t>
      </w:r>
    </w:p>
    <w:p>
      <w:pPr>
        <w:jc w:val="both"/>
      </w:pPr>
      <w:r>
        <w:t>643</w:t>
      </w:r>
    </w:p>
    <w:p>
      <w:pPr>
        <w:jc w:val="both"/>
      </w:pPr>
      <w:r>
        <w:t>633</w:t>
      </w:r>
    </w:p>
    <w:p>
      <w:pPr>
        <w:jc w:val="both"/>
      </w:pPr>
      <w:r>
        <w:t>Mở bụng bóc nhân ung thư nguyên bào nuôi bảo tồn tử cung</w:t>
      </w:r>
    </w:p>
    <w:p>
      <w:pPr>
        <w:jc w:val="both"/>
      </w:pPr>
      <w:r>
        <w:t>3.519.000</w:t>
      </w:r>
    </w:p>
    <w:p>
      <w:pPr>
        <w:jc w:val="both"/>
      </w:pPr>
      <w:r>
        <w:t>3.952.000</w:t>
      </w:r>
    </w:p>
    <w:p>
      <w:pPr>
        <w:jc w:val="both"/>
      </w:pPr>
      <w:r>
        <w:t>644</w:t>
      </w:r>
    </w:p>
    <w:p>
      <w:pPr>
        <w:jc w:val="both"/>
      </w:pPr>
      <w:r>
        <w:t>634</w:t>
      </w:r>
    </w:p>
    <w:p>
      <w:pPr>
        <w:jc w:val="both"/>
      </w:pPr>
      <w:r>
        <w:t>Nạo hút thai trứng</w:t>
      </w:r>
    </w:p>
    <w:p>
      <w:pPr>
        <w:jc w:val="both"/>
      </w:pPr>
      <w:r>
        <w:t>824.000</w:t>
      </w:r>
    </w:p>
    <w:p>
      <w:pPr>
        <w:jc w:val="both"/>
      </w:pPr>
      <w:r>
        <w:t>903.000</w:t>
      </w:r>
    </w:p>
    <w:p>
      <w:pPr>
        <w:jc w:val="both"/>
      </w:pPr>
      <w:r>
        <w:t>645</w:t>
      </w:r>
    </w:p>
    <w:p>
      <w:pPr>
        <w:jc w:val="both"/>
      </w:pPr>
      <w:r>
        <w:t>635</w:t>
      </w:r>
    </w:p>
    <w:p>
      <w:pPr>
        <w:jc w:val="both"/>
      </w:pPr>
      <w:r>
        <w:t>04C3.2.184</w:t>
      </w:r>
    </w:p>
    <w:p>
      <w:pPr>
        <w:jc w:val="both"/>
      </w:pPr>
      <w:r>
        <w:t>Nạo sót thai, nạo sót rau sau sẩy, sau đẻ</w:t>
      </w:r>
    </w:p>
    <w:p>
      <w:pPr>
        <w:jc w:val="both"/>
      </w:pPr>
      <w:r>
        <w:t>355.000</w:t>
      </w:r>
    </w:p>
    <w:p>
      <w:pPr>
        <w:jc w:val="both"/>
      </w:pPr>
      <w:r>
        <w:t>399.000</w:t>
      </w:r>
    </w:p>
    <w:p>
      <w:pPr>
        <w:jc w:val="both"/>
      </w:pPr>
      <w:r>
        <w:t>646</w:t>
      </w:r>
    </w:p>
    <w:p>
      <w:pPr>
        <w:jc w:val="both"/>
      </w:pPr>
      <w:r>
        <w:t>636</w:t>
      </w:r>
    </w:p>
    <w:p>
      <w:pPr>
        <w:jc w:val="both"/>
      </w:pPr>
      <w:r>
        <w:t>Nội soi buồng tử cung can thiệp</w:t>
      </w:r>
    </w:p>
    <w:p>
      <w:pPr>
        <w:jc w:val="both"/>
      </w:pPr>
      <w:r>
        <w:t>4.494.000</w:t>
      </w:r>
    </w:p>
    <w:p>
      <w:pPr>
        <w:jc w:val="both"/>
      </w:pPr>
      <w:r>
        <w:t>5.086.000</w:t>
      </w:r>
    </w:p>
    <w:p>
      <w:pPr>
        <w:jc w:val="both"/>
      </w:pPr>
      <w:r>
        <w:t>647</w:t>
      </w:r>
    </w:p>
    <w:p>
      <w:pPr>
        <w:jc w:val="both"/>
      </w:pPr>
      <w:r>
        <w:t>637</w:t>
      </w:r>
    </w:p>
    <w:p>
      <w:pPr>
        <w:jc w:val="both"/>
      </w:pPr>
      <w:r>
        <w:t>Nội soi buồng tử cung chẩn đoán</w:t>
      </w:r>
    </w:p>
    <w:p>
      <w:pPr>
        <w:jc w:val="both"/>
      </w:pPr>
      <w:r>
        <w:t>2.904.000</w:t>
      </w:r>
    </w:p>
    <w:p>
      <w:pPr>
        <w:jc w:val="both"/>
      </w:pPr>
      <w:r>
        <w:t>3.277.000</w:t>
      </w:r>
    </w:p>
    <w:p>
      <w:pPr>
        <w:jc w:val="both"/>
      </w:pPr>
      <w:r>
        <w:t>648</w:t>
      </w:r>
    </w:p>
    <w:p>
      <w:pPr>
        <w:jc w:val="both"/>
      </w:pPr>
      <w:r>
        <w:t>638</w:t>
      </w:r>
    </w:p>
    <w:p>
      <w:pPr>
        <w:jc w:val="both"/>
      </w:pPr>
      <w:r>
        <w:t>Nội xoay thai</w:t>
      </w:r>
    </w:p>
    <w:p>
      <w:pPr>
        <w:jc w:val="both"/>
      </w:pPr>
      <w:r>
        <w:t>1.430.000</w:t>
      </w:r>
    </w:p>
    <w:p>
      <w:pPr>
        <w:jc w:val="both"/>
      </w:pPr>
      <w:r>
        <w:t>1.625.000</w:t>
      </w:r>
    </w:p>
    <w:p>
      <w:pPr>
        <w:jc w:val="both"/>
      </w:pPr>
      <w:r>
        <w:t>649</w:t>
      </w:r>
    </w:p>
    <w:p>
      <w:pPr>
        <w:jc w:val="both"/>
      </w:pPr>
      <w:r>
        <w:t>639</w:t>
      </w:r>
    </w:p>
    <w:p>
      <w:pPr>
        <w:jc w:val="both"/>
      </w:pPr>
      <w:r>
        <w:t>Nong buồng tử cung đặt dụng cụ chống dính</w:t>
      </w:r>
    </w:p>
    <w:p>
      <w:pPr>
        <w:jc w:val="both"/>
      </w:pPr>
      <w:r>
        <w:t>597.000</w:t>
      </w:r>
    </w:p>
    <w:p>
      <w:pPr>
        <w:jc w:val="both"/>
      </w:pPr>
      <w:r>
        <w:t>673.000</w:t>
      </w:r>
    </w:p>
    <w:p>
      <w:pPr>
        <w:jc w:val="both"/>
      </w:pPr>
      <w:r>
        <w:t>650</w:t>
      </w:r>
    </w:p>
    <w:p>
      <w:pPr>
        <w:jc w:val="both"/>
      </w:pPr>
      <w:r>
        <w:t>640</w:t>
      </w:r>
    </w:p>
    <w:p>
      <w:pPr>
        <w:jc w:val="both"/>
      </w:pPr>
      <w:r>
        <w:t>Nong cổ tử cung do bế sản dịch</w:t>
      </w:r>
    </w:p>
    <w:p>
      <w:pPr>
        <w:jc w:val="both"/>
      </w:pPr>
      <w:r>
        <w:t>292.000</w:t>
      </w:r>
    </w:p>
    <w:p>
      <w:pPr>
        <w:jc w:val="both"/>
      </w:pPr>
      <w:r>
        <w:t>326.000</w:t>
      </w:r>
    </w:p>
    <w:p>
      <w:pPr>
        <w:jc w:val="both"/>
      </w:pPr>
      <w:r>
        <w:t>651</w:t>
      </w:r>
    </w:p>
    <w:p>
      <w:pPr>
        <w:jc w:val="both"/>
      </w:pPr>
      <w:r>
        <w:t>641</w:t>
      </w:r>
    </w:p>
    <w:p>
      <w:pPr>
        <w:jc w:val="both"/>
      </w:pPr>
      <w:r>
        <w:t>03C2.2.11</w:t>
      </w:r>
    </w:p>
    <w:p>
      <w:pPr>
        <w:jc w:val="both"/>
      </w:pPr>
      <w:r>
        <w:t>Nong đặt dụng cụ tử cung chống dính buồng tử cung</w:t>
      </w:r>
    </w:p>
    <w:p>
      <w:pPr>
        <w:jc w:val="both"/>
      </w:pPr>
      <w:r>
        <w:t>186.000</w:t>
      </w:r>
    </w:p>
    <w:p>
      <w:pPr>
        <w:jc w:val="both"/>
      </w:pPr>
      <w:r>
        <w:t>203.000</w:t>
      </w:r>
    </w:p>
    <w:p>
      <w:pPr>
        <w:jc w:val="both"/>
      </w:pPr>
      <w:r>
        <w:t>652</w:t>
      </w:r>
    </w:p>
    <w:p>
      <w:pPr>
        <w:jc w:val="both"/>
      </w:pPr>
      <w:r>
        <w:t>642</w:t>
      </w:r>
    </w:p>
    <w:p>
      <w:pPr>
        <w:jc w:val="both"/>
      </w:pPr>
      <w:r>
        <w:t>Phá thai bằng phương pháp nong và gắp từ tuần thứ 13 đến hết tuần thứ 18</w:t>
      </w:r>
    </w:p>
    <w:p>
      <w:pPr>
        <w:jc w:val="both"/>
      </w:pPr>
      <w:r>
        <w:t>1.193.000</w:t>
      </w:r>
    </w:p>
    <w:p>
      <w:pPr>
        <w:jc w:val="both"/>
      </w:pPr>
      <w:r>
        <w:t>1.338.000</w:t>
      </w:r>
    </w:p>
    <w:p>
      <w:pPr>
        <w:jc w:val="both"/>
      </w:pPr>
      <w:r>
        <w:t>653</w:t>
      </w:r>
    </w:p>
    <w:p>
      <w:pPr>
        <w:jc w:val="both"/>
      </w:pPr>
      <w:r>
        <w:t>643</w:t>
      </w:r>
    </w:p>
    <w:p>
      <w:pPr>
        <w:jc w:val="both"/>
      </w:pPr>
      <w:r>
        <w:t>Phá thai bằng thuốc cho tuổi thai từ 7 tuần đến hết 13 tuần</w:t>
      </w:r>
    </w:p>
    <w:p>
      <w:pPr>
        <w:jc w:val="both"/>
      </w:pPr>
      <w:r>
        <w:t>320.000</w:t>
      </w:r>
    </w:p>
    <w:p>
      <w:pPr>
        <w:jc w:val="both"/>
      </w:pPr>
      <w:r>
        <w:t>353.000</w:t>
      </w:r>
    </w:p>
    <w:p>
      <w:pPr>
        <w:jc w:val="both"/>
      </w:pPr>
      <w:r>
        <w:t>654</w:t>
      </w:r>
    </w:p>
    <w:p>
      <w:pPr>
        <w:jc w:val="both"/>
      </w:pPr>
      <w:r>
        <w:t>644</w:t>
      </w:r>
    </w:p>
    <w:p>
      <w:pPr>
        <w:jc w:val="both"/>
      </w:pPr>
      <w:r>
        <w:t>Phá thai đến hết 7 tuần bằng phương pháp hút chân không</w:t>
      </w:r>
    </w:p>
    <w:p>
      <w:pPr>
        <w:jc w:val="both"/>
      </w:pPr>
      <w:r>
        <w:t>408.000</w:t>
      </w:r>
    </w:p>
    <w:p>
      <w:pPr>
        <w:jc w:val="both"/>
      </w:pPr>
      <w:r>
        <w:t>449.000</w:t>
      </w:r>
    </w:p>
    <w:p>
      <w:pPr>
        <w:jc w:val="both"/>
      </w:pPr>
      <w:r>
        <w:t>655</w:t>
      </w:r>
    </w:p>
    <w:p>
      <w:pPr>
        <w:jc w:val="both"/>
      </w:pPr>
      <w:r>
        <w:t>645</w:t>
      </w:r>
    </w:p>
    <w:p>
      <w:pPr>
        <w:jc w:val="both"/>
      </w:pPr>
      <w:r>
        <w:t>04C3.2.197</w:t>
      </w:r>
    </w:p>
    <w:p>
      <w:pPr>
        <w:jc w:val="both"/>
      </w:pPr>
      <w:r>
        <w:t>Phá thai đến hết 7 tuần bằng thuốc</w:t>
      </w:r>
    </w:p>
    <w:p>
      <w:pPr>
        <w:jc w:val="both"/>
      </w:pPr>
      <w:r>
        <w:t>189.000</w:t>
      </w:r>
    </w:p>
    <w:p>
      <w:pPr>
        <w:jc w:val="both"/>
      </w:pPr>
      <w:r>
        <w:t>212.000</w:t>
      </w:r>
    </w:p>
    <w:p>
      <w:pPr>
        <w:jc w:val="both"/>
      </w:pPr>
      <w:r>
        <w:t>656</w:t>
      </w:r>
    </w:p>
    <w:p>
      <w:pPr>
        <w:jc w:val="both"/>
      </w:pPr>
      <w:r>
        <w:t>646</w:t>
      </w:r>
    </w:p>
    <w:p>
      <w:pPr>
        <w:jc w:val="both"/>
      </w:pPr>
      <w:r>
        <w:t>Phá thai to từ 13 tuần đến 22 tuần bằng phương pháp đặt túi nước</w:t>
      </w:r>
    </w:p>
    <w:p>
      <w:pPr>
        <w:jc w:val="both"/>
      </w:pPr>
      <w:r>
        <w:t>1.074.000</w:t>
      </w:r>
    </w:p>
    <w:p>
      <w:pPr>
        <w:jc w:val="both"/>
      </w:pPr>
      <w:r>
        <w:t>1.206.000</w:t>
      </w:r>
    </w:p>
    <w:p>
      <w:pPr>
        <w:jc w:val="both"/>
      </w:pPr>
      <w:r>
        <w:t>657</w:t>
      </w:r>
    </w:p>
    <w:p>
      <w:pPr>
        <w:jc w:val="both"/>
      </w:pPr>
      <w:r>
        <w:t>647</w:t>
      </w:r>
    </w:p>
    <w:p>
      <w:pPr>
        <w:jc w:val="both"/>
      </w:pPr>
      <w:r>
        <w:t>04C3.2.198</w:t>
      </w:r>
    </w:p>
    <w:p>
      <w:pPr>
        <w:jc w:val="both"/>
      </w:pPr>
      <w:r>
        <w:t>Phá thai từ 13 tuần đến 22 tuần bằng thuốc</w:t>
      </w:r>
    </w:p>
    <w:p>
      <w:pPr>
        <w:jc w:val="both"/>
      </w:pPr>
      <w:r>
        <w:t>569.000</w:t>
      </w:r>
    </w:p>
    <w:p>
      <w:pPr>
        <w:jc w:val="both"/>
      </w:pPr>
      <w:r>
        <w:t>634.000</w:t>
      </w:r>
    </w:p>
    <w:p>
      <w:pPr>
        <w:jc w:val="both"/>
      </w:pPr>
      <w:r>
        <w:t>658</w:t>
      </w:r>
    </w:p>
    <w:p>
      <w:pPr>
        <w:jc w:val="both"/>
      </w:pPr>
      <w:r>
        <w:t>648</w:t>
      </w:r>
    </w:p>
    <w:p>
      <w:pPr>
        <w:jc w:val="both"/>
      </w:pPr>
      <w:r>
        <w:t>Phá thai từ tuần thứ 7 đến hết 12 tuần bằng phương pháp hút chân không</w:t>
      </w:r>
    </w:p>
    <w:p>
      <w:pPr>
        <w:jc w:val="both"/>
      </w:pPr>
      <w:r>
        <w:t>408.000</w:t>
      </w:r>
    </w:p>
    <w:p>
      <w:pPr>
        <w:jc w:val="both"/>
      </w:pPr>
      <w:r>
        <w:t>459.000</w:t>
      </w:r>
    </w:p>
    <w:p>
      <w:pPr>
        <w:jc w:val="both"/>
      </w:pPr>
      <w:r>
        <w:t>659</w:t>
      </w:r>
    </w:p>
    <w:p>
      <w:pPr>
        <w:jc w:val="both"/>
      </w:pPr>
      <w:r>
        <w:t>649</w:t>
      </w:r>
    </w:p>
    <w:p>
      <w:pPr>
        <w:jc w:val="both"/>
      </w:pPr>
      <w:r>
        <w:t>Phẫu thuật bảo tồn tử cung do vỡ tử cung</w:t>
      </w:r>
    </w:p>
    <w:p>
      <w:pPr>
        <w:jc w:val="both"/>
      </w:pPr>
      <w:r>
        <w:t>4.972.000</w:t>
      </w:r>
    </w:p>
    <w:p>
      <w:pPr>
        <w:jc w:val="both"/>
      </w:pPr>
      <w:r>
        <w:t>5.607.000</w:t>
      </w:r>
    </w:p>
    <w:p>
      <w:pPr>
        <w:jc w:val="both"/>
      </w:pPr>
      <w:r>
        <w:t>660</w:t>
      </w:r>
    </w:p>
    <w:p>
      <w:pPr>
        <w:jc w:val="both"/>
      </w:pPr>
      <w:r>
        <w:t>650</w:t>
      </w:r>
    </w:p>
    <w:p>
      <w:pPr>
        <w:jc w:val="both"/>
      </w:pPr>
      <w:r>
        <w:t>Phẫu thuật bóc khối lạc nội mạc tử cung ở tầng sinh môn, thành bụng</w:t>
      </w:r>
    </w:p>
    <w:p>
      <w:pPr>
        <w:jc w:val="both"/>
      </w:pPr>
      <w:r>
        <w:t>2.776.000</w:t>
      </w:r>
    </w:p>
    <w:p>
      <w:pPr>
        <w:jc w:val="both"/>
      </w:pPr>
      <w:r>
        <w:t>3.109.000</w:t>
      </w:r>
    </w:p>
    <w:p>
      <w:pPr>
        <w:jc w:val="both"/>
      </w:pPr>
      <w:r>
        <w:t>661</w:t>
      </w:r>
    </w:p>
    <w:p>
      <w:pPr>
        <w:jc w:val="both"/>
      </w:pPr>
      <w:r>
        <w:t>651</w:t>
      </w:r>
    </w:p>
    <w:p>
      <w:pPr>
        <w:jc w:val="both"/>
      </w:pPr>
      <w:r>
        <w:t>Phẫu thuật cắt âm vật phì đại</w:t>
      </w:r>
    </w:p>
    <w:p>
      <w:pPr>
        <w:jc w:val="both"/>
      </w:pPr>
      <w:r>
        <w:t>2.719.000</w:t>
      </w:r>
    </w:p>
    <w:p>
      <w:pPr>
        <w:jc w:val="both"/>
      </w:pPr>
      <w:r>
        <w:t>3.042.000</w:t>
      </w:r>
    </w:p>
    <w:p>
      <w:pPr>
        <w:jc w:val="both"/>
      </w:pPr>
      <w:r>
        <w:t>662</w:t>
      </w:r>
    </w:p>
    <w:p>
      <w:pPr>
        <w:jc w:val="both"/>
      </w:pPr>
      <w:r>
        <w:t>652</w:t>
      </w:r>
    </w:p>
    <w:p>
      <w:pPr>
        <w:jc w:val="both"/>
      </w:pPr>
      <w:r>
        <w:t>Phẫu thuật cắt lọc vết mổ, khâu lại tử cung sau mổ lấy thai</w:t>
      </w:r>
    </w:p>
    <w:p>
      <w:pPr>
        <w:jc w:val="both"/>
      </w:pPr>
      <w:r>
        <w:t>4.681.000</w:t>
      </w:r>
    </w:p>
    <w:p>
      <w:pPr>
        <w:jc w:val="both"/>
      </w:pPr>
      <w:r>
        <w:t>5.305.000</w:t>
      </w:r>
    </w:p>
    <w:p>
      <w:pPr>
        <w:jc w:val="both"/>
      </w:pPr>
      <w:r>
        <w:t>663</w:t>
      </w:r>
    </w:p>
    <w:p>
      <w:pPr>
        <w:jc w:val="both"/>
      </w:pPr>
      <w:r>
        <w:t>653</w:t>
      </w:r>
    </w:p>
    <w:p>
      <w:pPr>
        <w:jc w:val="both"/>
      </w:pPr>
      <w:r>
        <w:t>Phẫu thuật cắt một phần tuyến vú, cắt u vú lành tính</w:t>
      </w:r>
    </w:p>
    <w:p>
      <w:pPr>
        <w:jc w:val="both"/>
      </w:pPr>
      <w:r>
        <w:t>2.962.000</w:t>
      </w:r>
    </w:p>
    <w:p>
      <w:pPr>
        <w:jc w:val="both"/>
      </w:pPr>
      <w:r>
        <w:t>3.322.000</w:t>
      </w:r>
    </w:p>
    <w:p>
      <w:pPr>
        <w:jc w:val="both"/>
      </w:pPr>
      <w:r>
        <w:t>664</w:t>
      </w:r>
    </w:p>
    <w:p>
      <w:pPr>
        <w:jc w:val="both"/>
      </w:pPr>
      <w:r>
        <w:t>654</w:t>
      </w:r>
    </w:p>
    <w:p>
      <w:pPr>
        <w:jc w:val="both"/>
      </w:pPr>
      <w:r>
        <w:t>Phẫu thuật cắt polip buồng tử cung (đường bụng, đường âm đạo)</w:t>
      </w:r>
    </w:p>
    <w:p>
      <w:pPr>
        <w:jc w:val="both"/>
      </w:pPr>
      <w:r>
        <w:t>3.829.000</w:t>
      </w:r>
    </w:p>
    <w:p>
      <w:pPr>
        <w:jc w:val="both"/>
      </w:pPr>
      <w:r>
        <w:t>4.267.000</w:t>
      </w:r>
    </w:p>
    <w:p>
      <w:pPr>
        <w:jc w:val="both"/>
      </w:pPr>
      <w:r>
        <w:t>665</w:t>
      </w:r>
    </w:p>
    <w:p>
      <w:pPr>
        <w:jc w:val="both"/>
      </w:pPr>
      <w:r>
        <w:t>655</w:t>
      </w:r>
    </w:p>
    <w:p>
      <w:pPr>
        <w:jc w:val="both"/>
      </w:pPr>
      <w:r>
        <w:t>Phẫu thuật cắt polip cổ tử cung</w:t>
      </w:r>
    </w:p>
    <w:p>
      <w:pPr>
        <w:jc w:val="both"/>
      </w:pPr>
      <w:r>
        <w:t>1.997.000</w:t>
      </w:r>
    </w:p>
    <w:p>
      <w:pPr>
        <w:jc w:val="both"/>
      </w:pPr>
      <w:r>
        <w:t>2.245.000</w:t>
      </w:r>
    </w:p>
    <w:p>
      <w:pPr>
        <w:jc w:val="both"/>
      </w:pPr>
      <w:r>
        <w:t>666</w:t>
      </w:r>
    </w:p>
    <w:p>
      <w:pPr>
        <w:jc w:val="both"/>
      </w:pPr>
      <w:r>
        <w:t>656</w:t>
      </w:r>
    </w:p>
    <w:p>
      <w:pPr>
        <w:jc w:val="both"/>
      </w:pPr>
      <w:r>
        <w:t>Phẫu thuật cắt tinh hoàn lạc chỗ</w:t>
      </w:r>
    </w:p>
    <w:p>
      <w:pPr>
        <w:jc w:val="both"/>
      </w:pPr>
      <w:r>
        <w:t>2.828.000</w:t>
      </w:r>
    </w:p>
    <w:p>
      <w:pPr>
        <w:jc w:val="both"/>
      </w:pPr>
      <w:r>
        <w:t>3.169.000</w:t>
      </w:r>
    </w:p>
    <w:p>
      <w:pPr>
        <w:jc w:val="both"/>
      </w:pPr>
      <w:r>
        <w:t>667</w:t>
      </w:r>
    </w:p>
    <w:p>
      <w:pPr>
        <w:jc w:val="both"/>
      </w:pPr>
      <w:r>
        <w:t>657</w:t>
      </w:r>
    </w:p>
    <w:p>
      <w:pPr>
        <w:jc w:val="both"/>
      </w:pPr>
      <w:r>
        <w:t>Phẫu thuật cắt tử cung đường âm đạo</w:t>
      </w:r>
    </w:p>
    <w:p>
      <w:pPr>
        <w:jc w:val="both"/>
      </w:pPr>
      <w:r>
        <w:t>3.894.000</w:t>
      </w:r>
    </w:p>
    <w:p>
      <w:pPr>
        <w:jc w:val="both"/>
      </w:pPr>
      <w:r>
        <w:t>4.344.000</w:t>
      </w:r>
    </w:p>
    <w:p>
      <w:pPr>
        <w:jc w:val="both"/>
      </w:pPr>
      <w:r>
        <w:t>668</w:t>
      </w:r>
    </w:p>
    <w:p>
      <w:pPr>
        <w:jc w:val="both"/>
      </w:pPr>
      <w:r>
        <w:t>658</w:t>
      </w:r>
    </w:p>
    <w:p>
      <w:pPr>
        <w:jc w:val="both"/>
      </w:pPr>
      <w:r>
        <w:t>Phẫu thuật cắt tử cung đường âm đạo có sự hỗ trợ của nội soi</w:t>
      </w:r>
    </w:p>
    <w:p>
      <w:pPr>
        <w:jc w:val="both"/>
      </w:pPr>
      <w:r>
        <w:t>6.080.000</w:t>
      </w:r>
    </w:p>
    <w:p>
      <w:pPr>
        <w:jc w:val="both"/>
      </w:pPr>
      <w:r>
        <w:t>6.850.000</w:t>
      </w:r>
    </w:p>
    <w:p>
      <w:pPr>
        <w:jc w:val="both"/>
      </w:pPr>
      <w:r>
        <w:t>669</w:t>
      </w:r>
    </w:p>
    <w:p>
      <w:pPr>
        <w:jc w:val="both"/>
      </w:pPr>
      <w:r>
        <w:t>659</w:t>
      </w:r>
    </w:p>
    <w:p>
      <w:pPr>
        <w:jc w:val="both"/>
      </w:pPr>
      <w:r>
        <w:t>Phẫu thuật cắt tử cung tình trạng người bệnh nặng, viêm phúc mạc nặng, kèm vỡ tạng trong tiểu khung, vỡ tử cung phức tạp</w:t>
      </w:r>
    </w:p>
    <w:p>
      <w:pPr>
        <w:jc w:val="both"/>
      </w:pPr>
      <w:r>
        <w:t>9.908.000</w:t>
      </w:r>
    </w:p>
    <w:p>
      <w:pPr>
        <w:jc w:val="both"/>
      </w:pPr>
      <w:r>
        <w:t>11.105.000</w:t>
      </w:r>
    </w:p>
    <w:p>
      <w:pPr>
        <w:jc w:val="both"/>
      </w:pPr>
      <w:r>
        <w:t>670</w:t>
      </w:r>
    </w:p>
    <w:p>
      <w:pPr>
        <w:jc w:val="both"/>
      </w:pPr>
      <w:r>
        <w:t>660</w:t>
      </w:r>
    </w:p>
    <w:p>
      <w:pPr>
        <w:jc w:val="both"/>
      </w:pPr>
      <w:r>
        <w:t>Phẫu thuật cắt tử cung và thắt động mạch hạ vị do chảy máu thứ phát sau phẫu thuật sản khoa</w:t>
      </w:r>
    </w:p>
    <w:p>
      <w:pPr>
        <w:jc w:val="both"/>
      </w:pPr>
      <w:r>
        <w:t>7.655.000</w:t>
      </w:r>
    </w:p>
    <w:p>
      <w:pPr>
        <w:jc w:val="both"/>
      </w:pPr>
      <w:r>
        <w:t>8.587.000</w:t>
      </w:r>
    </w:p>
    <w:p>
      <w:pPr>
        <w:jc w:val="both"/>
      </w:pPr>
      <w:r>
        <w:t>671</w:t>
      </w:r>
    </w:p>
    <w:p>
      <w:pPr>
        <w:jc w:val="both"/>
      </w:pPr>
      <w:r>
        <w:t>661</w:t>
      </w:r>
    </w:p>
    <w:p>
      <w:pPr>
        <w:jc w:val="both"/>
      </w:pPr>
      <w:r>
        <w:t>Phẫu thuật cắt ung thư- buồng trứng + tử cung hoàn toàn + 2 phần phụ + mạc nối lớn</w:t>
      </w:r>
    </w:p>
    <w:p>
      <w:pPr>
        <w:jc w:val="both"/>
      </w:pPr>
      <w:r>
        <w:t>6.387.000</w:t>
      </w:r>
    </w:p>
    <w:p>
      <w:pPr>
        <w:jc w:val="both"/>
      </w:pPr>
      <w:r>
        <w:t>7.128.000</w:t>
      </w:r>
    </w:p>
    <w:p>
      <w:pPr>
        <w:jc w:val="both"/>
      </w:pPr>
      <w:r>
        <w:t>672</w:t>
      </w:r>
    </w:p>
    <w:p>
      <w:pPr>
        <w:jc w:val="both"/>
      </w:pPr>
      <w:r>
        <w:t>662</w:t>
      </w:r>
    </w:p>
    <w:p>
      <w:pPr>
        <w:jc w:val="both"/>
      </w:pPr>
      <w:r>
        <w:t>Phẫu thuật cắt vách ngăn âm đạo, mở thông âm đạo</w:t>
      </w:r>
    </w:p>
    <w:p>
      <w:pPr>
        <w:jc w:val="both"/>
      </w:pPr>
      <w:r>
        <w:t>2.759.000</w:t>
      </w:r>
    </w:p>
    <w:p>
      <w:pPr>
        <w:jc w:val="both"/>
      </w:pPr>
      <w:r>
        <w:t>3.089.000</w:t>
      </w:r>
    </w:p>
    <w:p>
      <w:pPr>
        <w:jc w:val="both"/>
      </w:pPr>
      <w:r>
        <w:t>673</w:t>
      </w:r>
    </w:p>
    <w:p>
      <w:pPr>
        <w:jc w:val="both"/>
      </w:pPr>
      <w:r>
        <w:t>663</w:t>
      </w:r>
    </w:p>
    <w:p>
      <w:pPr>
        <w:jc w:val="both"/>
      </w:pPr>
      <w:r>
        <w:t>Phẫu thuật chấn thương tầng sinh môn</w:t>
      </w:r>
    </w:p>
    <w:p>
      <w:pPr>
        <w:jc w:val="both"/>
      </w:pPr>
      <w:r>
        <w:t>3.868.000</w:t>
      </w:r>
    </w:p>
    <w:p>
      <w:pPr>
        <w:jc w:val="both"/>
      </w:pPr>
      <w:r>
        <w:t>4.315.000</w:t>
      </w:r>
    </w:p>
    <w:p>
      <w:pPr>
        <w:jc w:val="both"/>
      </w:pPr>
      <w:r>
        <w:t>674</w:t>
      </w:r>
    </w:p>
    <w:p>
      <w:pPr>
        <w:jc w:val="both"/>
      </w:pPr>
      <w:r>
        <w:t>664</w:t>
      </w:r>
    </w:p>
    <w:p>
      <w:pPr>
        <w:jc w:val="both"/>
      </w:pPr>
      <w:r>
        <w:t>Phẫu thuật chửa ngoài tử cung thể huyết tụ thành nang</w:t>
      </w:r>
    </w:p>
    <w:p>
      <w:pPr>
        <w:jc w:val="both"/>
      </w:pPr>
      <w:r>
        <w:t>3.923.000</w:t>
      </w:r>
    </w:p>
    <w:p>
      <w:pPr>
        <w:jc w:val="both"/>
      </w:pPr>
      <w:r>
        <w:t>4.379.000</w:t>
      </w:r>
    </w:p>
    <w:p>
      <w:pPr>
        <w:jc w:val="both"/>
      </w:pPr>
      <w:r>
        <w:t>675</w:t>
      </w:r>
    </w:p>
    <w:p>
      <w:pPr>
        <w:jc w:val="both"/>
      </w:pPr>
      <w:r>
        <w:t>665</w:t>
      </w:r>
    </w:p>
    <w:p>
      <w:pPr>
        <w:jc w:val="both"/>
      </w:pPr>
      <w:r>
        <w:t>Phẫu thuật chửa ngoài tử cung vỡ có choáng</w:t>
      </w:r>
    </w:p>
    <w:p>
      <w:pPr>
        <w:jc w:val="both"/>
      </w:pPr>
      <w:r>
        <w:t>3.883.000</w:t>
      </w:r>
    </w:p>
    <w:p>
      <w:pPr>
        <w:jc w:val="both"/>
      </w:pPr>
      <w:r>
        <w:t>4.332.000</w:t>
      </w:r>
    </w:p>
    <w:p>
      <w:pPr>
        <w:jc w:val="both"/>
      </w:pPr>
      <w:r>
        <w:t>676</w:t>
      </w:r>
    </w:p>
    <w:p>
      <w:pPr>
        <w:jc w:val="both"/>
      </w:pPr>
      <w:r>
        <w:t>666</w:t>
      </w:r>
    </w:p>
    <w:p>
      <w:pPr>
        <w:jc w:val="both"/>
      </w:pPr>
      <w:r>
        <w:t>Phẫu thuật Crossen</w:t>
      </w:r>
    </w:p>
    <w:p>
      <w:pPr>
        <w:jc w:val="both"/>
      </w:pPr>
      <w:r>
        <w:t>4.170.000</w:t>
      </w:r>
    </w:p>
    <w:p>
      <w:pPr>
        <w:jc w:val="both"/>
      </w:pPr>
      <w:r>
        <w:t>4.662.000</w:t>
      </w:r>
    </w:p>
    <w:p>
      <w:pPr>
        <w:jc w:val="both"/>
      </w:pPr>
      <w:r>
        <w:t>677</w:t>
      </w:r>
    </w:p>
    <w:p>
      <w:pPr>
        <w:jc w:val="both"/>
      </w:pPr>
      <w:r>
        <w:t>667</w:t>
      </w:r>
    </w:p>
    <w:p>
      <w:pPr>
        <w:jc w:val="both"/>
      </w:pPr>
      <w:r>
        <w:t>Phẫu thuật điều trị són tiểu (TOT, TVT)</w:t>
      </w:r>
    </w:p>
    <w:p>
      <w:pPr>
        <w:jc w:val="both"/>
      </w:pPr>
      <w:r>
        <w:t>5.543.000</w:t>
      </w:r>
    </w:p>
    <w:p>
      <w:pPr>
        <w:jc w:val="both"/>
      </w:pPr>
      <w:r>
        <w:t>6.243.000</w:t>
      </w:r>
    </w:p>
    <w:p>
      <w:pPr>
        <w:jc w:val="both"/>
      </w:pPr>
      <w:r>
        <w:t>Chưa bao gồm tấm màng nâng hoặc lưới các loại, các cỡ.</w:t>
      </w:r>
    </w:p>
    <w:p>
      <w:pPr>
        <w:jc w:val="both"/>
      </w:pPr>
      <w:r>
        <w:t>678</w:t>
      </w:r>
    </w:p>
    <w:p>
      <w:pPr>
        <w:jc w:val="both"/>
      </w:pPr>
      <w:r>
        <w:t>668</w:t>
      </w:r>
    </w:p>
    <w:p>
      <w:pPr>
        <w:jc w:val="both"/>
      </w:pPr>
      <w:r>
        <w:t>Phẫu thuật khối viêm dính tiểu khung</w:t>
      </w:r>
    </w:p>
    <w:p>
      <w:pPr>
        <w:jc w:val="both"/>
      </w:pPr>
      <w:r>
        <w:t>3.421.000</w:t>
      </w:r>
    </w:p>
    <w:p>
      <w:pPr>
        <w:jc w:val="both"/>
      </w:pPr>
      <w:r>
        <w:t>3.851.000</w:t>
      </w:r>
    </w:p>
    <w:p>
      <w:pPr>
        <w:jc w:val="both"/>
      </w:pPr>
      <w:r>
        <w:t>679</w:t>
      </w:r>
    </w:p>
    <w:p>
      <w:pPr>
        <w:jc w:val="both"/>
      </w:pPr>
      <w:r>
        <w:t>669</w:t>
      </w:r>
    </w:p>
    <w:p>
      <w:pPr>
        <w:jc w:val="both"/>
      </w:pPr>
      <w:r>
        <w:t>Phẫu thuật làm lại tầng sinh môn và cơ vòng do rách phức tạp</w:t>
      </w:r>
    </w:p>
    <w:p>
      <w:pPr>
        <w:jc w:val="both"/>
      </w:pPr>
      <w:r>
        <w:t>2.943.000</w:t>
      </w:r>
    </w:p>
    <w:p>
      <w:pPr>
        <w:jc w:val="both"/>
      </w:pPr>
      <w:r>
        <w:t>3.301.000</w:t>
      </w:r>
    </w:p>
    <w:p>
      <w:pPr>
        <w:jc w:val="both"/>
      </w:pPr>
      <w:r>
        <w:t>680</w:t>
      </w:r>
    </w:p>
    <w:p>
      <w:pPr>
        <w:jc w:val="both"/>
      </w:pPr>
      <w:r>
        <w:t>670</w:t>
      </w:r>
    </w:p>
    <w:p>
      <w:pPr>
        <w:jc w:val="both"/>
      </w:pPr>
      <w:r>
        <w:t>Phẫu thuật lấy thai có kèm các kỹ thuật cầm máu (thắt động mạch tử cung, mũi khâu B- lynch...)</w:t>
      </w:r>
    </w:p>
    <w:p>
      <w:pPr>
        <w:jc w:val="both"/>
      </w:pPr>
      <w:r>
        <w:t>4.336.000</w:t>
      </w:r>
    </w:p>
    <w:p>
      <w:pPr>
        <w:jc w:val="both"/>
      </w:pPr>
      <w:r>
        <w:t>4.875.000</w:t>
      </w:r>
    </w:p>
    <w:p>
      <w:pPr>
        <w:jc w:val="both"/>
      </w:pPr>
      <w:r>
        <w:t>681</w:t>
      </w:r>
    </w:p>
    <w:p>
      <w:pPr>
        <w:jc w:val="both"/>
      </w:pPr>
      <w:r>
        <w:t>671</w:t>
      </w:r>
    </w:p>
    <w:p>
      <w:pPr>
        <w:jc w:val="both"/>
      </w:pPr>
      <w:r>
        <w:t>04C3.2.194</w:t>
      </w:r>
    </w:p>
    <w:p>
      <w:pPr>
        <w:jc w:val="both"/>
      </w:pPr>
      <w:r>
        <w:t>Phẫu thuật lấy thai lần đầu</w:t>
      </w:r>
    </w:p>
    <w:p>
      <w:pPr>
        <w:jc w:val="both"/>
      </w:pPr>
      <w:r>
        <w:t>2.431.000</w:t>
      </w:r>
    </w:p>
    <w:p>
      <w:pPr>
        <w:jc w:val="both"/>
      </w:pPr>
      <w:r>
        <w:t>2.712.000</w:t>
      </w:r>
    </w:p>
    <w:p>
      <w:pPr>
        <w:jc w:val="both"/>
      </w:pPr>
      <w:r>
        <w:t>682</w:t>
      </w:r>
    </w:p>
    <w:p>
      <w:pPr>
        <w:jc w:val="both"/>
      </w:pPr>
      <w:r>
        <w:t>672</w:t>
      </w:r>
    </w:p>
    <w:p>
      <w:pPr>
        <w:jc w:val="both"/>
      </w:pPr>
      <w:r>
        <w:t>04C3.2.195</w:t>
      </w:r>
    </w:p>
    <w:p>
      <w:pPr>
        <w:jc w:val="both"/>
      </w:pPr>
      <w:r>
        <w:t>Phẫu thuật lấy thai lần thứ 2 trở lên</w:t>
      </w:r>
    </w:p>
    <w:p>
      <w:pPr>
        <w:jc w:val="both"/>
      </w:pPr>
      <w:r>
        <w:t>3.102.000</w:t>
      </w:r>
    </w:p>
    <w:p>
      <w:pPr>
        <w:jc w:val="both"/>
      </w:pPr>
      <w:r>
        <w:t>3.433.000</w:t>
      </w:r>
    </w:p>
    <w:p>
      <w:pPr>
        <w:jc w:val="both"/>
      </w:pPr>
      <w:r>
        <w:t>683</w:t>
      </w:r>
    </w:p>
    <w:p>
      <w:pPr>
        <w:jc w:val="both"/>
      </w:pPr>
      <w:r>
        <w:t>673</w:t>
      </w:r>
    </w:p>
    <w:p>
      <w:pPr>
        <w:jc w:val="both"/>
      </w:pPr>
      <w:r>
        <w:t>Phẫu thuật lấy thai trên người bệnh có bệnh truyền nhiễm (viêm gan nặng, HIV-AIDS, H5N1)</w:t>
      </w:r>
    </w:p>
    <w:p>
      <w:pPr>
        <w:jc w:val="both"/>
      </w:pPr>
      <w:r>
        <w:t>6.143.000</w:t>
      </w:r>
    </w:p>
    <w:p>
      <w:pPr>
        <w:jc w:val="both"/>
      </w:pPr>
      <w:r>
        <w:t>6.884.000</w:t>
      </w:r>
    </w:p>
    <w:p>
      <w:pPr>
        <w:jc w:val="both"/>
      </w:pPr>
      <w:r>
        <w:t>684</w:t>
      </w:r>
    </w:p>
    <w:p>
      <w:pPr>
        <w:jc w:val="both"/>
      </w:pPr>
      <w:r>
        <w:t>674</w:t>
      </w:r>
    </w:p>
    <w:p>
      <w:pPr>
        <w:jc w:val="both"/>
      </w:pPr>
      <w:r>
        <w:t>Phẫu thuật lấy thai trên người bệnh có sẹo mổ bụng cũ phức tạp</w:t>
      </w:r>
    </w:p>
    <w:p>
      <w:pPr>
        <w:jc w:val="both"/>
      </w:pPr>
      <w:r>
        <w:t>4.161.000</w:t>
      </w:r>
    </w:p>
    <w:p>
      <w:pPr>
        <w:jc w:val="both"/>
      </w:pPr>
      <w:r>
        <w:t>4.673.000</w:t>
      </w:r>
    </w:p>
    <w:p>
      <w:pPr>
        <w:jc w:val="both"/>
      </w:pPr>
      <w:r>
        <w:t>685</w:t>
      </w:r>
    </w:p>
    <w:p>
      <w:pPr>
        <w:jc w:val="both"/>
      </w:pPr>
      <w:r>
        <w:t>675</w:t>
      </w:r>
    </w:p>
    <w:p>
      <w:pPr>
        <w:jc w:val="both"/>
      </w:pPr>
      <w:r>
        <w:t>Phẫu thuật lấy thai trên người bệnh mắc bệnh toàn thân hoặc bệnh lý sản khoa</w:t>
      </w:r>
    </w:p>
    <w:p>
      <w:pPr>
        <w:jc w:val="both"/>
      </w:pPr>
      <w:r>
        <w:t>4.465.000</w:t>
      </w:r>
    </w:p>
    <w:p>
      <w:pPr>
        <w:jc w:val="both"/>
      </w:pPr>
      <w:r>
        <w:t>5.002.000</w:t>
      </w:r>
    </w:p>
    <w:p>
      <w:pPr>
        <w:jc w:val="both"/>
      </w:pPr>
      <w:r>
        <w:t>686</w:t>
      </w:r>
    </w:p>
    <w:p>
      <w:pPr>
        <w:jc w:val="both"/>
      </w:pPr>
      <w:r>
        <w:t>676</w:t>
      </w:r>
    </w:p>
    <w:p>
      <w:pPr>
        <w:jc w:val="both"/>
      </w:pPr>
      <w:r>
        <w:t>Phẫu thuật lấy thai và cắt tử cung trong rau cài răng lược</w:t>
      </w:r>
    </w:p>
    <w:p>
      <w:pPr>
        <w:jc w:val="both"/>
      </w:pPr>
      <w:r>
        <w:t>8.176.000</w:t>
      </w:r>
    </w:p>
    <w:p>
      <w:pPr>
        <w:jc w:val="both"/>
      </w:pPr>
      <w:r>
        <w:t>9.187.000</w:t>
      </w:r>
    </w:p>
    <w:p>
      <w:pPr>
        <w:jc w:val="both"/>
      </w:pPr>
      <w:r>
        <w:t>687</w:t>
      </w:r>
    </w:p>
    <w:p>
      <w:pPr>
        <w:jc w:val="both"/>
      </w:pPr>
      <w:r>
        <w:t>677</w:t>
      </w:r>
    </w:p>
    <w:p>
      <w:pPr>
        <w:jc w:val="both"/>
      </w:pPr>
      <w:r>
        <w:t>Phẫu thuật Lefort hoặc Labhart</w:t>
      </w:r>
    </w:p>
    <w:p>
      <w:pPr>
        <w:jc w:val="both"/>
      </w:pPr>
      <w:r>
        <w:t>2.882.000</w:t>
      </w:r>
    </w:p>
    <w:p>
      <w:pPr>
        <w:jc w:val="both"/>
      </w:pPr>
      <w:r>
        <w:t>3.231.000</w:t>
      </w:r>
    </w:p>
    <w:p>
      <w:pPr>
        <w:jc w:val="both"/>
      </w:pPr>
      <w:r>
        <w:t>688</w:t>
      </w:r>
    </w:p>
    <w:p>
      <w:pPr>
        <w:jc w:val="both"/>
      </w:pPr>
      <w:r>
        <w:t>678</w:t>
      </w:r>
    </w:p>
    <w:p>
      <w:pPr>
        <w:jc w:val="both"/>
      </w:pPr>
      <w:r>
        <w:t>Phẫu thuật Manchester</w:t>
      </w:r>
    </w:p>
    <w:p>
      <w:pPr>
        <w:jc w:val="both"/>
      </w:pPr>
      <w:r>
        <w:t>3.839.000</w:t>
      </w:r>
    </w:p>
    <w:p>
      <w:pPr>
        <w:jc w:val="both"/>
      </w:pPr>
      <w:r>
        <w:t>4.281.000</w:t>
      </w:r>
    </w:p>
    <w:p>
      <w:pPr>
        <w:jc w:val="both"/>
      </w:pPr>
      <w:r>
        <w:t>689</w:t>
      </w:r>
    </w:p>
    <w:p>
      <w:pPr>
        <w:jc w:val="both"/>
      </w:pPr>
      <w:r>
        <w:t>679</w:t>
      </w:r>
    </w:p>
    <w:p>
      <w:pPr>
        <w:jc w:val="both"/>
      </w:pPr>
      <w:r>
        <w:t>Phẫu thuật mở bụng bóc u xơ tử cung</w:t>
      </w:r>
    </w:p>
    <w:p>
      <w:pPr>
        <w:jc w:val="both"/>
      </w:pPr>
      <w:r>
        <w:t>3.455.000</w:t>
      </w:r>
    </w:p>
    <w:p>
      <w:pPr>
        <w:jc w:val="both"/>
      </w:pPr>
      <w:r>
        <w:t>3.890.000</w:t>
      </w:r>
    </w:p>
    <w:p>
      <w:pPr>
        <w:jc w:val="both"/>
      </w:pPr>
      <w:r>
        <w:t>690</w:t>
      </w:r>
    </w:p>
    <w:p>
      <w:pPr>
        <w:jc w:val="both"/>
      </w:pPr>
      <w:r>
        <w:t>680</w:t>
      </w:r>
    </w:p>
    <w:p>
      <w:pPr>
        <w:jc w:val="both"/>
      </w:pPr>
      <w:r>
        <w:t>Phẫu thuật mở bụng cắt góc tử cung</w:t>
      </w:r>
    </w:p>
    <w:p>
      <w:pPr>
        <w:jc w:val="both"/>
      </w:pPr>
      <w:r>
        <w:t>3.665.000</w:t>
      </w:r>
    </w:p>
    <w:p>
      <w:pPr>
        <w:jc w:val="both"/>
      </w:pPr>
      <w:r>
        <w:t>4.081.000</w:t>
      </w:r>
    </w:p>
    <w:p>
      <w:pPr>
        <w:jc w:val="both"/>
      </w:pPr>
      <w:r>
        <w:t>691</w:t>
      </w:r>
    </w:p>
    <w:p>
      <w:pPr>
        <w:jc w:val="both"/>
      </w:pPr>
      <w:r>
        <w:t>681</w:t>
      </w:r>
    </w:p>
    <w:p>
      <w:pPr>
        <w:jc w:val="both"/>
      </w:pPr>
      <w:r>
        <w:t>Phẫu thuật mở bụng cắt tử cung</w:t>
      </w:r>
    </w:p>
    <w:p>
      <w:pPr>
        <w:jc w:val="both"/>
      </w:pPr>
      <w:r>
        <w:t>4.034.000</w:t>
      </w:r>
    </w:p>
    <w:p>
      <w:pPr>
        <w:jc w:val="both"/>
      </w:pPr>
      <w:r>
        <w:t>4.506.000</w:t>
      </w:r>
    </w:p>
    <w:p>
      <w:pPr>
        <w:jc w:val="both"/>
      </w:pPr>
      <w:r>
        <w:t>692</w:t>
      </w:r>
    </w:p>
    <w:p>
      <w:pPr>
        <w:jc w:val="both"/>
      </w:pPr>
      <w:r>
        <w:t>682</w:t>
      </w:r>
    </w:p>
    <w:p>
      <w:pPr>
        <w:jc w:val="both"/>
      </w:pPr>
      <w:r>
        <w:t>Phẫu thuật mở bụng cắt tử cung hoàn toàn và vét hạch chậu</w:t>
      </w:r>
    </w:p>
    <w:p>
      <w:pPr>
        <w:jc w:val="both"/>
      </w:pPr>
      <w:r>
        <w:t>6.402.000</w:t>
      </w:r>
    </w:p>
    <w:p>
      <w:pPr>
        <w:jc w:val="both"/>
      </w:pPr>
      <w:r>
        <w:t>7.145.000</w:t>
      </w:r>
    </w:p>
    <w:p>
      <w:pPr>
        <w:jc w:val="both"/>
      </w:pPr>
      <w:r>
        <w:t>693</w:t>
      </w:r>
    </w:p>
    <w:p>
      <w:pPr>
        <w:jc w:val="both"/>
      </w:pPr>
      <w:r>
        <w:t>683</w:t>
      </w:r>
    </w:p>
    <w:p>
      <w:pPr>
        <w:jc w:val="both"/>
      </w:pPr>
      <w:r>
        <w:t>Phẫu thuật mở bụng cắt u buồng trứng hoặc cắt phần phụ</w:t>
      </w:r>
    </w:p>
    <w:p>
      <w:pPr>
        <w:jc w:val="both"/>
      </w:pPr>
      <w:r>
        <w:t>3.044.000</w:t>
      </w:r>
    </w:p>
    <w:p>
      <w:pPr>
        <w:jc w:val="both"/>
      </w:pPr>
      <w:r>
        <w:t>3.417.000</w:t>
      </w:r>
    </w:p>
    <w:p>
      <w:pPr>
        <w:jc w:val="both"/>
      </w:pPr>
      <w:r>
        <w:t>694</w:t>
      </w:r>
    </w:p>
    <w:p>
      <w:pPr>
        <w:jc w:val="both"/>
      </w:pPr>
      <w:r>
        <w:t>684</w:t>
      </w:r>
    </w:p>
    <w:p>
      <w:pPr>
        <w:jc w:val="both"/>
      </w:pPr>
      <w:r>
        <w:t>Phẫu thuật mở bụng tạo hình vòi trứng, nối lại vòi trứng</w:t>
      </w:r>
    </w:p>
    <w:p>
      <w:pPr>
        <w:jc w:val="both"/>
      </w:pPr>
      <w:r>
        <w:t>4.908.000</w:t>
      </w:r>
    </w:p>
    <w:p>
      <w:pPr>
        <w:jc w:val="both"/>
      </w:pPr>
      <w:r>
        <w:t>5.512.000</w:t>
      </w:r>
    </w:p>
    <w:p>
      <w:pPr>
        <w:jc w:val="both"/>
      </w:pPr>
      <w:r>
        <w:t>695</w:t>
      </w:r>
    </w:p>
    <w:p>
      <w:pPr>
        <w:jc w:val="both"/>
      </w:pPr>
      <w:r>
        <w:t>685</w:t>
      </w:r>
    </w:p>
    <w:p>
      <w:pPr>
        <w:jc w:val="both"/>
      </w:pPr>
      <w:r>
        <w:t>Phẫu thuật mở bụng thăm dò, xử trí bệnh lý phụ khoa</w:t>
      </w:r>
    </w:p>
    <w:p>
      <w:pPr>
        <w:jc w:val="both"/>
      </w:pPr>
      <w:r>
        <w:t>2.881.000</w:t>
      </w:r>
    </w:p>
    <w:p>
      <w:pPr>
        <w:jc w:val="both"/>
      </w:pPr>
      <w:r>
        <w:t>3.230.000</w:t>
      </w:r>
    </w:p>
    <w:p>
      <w:pPr>
        <w:jc w:val="both"/>
      </w:pPr>
      <w:r>
        <w:t>696</w:t>
      </w:r>
    </w:p>
    <w:p>
      <w:pPr>
        <w:jc w:val="both"/>
      </w:pPr>
      <w:r>
        <w:t>686</w:t>
      </w:r>
    </w:p>
    <w:p>
      <w:pPr>
        <w:jc w:val="both"/>
      </w:pPr>
      <w:r>
        <w:t>Phẫu thuật mở bụng xử trí viêm phúc mạc tiểu khung, viêm phần phụ, ứ mủ vòi trứng</w:t>
      </w:r>
    </w:p>
    <w:p>
      <w:pPr>
        <w:jc w:val="both"/>
      </w:pPr>
      <w:r>
        <w:t>4.447.000</w:t>
      </w:r>
    </w:p>
    <w:p>
      <w:pPr>
        <w:jc w:val="both"/>
      </w:pPr>
      <w:r>
        <w:t>4.981.000</w:t>
      </w:r>
    </w:p>
    <w:p>
      <w:pPr>
        <w:jc w:val="both"/>
      </w:pPr>
      <w:r>
        <w:t>697</w:t>
      </w:r>
    </w:p>
    <w:p>
      <w:pPr>
        <w:jc w:val="both"/>
      </w:pPr>
      <w:r>
        <w:t>687</w:t>
      </w:r>
    </w:p>
    <w:p>
      <w:pPr>
        <w:jc w:val="both"/>
      </w:pPr>
      <w:r>
        <w:t>Phẫu thuật nội soi bóc u xơ tử cung</w:t>
      </w:r>
    </w:p>
    <w:p>
      <w:pPr>
        <w:jc w:val="both"/>
      </w:pPr>
      <w:r>
        <w:t>6.274.000</w:t>
      </w:r>
    </w:p>
    <w:p>
      <w:pPr>
        <w:jc w:val="both"/>
      </w:pPr>
      <w:r>
        <w:t>7.085.000</w:t>
      </w:r>
    </w:p>
    <w:p>
      <w:pPr>
        <w:jc w:val="both"/>
      </w:pPr>
      <w:r>
        <w:t>698</w:t>
      </w:r>
    </w:p>
    <w:p>
      <w:pPr>
        <w:jc w:val="both"/>
      </w:pPr>
      <w:r>
        <w:t>688</w:t>
      </w:r>
    </w:p>
    <w:p>
      <w:pPr>
        <w:jc w:val="both"/>
      </w:pPr>
      <w:r>
        <w:t>Phẫu thuật nội soi buồng tử cung cắt nhân xơ; polip; tách dính; cắt vách ngăn; lấy dị vật</w:t>
      </w:r>
    </w:p>
    <w:p>
      <w:pPr>
        <w:jc w:val="both"/>
      </w:pPr>
      <w:r>
        <w:t>5.716.000</w:t>
      </w:r>
    </w:p>
    <w:p>
      <w:pPr>
        <w:jc w:val="both"/>
      </w:pPr>
      <w:r>
        <w:t>6.442.000</w:t>
      </w:r>
    </w:p>
    <w:p>
      <w:pPr>
        <w:jc w:val="both"/>
      </w:pPr>
      <w:r>
        <w:t>699</w:t>
      </w:r>
    </w:p>
    <w:p>
      <w:pPr>
        <w:jc w:val="both"/>
      </w:pPr>
      <w:r>
        <w:t>689</w:t>
      </w:r>
    </w:p>
    <w:p>
      <w:pPr>
        <w:jc w:val="both"/>
      </w:pPr>
      <w:r>
        <w:t>Phẫu thuật nội soi cắt phần phụ</w:t>
      </w:r>
    </w:p>
    <w:p>
      <w:pPr>
        <w:jc w:val="both"/>
      </w:pPr>
      <w:r>
        <w:t>5.229.000</w:t>
      </w:r>
    </w:p>
    <w:p>
      <w:pPr>
        <w:jc w:val="both"/>
      </w:pPr>
      <w:r>
        <w:t>5.881.000</w:t>
      </w:r>
    </w:p>
    <w:p>
      <w:pPr>
        <w:jc w:val="both"/>
      </w:pPr>
      <w:r>
        <w:t>700</w:t>
      </w:r>
    </w:p>
    <w:p>
      <w:pPr>
        <w:jc w:val="both"/>
      </w:pPr>
      <w:r>
        <w:t>690</w:t>
      </w:r>
    </w:p>
    <w:p>
      <w:pPr>
        <w:jc w:val="both"/>
      </w:pPr>
      <w:r>
        <w:t>Phẫu thuật nội soi cắt tử cung</w:t>
      </w:r>
    </w:p>
    <w:p>
      <w:pPr>
        <w:jc w:val="both"/>
      </w:pPr>
      <w:r>
        <w:t>6.072.000</w:t>
      </w:r>
    </w:p>
    <w:p>
      <w:pPr>
        <w:jc w:val="both"/>
      </w:pPr>
      <w:r>
        <w:t>6.852.000</w:t>
      </w:r>
    </w:p>
    <w:p>
      <w:pPr>
        <w:jc w:val="both"/>
      </w:pPr>
      <w:r>
        <w:t>701</w:t>
      </w:r>
    </w:p>
    <w:p>
      <w:pPr>
        <w:jc w:val="both"/>
      </w:pPr>
      <w:r>
        <w:t>691</w:t>
      </w:r>
    </w:p>
    <w:p>
      <w:pPr>
        <w:jc w:val="both"/>
      </w:pPr>
      <w:r>
        <w:t>Phẫu thuật nội soi cắt tử cung hoàn toàn và vét hạch chậu</w:t>
      </w:r>
    </w:p>
    <w:p>
      <w:pPr>
        <w:jc w:val="both"/>
      </w:pPr>
      <w:r>
        <w:t>8.181.000</w:t>
      </w:r>
    </w:p>
    <w:p>
      <w:pPr>
        <w:jc w:val="both"/>
      </w:pPr>
      <w:r>
        <w:t>9.192.000</w:t>
      </w:r>
    </w:p>
    <w:p>
      <w:pPr>
        <w:jc w:val="both"/>
      </w:pPr>
      <w:r>
        <w:t>702</w:t>
      </w:r>
    </w:p>
    <w:p>
      <w:pPr>
        <w:jc w:val="both"/>
      </w:pPr>
      <w:r>
        <w:t>692</w:t>
      </w:r>
    </w:p>
    <w:p>
      <w:pPr>
        <w:jc w:val="both"/>
      </w:pPr>
      <w:r>
        <w:t>Phẫu thuật nội soi cắt ung thư buồng trứng kèm cắt tử cung hoàn toàn + 2 phần phụ + mạc nối lớn</w:t>
      </w:r>
    </w:p>
    <w:p>
      <w:pPr>
        <w:jc w:val="both"/>
      </w:pPr>
      <w:r>
        <w:t>8.320.000</w:t>
      </w:r>
    </w:p>
    <w:p>
      <w:pPr>
        <w:jc w:val="both"/>
      </w:pPr>
      <w:r>
        <w:t>9.353.000</w:t>
      </w:r>
    </w:p>
    <w:p>
      <w:pPr>
        <w:jc w:val="both"/>
      </w:pPr>
      <w:r>
        <w:t>703</w:t>
      </w:r>
    </w:p>
    <w:p>
      <w:pPr>
        <w:jc w:val="both"/>
      </w:pPr>
      <w:r>
        <w:t>693</w:t>
      </w:r>
    </w:p>
    <w:p>
      <w:pPr>
        <w:jc w:val="both"/>
      </w:pPr>
      <w:r>
        <w:t>Phẫu thuật nội soi điều trị vô sinh (soi buồng tử cung + nội soi ổ bụng)</w:t>
      </w:r>
    </w:p>
    <w:p>
      <w:pPr>
        <w:jc w:val="both"/>
      </w:pPr>
      <w:r>
        <w:t>6.181.000</w:t>
      </w:r>
    </w:p>
    <w:p>
      <w:pPr>
        <w:jc w:val="both"/>
      </w:pPr>
      <w:r>
        <w:t>6.977.000</w:t>
      </w:r>
    </w:p>
    <w:p>
      <w:pPr>
        <w:jc w:val="both"/>
      </w:pPr>
      <w:r>
        <w:t>704</w:t>
      </w:r>
    </w:p>
    <w:p>
      <w:pPr>
        <w:jc w:val="both"/>
      </w:pPr>
      <w:r>
        <w:t>694</w:t>
      </w:r>
    </w:p>
    <w:p>
      <w:pPr>
        <w:jc w:val="both"/>
      </w:pPr>
      <w:r>
        <w:t>Phẫu thuật nội soi khâu lỗ thủng tử cung</w:t>
      </w:r>
    </w:p>
    <w:p>
      <w:pPr>
        <w:jc w:val="both"/>
      </w:pPr>
      <w:r>
        <w:t>5.247.000</w:t>
      </w:r>
    </w:p>
    <w:p>
      <w:pPr>
        <w:jc w:val="both"/>
      </w:pPr>
      <w:r>
        <w:t>5.902.000</w:t>
      </w:r>
    </w:p>
    <w:p>
      <w:pPr>
        <w:jc w:val="both"/>
      </w:pPr>
      <w:r>
        <w:t>705</w:t>
      </w:r>
    </w:p>
    <w:p>
      <w:pPr>
        <w:jc w:val="both"/>
      </w:pPr>
      <w:r>
        <w:t>695</w:t>
      </w:r>
    </w:p>
    <w:p>
      <w:pPr>
        <w:jc w:val="both"/>
      </w:pPr>
      <w:r>
        <w:t>Phẫu thuật nội soi lấy dụng cụ tử cung trong ổ bụng</w:t>
      </w:r>
    </w:p>
    <w:p>
      <w:pPr>
        <w:jc w:val="both"/>
      </w:pPr>
      <w:r>
        <w:t>5.690.000</w:t>
      </w:r>
    </w:p>
    <w:p>
      <w:pPr>
        <w:jc w:val="both"/>
      </w:pPr>
      <w:r>
        <w:t>6.409.000</w:t>
      </w:r>
    </w:p>
    <w:p>
      <w:pPr>
        <w:jc w:val="both"/>
      </w:pPr>
      <w:r>
        <w:t>706</w:t>
      </w:r>
    </w:p>
    <w:p>
      <w:pPr>
        <w:jc w:val="both"/>
      </w:pPr>
      <w:r>
        <w:t>696</w:t>
      </w:r>
    </w:p>
    <w:p>
      <w:pPr>
        <w:jc w:val="both"/>
      </w:pPr>
      <w:r>
        <w:t>Phẫu thuật nội soi ổ bụng chẩn đoán + tiêm MTX tại chỗ điều trị thai ngoài tử cung</w:t>
      </w:r>
    </w:p>
    <w:p>
      <w:pPr>
        <w:jc w:val="both"/>
      </w:pPr>
      <w:r>
        <w:t>5.163.000</w:t>
      </w:r>
    </w:p>
    <w:p>
      <w:pPr>
        <w:jc w:val="both"/>
      </w:pPr>
      <w:r>
        <w:t>5.805.000</w:t>
      </w:r>
    </w:p>
    <w:p>
      <w:pPr>
        <w:jc w:val="both"/>
      </w:pPr>
      <w:r>
        <w:t>707</w:t>
      </w:r>
    </w:p>
    <w:p>
      <w:pPr>
        <w:jc w:val="both"/>
      </w:pPr>
      <w:r>
        <w:t>697</w:t>
      </w:r>
    </w:p>
    <w:p>
      <w:pPr>
        <w:jc w:val="both"/>
      </w:pPr>
      <w:r>
        <w:t>Phẫu thuật nội soi ổ bụng chẩn đoán các bệnh lý phụ khoa</w:t>
      </w:r>
    </w:p>
    <w:p>
      <w:pPr>
        <w:jc w:val="both"/>
      </w:pPr>
      <w:r>
        <w:t>5.121.000</w:t>
      </w:r>
    </w:p>
    <w:p>
      <w:pPr>
        <w:jc w:val="both"/>
      </w:pPr>
      <w:r>
        <w:t>5.757.000</w:t>
      </w:r>
    </w:p>
    <w:p>
      <w:pPr>
        <w:jc w:val="both"/>
      </w:pPr>
      <w:r>
        <w:t>708</w:t>
      </w:r>
    </w:p>
    <w:p>
      <w:pPr>
        <w:jc w:val="both"/>
      </w:pPr>
      <w:r>
        <w:t>698</w:t>
      </w:r>
    </w:p>
    <w:p>
      <w:pPr>
        <w:jc w:val="both"/>
      </w:pPr>
      <w:r>
        <w:t>Phẫu thuật nội soi sa sinh dục nữ</w:t>
      </w:r>
    </w:p>
    <w:p>
      <w:pPr>
        <w:jc w:val="both"/>
      </w:pPr>
      <w:r>
        <w:t>9.311.000</w:t>
      </w:r>
    </w:p>
    <w:p>
      <w:pPr>
        <w:jc w:val="both"/>
      </w:pPr>
      <w:r>
        <w:t>10.581.000</w:t>
      </w:r>
    </w:p>
    <w:p>
      <w:pPr>
        <w:jc w:val="both"/>
      </w:pPr>
      <w:r>
        <w:t>709</w:t>
      </w:r>
    </w:p>
    <w:p>
      <w:pPr>
        <w:jc w:val="both"/>
      </w:pPr>
      <w:r>
        <w:t>699</w:t>
      </w:r>
    </w:p>
    <w:p>
      <w:pPr>
        <w:jc w:val="both"/>
      </w:pPr>
      <w:r>
        <w:t>Phẫu thuật nội soi treo buồng trứng</w:t>
      </w:r>
    </w:p>
    <w:p>
      <w:pPr>
        <w:jc w:val="both"/>
      </w:pPr>
      <w:r>
        <w:t>5.708.000</w:t>
      </w:r>
    </w:p>
    <w:p>
      <w:pPr>
        <w:jc w:val="both"/>
      </w:pPr>
      <w:r>
        <w:t>6.430.000</w:t>
      </w:r>
    </w:p>
    <w:p>
      <w:pPr>
        <w:jc w:val="both"/>
      </w:pPr>
      <w:r>
        <w:t>710</w:t>
      </w:r>
    </w:p>
    <w:p>
      <w:pPr>
        <w:jc w:val="both"/>
      </w:pPr>
      <w:r>
        <w:t>700</w:t>
      </w:r>
    </w:p>
    <w:p>
      <w:pPr>
        <w:jc w:val="both"/>
      </w:pPr>
      <w:r>
        <w:t>Phẫu thuật nội soi triệt sản nữ</w:t>
      </w:r>
    </w:p>
    <w:p>
      <w:pPr>
        <w:jc w:val="both"/>
      </w:pPr>
      <w:r>
        <w:t>4.906.000</w:t>
      </w:r>
    </w:p>
    <w:p>
      <w:pPr>
        <w:jc w:val="both"/>
      </w:pPr>
      <w:r>
        <w:t>5.506.000</w:t>
      </w:r>
    </w:p>
    <w:p>
      <w:pPr>
        <w:jc w:val="both"/>
      </w:pPr>
      <w:r>
        <w:t>711</w:t>
      </w:r>
    </w:p>
    <w:p>
      <w:pPr>
        <w:jc w:val="both"/>
      </w:pPr>
      <w:r>
        <w:t>701</w:t>
      </w:r>
    </w:p>
    <w:p>
      <w:pPr>
        <w:jc w:val="both"/>
      </w:pPr>
      <w:r>
        <w:t>Phẫu thuật nội soi vét hạch tiểu khung</w:t>
      </w:r>
    </w:p>
    <w:p>
      <w:pPr>
        <w:jc w:val="both"/>
      </w:pPr>
      <w:r>
        <w:t>6.690.000</w:t>
      </w:r>
    </w:p>
    <w:p>
      <w:pPr>
        <w:jc w:val="both"/>
      </w:pPr>
      <w:r>
        <w:t>7.564.000</w:t>
      </w:r>
    </w:p>
    <w:p>
      <w:pPr>
        <w:jc w:val="both"/>
      </w:pPr>
      <w:r>
        <w:t>712</w:t>
      </w:r>
    </w:p>
    <w:p>
      <w:pPr>
        <w:jc w:val="both"/>
      </w:pPr>
      <w:r>
        <w:t>702</w:t>
      </w:r>
    </w:p>
    <w:p>
      <w:pPr>
        <w:jc w:val="both"/>
      </w:pPr>
      <w:r>
        <w:t>Phẫu thuật nội soi xử trí viêm phúc mạc tiểu khung, viêm phần phụ, ứ mủ vòi trứng</w:t>
      </w:r>
    </w:p>
    <w:p>
      <w:pPr>
        <w:jc w:val="both"/>
      </w:pPr>
      <w:r>
        <w:t>6.832.000</w:t>
      </w:r>
    </w:p>
    <w:p>
      <w:pPr>
        <w:jc w:val="both"/>
      </w:pPr>
      <w:r>
        <w:t>7.640.000</w:t>
      </w:r>
    </w:p>
    <w:p>
      <w:pPr>
        <w:jc w:val="both"/>
      </w:pPr>
      <w:r>
        <w:t>713</w:t>
      </w:r>
    </w:p>
    <w:p>
      <w:pPr>
        <w:jc w:val="both"/>
      </w:pPr>
      <w:r>
        <w:t>703</w:t>
      </w:r>
    </w:p>
    <w:p>
      <w:pPr>
        <w:jc w:val="both"/>
      </w:pPr>
      <w:r>
        <w:t>Phẫu thuật Second Look trong ung thư buồng trứng</w:t>
      </w:r>
    </w:p>
    <w:p>
      <w:pPr>
        <w:jc w:val="both"/>
      </w:pPr>
      <w:r>
        <w:t>4.217.000</w:t>
      </w:r>
    </w:p>
    <w:p>
      <w:pPr>
        <w:jc w:val="both"/>
      </w:pPr>
      <w:r>
        <w:t>4.738.000</w:t>
      </w:r>
    </w:p>
    <w:p>
      <w:pPr>
        <w:jc w:val="both"/>
      </w:pPr>
      <w:r>
        <w:t>714</w:t>
      </w:r>
    </w:p>
    <w:p>
      <w:pPr>
        <w:jc w:val="both"/>
      </w:pPr>
      <w:r>
        <w:t>704</w:t>
      </w:r>
    </w:p>
    <w:p>
      <w:pPr>
        <w:jc w:val="both"/>
      </w:pPr>
      <w:r>
        <w:t>Phẫu thuật tạo hình âm đạo (nội soi kết hợp đường dưới)</w:t>
      </w:r>
    </w:p>
    <w:p>
      <w:pPr>
        <w:jc w:val="both"/>
      </w:pPr>
      <w:r>
        <w:t>6.218.000</w:t>
      </w:r>
    </w:p>
    <w:p>
      <w:pPr>
        <w:jc w:val="both"/>
      </w:pPr>
      <w:r>
        <w:t>6.946.000</w:t>
      </w:r>
    </w:p>
    <w:p>
      <w:pPr>
        <w:jc w:val="both"/>
      </w:pPr>
      <w:r>
        <w:t>715</w:t>
      </w:r>
    </w:p>
    <w:p>
      <w:pPr>
        <w:jc w:val="both"/>
      </w:pPr>
      <w:r>
        <w:t>705</w:t>
      </w:r>
    </w:p>
    <w:p>
      <w:pPr>
        <w:jc w:val="both"/>
      </w:pPr>
      <w:r>
        <w:t>Phẫu thuật tạo hình âm đạo do dị dạng (đường dưới)</w:t>
      </w:r>
    </w:p>
    <w:p>
      <w:pPr>
        <w:jc w:val="both"/>
      </w:pPr>
      <w:r>
        <w:t>3.836.000</w:t>
      </w:r>
    </w:p>
    <w:p>
      <w:pPr>
        <w:jc w:val="both"/>
      </w:pPr>
      <w:r>
        <w:t>4.217.000</w:t>
      </w:r>
    </w:p>
    <w:p>
      <w:pPr>
        <w:jc w:val="both"/>
      </w:pPr>
      <w:r>
        <w:t>716</w:t>
      </w:r>
    </w:p>
    <w:p>
      <w:pPr>
        <w:jc w:val="both"/>
      </w:pPr>
      <w:r>
        <w:t>706</w:t>
      </w:r>
    </w:p>
    <w:p>
      <w:pPr>
        <w:jc w:val="both"/>
      </w:pPr>
      <w:r>
        <w:t>Phẫu thuật tạo hình tử cung (Strassman, Jones)</w:t>
      </w:r>
    </w:p>
    <w:p>
      <w:pPr>
        <w:jc w:val="both"/>
      </w:pPr>
      <w:r>
        <w:t>4.902.000</w:t>
      </w:r>
    </w:p>
    <w:p>
      <w:pPr>
        <w:jc w:val="both"/>
      </w:pPr>
      <w:r>
        <w:t>5.431.000</w:t>
      </w:r>
    </w:p>
    <w:p>
      <w:pPr>
        <w:jc w:val="both"/>
      </w:pPr>
      <w:r>
        <w:t>717</w:t>
      </w:r>
    </w:p>
    <w:p>
      <w:pPr>
        <w:jc w:val="both"/>
      </w:pPr>
      <w:r>
        <w:t>707</w:t>
      </w:r>
    </w:p>
    <w:p>
      <w:pPr>
        <w:jc w:val="both"/>
      </w:pPr>
      <w:r>
        <w:t>Phẫu thuật thắt động mạch hạ vị trong cấp cứu sản phụ khoa</w:t>
      </w:r>
    </w:p>
    <w:p>
      <w:pPr>
        <w:jc w:val="both"/>
      </w:pPr>
      <w:r>
        <w:t>4.967.000</w:t>
      </w:r>
    </w:p>
    <w:p>
      <w:pPr>
        <w:jc w:val="both"/>
      </w:pPr>
      <w:r>
        <w:t>5.631.000</w:t>
      </w:r>
    </w:p>
    <w:p>
      <w:pPr>
        <w:jc w:val="both"/>
      </w:pPr>
      <w:r>
        <w:t>718</w:t>
      </w:r>
    </w:p>
    <w:p>
      <w:pPr>
        <w:jc w:val="both"/>
      </w:pPr>
      <w:r>
        <w:t>708</w:t>
      </w:r>
    </w:p>
    <w:p>
      <w:pPr>
        <w:jc w:val="both"/>
      </w:pPr>
      <w:r>
        <w:t>Phẫu thuật thắt động mạch tử cung trong cấp cứu sản phụ khoa</w:t>
      </w:r>
    </w:p>
    <w:p>
      <w:pPr>
        <w:jc w:val="both"/>
      </w:pPr>
      <w:r>
        <w:t>3.435.000</w:t>
      </w:r>
    </w:p>
    <w:p>
      <w:pPr>
        <w:jc w:val="both"/>
      </w:pPr>
      <w:r>
        <w:t>3.873.000</w:t>
      </w:r>
    </w:p>
    <w:p>
      <w:pPr>
        <w:jc w:val="both"/>
      </w:pPr>
      <w:r>
        <w:t>719</w:t>
      </w:r>
    </w:p>
    <w:p>
      <w:pPr>
        <w:jc w:val="both"/>
      </w:pPr>
      <w:r>
        <w:t>709</w:t>
      </w:r>
    </w:p>
    <w:p>
      <w:pPr>
        <w:jc w:val="both"/>
      </w:pPr>
      <w:r>
        <w:t>Phẫu thuật treo bàng quang và trực tràng sau mổ sa sinh dục</w:t>
      </w:r>
    </w:p>
    <w:p>
      <w:pPr>
        <w:jc w:val="both"/>
      </w:pPr>
      <w:r>
        <w:t>4.279.000</w:t>
      </w:r>
    </w:p>
    <w:p>
      <w:pPr>
        <w:jc w:val="both"/>
      </w:pPr>
      <w:r>
        <w:t>4.788.000</w:t>
      </w:r>
    </w:p>
    <w:p>
      <w:pPr>
        <w:jc w:val="both"/>
      </w:pPr>
      <w:r>
        <w:t>720</w:t>
      </w:r>
    </w:p>
    <w:p>
      <w:pPr>
        <w:jc w:val="both"/>
      </w:pPr>
      <w:r>
        <w:t>710</w:t>
      </w:r>
    </w:p>
    <w:p>
      <w:pPr>
        <w:jc w:val="both"/>
      </w:pPr>
      <w:r>
        <w:t>Phẫu thuật treo tử cung</w:t>
      </w:r>
    </w:p>
    <w:p>
      <w:pPr>
        <w:jc w:val="both"/>
      </w:pPr>
      <w:r>
        <w:t>2.958.000</w:t>
      </w:r>
    </w:p>
    <w:p>
      <w:pPr>
        <w:jc w:val="both"/>
      </w:pPr>
      <w:r>
        <w:t>3.318.000</w:t>
      </w:r>
    </w:p>
    <w:p>
      <w:pPr>
        <w:jc w:val="both"/>
      </w:pPr>
      <w:r>
        <w:t>721</w:t>
      </w:r>
    </w:p>
    <w:p>
      <w:pPr>
        <w:jc w:val="both"/>
      </w:pPr>
      <w:r>
        <w:t>711</w:t>
      </w:r>
    </w:p>
    <w:p>
      <w:pPr>
        <w:jc w:val="both"/>
      </w:pPr>
      <w:r>
        <w:t>Phẫu thuật Wertheim (cắt tử cung tận gốc + vét hạch)</w:t>
      </w:r>
    </w:p>
    <w:p>
      <w:pPr>
        <w:jc w:val="both"/>
      </w:pPr>
      <w:r>
        <w:t>6.448.000</w:t>
      </w:r>
    </w:p>
    <w:p>
      <w:pPr>
        <w:jc w:val="both"/>
      </w:pPr>
      <w:r>
        <w:t>7.198.000</w:t>
      </w:r>
    </w:p>
    <w:p>
      <w:pPr>
        <w:jc w:val="both"/>
      </w:pPr>
      <w:r>
        <w:t>722</w:t>
      </w:r>
    </w:p>
    <w:p>
      <w:pPr>
        <w:jc w:val="both"/>
      </w:pPr>
      <w:r>
        <w:t>712</w:t>
      </w:r>
    </w:p>
    <w:p>
      <w:pPr>
        <w:jc w:val="both"/>
      </w:pPr>
      <w:r>
        <w:t>Sinh thiết cổ tử cung, âm hộ, âm đạo</w:t>
      </w:r>
    </w:p>
    <w:p>
      <w:pPr>
        <w:jc w:val="both"/>
      </w:pPr>
      <w:r>
        <w:t>393.000</w:t>
      </w:r>
    </w:p>
    <w:p>
      <w:pPr>
        <w:jc w:val="both"/>
      </w:pPr>
      <w:r>
        <w:t>443.000</w:t>
      </w:r>
    </w:p>
    <w:p>
      <w:pPr>
        <w:jc w:val="both"/>
      </w:pPr>
      <w:r>
        <w:t>723</w:t>
      </w:r>
    </w:p>
    <w:p>
      <w:pPr>
        <w:jc w:val="both"/>
      </w:pPr>
      <w:r>
        <w:t>713</w:t>
      </w:r>
    </w:p>
    <w:p>
      <w:pPr>
        <w:jc w:val="both"/>
      </w:pPr>
      <w:r>
        <w:t>Sinh thiết gai rau</w:t>
      </w:r>
    </w:p>
    <w:p>
      <w:pPr>
        <w:jc w:val="both"/>
      </w:pPr>
      <w:r>
        <w:t>1.161.000</w:t>
      </w:r>
    </w:p>
    <w:p>
      <w:pPr>
        <w:jc w:val="both"/>
      </w:pPr>
      <w:r>
        <w:t>1.326.000</w:t>
      </w:r>
    </w:p>
    <w:p>
      <w:pPr>
        <w:jc w:val="both"/>
      </w:pPr>
      <w:r>
        <w:t>724</w:t>
      </w:r>
    </w:p>
    <w:p>
      <w:pPr>
        <w:jc w:val="both"/>
      </w:pPr>
      <w:r>
        <w:t>714</w:t>
      </w:r>
    </w:p>
    <w:p>
      <w:pPr>
        <w:jc w:val="both"/>
      </w:pPr>
      <w:r>
        <w:t>Sinh thiết hạch gác (cửa) trong ung thư vú</w:t>
      </w:r>
    </w:p>
    <w:p>
      <w:pPr>
        <w:jc w:val="both"/>
      </w:pPr>
      <w:r>
        <w:t>2.265.000</w:t>
      </w:r>
    </w:p>
    <w:p>
      <w:pPr>
        <w:jc w:val="both"/>
      </w:pPr>
      <w:r>
        <w:t>2.557.000</w:t>
      </w:r>
    </w:p>
    <w:p>
      <w:pPr>
        <w:jc w:val="both"/>
      </w:pPr>
      <w:r>
        <w:t>725</w:t>
      </w:r>
    </w:p>
    <w:p>
      <w:pPr>
        <w:jc w:val="both"/>
      </w:pPr>
      <w:r>
        <w:t>715</w:t>
      </w:r>
    </w:p>
    <w:p>
      <w:pPr>
        <w:jc w:val="both"/>
      </w:pPr>
      <w:r>
        <w:t>04C3.2.189</w:t>
      </w:r>
    </w:p>
    <w:p>
      <w:pPr>
        <w:jc w:val="both"/>
      </w:pPr>
      <w:r>
        <w:t>Soi cổ tử cung</w:t>
      </w:r>
    </w:p>
    <w:p>
      <w:pPr>
        <w:jc w:val="both"/>
      </w:pPr>
      <w:r>
        <w:t>63.900</w:t>
      </w:r>
    </w:p>
    <w:p>
      <w:pPr>
        <w:jc w:val="both"/>
      </w:pPr>
      <w:r>
        <w:t>71.400</w:t>
      </w:r>
    </w:p>
    <w:p>
      <w:pPr>
        <w:jc w:val="both"/>
      </w:pPr>
      <w:r>
        <w:t>726</w:t>
      </w:r>
    </w:p>
    <w:p>
      <w:pPr>
        <w:jc w:val="both"/>
      </w:pPr>
      <w:r>
        <w:t>716</w:t>
      </w:r>
    </w:p>
    <w:p>
      <w:pPr>
        <w:jc w:val="both"/>
      </w:pPr>
      <w:r>
        <w:t>04C3.2.190</w:t>
      </w:r>
    </w:p>
    <w:p>
      <w:pPr>
        <w:jc w:val="both"/>
      </w:pPr>
      <w:r>
        <w:t>Soi ối</w:t>
      </w:r>
    </w:p>
    <w:p>
      <w:pPr>
        <w:jc w:val="both"/>
      </w:pPr>
      <w:r>
        <w:t>50.900</w:t>
      </w:r>
    </w:p>
    <w:p>
      <w:pPr>
        <w:jc w:val="both"/>
      </w:pPr>
      <w:r>
        <w:t>56.500</w:t>
      </w:r>
    </w:p>
    <w:p>
      <w:pPr>
        <w:jc w:val="both"/>
      </w:pPr>
      <w:r>
        <w:t>727</w:t>
      </w:r>
    </w:p>
    <w:p>
      <w:pPr>
        <w:jc w:val="both"/>
      </w:pPr>
      <w:r>
        <w:t>717</w:t>
      </w:r>
    </w:p>
    <w:p>
      <w:pPr>
        <w:jc w:val="both"/>
      </w:pPr>
      <w:r>
        <w:t>Thủ thuật LEEP (cắt cổ tử cung bằng vòng nhiệt điện)</w:t>
      </w:r>
    </w:p>
    <w:p>
      <w:pPr>
        <w:jc w:val="both"/>
      </w:pPr>
      <w:r>
        <w:t>1.171.000</w:t>
      </w:r>
    </w:p>
    <w:p>
      <w:pPr>
        <w:jc w:val="both"/>
      </w:pPr>
      <w:r>
        <w:t>1.309.000</w:t>
      </w:r>
    </w:p>
    <w:p>
      <w:pPr>
        <w:jc w:val="both"/>
      </w:pPr>
      <w:r>
        <w:t>728</w:t>
      </w:r>
    </w:p>
    <w:p>
      <w:pPr>
        <w:jc w:val="both"/>
      </w:pPr>
      <w:r>
        <w:t>718</w:t>
      </w:r>
    </w:p>
    <w:p>
      <w:pPr>
        <w:jc w:val="both"/>
      </w:pPr>
      <w:r>
        <w:t>Tiêm hoá chất tại chỗ điều trị chửa ở cổ tử cung</w:t>
      </w:r>
    </w:p>
    <w:p>
      <w:pPr>
        <w:jc w:val="both"/>
      </w:pPr>
      <w:r>
        <w:t>265.000</w:t>
      </w:r>
    </w:p>
    <w:p>
      <w:pPr>
        <w:jc w:val="both"/>
      </w:pPr>
      <w:r>
        <w:t>292.000</w:t>
      </w:r>
    </w:p>
    <w:p>
      <w:pPr>
        <w:jc w:val="both"/>
      </w:pPr>
      <w:r>
        <w:t>729</w:t>
      </w:r>
    </w:p>
    <w:p>
      <w:pPr>
        <w:jc w:val="both"/>
      </w:pPr>
      <w:r>
        <w:t>719</w:t>
      </w:r>
    </w:p>
    <w:p>
      <w:pPr>
        <w:jc w:val="both"/>
      </w:pPr>
      <w:r>
        <w:t>Tiêm nhân Chorio</w:t>
      </w:r>
    </w:p>
    <w:p>
      <w:pPr>
        <w:jc w:val="both"/>
      </w:pPr>
      <w:r>
        <w:t>249.000</w:t>
      </w:r>
    </w:p>
    <w:p>
      <w:pPr>
        <w:jc w:val="both"/>
      </w:pPr>
      <w:r>
        <w:t>277.000</w:t>
      </w:r>
    </w:p>
    <w:p>
      <w:pPr>
        <w:jc w:val="both"/>
      </w:pPr>
      <w:r>
        <w:t>730</w:t>
      </w:r>
    </w:p>
    <w:p>
      <w:pPr>
        <w:jc w:val="both"/>
      </w:pPr>
      <w:r>
        <w:t>720</w:t>
      </w:r>
    </w:p>
    <w:p>
      <w:pPr>
        <w:jc w:val="both"/>
      </w:pPr>
      <w:r>
        <w:t>Vi phẫu thuật tạo hình vòi trúng, nối lại vòi trứng</w:t>
      </w:r>
    </w:p>
    <w:p>
      <w:pPr>
        <w:jc w:val="both"/>
      </w:pPr>
      <w:r>
        <w:t>7.253.000</w:t>
      </w:r>
    </w:p>
    <w:p>
      <w:pPr>
        <w:jc w:val="both"/>
      </w:pPr>
      <w:r>
        <w:t>8.001.000</w:t>
      </w:r>
    </w:p>
    <w:p>
      <w:pPr>
        <w:jc w:val="both"/>
      </w:pPr>
      <w:r>
        <w:t>731</w:t>
      </w:r>
    </w:p>
    <w:p>
      <w:pPr>
        <w:jc w:val="both"/>
      </w:pPr>
      <w:r>
        <w:t>721</w:t>
      </w:r>
    </w:p>
    <w:p>
      <w:pPr>
        <w:jc w:val="both"/>
      </w:pPr>
      <w:r>
        <w:t>04C3.2.193</w:t>
      </w:r>
    </w:p>
    <w:p>
      <w:pPr>
        <w:jc w:val="both"/>
      </w:pPr>
      <w:r>
        <w:t>Xoắn hoặc cắt bỏ polype âm hộ, âm đạo, cổ tử cung</w:t>
      </w:r>
    </w:p>
    <w:p>
      <w:pPr>
        <w:jc w:val="both"/>
      </w:pPr>
      <w:r>
        <w:t>406.000</w:t>
      </w:r>
    </w:p>
    <w:p>
      <w:pPr>
        <w:jc w:val="both"/>
      </w:pPr>
      <w:r>
        <w:t>452.000</w:t>
      </w:r>
    </w:p>
    <w:p>
      <w:pPr>
        <w:jc w:val="both"/>
      </w:pPr>
      <w:r>
        <w:t>Các phẫu thuật, thủ thuật còn lại khác</w:t>
      </w:r>
    </w:p>
    <w:p>
      <w:pPr>
        <w:jc w:val="both"/>
      </w:pPr>
      <w:r>
        <w:t>732</w:t>
      </w:r>
    </w:p>
    <w:p>
      <w:pPr>
        <w:jc w:val="both"/>
      </w:pPr>
      <w:r>
        <w:t>722</w:t>
      </w:r>
    </w:p>
    <w:p>
      <w:pPr>
        <w:jc w:val="both"/>
      </w:pPr>
      <w:r>
        <w:t>Phẫu thuật loại đặc biệt</w:t>
      </w:r>
    </w:p>
    <w:p>
      <w:pPr>
        <w:jc w:val="both"/>
      </w:pPr>
      <w:r>
        <w:t>4.068.000</w:t>
      </w:r>
    </w:p>
    <w:p>
      <w:pPr>
        <w:jc w:val="both"/>
      </w:pPr>
      <w:r>
        <w:t>4.458.000</w:t>
      </w:r>
    </w:p>
    <w:p>
      <w:pPr>
        <w:jc w:val="both"/>
      </w:pPr>
      <w:r>
        <w:t>733</w:t>
      </w:r>
    </w:p>
    <w:p>
      <w:pPr>
        <w:jc w:val="both"/>
      </w:pPr>
      <w:r>
        <w:t>723</w:t>
      </w:r>
    </w:p>
    <w:p>
      <w:pPr>
        <w:jc w:val="both"/>
      </w:pPr>
      <w:r>
        <w:t>Phẫu thuật loại I</w:t>
      </w:r>
    </w:p>
    <w:p>
      <w:pPr>
        <w:jc w:val="both"/>
      </w:pPr>
      <w:r>
        <w:t>2.502.000</w:t>
      </w:r>
    </w:p>
    <w:p>
      <w:pPr>
        <w:jc w:val="both"/>
      </w:pPr>
      <w:r>
        <w:t>2.743.000</w:t>
      </w:r>
    </w:p>
    <w:p>
      <w:pPr>
        <w:jc w:val="both"/>
      </w:pPr>
      <w:r>
        <w:t>734</w:t>
      </w:r>
    </w:p>
    <w:p>
      <w:pPr>
        <w:jc w:val="both"/>
      </w:pPr>
      <w:r>
        <w:t>724</w:t>
      </w:r>
    </w:p>
    <w:p>
      <w:pPr>
        <w:jc w:val="both"/>
      </w:pPr>
      <w:r>
        <w:t>Phẫu thuật loại II</w:t>
      </w:r>
    </w:p>
    <w:p>
      <w:pPr>
        <w:jc w:val="both"/>
      </w:pPr>
      <w:r>
        <w:t>1.581.000</w:t>
      </w:r>
    </w:p>
    <w:p>
      <w:pPr>
        <w:jc w:val="both"/>
      </w:pPr>
      <w:r>
        <w:t>1.733.000</w:t>
      </w:r>
    </w:p>
    <w:p>
      <w:pPr>
        <w:jc w:val="both"/>
      </w:pPr>
      <w:r>
        <w:t>735</w:t>
      </w:r>
    </w:p>
    <w:p>
      <w:pPr>
        <w:jc w:val="both"/>
      </w:pPr>
      <w:r>
        <w:t>725</w:t>
      </w:r>
    </w:p>
    <w:p>
      <w:pPr>
        <w:jc w:val="both"/>
      </w:pPr>
      <w:r>
        <w:t>Phẫu thuật loại III</w:t>
      </w:r>
    </w:p>
    <w:p>
      <w:pPr>
        <w:jc w:val="both"/>
      </w:pPr>
      <w:r>
        <w:t>1.194.000</w:t>
      </w:r>
    </w:p>
    <w:p>
      <w:pPr>
        <w:jc w:val="both"/>
      </w:pPr>
      <w:r>
        <w:t>1.304.000</w:t>
      </w:r>
    </w:p>
    <w:p>
      <w:pPr>
        <w:jc w:val="both"/>
      </w:pPr>
      <w:r>
        <w:t>736</w:t>
      </w:r>
    </w:p>
    <w:p>
      <w:pPr>
        <w:jc w:val="both"/>
      </w:pPr>
      <w:r>
        <w:t>726</w:t>
      </w:r>
    </w:p>
    <w:p>
      <w:pPr>
        <w:jc w:val="both"/>
      </w:pPr>
      <w:r>
        <w:t>Thủ thuật loại đặc biệt</w:t>
      </w:r>
    </w:p>
    <w:p>
      <w:pPr>
        <w:jc w:val="both"/>
      </w:pPr>
      <w:r>
        <w:t>915.000</w:t>
      </w:r>
    </w:p>
    <w:p>
      <w:pPr>
        <w:jc w:val="both"/>
      </w:pPr>
      <w:r>
        <w:t>1.018.000</w:t>
      </w:r>
    </w:p>
    <w:p>
      <w:pPr>
        <w:jc w:val="both"/>
      </w:pPr>
      <w:r>
        <w:t>737</w:t>
      </w:r>
    </w:p>
    <w:p>
      <w:pPr>
        <w:jc w:val="both"/>
      </w:pPr>
      <w:r>
        <w:t>727</w:t>
      </w:r>
    </w:p>
    <w:p>
      <w:pPr>
        <w:jc w:val="both"/>
      </w:pPr>
      <w:r>
        <w:t>Thủ thuật loại I</w:t>
      </w:r>
    </w:p>
    <w:p>
      <w:pPr>
        <w:jc w:val="both"/>
      </w:pPr>
      <w:r>
        <w:t>628.000</w:t>
      </w:r>
    </w:p>
    <w:p>
      <w:pPr>
        <w:jc w:val="both"/>
      </w:pPr>
      <w:r>
        <w:t>688.000</w:t>
      </w:r>
    </w:p>
    <w:p>
      <w:pPr>
        <w:jc w:val="both"/>
      </w:pPr>
      <w:r>
        <w:t>738</w:t>
      </w:r>
    </w:p>
    <w:p>
      <w:pPr>
        <w:jc w:val="both"/>
      </w:pPr>
      <w:r>
        <w:t>728</w:t>
      </w:r>
    </w:p>
    <w:p>
      <w:pPr>
        <w:jc w:val="both"/>
      </w:pPr>
      <w:r>
        <w:t>Thủ thuật loại II</w:t>
      </w:r>
    </w:p>
    <w:p>
      <w:pPr>
        <w:jc w:val="both"/>
      </w:pPr>
      <w:r>
        <w:t>439.000</w:t>
      </w:r>
    </w:p>
    <w:p>
      <w:pPr>
        <w:jc w:val="both"/>
      </w:pPr>
      <w:r>
        <w:t>475.000</w:t>
      </w:r>
    </w:p>
    <w:p>
      <w:pPr>
        <w:jc w:val="both"/>
      </w:pPr>
      <w:r>
        <w:t>739</w:t>
      </w:r>
    </w:p>
    <w:p>
      <w:pPr>
        <w:jc w:val="both"/>
      </w:pPr>
      <w:r>
        <w:t>729</w:t>
      </w:r>
    </w:p>
    <w:p>
      <w:pPr>
        <w:jc w:val="both"/>
      </w:pPr>
      <w:r>
        <w:t>Thủ thuật loại III</w:t>
      </w:r>
    </w:p>
    <w:p>
      <w:pPr>
        <w:jc w:val="both"/>
      </w:pPr>
      <w:r>
        <w:t>202.000</w:t>
      </w:r>
    </w:p>
    <w:p>
      <w:pPr>
        <w:jc w:val="both"/>
      </w:pPr>
      <w:r>
        <w:t>221.000</w:t>
      </w:r>
    </w:p>
    <w:p>
      <w:pPr>
        <w:jc w:val="both"/>
      </w:pPr>
      <w:r>
        <w:t>VII</w:t>
      </w:r>
    </w:p>
    <w:p>
      <w:pPr>
        <w:jc w:val="both"/>
      </w:pPr>
      <w:r>
        <w:t>VII</w:t>
      </w:r>
    </w:p>
    <w:p>
      <w:pPr>
        <w:jc w:val="both"/>
      </w:pPr>
      <w:r>
        <w:t>MẮT</w:t>
      </w:r>
    </w:p>
    <w:p>
      <w:pPr>
        <w:jc w:val="both"/>
      </w:pPr>
      <w:r>
        <w:t>740</w:t>
      </w:r>
    </w:p>
    <w:p>
      <w:pPr>
        <w:jc w:val="both"/>
      </w:pPr>
      <w:r>
        <w:t>730</w:t>
      </w:r>
    </w:p>
    <w:p>
      <w:pPr>
        <w:jc w:val="both"/>
      </w:pPr>
      <w:r>
        <w:t>Bơm rửa lệ đạo</w:t>
      </w:r>
    </w:p>
    <w:p>
      <w:pPr>
        <w:jc w:val="both"/>
      </w:pPr>
      <w:r>
        <w:t>38.300</w:t>
      </w:r>
    </w:p>
    <w:p>
      <w:pPr>
        <w:jc w:val="both"/>
      </w:pPr>
      <w:r>
        <w:t>42.700</w:t>
      </w:r>
    </w:p>
    <w:p>
      <w:pPr>
        <w:jc w:val="both"/>
      </w:pPr>
      <w:r>
        <w:t>741</w:t>
      </w:r>
    </w:p>
    <w:p>
      <w:pPr>
        <w:jc w:val="both"/>
      </w:pPr>
      <w:r>
        <w:t>731</w:t>
      </w:r>
    </w:p>
    <w:p>
      <w:pPr>
        <w:jc w:val="both"/>
      </w:pPr>
      <w:r>
        <w:t>03C2.3.76</w:t>
      </w:r>
    </w:p>
    <w:p>
      <w:pPr>
        <w:jc w:val="both"/>
      </w:pPr>
      <w:r>
        <w:t>Cắt bè áp MMC hoặc áp 5FU</w:t>
      </w:r>
    </w:p>
    <w:p>
      <w:pPr>
        <w:jc w:val="both"/>
      </w:pPr>
      <w:r>
        <w:t>1.260.000</w:t>
      </w:r>
    </w:p>
    <w:p>
      <w:pPr>
        <w:jc w:val="both"/>
      </w:pPr>
      <w:r>
        <w:t>1.409.000</w:t>
      </w:r>
    </w:p>
    <w:p>
      <w:pPr>
        <w:jc w:val="both"/>
      </w:pPr>
      <w:r>
        <w:t>Chưa bao gồm thuốc MMC; 5FU.</w:t>
      </w:r>
    </w:p>
    <w:p>
      <w:pPr>
        <w:jc w:val="both"/>
      </w:pPr>
      <w:r>
        <w:t>742</w:t>
      </w:r>
    </w:p>
    <w:p>
      <w:pPr>
        <w:jc w:val="both"/>
      </w:pPr>
      <w:r>
        <w:t>732</w:t>
      </w:r>
    </w:p>
    <w:p>
      <w:pPr>
        <w:jc w:val="both"/>
      </w:pPr>
      <w:r>
        <w:t>03C2.3.59</w:t>
      </w:r>
    </w:p>
    <w:p>
      <w:pPr>
        <w:jc w:val="both"/>
      </w:pPr>
      <w:r>
        <w:t>Cắt bỏ túi lệ</w:t>
      </w:r>
    </w:p>
    <w:p>
      <w:pPr>
        <w:jc w:val="both"/>
      </w:pPr>
      <w:r>
        <w:t>872.000</w:t>
      </w:r>
    </w:p>
    <w:p>
      <w:pPr>
        <w:jc w:val="both"/>
      </w:pPr>
      <w:r>
        <w:t>976.000</w:t>
      </w:r>
    </w:p>
    <w:p>
      <w:pPr>
        <w:jc w:val="both"/>
      </w:pPr>
      <w:r>
        <w:t>743</w:t>
      </w:r>
    </w:p>
    <w:p>
      <w:pPr>
        <w:jc w:val="both"/>
      </w:pPr>
      <w:r>
        <w:t>733</w:t>
      </w:r>
    </w:p>
    <w:p>
      <w:pPr>
        <w:jc w:val="both"/>
      </w:pPr>
      <w:r>
        <w:t>03C2.3.48</w:t>
      </w:r>
    </w:p>
    <w:p>
      <w:pPr>
        <w:jc w:val="both"/>
      </w:pPr>
      <w:r>
        <w:t>Cắt dịch kính đơn thuần hoặc lấy dị vật nội nhãn</w:t>
      </w:r>
    </w:p>
    <w:p>
      <w:pPr>
        <w:jc w:val="both"/>
      </w:pPr>
      <w:r>
        <w:t>1.266.000</w:t>
      </w:r>
    </w:p>
    <w:p>
      <w:pPr>
        <w:jc w:val="both"/>
      </w:pPr>
      <w:r>
        <w:t>1.430.000</w:t>
      </w:r>
    </w:p>
    <w:p>
      <w:pPr>
        <w:jc w:val="both"/>
      </w:pPr>
      <w:r>
        <w:t>Chưa bao gồm đầu cắt dịch kính, đầu laser, dây dẫn sáng.</w:t>
      </w:r>
    </w:p>
    <w:p>
      <w:pPr>
        <w:jc w:val="both"/>
      </w:pPr>
      <w:r>
        <w:t>744</w:t>
      </w:r>
    </w:p>
    <w:p>
      <w:pPr>
        <w:jc w:val="both"/>
      </w:pPr>
      <w:r>
        <w:t>734</w:t>
      </w:r>
    </w:p>
    <w:p>
      <w:pPr>
        <w:jc w:val="both"/>
      </w:pPr>
      <w:r>
        <w:t>03C2.3.61</w:t>
      </w:r>
    </w:p>
    <w:p>
      <w:pPr>
        <w:jc w:val="both"/>
      </w:pPr>
      <w:r>
        <w:t>Cắt mộng áp Mytomycin</w:t>
      </w:r>
    </w:p>
    <w:p>
      <w:pPr>
        <w:jc w:val="both"/>
      </w:pPr>
      <w:r>
        <w:t>1.030.000</w:t>
      </w:r>
    </w:p>
    <w:p>
      <w:pPr>
        <w:jc w:val="both"/>
      </w:pPr>
      <w:r>
        <w:t>1.148.000</w:t>
      </w:r>
    </w:p>
    <w:p>
      <w:pPr>
        <w:jc w:val="both"/>
      </w:pPr>
      <w:r>
        <w:t>Chưa bao gồm thuốc MMC.</w:t>
      </w:r>
    </w:p>
    <w:p>
      <w:pPr>
        <w:jc w:val="both"/>
      </w:pPr>
      <w:r>
        <w:t>745</w:t>
      </w:r>
    </w:p>
    <w:p>
      <w:pPr>
        <w:jc w:val="both"/>
      </w:pPr>
      <w:r>
        <w:t>735</w:t>
      </w:r>
    </w:p>
    <w:p>
      <w:pPr>
        <w:jc w:val="both"/>
      </w:pPr>
      <w:r>
        <w:t>03C2.3.73</w:t>
      </w:r>
    </w:p>
    <w:p>
      <w:pPr>
        <w:jc w:val="both"/>
      </w:pPr>
      <w:r>
        <w:t>Cắt mống mắt chu biên bằng Laser</w:t>
      </w:r>
    </w:p>
    <w:p>
      <w:pPr>
        <w:jc w:val="both"/>
      </w:pPr>
      <w:r>
        <w:t>323.000</w:t>
      </w:r>
    </w:p>
    <w:p>
      <w:pPr>
        <w:jc w:val="both"/>
      </w:pPr>
      <w:r>
        <w:t>362.000</w:t>
      </w:r>
    </w:p>
    <w:p>
      <w:pPr>
        <w:jc w:val="both"/>
      </w:pPr>
      <w:r>
        <w:t>746</w:t>
      </w:r>
    </w:p>
    <w:p>
      <w:pPr>
        <w:jc w:val="both"/>
      </w:pPr>
      <w:r>
        <w:t>736</w:t>
      </w:r>
    </w:p>
    <w:p>
      <w:pPr>
        <w:jc w:val="both"/>
      </w:pPr>
      <w:r>
        <w:t>03C2.3.87</w:t>
      </w:r>
    </w:p>
    <w:p>
      <w:pPr>
        <w:jc w:val="both"/>
      </w:pPr>
      <w:r>
        <w:t>Cắt u bì kết giác mạc có hoặc không ghép kết mạc</w:t>
      </w:r>
    </w:p>
    <w:p>
      <w:pPr>
        <w:jc w:val="both"/>
      </w:pPr>
      <w:r>
        <w:t>1.190.000</w:t>
      </w:r>
    </w:p>
    <w:p>
      <w:pPr>
        <w:jc w:val="both"/>
      </w:pPr>
      <w:r>
        <w:t>1.338.000</w:t>
      </w:r>
    </w:p>
    <w:p>
      <w:pPr>
        <w:jc w:val="both"/>
      </w:pPr>
      <w:r>
        <w:t>747</w:t>
      </w:r>
    </w:p>
    <w:p>
      <w:pPr>
        <w:jc w:val="both"/>
      </w:pPr>
      <w:r>
        <w:t>737</w:t>
      </w:r>
    </w:p>
    <w:p>
      <w:pPr>
        <w:jc w:val="both"/>
      </w:pPr>
      <w:r>
        <w:t>03C2.3.66</w:t>
      </w:r>
    </w:p>
    <w:p>
      <w:pPr>
        <w:jc w:val="both"/>
      </w:pPr>
      <w:r>
        <w:t>Cắt u kết mạc không vá</w:t>
      </w:r>
    </w:p>
    <w:p>
      <w:pPr>
        <w:jc w:val="both"/>
      </w:pPr>
      <w:r>
        <w:t>760.000</w:t>
      </w:r>
    </w:p>
    <w:p>
      <w:pPr>
        <w:jc w:val="both"/>
      </w:pPr>
      <w:r>
        <w:t>870.000</w:t>
      </w:r>
    </w:p>
    <w:p>
      <w:pPr>
        <w:jc w:val="both"/>
      </w:pPr>
      <w:r>
        <w:t>748</w:t>
      </w:r>
    </w:p>
    <w:p>
      <w:pPr>
        <w:jc w:val="both"/>
      </w:pPr>
      <w:r>
        <w:t>738</w:t>
      </w:r>
    </w:p>
    <w:p>
      <w:pPr>
        <w:jc w:val="both"/>
      </w:pPr>
      <w:r>
        <w:t>04C3.3.208</w:t>
      </w:r>
    </w:p>
    <w:p>
      <w:pPr>
        <w:jc w:val="both"/>
      </w:pPr>
      <w:r>
        <w:t>Chích chắp hoặc lẹo</w:t>
      </w:r>
    </w:p>
    <w:p>
      <w:pPr>
        <w:jc w:val="both"/>
      </w:pPr>
      <w:r>
        <w:t>81.000</w:t>
      </w:r>
    </w:p>
    <w:p>
      <w:pPr>
        <w:jc w:val="both"/>
      </w:pPr>
      <w:r>
        <w:t>91.000</w:t>
      </w:r>
    </w:p>
    <w:p>
      <w:pPr>
        <w:jc w:val="both"/>
      </w:pPr>
      <w:r>
        <w:t>749</w:t>
      </w:r>
    </w:p>
    <w:p>
      <w:pPr>
        <w:jc w:val="both"/>
      </w:pPr>
      <w:r>
        <w:t>739</w:t>
      </w:r>
    </w:p>
    <w:p>
      <w:pPr>
        <w:jc w:val="both"/>
      </w:pPr>
      <w:r>
        <w:t>03C2.3.57</w:t>
      </w:r>
    </w:p>
    <w:p>
      <w:pPr>
        <w:jc w:val="both"/>
      </w:pPr>
      <w:r>
        <w:t>Chích mủ hốc mắt</w:t>
      </w:r>
    </w:p>
    <w:p>
      <w:pPr>
        <w:jc w:val="both"/>
      </w:pPr>
      <w:r>
        <w:t>473.000</w:t>
      </w:r>
    </w:p>
    <w:p>
      <w:pPr>
        <w:jc w:val="both"/>
      </w:pPr>
      <w:r>
        <w:t>526.000</w:t>
      </w:r>
    </w:p>
    <w:p>
      <w:pPr>
        <w:jc w:val="both"/>
      </w:pPr>
      <w:r>
        <w:t>750</w:t>
      </w:r>
    </w:p>
    <w:p>
      <w:pPr>
        <w:jc w:val="both"/>
      </w:pPr>
      <w:r>
        <w:t>740</w:t>
      </w:r>
    </w:p>
    <w:p>
      <w:pPr>
        <w:jc w:val="both"/>
      </w:pPr>
      <w:r>
        <w:t>03C2.3.75</w:t>
      </w:r>
    </w:p>
    <w:p>
      <w:pPr>
        <w:jc w:val="both"/>
      </w:pPr>
      <w:r>
        <w:t>Chọc tháo dịch dưới hắc mạc, bơm hơi tiền phòng</w:t>
      </w:r>
    </w:p>
    <w:p>
      <w:pPr>
        <w:jc w:val="both"/>
      </w:pPr>
      <w:r>
        <w:t>1.160.000</w:t>
      </w:r>
    </w:p>
    <w:p>
      <w:pPr>
        <w:jc w:val="both"/>
      </w:pPr>
      <w:r>
        <w:t>1.294.000</w:t>
      </w:r>
    </w:p>
    <w:p>
      <w:pPr>
        <w:jc w:val="both"/>
      </w:pPr>
      <w:r>
        <w:t>751</w:t>
      </w:r>
    </w:p>
    <w:p>
      <w:pPr>
        <w:jc w:val="both"/>
      </w:pPr>
      <w:r>
        <w:t>741</w:t>
      </w:r>
    </w:p>
    <w:p>
      <w:pPr>
        <w:jc w:val="both"/>
      </w:pPr>
      <w:r>
        <w:t>03C2.3.9</w:t>
      </w:r>
    </w:p>
    <w:p>
      <w:pPr>
        <w:jc w:val="both"/>
      </w:pPr>
      <w:r>
        <w:t>Chữa bỏng mắt do hàn điện</w:t>
      </w:r>
    </w:p>
    <w:p>
      <w:pPr>
        <w:jc w:val="both"/>
      </w:pPr>
      <w:r>
        <w:t>30.900</w:t>
      </w:r>
    </w:p>
    <w:p>
      <w:pPr>
        <w:jc w:val="both"/>
      </w:pPr>
      <w:r>
        <w:t>33.900</w:t>
      </w:r>
    </w:p>
    <w:p>
      <w:pPr>
        <w:jc w:val="both"/>
      </w:pPr>
      <w:r>
        <w:t>752</w:t>
      </w:r>
    </w:p>
    <w:p>
      <w:pPr>
        <w:jc w:val="both"/>
      </w:pPr>
      <w:r>
        <w:t>742</w:t>
      </w:r>
    </w:p>
    <w:p>
      <w:pPr>
        <w:jc w:val="both"/>
      </w:pPr>
      <w:r>
        <w:t>Chụp mạch ICG</w:t>
      </w:r>
    </w:p>
    <w:p>
      <w:pPr>
        <w:jc w:val="both"/>
      </w:pPr>
      <w:r>
        <w:t>280.000</w:t>
      </w:r>
    </w:p>
    <w:p>
      <w:pPr>
        <w:jc w:val="both"/>
      </w:pPr>
      <w:r>
        <w:t>301.000</w:t>
      </w:r>
    </w:p>
    <w:p>
      <w:pPr>
        <w:jc w:val="both"/>
      </w:pPr>
      <w:r>
        <w:t>Chưa bao gồm thuốc</w:t>
      </w:r>
    </w:p>
    <w:p>
      <w:pPr>
        <w:jc w:val="both"/>
      </w:pPr>
      <w:r>
        <w:t>753</w:t>
      </w:r>
    </w:p>
    <w:p>
      <w:pPr>
        <w:jc w:val="both"/>
      </w:pPr>
      <w:r>
        <w:t>743</w:t>
      </w:r>
    </w:p>
    <w:p>
      <w:pPr>
        <w:jc w:val="both"/>
      </w:pPr>
      <w:r>
        <w:t>03C2.3.8</w:t>
      </w:r>
    </w:p>
    <w:p>
      <w:pPr>
        <w:jc w:val="both"/>
      </w:pPr>
      <w:r>
        <w:t>Đánh bờ mi</w:t>
      </w:r>
    </w:p>
    <w:p>
      <w:pPr>
        <w:jc w:val="both"/>
      </w:pPr>
      <w:r>
        <w:t>40.300</w:t>
      </w:r>
    </w:p>
    <w:p>
      <w:pPr>
        <w:jc w:val="both"/>
      </w:pPr>
      <w:r>
        <w:t>44.100</w:t>
      </w:r>
    </w:p>
    <w:p>
      <w:pPr>
        <w:jc w:val="both"/>
      </w:pPr>
      <w:r>
        <w:t>754</w:t>
      </w:r>
    </w:p>
    <w:p>
      <w:pPr>
        <w:jc w:val="both"/>
      </w:pPr>
      <w:r>
        <w:t>744</w:t>
      </w:r>
    </w:p>
    <w:p>
      <w:pPr>
        <w:jc w:val="both"/>
      </w:pPr>
      <w:r>
        <w:t>Điện chẩm</w:t>
      </w:r>
    </w:p>
    <w:p>
      <w:pPr>
        <w:jc w:val="both"/>
      </w:pPr>
      <w:r>
        <w:t>406.000</w:t>
      </w:r>
    </w:p>
    <w:p>
      <w:pPr>
        <w:jc w:val="both"/>
      </w:pPr>
      <w:r>
        <w:t>458.000</w:t>
      </w:r>
    </w:p>
    <w:p>
      <w:pPr>
        <w:jc w:val="both"/>
      </w:pPr>
      <w:r>
        <w:t>755</w:t>
      </w:r>
    </w:p>
    <w:p>
      <w:pPr>
        <w:jc w:val="both"/>
      </w:pPr>
      <w:r>
        <w:t>745</w:t>
      </w:r>
    </w:p>
    <w:p>
      <w:pPr>
        <w:jc w:val="both"/>
      </w:pPr>
      <w:r>
        <w:t>03C2.3.11</w:t>
      </w:r>
    </w:p>
    <w:p>
      <w:pPr>
        <w:jc w:val="both"/>
      </w:pPr>
      <w:r>
        <w:t>Điện di điều trị (1 lần)</w:t>
      </w:r>
    </w:p>
    <w:p>
      <w:pPr>
        <w:jc w:val="both"/>
      </w:pPr>
      <w:r>
        <w:t>23.000</w:t>
      </w:r>
    </w:p>
    <w:p>
      <w:pPr>
        <w:jc w:val="both"/>
      </w:pPr>
      <w:r>
        <w:t>24,200</w:t>
      </w:r>
    </w:p>
    <w:p>
      <w:pPr>
        <w:jc w:val="both"/>
      </w:pPr>
      <w:r>
        <w:t>756</w:t>
      </w:r>
    </w:p>
    <w:p>
      <w:pPr>
        <w:jc w:val="both"/>
      </w:pPr>
      <w:r>
        <w:t>746</w:t>
      </w:r>
    </w:p>
    <w:p>
      <w:pPr>
        <w:jc w:val="both"/>
      </w:pPr>
      <w:r>
        <w:t>03C2.3.79</w:t>
      </w:r>
    </w:p>
    <w:p>
      <w:pPr>
        <w:jc w:val="both"/>
      </w:pPr>
      <w:r>
        <w:t>Điện đông thể mi</w:t>
      </w:r>
    </w:p>
    <w:p>
      <w:pPr>
        <w:jc w:val="both"/>
      </w:pPr>
      <w:r>
        <w:t>506.000</w:t>
      </w:r>
    </w:p>
    <w:p>
      <w:pPr>
        <w:jc w:val="both"/>
      </w:pPr>
      <w:r>
        <w:t>554.000</w:t>
      </w:r>
    </w:p>
    <w:p>
      <w:pPr>
        <w:jc w:val="both"/>
      </w:pPr>
      <w:r>
        <w:t>757</w:t>
      </w:r>
    </w:p>
    <w:p>
      <w:pPr>
        <w:jc w:val="both"/>
      </w:pPr>
      <w:r>
        <w:t>747</w:t>
      </w:r>
    </w:p>
    <w:p>
      <w:pPr>
        <w:jc w:val="both"/>
      </w:pPr>
      <w:r>
        <w:t>03C2.3.5</w:t>
      </w:r>
    </w:p>
    <w:p>
      <w:pPr>
        <w:jc w:val="both"/>
      </w:pPr>
      <w:r>
        <w:t>Điện võng mạc</w:t>
      </w:r>
    </w:p>
    <w:p>
      <w:pPr>
        <w:jc w:val="both"/>
      </w:pPr>
      <w:r>
        <w:t>100.000</w:t>
      </w:r>
    </w:p>
    <w:p>
      <w:pPr>
        <w:jc w:val="both"/>
      </w:pPr>
      <w:r>
        <w:t>110.000</w:t>
      </w:r>
    </w:p>
    <w:p>
      <w:pPr>
        <w:jc w:val="both"/>
      </w:pPr>
      <w:r>
        <w:t>758</w:t>
      </w:r>
    </w:p>
    <w:p>
      <w:pPr>
        <w:jc w:val="both"/>
      </w:pPr>
      <w:r>
        <w:t>748</w:t>
      </w:r>
    </w:p>
    <w:p>
      <w:pPr>
        <w:jc w:val="both"/>
      </w:pPr>
      <w:r>
        <w:t>Điều trị Laser hồng ngoại; Tập nhược thị</w:t>
      </w:r>
    </w:p>
    <w:p>
      <w:pPr>
        <w:jc w:val="both"/>
      </w:pPr>
      <w:r>
        <w:t>36.100</w:t>
      </w:r>
    </w:p>
    <w:p>
      <w:pPr>
        <w:jc w:val="both"/>
      </w:pPr>
      <w:r>
        <w:t>37.700</w:t>
      </w:r>
    </w:p>
    <w:p>
      <w:pPr>
        <w:jc w:val="both"/>
      </w:pPr>
      <w:r>
        <w:t>759</w:t>
      </w:r>
    </w:p>
    <w:p>
      <w:pPr>
        <w:jc w:val="both"/>
      </w:pPr>
      <w:r>
        <w:t>749</w:t>
      </w:r>
    </w:p>
    <w:p>
      <w:pPr>
        <w:jc w:val="both"/>
      </w:pPr>
      <w:r>
        <w:t>Điều trị một số bệnh võng mạc bằng laser (bệnh võng mạc tiểu đường, cao huyết áp, trẻ đẻ non...); Laser điều trị u nguyên bào võng mạc</w:t>
      </w:r>
    </w:p>
    <w:p>
      <w:pPr>
        <w:jc w:val="both"/>
      </w:pPr>
      <w:r>
        <w:t>417.000</w:t>
      </w:r>
    </w:p>
    <w:p>
      <w:pPr>
        <w:jc w:val="both"/>
      </w:pPr>
      <w:r>
        <w:t>470.000</w:t>
      </w:r>
    </w:p>
    <w:p>
      <w:pPr>
        <w:jc w:val="both"/>
      </w:pPr>
      <w:r>
        <w:t>760</w:t>
      </w:r>
    </w:p>
    <w:p>
      <w:pPr>
        <w:jc w:val="both"/>
      </w:pPr>
      <w:r>
        <w:t>750</w:t>
      </w:r>
    </w:p>
    <w:p>
      <w:pPr>
        <w:jc w:val="both"/>
      </w:pPr>
      <w:r>
        <w:t>Đo độ dày giác mạc; Đếm tế bào nội mô giác mạc; Chụp bản đồ giác mạc</w:t>
      </w:r>
    </w:p>
    <w:p>
      <w:pPr>
        <w:jc w:val="both"/>
      </w:pPr>
      <w:r>
        <w:t>138.000</w:t>
      </w:r>
    </w:p>
    <w:p>
      <w:pPr>
        <w:jc w:val="both"/>
      </w:pPr>
      <w:r>
        <w:t>155.000</w:t>
      </w:r>
    </w:p>
    <w:p>
      <w:pPr>
        <w:jc w:val="both"/>
      </w:pPr>
      <w:r>
        <w:t>761</w:t>
      </w:r>
    </w:p>
    <w:p>
      <w:pPr>
        <w:jc w:val="both"/>
      </w:pPr>
      <w:r>
        <w:t>751</w:t>
      </w:r>
    </w:p>
    <w:p>
      <w:pPr>
        <w:jc w:val="both"/>
      </w:pPr>
      <w:r>
        <w:t>Đo độ lác; Xác định sơ đồ song thị; Đo biên độ điều tiết; Đo thị giác 2 mắt; Đo thị giác tương phản</w:t>
      </w:r>
    </w:p>
    <w:p>
      <w:pPr>
        <w:jc w:val="both"/>
      </w:pPr>
      <w:r>
        <w:t>68.600</w:t>
      </w:r>
    </w:p>
    <w:p>
      <w:pPr>
        <w:jc w:val="both"/>
      </w:pPr>
      <w:r>
        <w:t>74.800</w:t>
      </w:r>
    </w:p>
    <w:p>
      <w:pPr>
        <w:jc w:val="both"/>
      </w:pPr>
      <w:r>
        <w:t>762</w:t>
      </w:r>
    </w:p>
    <w:p>
      <w:pPr>
        <w:jc w:val="both"/>
      </w:pPr>
      <w:r>
        <w:t>752</w:t>
      </w:r>
    </w:p>
    <w:p>
      <w:pPr>
        <w:jc w:val="both"/>
      </w:pPr>
      <w:r>
        <w:t>Đo đường kính giác mạc; đo độ lồi</w:t>
      </w:r>
    </w:p>
    <w:p>
      <w:pPr>
        <w:jc w:val="both"/>
      </w:pPr>
      <w:r>
        <w:t>59.600</w:t>
      </w:r>
    </w:p>
    <w:p>
      <w:pPr>
        <w:jc w:val="both"/>
      </w:pPr>
      <w:r>
        <w:t>64.400</w:t>
      </w:r>
    </w:p>
    <w:p>
      <w:pPr>
        <w:jc w:val="both"/>
      </w:pPr>
      <w:r>
        <w:t>763</w:t>
      </w:r>
    </w:p>
    <w:p>
      <w:pPr>
        <w:jc w:val="both"/>
      </w:pPr>
      <w:r>
        <w:t>753</w:t>
      </w:r>
    </w:p>
    <w:p>
      <w:pPr>
        <w:jc w:val="both"/>
      </w:pPr>
      <w:r>
        <w:t>04C3.3.200</w:t>
      </w:r>
    </w:p>
    <w:p>
      <w:pPr>
        <w:jc w:val="both"/>
      </w:pPr>
      <w:r>
        <w:t>Đo Javal</w:t>
      </w:r>
    </w:p>
    <w:p>
      <w:pPr>
        <w:jc w:val="both"/>
      </w:pPr>
      <w:r>
        <w:t>38.300</w:t>
      </w:r>
    </w:p>
    <w:p>
      <w:pPr>
        <w:jc w:val="both"/>
      </w:pPr>
      <w:r>
        <w:t>42.300</w:t>
      </w:r>
    </w:p>
    <w:p>
      <w:pPr>
        <w:jc w:val="both"/>
      </w:pPr>
      <w:r>
        <w:t>764</w:t>
      </w:r>
    </w:p>
    <w:p>
      <w:pPr>
        <w:jc w:val="both"/>
      </w:pPr>
      <w:r>
        <w:t>754</w:t>
      </w:r>
    </w:p>
    <w:p>
      <w:pPr>
        <w:jc w:val="both"/>
      </w:pPr>
      <w:r>
        <w:t>03C2.3.1</w:t>
      </w:r>
    </w:p>
    <w:p>
      <w:pPr>
        <w:jc w:val="both"/>
      </w:pPr>
      <w:r>
        <w:t>Đo khúc xạ máy</w:t>
      </w:r>
    </w:p>
    <w:p>
      <w:pPr>
        <w:jc w:val="both"/>
      </w:pPr>
      <w:r>
        <w:t>10.900</w:t>
      </w:r>
    </w:p>
    <w:p>
      <w:pPr>
        <w:jc w:val="both"/>
      </w:pPr>
      <w:r>
        <w:t>11.700</w:t>
      </w:r>
    </w:p>
    <w:p>
      <w:pPr>
        <w:jc w:val="both"/>
      </w:pPr>
      <w:r>
        <w:t>765</w:t>
      </w:r>
    </w:p>
    <w:p>
      <w:pPr>
        <w:jc w:val="both"/>
      </w:pPr>
      <w:r>
        <w:t>755</w:t>
      </w:r>
    </w:p>
    <w:p>
      <w:pPr>
        <w:jc w:val="both"/>
      </w:pPr>
      <w:r>
        <w:t>04C3.3.199</w:t>
      </w:r>
    </w:p>
    <w:p>
      <w:pPr>
        <w:jc w:val="both"/>
      </w:pPr>
      <w:r>
        <w:t>Đo nhãn áp</w:t>
      </w:r>
    </w:p>
    <w:p>
      <w:pPr>
        <w:jc w:val="both"/>
      </w:pPr>
      <w:r>
        <w:t>28.000</w:t>
      </w:r>
    </w:p>
    <w:p>
      <w:pPr>
        <w:jc w:val="both"/>
      </w:pPr>
      <w:r>
        <w:t>30.400</w:t>
      </w:r>
    </w:p>
    <w:p>
      <w:pPr>
        <w:jc w:val="both"/>
      </w:pPr>
      <w:r>
        <w:t>766</w:t>
      </w:r>
    </w:p>
    <w:p>
      <w:pPr>
        <w:jc w:val="both"/>
      </w:pPr>
      <w:r>
        <w:t>756</w:t>
      </w:r>
    </w:p>
    <w:p>
      <w:pPr>
        <w:jc w:val="both"/>
      </w:pPr>
      <w:r>
        <w:t>03C2.3.7</w:t>
      </w:r>
    </w:p>
    <w:p>
      <w:pPr>
        <w:jc w:val="both"/>
      </w:pPr>
      <w:r>
        <w:t>Đo thị lực khách quan</w:t>
      </w:r>
    </w:p>
    <w:p>
      <w:pPr>
        <w:jc w:val="both"/>
      </w:pPr>
      <w:r>
        <w:t>79.900</w:t>
      </w:r>
    </w:p>
    <w:p>
      <w:pPr>
        <w:jc w:val="both"/>
      </w:pPr>
      <w:r>
        <w:t>85.900</w:t>
      </w:r>
    </w:p>
    <w:p>
      <w:pPr>
        <w:jc w:val="both"/>
      </w:pPr>
      <w:r>
        <w:t>767</w:t>
      </w:r>
    </w:p>
    <w:p>
      <w:pPr>
        <w:jc w:val="both"/>
      </w:pPr>
      <w:r>
        <w:t>757</w:t>
      </w:r>
    </w:p>
    <w:p>
      <w:pPr>
        <w:jc w:val="both"/>
      </w:pPr>
      <w:r>
        <w:t>04C3.3.201</w:t>
      </w:r>
    </w:p>
    <w:p>
      <w:pPr>
        <w:jc w:val="both"/>
      </w:pPr>
      <w:r>
        <w:t>Đo thị trường, ám điểm</w:t>
      </w:r>
    </w:p>
    <w:p>
      <w:pPr>
        <w:jc w:val="both"/>
      </w:pPr>
      <w:r>
        <w:t>29.600</w:t>
      </w:r>
    </w:p>
    <w:p>
      <w:pPr>
        <w:jc w:val="both"/>
      </w:pPr>
      <w:r>
        <w:t>33.400</w:t>
      </w:r>
    </w:p>
    <w:p>
      <w:pPr>
        <w:jc w:val="both"/>
      </w:pPr>
      <w:r>
        <w:t>768</w:t>
      </w:r>
    </w:p>
    <w:p>
      <w:pPr>
        <w:jc w:val="both"/>
      </w:pPr>
      <w:r>
        <w:t>758</w:t>
      </w:r>
    </w:p>
    <w:p>
      <w:pPr>
        <w:jc w:val="both"/>
      </w:pPr>
      <w:r>
        <w:t>03C2.3.6</w:t>
      </w:r>
    </w:p>
    <w:p>
      <w:pPr>
        <w:jc w:val="both"/>
      </w:pPr>
      <w:r>
        <w:t>Đo tính công suất thủy tinh thể nhân tạo</w:t>
      </w:r>
    </w:p>
    <w:p>
      <w:pPr>
        <w:jc w:val="both"/>
      </w:pPr>
      <w:r>
        <w:t>62.900</w:t>
      </w:r>
    </w:p>
    <w:p>
      <w:pPr>
        <w:jc w:val="both"/>
      </w:pPr>
      <w:r>
        <w:t>69.100</w:t>
      </w:r>
    </w:p>
    <w:p>
      <w:pPr>
        <w:jc w:val="both"/>
      </w:pPr>
      <w:r>
        <w:t>769</w:t>
      </w:r>
    </w:p>
    <w:p>
      <w:pPr>
        <w:jc w:val="both"/>
      </w:pPr>
      <w:r>
        <w:t>759</w:t>
      </w:r>
    </w:p>
    <w:p>
      <w:pPr>
        <w:jc w:val="both"/>
      </w:pPr>
      <w:r>
        <w:t>03C2.3.16</w:t>
      </w:r>
    </w:p>
    <w:p>
      <w:pPr>
        <w:jc w:val="both"/>
      </w:pPr>
      <w:r>
        <w:t>Đốt lông xiêu</w:t>
      </w:r>
    </w:p>
    <w:p>
      <w:pPr>
        <w:jc w:val="both"/>
      </w:pPr>
      <w:r>
        <w:t>50.000</w:t>
      </w:r>
    </w:p>
    <w:p>
      <w:pPr>
        <w:jc w:val="both"/>
      </w:pPr>
      <w:r>
        <w:t>55.800</w:t>
      </w:r>
    </w:p>
    <w:p>
      <w:pPr>
        <w:jc w:val="both"/>
      </w:pPr>
      <w:r>
        <w:t>770</w:t>
      </w:r>
    </w:p>
    <w:p>
      <w:pPr>
        <w:jc w:val="both"/>
      </w:pPr>
      <w:r>
        <w:t>760</w:t>
      </w:r>
    </w:p>
    <w:p>
      <w:pPr>
        <w:jc w:val="both"/>
      </w:pPr>
      <w:r>
        <w:t>03C2.3.95</w:t>
      </w:r>
    </w:p>
    <w:p>
      <w:pPr>
        <w:jc w:val="both"/>
      </w:pPr>
      <w:r>
        <w:t>Ghép giác mạc (01 mắt)</w:t>
      </w:r>
    </w:p>
    <w:p>
      <w:pPr>
        <w:jc w:val="both"/>
      </w:pPr>
      <w:r>
        <w:t>3.416.000</w:t>
      </w:r>
    </w:p>
    <w:p>
      <w:pPr>
        <w:jc w:val="both"/>
      </w:pPr>
      <w:r>
        <w:t>3.852.000</w:t>
      </w:r>
    </w:p>
    <w:p>
      <w:pPr>
        <w:jc w:val="both"/>
      </w:pPr>
      <w:r>
        <w:t>Chưa bao gồm giác mạc, thủy tinh thể nhân tạo.</w:t>
      </w:r>
    </w:p>
    <w:p>
      <w:pPr>
        <w:jc w:val="both"/>
      </w:pPr>
      <w:r>
        <w:t>771</w:t>
      </w:r>
    </w:p>
    <w:p>
      <w:pPr>
        <w:jc w:val="both"/>
      </w:pPr>
      <w:r>
        <w:t>761</w:t>
      </w:r>
    </w:p>
    <w:p>
      <w:pPr>
        <w:jc w:val="both"/>
      </w:pPr>
      <w:r>
        <w:t>03C2.3.69</w:t>
      </w:r>
    </w:p>
    <w:p>
      <w:pPr>
        <w:jc w:val="both"/>
      </w:pPr>
      <w:r>
        <w:t>Ghép màng ối điều trị dính mi cầu hoặc loét giác mạc lâu liền hoặc thủng giác mạc</w:t>
      </w:r>
    </w:p>
    <w:p>
      <w:pPr>
        <w:jc w:val="both"/>
      </w:pPr>
      <w:r>
        <w:t>1.315.000</w:t>
      </w:r>
    </w:p>
    <w:p>
      <w:pPr>
        <w:jc w:val="both"/>
      </w:pPr>
      <w:r>
        <w:t>1.456.000</w:t>
      </w:r>
    </w:p>
    <w:p>
      <w:pPr>
        <w:jc w:val="both"/>
      </w:pPr>
      <w:r>
        <w:t>Chưa bao gồm chi phí màng ối.</w:t>
      </w:r>
    </w:p>
    <w:p>
      <w:pPr>
        <w:jc w:val="both"/>
      </w:pPr>
      <w:r>
        <w:t>772</w:t>
      </w:r>
    </w:p>
    <w:p>
      <w:pPr>
        <w:jc w:val="both"/>
      </w:pPr>
      <w:r>
        <w:t>762</w:t>
      </w:r>
    </w:p>
    <w:p>
      <w:pPr>
        <w:jc w:val="both"/>
      </w:pPr>
      <w:r>
        <w:t>03C2.3.67</w:t>
      </w:r>
    </w:p>
    <w:p>
      <w:pPr>
        <w:jc w:val="both"/>
      </w:pPr>
      <w:r>
        <w:t>Ghép màng ối điều trị loét giác mạc</w:t>
      </w:r>
    </w:p>
    <w:p>
      <w:pPr>
        <w:jc w:val="both"/>
      </w:pPr>
      <w:r>
        <w:t>1.072.000</w:t>
      </w:r>
    </w:p>
    <w:p>
      <w:pPr>
        <w:jc w:val="both"/>
      </w:pPr>
      <w:r>
        <w:t>1.206.000</w:t>
      </w:r>
    </w:p>
    <w:p>
      <w:pPr>
        <w:jc w:val="both"/>
      </w:pPr>
      <w:r>
        <w:t>Chưa bao gồm chi phí màng ối.</w:t>
      </w:r>
    </w:p>
    <w:p>
      <w:pPr>
        <w:jc w:val="both"/>
      </w:pPr>
      <w:r>
        <w:t>773</w:t>
      </w:r>
    </w:p>
    <w:p>
      <w:pPr>
        <w:jc w:val="both"/>
      </w:pPr>
      <w:r>
        <w:t>763</w:t>
      </w:r>
    </w:p>
    <w:p>
      <w:pPr>
        <w:jc w:val="both"/>
      </w:pPr>
      <w:r>
        <w:t>03C2.3.62</w:t>
      </w:r>
    </w:p>
    <w:p>
      <w:pPr>
        <w:jc w:val="both"/>
      </w:pPr>
      <w:r>
        <w:t>Gọt giác mạc</w:t>
      </w:r>
    </w:p>
    <w:p>
      <w:pPr>
        <w:jc w:val="both"/>
      </w:pPr>
      <w:r>
        <w:t>802.000</w:t>
      </w:r>
    </w:p>
    <w:p>
      <w:pPr>
        <w:jc w:val="both"/>
      </w:pPr>
      <w:r>
        <w:t>895.000</w:t>
      </w:r>
    </w:p>
    <w:p>
      <w:pPr>
        <w:jc w:val="both"/>
      </w:pPr>
      <w:r>
        <w:t>774</w:t>
      </w:r>
    </w:p>
    <w:p>
      <w:pPr>
        <w:jc w:val="both"/>
      </w:pPr>
      <w:r>
        <w:t>764</w:t>
      </w:r>
    </w:p>
    <w:p>
      <w:pPr>
        <w:jc w:val="both"/>
      </w:pPr>
      <w:r>
        <w:t>03C2.3.64</w:t>
      </w:r>
    </w:p>
    <w:p>
      <w:pPr>
        <w:jc w:val="both"/>
      </w:pPr>
      <w:r>
        <w:t>Khâu cò mi</w:t>
      </w:r>
    </w:p>
    <w:p>
      <w:pPr>
        <w:jc w:val="both"/>
      </w:pPr>
      <w:r>
        <w:t>419.000</w:t>
      </w:r>
    </w:p>
    <w:p>
      <w:pPr>
        <w:jc w:val="both"/>
      </w:pPr>
      <w:r>
        <w:t>466.000</w:t>
      </w:r>
    </w:p>
    <w:p>
      <w:pPr>
        <w:jc w:val="both"/>
      </w:pPr>
      <w:r>
        <w:t>775</w:t>
      </w:r>
    </w:p>
    <w:p>
      <w:pPr>
        <w:jc w:val="both"/>
      </w:pPr>
      <w:r>
        <w:t>765</w:t>
      </w:r>
    </w:p>
    <w:p>
      <w:pPr>
        <w:jc w:val="both"/>
      </w:pPr>
      <w:r>
        <w:t>03C2.3.50</w:t>
      </w:r>
    </w:p>
    <w:p>
      <w:pPr>
        <w:jc w:val="both"/>
      </w:pPr>
      <w:r>
        <w:t>Khâu củng mạc đơn thuần</w:t>
      </w:r>
    </w:p>
    <w:p>
      <w:pPr>
        <w:jc w:val="both"/>
      </w:pPr>
      <w:r>
        <w:t>827.000</w:t>
      </w:r>
    </w:p>
    <w:p>
      <w:pPr>
        <w:jc w:val="both"/>
      </w:pPr>
      <w:r>
        <w:t>940.000</w:t>
      </w:r>
    </w:p>
    <w:p>
      <w:pPr>
        <w:jc w:val="both"/>
      </w:pPr>
      <w:r>
        <w:t>776</w:t>
      </w:r>
    </w:p>
    <w:p>
      <w:pPr>
        <w:jc w:val="both"/>
      </w:pPr>
      <w:r>
        <w:t>766</w:t>
      </w:r>
    </w:p>
    <w:p>
      <w:pPr>
        <w:jc w:val="both"/>
      </w:pPr>
      <w:r>
        <w:t>03C2.3.51</w:t>
      </w:r>
    </w:p>
    <w:p>
      <w:pPr>
        <w:jc w:val="both"/>
      </w:pPr>
      <w:r>
        <w:t>Khâu củng giác mạc phức tạp</w:t>
      </w:r>
    </w:p>
    <w:p>
      <w:pPr>
        <w:jc w:val="both"/>
      </w:pPr>
      <w:r>
        <w:t>1.266.000</w:t>
      </w:r>
    </w:p>
    <w:p>
      <w:pPr>
        <w:jc w:val="both"/>
      </w:pPr>
      <w:r>
        <w:t>1.430.000</w:t>
      </w:r>
    </w:p>
    <w:p>
      <w:pPr>
        <w:jc w:val="both"/>
      </w:pPr>
      <w:r>
        <w:t>777</w:t>
      </w:r>
    </w:p>
    <w:p>
      <w:pPr>
        <w:jc w:val="both"/>
      </w:pPr>
      <w:r>
        <w:t>767</w:t>
      </w:r>
    </w:p>
    <w:p>
      <w:pPr>
        <w:jc w:val="both"/>
      </w:pPr>
      <w:r>
        <w:t>03C2.3.53</w:t>
      </w:r>
    </w:p>
    <w:p>
      <w:pPr>
        <w:jc w:val="both"/>
      </w:pPr>
      <w:r>
        <w:t>Khâu củng mạc phức tạp</w:t>
      </w:r>
    </w:p>
    <w:p>
      <w:pPr>
        <w:jc w:val="both"/>
      </w:pPr>
      <w:r>
        <w:t>1.160.000</w:t>
      </w:r>
    </w:p>
    <w:p>
      <w:pPr>
        <w:jc w:val="both"/>
      </w:pPr>
      <w:r>
        <w:t>1.294.000</w:t>
      </w:r>
    </w:p>
    <w:p>
      <w:pPr>
        <w:jc w:val="both"/>
      </w:pPr>
      <w:r>
        <w:t>778</w:t>
      </w:r>
    </w:p>
    <w:p>
      <w:pPr>
        <w:jc w:val="both"/>
      </w:pPr>
      <w:r>
        <w:t>768</w:t>
      </w:r>
    </w:p>
    <w:p>
      <w:pPr>
        <w:jc w:val="both"/>
      </w:pPr>
      <w:r>
        <w:t>04C3.3.220</w:t>
      </w:r>
    </w:p>
    <w:p>
      <w:pPr>
        <w:jc w:val="both"/>
      </w:pPr>
      <w:r>
        <w:t>Khâu da mi, kết mạc mi bị rách - gây mê</w:t>
      </w:r>
    </w:p>
    <w:p>
      <w:pPr>
        <w:jc w:val="both"/>
      </w:pPr>
      <w:r>
        <w:t>1.497.000</w:t>
      </w:r>
    </w:p>
    <w:p>
      <w:pPr>
        <w:jc w:val="both"/>
      </w:pPr>
      <w:r>
        <w:t>1.674.000</w:t>
      </w:r>
    </w:p>
    <w:p>
      <w:pPr>
        <w:jc w:val="both"/>
      </w:pPr>
      <w:r>
        <w:t>779</w:t>
      </w:r>
    </w:p>
    <w:p>
      <w:pPr>
        <w:jc w:val="both"/>
      </w:pPr>
      <w:r>
        <w:t>769</w:t>
      </w:r>
    </w:p>
    <w:p>
      <w:pPr>
        <w:jc w:val="both"/>
      </w:pPr>
      <w:r>
        <w:t>04C3.3.219</w:t>
      </w:r>
    </w:p>
    <w:p>
      <w:pPr>
        <w:jc w:val="both"/>
      </w:pPr>
      <w:r>
        <w:t>Khâu da mi, kết mạc mi bị rách - gây tê</w:t>
      </w:r>
    </w:p>
    <w:p>
      <w:pPr>
        <w:jc w:val="both"/>
      </w:pPr>
      <w:r>
        <w:t>841.000</w:t>
      </w:r>
    </w:p>
    <w:p>
      <w:pPr>
        <w:jc w:val="both"/>
      </w:pPr>
      <w:r>
        <w:t>940.000</w:t>
      </w:r>
    </w:p>
    <w:p>
      <w:pPr>
        <w:jc w:val="both"/>
      </w:pPr>
      <w:r>
        <w:t>780</w:t>
      </w:r>
    </w:p>
    <w:p>
      <w:pPr>
        <w:jc w:val="both"/>
      </w:pPr>
      <w:r>
        <w:t>770</w:t>
      </w:r>
    </w:p>
    <w:p>
      <w:pPr>
        <w:jc w:val="both"/>
      </w:pPr>
      <w:r>
        <w:t>03C2.3.49</w:t>
      </w:r>
    </w:p>
    <w:p>
      <w:pPr>
        <w:jc w:val="both"/>
      </w:pPr>
      <w:r>
        <w:t>Khâu giác mạc đơn thuần</w:t>
      </w:r>
    </w:p>
    <w:p>
      <w:pPr>
        <w:jc w:val="both"/>
      </w:pPr>
      <w:r>
        <w:t>777.000</w:t>
      </w:r>
    </w:p>
    <w:p>
      <w:pPr>
        <w:jc w:val="both"/>
      </w:pPr>
      <w:r>
        <w:t>883.000</w:t>
      </w:r>
    </w:p>
    <w:p>
      <w:pPr>
        <w:jc w:val="both"/>
      </w:pPr>
      <w:r>
        <w:t>781</w:t>
      </w:r>
    </w:p>
    <w:p>
      <w:pPr>
        <w:jc w:val="both"/>
      </w:pPr>
      <w:r>
        <w:t>771</w:t>
      </w:r>
    </w:p>
    <w:p>
      <w:pPr>
        <w:jc w:val="both"/>
      </w:pPr>
      <w:r>
        <w:t>03C2.3.52</w:t>
      </w:r>
    </w:p>
    <w:p>
      <w:pPr>
        <w:jc w:val="both"/>
      </w:pPr>
      <w:r>
        <w:t>Khâu giác mạc phức tạp</w:t>
      </w:r>
    </w:p>
    <w:p>
      <w:pPr>
        <w:jc w:val="both"/>
      </w:pPr>
      <w:r>
        <w:t>1.160.000</w:t>
      </w:r>
    </w:p>
    <w:p>
      <w:pPr>
        <w:jc w:val="both"/>
      </w:pPr>
      <w:r>
        <w:t>1.294.000</w:t>
      </w:r>
    </w:p>
    <w:p>
      <w:pPr>
        <w:jc w:val="both"/>
      </w:pPr>
      <w:r>
        <w:t>782</w:t>
      </w:r>
    </w:p>
    <w:p>
      <w:pPr>
        <w:jc w:val="both"/>
      </w:pPr>
      <w:r>
        <w:t>772</w:t>
      </w:r>
    </w:p>
    <w:p>
      <w:pPr>
        <w:jc w:val="both"/>
      </w:pPr>
      <w:r>
        <w:t>03C2.3.55</w:t>
      </w:r>
    </w:p>
    <w:p>
      <w:pPr>
        <w:jc w:val="both"/>
      </w:pPr>
      <w:r>
        <w:t>Khâu phục hồi bờ mi</w:t>
      </w:r>
    </w:p>
    <w:p>
      <w:pPr>
        <w:jc w:val="both"/>
      </w:pPr>
      <w:r>
        <w:t>737.000</w:t>
      </w:r>
    </w:p>
    <w:p>
      <w:pPr>
        <w:jc w:val="both"/>
      </w:pPr>
      <w:r>
        <w:t>810.000</w:t>
      </w:r>
    </w:p>
    <w:p>
      <w:pPr>
        <w:jc w:val="both"/>
      </w:pPr>
      <w:r>
        <w:t>783</w:t>
      </w:r>
    </w:p>
    <w:p>
      <w:pPr>
        <w:jc w:val="both"/>
      </w:pPr>
      <w:r>
        <w:t>N 773</w:t>
      </w:r>
    </w:p>
    <w:p>
      <w:pPr>
        <w:jc w:val="both"/>
      </w:pPr>
      <w:r>
        <w:t>03C2.3.56</w:t>
      </w:r>
    </w:p>
    <w:p>
      <w:pPr>
        <w:jc w:val="both"/>
      </w:pPr>
      <w:r>
        <w:t>Khâu vết thương phần mềm, tổn thương vùng mắt</w:t>
      </w:r>
    </w:p>
    <w:p>
      <w:pPr>
        <w:jc w:val="both"/>
      </w:pPr>
      <w:r>
        <w:t>968.000</w:t>
      </w:r>
    </w:p>
    <w:p>
      <w:pPr>
        <w:jc w:val="both"/>
      </w:pPr>
      <w:r>
        <w:t>1.077.000</w:t>
      </w:r>
    </w:p>
    <w:p>
      <w:pPr>
        <w:jc w:val="both"/>
      </w:pPr>
      <w:r>
        <w:t>784 5</w:t>
      </w:r>
    </w:p>
    <w:p>
      <w:pPr>
        <w:jc w:val="both"/>
      </w:pPr>
      <w:r>
        <w:t>774</w:t>
      </w:r>
    </w:p>
    <w:p>
      <w:pPr>
        <w:jc w:val="both"/>
      </w:pPr>
      <w:r>
        <w:t>03C2.3.13</w:t>
      </w:r>
    </w:p>
    <w:p>
      <w:pPr>
        <w:jc w:val="both"/>
      </w:pPr>
      <w:r>
        <w:t>Khoét bỏ nhãn cầu</w:t>
      </w:r>
    </w:p>
    <w:p>
      <w:pPr>
        <w:jc w:val="both"/>
      </w:pPr>
      <w:r>
        <w:t>772.000</w:t>
      </w:r>
    </w:p>
    <w:p>
      <w:pPr>
        <w:jc w:val="both"/>
      </w:pPr>
      <w:r>
        <w:t>861.000</w:t>
      </w:r>
    </w:p>
    <w:p>
      <w:pPr>
        <w:jc w:val="both"/>
      </w:pPr>
      <w:r>
        <w:t>785</w:t>
      </w:r>
    </w:p>
    <w:p>
      <w:pPr>
        <w:jc w:val="both"/>
      </w:pPr>
      <w:r>
        <w:t>775</w:t>
      </w:r>
    </w:p>
    <w:p>
      <w:pPr>
        <w:jc w:val="both"/>
      </w:pPr>
      <w:r>
        <w:t>Lạnh đông đơn thuần phòng bong võng mạc</w:t>
      </w:r>
    </w:p>
    <w:p>
      <w:pPr>
        <w:jc w:val="both"/>
      </w:pPr>
      <w:r>
        <w:t>1.755.000</w:t>
      </w:r>
    </w:p>
    <w:p>
      <w:pPr>
        <w:jc w:val="both"/>
      </w:pPr>
      <w:r>
        <w:t>1.993.000</w:t>
      </w:r>
    </w:p>
    <w:p>
      <w:pPr>
        <w:jc w:val="both"/>
      </w:pPr>
      <w:r>
        <w:t>786</w:t>
      </w:r>
    </w:p>
    <w:p>
      <w:pPr>
        <w:jc w:val="both"/>
      </w:pPr>
      <w:r>
        <w:t>776</w:t>
      </w:r>
    </w:p>
    <w:p>
      <w:pPr>
        <w:jc w:val="both"/>
      </w:pPr>
      <w:r>
        <w:t>Laser điều trị u máu mi, kết mạc, hốc mắt, bệnh võng mạc trẻ đẻ non, u nguyên bào võng mạc</w:t>
      </w:r>
    </w:p>
    <w:p>
      <w:pPr>
        <w:jc w:val="both"/>
      </w:pPr>
      <w:r>
        <w:t>1.475.000</w:t>
      </w:r>
    </w:p>
    <w:p>
      <w:pPr>
        <w:jc w:val="both"/>
      </w:pPr>
      <w:r>
        <w:t>1.670.000</w:t>
      </w:r>
    </w:p>
    <w:p>
      <w:pPr>
        <w:jc w:val="both"/>
      </w:pPr>
      <w:r>
        <w:t>787</w:t>
      </w:r>
    </w:p>
    <w:p>
      <w:pPr>
        <w:jc w:val="both"/>
      </w:pPr>
      <w:r>
        <w:t>777</w:t>
      </w:r>
    </w:p>
    <w:p>
      <w:pPr>
        <w:jc w:val="both"/>
      </w:pPr>
      <w:r>
        <w:t>04C3.3.221</w:t>
      </w:r>
    </w:p>
    <w:p>
      <w:pPr>
        <w:jc w:val="both"/>
      </w:pPr>
      <w:r>
        <w:t>Lấy dị vật giác mạc nông, một mắt (gây mê)</w:t>
      </w:r>
    </w:p>
    <w:p>
      <w:pPr>
        <w:jc w:val="both"/>
      </w:pPr>
      <w:r>
        <w:t>688.000</w:t>
      </w:r>
    </w:p>
    <w:p>
      <w:pPr>
        <w:jc w:val="both"/>
      </w:pPr>
      <w:r>
        <w:t>772.000</w:t>
      </w:r>
    </w:p>
    <w:p>
      <w:pPr>
        <w:jc w:val="both"/>
      </w:pPr>
      <w:r>
        <w:t>788</w:t>
      </w:r>
    </w:p>
    <w:p>
      <w:pPr>
        <w:jc w:val="both"/>
      </w:pPr>
      <w:r>
        <w:t>778</w:t>
      </w:r>
    </w:p>
    <w:p>
      <w:pPr>
        <w:jc w:val="both"/>
      </w:pPr>
      <w:r>
        <w:t>04C3.3.210</w:t>
      </w:r>
    </w:p>
    <w:p>
      <w:pPr>
        <w:jc w:val="both"/>
      </w:pPr>
      <w:r>
        <w:t>Lấy dị vật giác mạc nông, một mắt (gây tê)</w:t>
      </w:r>
    </w:p>
    <w:p>
      <w:pPr>
        <w:jc w:val="both"/>
      </w:pPr>
      <w:r>
        <w:t>88.400</w:t>
      </w:r>
    </w:p>
    <w:p>
      <w:pPr>
        <w:jc w:val="both"/>
      </w:pPr>
      <w:r>
        <w:t>96.300</w:t>
      </w:r>
    </w:p>
    <w:p>
      <w:pPr>
        <w:jc w:val="both"/>
      </w:pPr>
      <w:r>
        <w:t>789</w:t>
      </w:r>
    </w:p>
    <w:p>
      <w:pPr>
        <w:jc w:val="both"/>
      </w:pPr>
      <w:r>
        <w:t>779</w:t>
      </w:r>
    </w:p>
    <w:p>
      <w:pPr>
        <w:jc w:val="both"/>
      </w:pPr>
      <w:r>
        <w:t>04C3.3.222</w:t>
      </w:r>
    </w:p>
    <w:p>
      <w:pPr>
        <w:jc w:val="both"/>
      </w:pPr>
      <w:r>
        <w:t>Lấy dị vật giác mạc sâu, một mắt (gây mê)</w:t>
      </w:r>
    </w:p>
    <w:p>
      <w:pPr>
        <w:jc w:val="both"/>
      </w:pPr>
      <w:r>
        <w:t>893.000</w:t>
      </w:r>
    </w:p>
    <w:p>
      <w:pPr>
        <w:jc w:val="both"/>
      </w:pPr>
      <w:r>
        <w:t>1.001.000</w:t>
      </w:r>
    </w:p>
    <w:p>
      <w:pPr>
        <w:jc w:val="both"/>
      </w:pPr>
      <w:r>
        <w:t>790</w:t>
      </w:r>
    </w:p>
    <w:p>
      <w:pPr>
        <w:jc w:val="both"/>
      </w:pPr>
      <w:r>
        <w:t>780</w:t>
      </w:r>
    </w:p>
    <w:p>
      <w:pPr>
        <w:jc w:val="both"/>
      </w:pPr>
      <w:r>
        <w:t>04C3.3.211</w:t>
      </w:r>
    </w:p>
    <w:p>
      <w:pPr>
        <w:jc w:val="both"/>
      </w:pPr>
      <w:r>
        <w:t>Lấy dị vật giác mạc sâu, một mắt (gây tê)</w:t>
      </w:r>
    </w:p>
    <w:p>
      <w:pPr>
        <w:jc w:val="both"/>
      </w:pPr>
      <w:r>
        <w:t>338.000</w:t>
      </w:r>
    </w:p>
    <w:p>
      <w:pPr>
        <w:jc w:val="both"/>
      </w:pPr>
      <w:r>
        <w:t>379.000</w:t>
      </w:r>
    </w:p>
    <w:p>
      <w:pPr>
        <w:jc w:val="both"/>
      </w:pPr>
      <w:r>
        <w:t>791</w:t>
      </w:r>
    </w:p>
    <w:p>
      <w:pPr>
        <w:jc w:val="both"/>
      </w:pPr>
      <w:r>
        <w:t>781</w:t>
      </w:r>
    </w:p>
    <w:p>
      <w:pPr>
        <w:jc w:val="both"/>
      </w:pPr>
      <w:r>
        <w:t>03C2.3.47</w:t>
      </w:r>
    </w:p>
    <w:p>
      <w:pPr>
        <w:jc w:val="both"/>
      </w:pPr>
      <w:r>
        <w:t>Lấy dị vật hốc mắt</w:t>
      </w:r>
    </w:p>
    <w:p>
      <w:pPr>
        <w:jc w:val="both"/>
      </w:pPr>
      <w:r>
        <w:t>937.000</w:t>
      </w:r>
    </w:p>
    <w:p>
      <w:pPr>
        <w:jc w:val="both"/>
      </w:pPr>
      <w:r>
        <w:t>1.040.000</w:t>
      </w:r>
    </w:p>
    <w:p>
      <w:pPr>
        <w:jc w:val="both"/>
      </w:pPr>
      <w:r>
        <w:t>792</w:t>
      </w:r>
    </w:p>
    <w:p>
      <w:pPr>
        <w:jc w:val="both"/>
      </w:pPr>
      <w:r>
        <w:t>782</w:t>
      </w:r>
    </w:p>
    <w:p>
      <w:pPr>
        <w:jc w:val="both"/>
      </w:pPr>
      <w:r>
        <w:t>04C3.3.209</w:t>
      </w:r>
    </w:p>
    <w:p>
      <w:pPr>
        <w:jc w:val="both"/>
      </w:pPr>
      <w:r>
        <w:t>Lấy dị vật kết mạc nông một mắt</w:t>
      </w:r>
    </w:p>
    <w:p>
      <w:pPr>
        <w:jc w:val="both"/>
      </w:pPr>
      <w:r>
        <w:t>67.000</w:t>
      </w:r>
    </w:p>
    <w:p>
      <w:pPr>
        <w:jc w:val="both"/>
      </w:pPr>
      <w:r>
        <w:t>74.800</w:t>
      </w:r>
    </w:p>
    <w:p>
      <w:pPr>
        <w:jc w:val="both"/>
      </w:pPr>
      <w:r>
        <w:t>793</w:t>
      </w:r>
    </w:p>
    <w:p>
      <w:pPr>
        <w:jc w:val="both"/>
      </w:pPr>
      <w:r>
        <w:t>783</w:t>
      </w:r>
    </w:p>
    <w:p>
      <w:pPr>
        <w:jc w:val="both"/>
      </w:pPr>
      <w:r>
        <w:t>03C2.3.46</w:t>
      </w:r>
    </w:p>
    <w:p>
      <w:pPr>
        <w:jc w:val="both"/>
      </w:pPr>
      <w:r>
        <w:t>Lấy dị vật tiền phòng</w:t>
      </w:r>
    </w:p>
    <w:p>
      <w:pPr>
        <w:jc w:val="both"/>
      </w:pPr>
      <w:r>
        <w:t>1.160.000</w:t>
      </w:r>
    </w:p>
    <w:p>
      <w:pPr>
        <w:jc w:val="both"/>
      </w:pPr>
      <w:r>
        <w:t>1.294.000</w:t>
      </w:r>
    </w:p>
    <w:p>
      <w:pPr>
        <w:jc w:val="both"/>
      </w:pPr>
      <w:r>
        <w:t>794</w:t>
      </w:r>
    </w:p>
    <w:p>
      <w:pPr>
        <w:jc w:val="both"/>
      </w:pPr>
      <w:r>
        <w:t>784</w:t>
      </w:r>
    </w:p>
    <w:p>
      <w:pPr>
        <w:jc w:val="both"/>
      </w:pPr>
      <w:r>
        <w:t>03C2.3.84</w:t>
      </w:r>
    </w:p>
    <w:p>
      <w:pPr>
        <w:jc w:val="both"/>
      </w:pPr>
      <w:r>
        <w:t>Lấy huyết thanh đóng ống</w:t>
      </w:r>
    </w:p>
    <w:p>
      <w:pPr>
        <w:jc w:val="both"/>
      </w:pPr>
      <w:r>
        <w:t>60.000</w:t>
      </w:r>
    </w:p>
    <w:p>
      <w:pPr>
        <w:jc w:val="both"/>
      </w:pPr>
      <w:r>
        <w:t>64.500</w:t>
      </w:r>
    </w:p>
    <w:p>
      <w:pPr>
        <w:jc w:val="both"/>
      </w:pPr>
      <w:r>
        <w:t>795</w:t>
      </w:r>
    </w:p>
    <w:p>
      <w:pPr>
        <w:jc w:val="both"/>
      </w:pPr>
      <w:r>
        <w:t>785</w:t>
      </w:r>
    </w:p>
    <w:p>
      <w:pPr>
        <w:jc w:val="both"/>
      </w:pPr>
      <w:r>
        <w:t>03C2.3.15</w:t>
      </w:r>
    </w:p>
    <w:p>
      <w:pPr>
        <w:jc w:val="both"/>
      </w:pPr>
      <w:r>
        <w:t>Lấy sạn vôi kết mạc</w:t>
      </w:r>
    </w:p>
    <w:p>
      <w:pPr>
        <w:jc w:val="both"/>
      </w:pPr>
      <w:r>
        <w:t>37.300</w:t>
      </w:r>
    </w:p>
    <w:p>
      <w:pPr>
        <w:jc w:val="both"/>
      </w:pPr>
      <w:r>
        <w:t>41.100</w:t>
      </w:r>
    </w:p>
    <w:p>
      <w:pPr>
        <w:jc w:val="both"/>
      </w:pPr>
      <w:r>
        <w:t>796</w:t>
      </w:r>
    </w:p>
    <w:p>
      <w:pPr>
        <w:jc w:val="both"/>
      </w:pPr>
      <w:r>
        <w:t>786</w:t>
      </w:r>
    </w:p>
    <w:p>
      <w:pPr>
        <w:jc w:val="both"/>
      </w:pPr>
      <w:r>
        <w:t>03C2.3.86</w:t>
      </w:r>
    </w:p>
    <w:p>
      <w:pPr>
        <w:jc w:val="both"/>
      </w:pPr>
      <w:r>
        <w:t>Liệu pháp điều trị viêm kết mạc mùa xuân (áp tia β)</w:t>
      </w:r>
    </w:p>
    <w:p>
      <w:pPr>
        <w:jc w:val="both"/>
      </w:pPr>
      <w:r>
        <w:t>60.800</w:t>
      </w:r>
    </w:p>
    <w:p>
      <w:pPr>
        <w:jc w:val="both"/>
      </w:pPr>
      <w:r>
        <w:t>67.000</w:t>
      </w:r>
    </w:p>
    <w:p>
      <w:pPr>
        <w:jc w:val="both"/>
      </w:pPr>
      <w:r>
        <w:t>797</w:t>
      </w:r>
    </w:p>
    <w:p>
      <w:pPr>
        <w:jc w:val="both"/>
      </w:pPr>
      <w:r>
        <w:t>787</w:t>
      </w:r>
    </w:p>
    <w:p>
      <w:pPr>
        <w:jc w:val="both"/>
      </w:pPr>
      <w:r>
        <w:t>03C2.3.74</w:t>
      </w:r>
    </w:p>
    <w:p>
      <w:pPr>
        <w:jc w:val="both"/>
      </w:pPr>
      <w:r>
        <w:t>Mở bao sau bằng Laser</w:t>
      </w:r>
    </w:p>
    <w:p>
      <w:pPr>
        <w:jc w:val="both"/>
      </w:pPr>
      <w:r>
        <w:t>268.000</w:t>
      </w:r>
    </w:p>
    <w:p>
      <w:pPr>
        <w:jc w:val="both"/>
      </w:pPr>
      <w:r>
        <w:t>299.000</w:t>
      </w:r>
    </w:p>
    <w:p>
      <w:pPr>
        <w:jc w:val="both"/>
      </w:pPr>
      <w:r>
        <w:t>798</w:t>
      </w:r>
    </w:p>
    <w:p>
      <w:pPr>
        <w:jc w:val="both"/>
      </w:pPr>
      <w:r>
        <w:t>788</w:t>
      </w:r>
    </w:p>
    <w:p>
      <w:pPr>
        <w:jc w:val="both"/>
      </w:pPr>
      <w:r>
        <w:t>04C3.3.224</w:t>
      </w:r>
    </w:p>
    <w:p>
      <w:pPr>
        <w:jc w:val="both"/>
      </w:pPr>
      <w:r>
        <w:t>Mổ quặm 1 mi - gây mê</w:t>
      </w:r>
    </w:p>
    <w:p>
      <w:pPr>
        <w:jc w:val="both"/>
      </w:pPr>
      <w:r>
        <w:t>1.277.000</w:t>
      </w:r>
    </w:p>
    <w:p>
      <w:pPr>
        <w:jc w:val="both"/>
      </w:pPr>
      <w:r>
        <w:t>1.433.000</w:t>
      </w:r>
    </w:p>
    <w:p>
      <w:pPr>
        <w:jc w:val="both"/>
      </w:pPr>
      <w:r>
        <w:t>799</w:t>
      </w:r>
    </w:p>
    <w:p>
      <w:pPr>
        <w:jc w:val="both"/>
      </w:pPr>
      <w:r>
        <w:t>789</w:t>
      </w:r>
    </w:p>
    <w:p>
      <w:pPr>
        <w:jc w:val="both"/>
      </w:pPr>
      <w:r>
        <w:t>04C3.3.213</w:t>
      </w:r>
    </w:p>
    <w:p>
      <w:pPr>
        <w:jc w:val="both"/>
      </w:pPr>
      <w:r>
        <w:t>Mổ quặm 1 mi - gây tê</w:t>
      </w:r>
    </w:p>
    <w:p>
      <w:pPr>
        <w:jc w:val="both"/>
      </w:pPr>
      <w:r>
        <w:t>660.000</w:t>
      </w:r>
    </w:p>
    <w:p>
      <w:pPr>
        <w:jc w:val="both"/>
      </w:pPr>
      <w:r>
        <w:t>740.000</w:t>
      </w:r>
    </w:p>
    <w:p>
      <w:pPr>
        <w:jc w:val="both"/>
      </w:pPr>
      <w:r>
        <w:t>800</w:t>
      </w:r>
    </w:p>
    <w:p>
      <w:pPr>
        <w:jc w:val="both"/>
      </w:pPr>
      <w:r>
        <w:t>790</w:t>
      </w:r>
    </w:p>
    <w:p>
      <w:pPr>
        <w:jc w:val="both"/>
      </w:pPr>
      <w:r>
        <w:t>04C3.3.225</w:t>
      </w:r>
    </w:p>
    <w:p>
      <w:pPr>
        <w:jc w:val="both"/>
      </w:pPr>
      <w:r>
        <w:t>Mổ quặm 2 mi - gây mê</w:t>
      </w:r>
    </w:p>
    <w:p>
      <w:pPr>
        <w:jc w:val="both"/>
      </w:pPr>
      <w:r>
        <w:t>1.474.000</w:t>
      </w:r>
    </w:p>
    <w:p>
      <w:pPr>
        <w:jc w:val="both"/>
      </w:pPr>
      <w:r>
        <w:t>1.647.000</w:t>
      </w:r>
    </w:p>
    <w:p>
      <w:pPr>
        <w:jc w:val="both"/>
      </w:pPr>
      <w:r>
        <w:t>801</w:t>
      </w:r>
    </w:p>
    <w:p>
      <w:pPr>
        <w:jc w:val="both"/>
      </w:pPr>
      <w:r>
        <w:t>791</w:t>
      </w:r>
    </w:p>
    <w:p>
      <w:pPr>
        <w:jc w:val="both"/>
      </w:pPr>
      <w:r>
        <w:t>04G3.3.214</w:t>
      </w:r>
    </w:p>
    <w:p>
      <w:pPr>
        <w:jc w:val="both"/>
      </w:pPr>
      <w:r>
        <w:t>Mổ quặm 2 mi - gây tê</w:t>
      </w:r>
    </w:p>
    <w:p>
      <w:pPr>
        <w:jc w:val="both"/>
      </w:pPr>
      <w:r>
        <w:t>877.000</w:t>
      </w:r>
    </w:p>
    <w:p>
      <w:pPr>
        <w:jc w:val="both"/>
      </w:pPr>
      <w:r>
        <w:t>981.000</w:t>
      </w:r>
    </w:p>
    <w:p>
      <w:pPr>
        <w:jc w:val="both"/>
      </w:pPr>
      <w:r>
        <w:t>802</w:t>
      </w:r>
    </w:p>
    <w:p>
      <w:pPr>
        <w:jc w:val="both"/>
      </w:pPr>
      <w:r>
        <w:t>792</w:t>
      </w:r>
    </w:p>
    <w:p>
      <w:pPr>
        <w:jc w:val="both"/>
      </w:pPr>
      <w:r>
        <w:t>04C3.3.215</w:t>
      </w:r>
    </w:p>
    <w:p>
      <w:pPr>
        <w:jc w:val="both"/>
      </w:pPr>
      <w:r>
        <w:t>Mổ quặm 3 mi - gây tê</w:t>
      </w:r>
    </w:p>
    <w:p>
      <w:pPr>
        <w:jc w:val="both"/>
      </w:pPr>
      <w:r>
        <w:t>1.112.000</w:t>
      </w:r>
    </w:p>
    <w:p>
      <w:pPr>
        <w:jc w:val="both"/>
      </w:pPr>
      <w:r>
        <w:t>1.241.000</w:t>
      </w:r>
    </w:p>
    <w:p>
      <w:pPr>
        <w:jc w:val="both"/>
      </w:pPr>
      <w:r>
        <w:t>803</w:t>
      </w:r>
    </w:p>
    <w:p>
      <w:pPr>
        <w:jc w:val="both"/>
      </w:pPr>
      <w:r>
        <w:t>793</w:t>
      </w:r>
    </w:p>
    <w:p>
      <w:pPr>
        <w:jc w:val="both"/>
      </w:pPr>
      <w:r>
        <w:t>04C3.3.226</w:t>
      </w:r>
    </w:p>
    <w:p>
      <w:pPr>
        <w:jc w:val="both"/>
      </w:pPr>
      <w:r>
        <w:t>Mổ quặm 3 mi - gây mê</w:t>
      </w:r>
    </w:p>
    <w:p>
      <w:pPr>
        <w:jc w:val="both"/>
      </w:pPr>
      <w:r>
        <w:t>1.710.000</w:t>
      </w:r>
    </w:p>
    <w:p>
      <w:pPr>
        <w:jc w:val="both"/>
      </w:pPr>
      <w:r>
        <w:t>1.907.000</w:t>
      </w:r>
    </w:p>
    <w:p>
      <w:pPr>
        <w:jc w:val="both"/>
      </w:pPr>
      <w:r>
        <w:t>804</w:t>
      </w:r>
    </w:p>
    <w:p>
      <w:pPr>
        <w:jc w:val="both"/>
      </w:pPr>
      <w:r>
        <w:t>794</w:t>
      </w:r>
    </w:p>
    <w:p>
      <w:pPr>
        <w:jc w:val="both"/>
      </w:pPr>
      <w:r>
        <w:t>04C3.3.227</w:t>
      </w:r>
    </w:p>
    <w:p>
      <w:pPr>
        <w:jc w:val="both"/>
      </w:pPr>
      <w:r>
        <w:t>Mổ quặm 4 mi - gây mê</w:t>
      </w:r>
    </w:p>
    <w:p>
      <w:pPr>
        <w:jc w:val="both"/>
      </w:pPr>
      <w:r>
        <w:t>1.921.000</w:t>
      </w:r>
    </w:p>
    <w:p>
      <w:pPr>
        <w:jc w:val="both"/>
      </w:pPr>
      <w:r>
        <w:t>2.138.000</w:t>
      </w:r>
    </w:p>
    <w:p>
      <w:pPr>
        <w:jc w:val="both"/>
      </w:pPr>
      <w:r>
        <w:t>805</w:t>
      </w:r>
    </w:p>
    <w:p>
      <w:pPr>
        <w:jc w:val="both"/>
      </w:pPr>
      <w:r>
        <w:t>795</w:t>
      </w:r>
    </w:p>
    <w:p>
      <w:pPr>
        <w:jc w:val="both"/>
      </w:pPr>
      <w:r>
        <w:t>04C3.3.216</w:t>
      </w:r>
    </w:p>
    <w:p>
      <w:pPr>
        <w:jc w:val="both"/>
      </w:pPr>
      <w:r>
        <w:t>Mổ quặm 4 mi - gây tê</w:t>
      </w:r>
    </w:p>
    <w:p>
      <w:pPr>
        <w:jc w:val="both"/>
      </w:pPr>
      <w:r>
        <w:t>1.291.000</w:t>
      </w:r>
    </w:p>
    <w:p>
      <w:pPr>
        <w:jc w:val="both"/>
      </w:pPr>
      <w:r>
        <w:t>1.438.000</w:t>
      </w:r>
    </w:p>
    <w:p>
      <w:pPr>
        <w:jc w:val="both"/>
      </w:pPr>
      <w:r>
        <w:t>806</w:t>
      </w:r>
    </w:p>
    <w:p>
      <w:pPr>
        <w:jc w:val="both"/>
      </w:pPr>
      <w:r>
        <w:t>796</w:t>
      </w:r>
    </w:p>
    <w:p>
      <w:pPr>
        <w:jc w:val="both"/>
      </w:pPr>
      <w:r>
        <w:t>03C2.3.54</w:t>
      </w:r>
    </w:p>
    <w:p>
      <w:pPr>
        <w:jc w:val="both"/>
      </w:pPr>
      <w:r>
        <w:t>Mở tiền phòng rửa máu hoặc mủ</w:t>
      </w:r>
    </w:p>
    <w:p>
      <w:pPr>
        <w:jc w:val="both"/>
      </w:pPr>
      <w:r>
        <w:t>772.000</w:t>
      </w:r>
    </w:p>
    <w:p>
      <w:pPr>
        <w:jc w:val="both"/>
      </w:pPr>
      <w:r>
        <w:t>861.000</w:t>
      </w:r>
    </w:p>
    <w:p>
      <w:pPr>
        <w:jc w:val="both"/>
      </w:pPr>
      <w:r>
        <w:t>807</w:t>
      </w:r>
    </w:p>
    <w:p>
      <w:pPr>
        <w:jc w:val="both"/>
      </w:pPr>
      <w:r>
        <w:t>797</w:t>
      </w:r>
    </w:p>
    <w:p>
      <w:pPr>
        <w:jc w:val="both"/>
      </w:pPr>
      <w:r>
        <w:t>03C2.3.68</w:t>
      </w:r>
    </w:p>
    <w:p>
      <w:pPr>
        <w:jc w:val="both"/>
      </w:pPr>
      <w:r>
        <w:t>Mộng tái phát phức tạp có ghép màng ối kết mạc</w:t>
      </w:r>
    </w:p>
    <w:p>
      <w:pPr>
        <w:jc w:val="both"/>
      </w:pPr>
      <w:r>
        <w:t>972.000</w:t>
      </w:r>
    </w:p>
    <w:p>
      <w:pPr>
        <w:jc w:val="both"/>
      </w:pPr>
      <w:r>
        <w:t>1.091.000</w:t>
      </w:r>
    </w:p>
    <w:p>
      <w:pPr>
        <w:jc w:val="both"/>
      </w:pPr>
      <w:r>
        <w:t>808</w:t>
      </w:r>
    </w:p>
    <w:p>
      <w:pPr>
        <w:jc w:val="both"/>
      </w:pPr>
      <w:r>
        <w:t>798</w:t>
      </w:r>
    </w:p>
    <w:p>
      <w:pPr>
        <w:jc w:val="both"/>
      </w:pPr>
      <w:r>
        <w:t>03C2.3.12</w:t>
      </w:r>
    </w:p>
    <w:p>
      <w:pPr>
        <w:jc w:val="both"/>
      </w:pPr>
      <w:r>
        <w:t>Múc nội nhãn (có độn hoặc không độn)</w:t>
      </w:r>
    </w:p>
    <w:p>
      <w:pPr>
        <w:jc w:val="both"/>
      </w:pPr>
      <w:r>
        <w:t>561.000</w:t>
      </w:r>
    </w:p>
    <w:p>
      <w:pPr>
        <w:jc w:val="both"/>
      </w:pPr>
      <w:r>
        <w:t>627.000</w:t>
      </w:r>
    </w:p>
    <w:p>
      <w:pPr>
        <w:jc w:val="both"/>
      </w:pPr>
      <w:r>
        <w:t>Chưa bao gồm vật liệu độn.</w:t>
      </w:r>
    </w:p>
    <w:p>
      <w:pPr>
        <w:jc w:val="both"/>
      </w:pPr>
      <w:r>
        <w:t>809</w:t>
      </w:r>
    </w:p>
    <w:p>
      <w:pPr>
        <w:jc w:val="both"/>
      </w:pPr>
      <w:r>
        <w:t>799</w:t>
      </w:r>
    </w:p>
    <w:p>
      <w:pPr>
        <w:jc w:val="both"/>
      </w:pPr>
      <w:r>
        <w:t>03C2.3.14</w:t>
      </w:r>
    </w:p>
    <w:p>
      <w:pPr>
        <w:jc w:val="both"/>
      </w:pPr>
      <w:r>
        <w:t>Nặn tuyến bờ mi</w:t>
      </w:r>
    </w:p>
    <w:p>
      <w:pPr>
        <w:jc w:val="both"/>
      </w:pPr>
      <w:r>
        <w:t>37.300</w:t>
      </w:r>
    </w:p>
    <w:p>
      <w:pPr>
        <w:jc w:val="both"/>
      </w:pPr>
      <w:r>
        <w:t>41.100</w:t>
      </w:r>
    </w:p>
    <w:p>
      <w:pPr>
        <w:jc w:val="both"/>
      </w:pPr>
      <w:r>
        <w:t>810</w:t>
      </w:r>
    </w:p>
    <w:p>
      <w:pPr>
        <w:jc w:val="both"/>
      </w:pPr>
      <w:r>
        <w:t>800</w:t>
      </w:r>
    </w:p>
    <w:p>
      <w:pPr>
        <w:jc w:val="both"/>
      </w:pPr>
      <w:r>
        <w:t>Nâng sàn hốc mắt</w:t>
      </w:r>
    </w:p>
    <w:p>
      <w:pPr>
        <w:jc w:val="both"/>
      </w:pPr>
      <w:r>
        <w:t>2.818.000</w:t>
      </w:r>
    </w:p>
    <w:p>
      <w:pPr>
        <w:jc w:val="both"/>
      </w:pPr>
      <w:r>
        <w:t>3.190.000</w:t>
      </w:r>
    </w:p>
    <w:p>
      <w:pPr>
        <w:jc w:val="both"/>
      </w:pPr>
      <w:r>
        <w:t>Chưa bao gồm tấm lót sàn</w:t>
      </w:r>
    </w:p>
    <w:p>
      <w:pPr>
        <w:jc w:val="both"/>
      </w:pPr>
      <w:r>
        <w:t>811</w:t>
      </w:r>
    </w:p>
    <w:p>
      <w:pPr>
        <w:jc w:val="both"/>
      </w:pPr>
      <w:r>
        <w:t>801</w:t>
      </w:r>
    </w:p>
    <w:p>
      <w:pPr>
        <w:jc w:val="both"/>
      </w:pPr>
      <w:r>
        <w:t>03C2.3.2</w:t>
      </w:r>
    </w:p>
    <w:p>
      <w:pPr>
        <w:jc w:val="both"/>
      </w:pPr>
      <w:r>
        <w:t>Nghiệm pháp phát hiện Glôcôm</w:t>
      </w:r>
    </w:p>
    <w:p>
      <w:pPr>
        <w:jc w:val="both"/>
      </w:pPr>
      <w:r>
        <w:t>115.000</w:t>
      </w:r>
    </w:p>
    <w:p>
      <w:pPr>
        <w:jc w:val="both"/>
      </w:pPr>
      <w:r>
        <w:t>125.000</w:t>
      </w:r>
    </w:p>
    <w:p>
      <w:pPr>
        <w:jc w:val="both"/>
      </w:pPr>
      <w:r>
        <w:t>812</w:t>
      </w:r>
    </w:p>
    <w:p>
      <w:pPr>
        <w:jc w:val="both"/>
      </w:pPr>
      <w:r>
        <w:t>802</w:t>
      </w:r>
    </w:p>
    <w:p>
      <w:pPr>
        <w:jc w:val="both"/>
      </w:pPr>
      <w:r>
        <w:t>03C2.3.63</w:t>
      </w:r>
    </w:p>
    <w:p>
      <w:pPr>
        <w:jc w:val="both"/>
      </w:pPr>
      <w:r>
        <w:t>Nối thông lệ mũi 1 mắt</w:t>
      </w:r>
    </w:p>
    <w:p>
      <w:pPr>
        <w:jc w:val="both"/>
      </w:pPr>
      <w:r>
        <w:t>1.072.000</w:t>
      </w:r>
    </w:p>
    <w:p>
      <w:pPr>
        <w:jc w:val="both"/>
      </w:pPr>
      <w:r>
        <w:t>1.206.000</w:t>
      </w:r>
    </w:p>
    <w:p>
      <w:pPr>
        <w:jc w:val="both"/>
      </w:pPr>
      <w:r>
        <w:t>Chưa bao gồm ống Silicon.</w:t>
      </w:r>
    </w:p>
    <w:p>
      <w:pPr>
        <w:jc w:val="both"/>
      </w:pPr>
      <w:r>
        <w:t>813</w:t>
      </w:r>
    </w:p>
    <w:p>
      <w:pPr>
        <w:jc w:val="both"/>
      </w:pPr>
      <w:r>
        <w:t>803</w:t>
      </w:r>
    </w:p>
    <w:p>
      <w:pPr>
        <w:jc w:val="both"/>
      </w:pPr>
      <w:r>
        <w:t>Phẫu thuật bong võng mạc kinh điển</w:t>
      </w:r>
    </w:p>
    <w:p>
      <w:pPr>
        <w:jc w:val="both"/>
      </w:pPr>
      <w:r>
        <w:t>2.302.000</w:t>
      </w:r>
    </w:p>
    <w:p>
      <w:pPr>
        <w:jc w:val="both"/>
      </w:pPr>
      <w:r>
        <w:t>2.596.000</w:t>
      </w:r>
    </w:p>
    <w:p>
      <w:pPr>
        <w:jc w:val="both"/>
      </w:pPr>
      <w:r>
        <w:t>Chưa bao gồm đai Silicon.</w:t>
      </w:r>
    </w:p>
    <w:p>
      <w:pPr>
        <w:jc w:val="both"/>
      </w:pPr>
      <w:r>
        <w:t>814</w:t>
      </w:r>
    </w:p>
    <w:p>
      <w:pPr>
        <w:jc w:val="both"/>
      </w:pPr>
      <w:r>
        <w:t>804</w:t>
      </w:r>
    </w:p>
    <w:p>
      <w:pPr>
        <w:jc w:val="both"/>
      </w:pPr>
      <w:r>
        <w:t>03C2.3.32</w:t>
      </w:r>
    </w:p>
    <w:p>
      <w:pPr>
        <w:jc w:val="both"/>
      </w:pPr>
      <w:r>
        <w:t>Phẫu thuật cắt bao sau</w:t>
      </w:r>
    </w:p>
    <w:p>
      <w:pPr>
        <w:jc w:val="both"/>
      </w:pPr>
      <w:r>
        <w:t>622.000</w:t>
      </w:r>
    </w:p>
    <w:p>
      <w:pPr>
        <w:jc w:val="both"/>
      </w:pPr>
      <w:r>
        <w:t>688.000</w:t>
      </w:r>
    </w:p>
    <w:p>
      <w:pPr>
        <w:jc w:val="both"/>
      </w:pPr>
      <w:r>
        <w:t>Chưa bao gồm đầu cắt bao sau.</w:t>
      </w:r>
    </w:p>
    <w:p>
      <w:pPr>
        <w:jc w:val="both"/>
      </w:pPr>
      <w:r>
        <w:t>815</w:t>
      </w:r>
    </w:p>
    <w:p>
      <w:pPr>
        <w:jc w:val="both"/>
      </w:pPr>
      <w:r>
        <w:t>805</w:t>
      </w:r>
    </w:p>
    <w:p>
      <w:pPr>
        <w:jc w:val="both"/>
      </w:pPr>
      <w:r>
        <w:t>03C2.3.30</w:t>
      </w:r>
    </w:p>
    <w:p>
      <w:pPr>
        <w:jc w:val="both"/>
      </w:pPr>
      <w:r>
        <w:t>Phẫu thuật cắt bè</w:t>
      </w:r>
    </w:p>
    <w:p>
      <w:pPr>
        <w:jc w:val="both"/>
      </w:pPr>
      <w:r>
        <w:t>1.140.000</w:t>
      </w:r>
    </w:p>
    <w:p>
      <w:pPr>
        <w:jc w:val="both"/>
      </w:pPr>
      <w:r>
        <w:t>1.281.000</w:t>
      </w:r>
    </w:p>
    <w:p>
      <w:pPr>
        <w:jc w:val="both"/>
      </w:pPr>
      <w:r>
        <w:t>816</w:t>
      </w:r>
    </w:p>
    <w:p>
      <w:pPr>
        <w:jc w:val="both"/>
      </w:pPr>
      <w:r>
        <w:t>806</w:t>
      </w:r>
    </w:p>
    <w:p>
      <w:pPr>
        <w:jc w:val="both"/>
      </w:pPr>
      <w:r>
        <w:t>03C2.3.96</w:t>
      </w:r>
    </w:p>
    <w:p>
      <w:pPr>
        <w:jc w:val="both"/>
      </w:pPr>
      <w:r>
        <w:t>Phẫu thuật cắt dịch kính và điều trị bong võng mạc (01 mắt)</w:t>
      </w:r>
    </w:p>
    <w:p>
      <w:pPr>
        <w:jc w:val="both"/>
      </w:pPr>
      <w:r>
        <w:t>3.039.000</w:t>
      </w:r>
    </w:p>
    <w:p>
      <w:pPr>
        <w:jc w:val="both"/>
      </w:pPr>
      <w:r>
        <w:t>3.414.000</w:t>
      </w:r>
    </w:p>
    <w:p>
      <w:pPr>
        <w:jc w:val="both"/>
      </w:pPr>
      <w:r>
        <w:t>Chưa bao gồm dầu silicon, đai silicon, đầu cắt dịch kính, Laser nội nhãn.</w:t>
      </w:r>
    </w:p>
    <w:p>
      <w:pPr>
        <w:jc w:val="both"/>
      </w:pPr>
      <w:r>
        <w:t>817</w:t>
      </w:r>
    </w:p>
    <w:p>
      <w:pPr>
        <w:jc w:val="both"/>
      </w:pPr>
      <w:r>
        <w:t>807</w:t>
      </w:r>
    </w:p>
    <w:p>
      <w:pPr>
        <w:jc w:val="both"/>
      </w:pPr>
      <w:r>
        <w:t>03C2.3.36</w:t>
      </w:r>
    </w:p>
    <w:p>
      <w:pPr>
        <w:jc w:val="both"/>
      </w:pPr>
      <w:r>
        <w:t>Phẫu thuật cắt màng đồng tử</w:t>
      </w:r>
    </w:p>
    <w:p>
      <w:pPr>
        <w:jc w:val="both"/>
      </w:pPr>
      <w:r>
        <w:t>970.000</w:t>
      </w:r>
    </w:p>
    <w:p>
      <w:pPr>
        <w:jc w:val="both"/>
      </w:pPr>
      <w:r>
        <w:t>1.085.000</w:t>
      </w:r>
    </w:p>
    <w:p>
      <w:pPr>
        <w:jc w:val="both"/>
      </w:pPr>
      <w:r>
        <w:t>Chưa bao gồm đầu cắt.</w:t>
      </w:r>
    </w:p>
    <w:p>
      <w:pPr>
        <w:jc w:val="both"/>
      </w:pPr>
      <w:r>
        <w:t>818</w:t>
      </w:r>
    </w:p>
    <w:p>
      <w:pPr>
        <w:jc w:val="both"/>
      </w:pPr>
      <w:r>
        <w:t>808</w:t>
      </w:r>
    </w:p>
    <w:p>
      <w:pPr>
        <w:jc w:val="both"/>
      </w:pPr>
      <w:r>
        <w:t>04C3.3.223</w:t>
      </w:r>
    </w:p>
    <w:p>
      <w:pPr>
        <w:jc w:val="both"/>
      </w:pPr>
      <w:r>
        <w:t>Phẫu thuật cắt mộng ghép màng ối, kết mạc - gây mê</w:t>
      </w:r>
    </w:p>
    <w:p>
      <w:pPr>
        <w:jc w:val="both"/>
      </w:pPr>
      <w:r>
        <w:t>1.534.000</w:t>
      </w:r>
    </w:p>
    <w:p>
      <w:pPr>
        <w:jc w:val="both"/>
      </w:pPr>
      <w:r>
        <w:t>1.716.000</w:t>
      </w:r>
    </w:p>
    <w:p>
      <w:pPr>
        <w:jc w:val="both"/>
      </w:pPr>
      <w:r>
        <w:t>Chưa bao gồm chi phí màng ối.</w:t>
      </w:r>
    </w:p>
    <w:p>
      <w:pPr>
        <w:jc w:val="both"/>
      </w:pPr>
      <w:r>
        <w:t>819</w:t>
      </w:r>
    </w:p>
    <w:p>
      <w:pPr>
        <w:jc w:val="both"/>
      </w:pPr>
      <w:r>
        <w:t>809</w:t>
      </w:r>
    </w:p>
    <w:p>
      <w:pPr>
        <w:jc w:val="both"/>
      </w:pPr>
      <w:r>
        <w:t>04C3.3.212</w:t>
      </w:r>
    </w:p>
    <w:p>
      <w:pPr>
        <w:jc w:val="both"/>
      </w:pPr>
      <w:r>
        <w:t>Phẫu thuật cắt mộng ghép màng ối, kết mạc - gây tê</w:t>
      </w:r>
    </w:p>
    <w:p>
      <w:pPr>
        <w:jc w:val="both"/>
      </w:pPr>
      <w:r>
        <w:t>1.007.000</w:t>
      </w:r>
    </w:p>
    <w:p>
      <w:pPr>
        <w:jc w:val="both"/>
      </w:pPr>
      <w:r>
        <w:t>1.120.000</w:t>
      </w:r>
    </w:p>
    <w:p>
      <w:pPr>
        <w:jc w:val="both"/>
      </w:pPr>
      <w:r>
        <w:t>Chưa bao gồm chi phí màng ối.</w:t>
      </w:r>
    </w:p>
    <w:p>
      <w:pPr>
        <w:jc w:val="both"/>
      </w:pPr>
      <w:r>
        <w:t>820</w:t>
      </w:r>
    </w:p>
    <w:p>
      <w:pPr>
        <w:jc w:val="both"/>
      </w:pPr>
      <w:r>
        <w:t>810</w:t>
      </w:r>
    </w:p>
    <w:p>
      <w:pPr>
        <w:jc w:val="both"/>
      </w:pPr>
      <w:r>
        <w:t>03C2.3.97</w:t>
      </w:r>
    </w:p>
    <w:p>
      <w:pPr>
        <w:jc w:val="both"/>
      </w:pPr>
      <w:r>
        <w:t>Phẫu thuật cắt mống mắt chu biên</w:t>
      </w:r>
    </w:p>
    <w:p>
      <w:pPr>
        <w:jc w:val="both"/>
      </w:pPr>
      <w:r>
        <w:t>538.000</w:t>
      </w:r>
    </w:p>
    <w:p>
      <w:pPr>
        <w:jc w:val="both"/>
      </w:pPr>
      <w:r>
        <w:t>603.000</w:t>
      </w:r>
    </w:p>
    <w:p>
      <w:pPr>
        <w:jc w:val="both"/>
      </w:pPr>
      <w:r>
        <w:t>821</w:t>
      </w:r>
    </w:p>
    <w:p>
      <w:pPr>
        <w:jc w:val="both"/>
      </w:pPr>
      <w:r>
        <w:t>811</w:t>
      </w:r>
    </w:p>
    <w:p>
      <w:pPr>
        <w:jc w:val="both"/>
      </w:pPr>
      <w:r>
        <w:t>03C2.3.35</w:t>
      </w:r>
    </w:p>
    <w:p>
      <w:pPr>
        <w:jc w:val="both"/>
      </w:pPr>
      <w:r>
        <w:t>Phẫu thuật cắt thủy tinh thể</w:t>
      </w:r>
    </w:p>
    <w:p>
      <w:pPr>
        <w:jc w:val="both"/>
      </w:pPr>
      <w:r>
        <w:t>1.260.000</w:t>
      </w:r>
    </w:p>
    <w:p>
      <w:pPr>
        <w:jc w:val="both"/>
      </w:pPr>
      <w:r>
        <w:t>1.409.000</w:t>
      </w:r>
    </w:p>
    <w:p>
      <w:pPr>
        <w:jc w:val="both"/>
      </w:pPr>
      <w:r>
        <w:t>Chưa bao gồm đầu cắt</w:t>
      </w:r>
    </w:p>
    <w:p>
      <w:pPr>
        <w:jc w:val="both"/>
      </w:pPr>
      <w:r>
        <w:t>822</w:t>
      </w:r>
    </w:p>
    <w:p>
      <w:pPr>
        <w:jc w:val="both"/>
      </w:pPr>
      <w:r>
        <w:t>812</w:t>
      </w:r>
    </w:p>
    <w:p>
      <w:pPr>
        <w:jc w:val="both"/>
      </w:pPr>
      <w:r>
        <w:t>03C2.3.31</w:t>
      </w:r>
    </w:p>
    <w:p>
      <w:pPr>
        <w:jc w:val="both"/>
      </w:pPr>
      <w:r>
        <w:t>Phẫu thuật đặt IOL (1 mắt)</w:t>
      </w:r>
    </w:p>
    <w:p>
      <w:pPr>
        <w:jc w:val="both"/>
      </w:pPr>
      <w:r>
        <w:t>1.988.000</w:t>
      </w:r>
    </w:p>
    <w:p>
      <w:pPr>
        <w:jc w:val="both"/>
      </w:pPr>
      <w:r>
        <w:t>2.273.000</w:t>
      </w:r>
    </w:p>
    <w:p>
      <w:pPr>
        <w:jc w:val="both"/>
      </w:pPr>
      <w:r>
        <w:t>Chưa bao gồm thể thủy tinh nhân tạo.</w:t>
      </w:r>
    </w:p>
    <w:p>
      <w:pPr>
        <w:jc w:val="both"/>
      </w:pPr>
      <w:r>
        <w:t>823</w:t>
      </w:r>
    </w:p>
    <w:p>
      <w:pPr>
        <w:jc w:val="both"/>
      </w:pPr>
      <w:r>
        <w:t>813</w:t>
      </w:r>
    </w:p>
    <w:p>
      <w:pPr>
        <w:jc w:val="both"/>
      </w:pPr>
      <w:r>
        <w:t>03C2.3.37</w:t>
      </w:r>
    </w:p>
    <w:p>
      <w:pPr>
        <w:jc w:val="both"/>
      </w:pPr>
      <w:r>
        <w:t>Phẫu thuật đặt ống Silicon tiền phòng</w:t>
      </w:r>
    </w:p>
    <w:p>
      <w:pPr>
        <w:jc w:val="both"/>
      </w:pPr>
      <w:r>
        <w:t>1.560.000</w:t>
      </w:r>
    </w:p>
    <w:p>
      <w:pPr>
        <w:jc w:val="both"/>
      </w:pPr>
      <w:r>
        <w:t>1.754.000</w:t>
      </w:r>
    </w:p>
    <w:p>
      <w:pPr>
        <w:jc w:val="both"/>
      </w:pPr>
      <w:r>
        <w:t>Chưa bao gồm ống silicon.</w:t>
      </w:r>
    </w:p>
    <w:p>
      <w:pPr>
        <w:jc w:val="both"/>
      </w:pPr>
      <w:r>
        <w:t>824</w:t>
      </w:r>
    </w:p>
    <w:p>
      <w:pPr>
        <w:jc w:val="both"/>
      </w:pPr>
      <w:r>
        <w:t>814</w:t>
      </w:r>
    </w:p>
    <w:p>
      <w:pPr>
        <w:jc w:val="both"/>
      </w:pPr>
      <w:r>
        <w:t>03C2.3.20</w:t>
      </w:r>
    </w:p>
    <w:p>
      <w:pPr>
        <w:jc w:val="both"/>
      </w:pPr>
      <w:r>
        <w:t>Phẫu thuật điều trị bệnh võng mạc trẻ đẻ non (2 mắt)</w:t>
      </w:r>
    </w:p>
    <w:p>
      <w:pPr>
        <w:jc w:val="both"/>
      </w:pPr>
      <w:r>
        <w:t>1.916.000</w:t>
      </w:r>
    </w:p>
    <w:p>
      <w:pPr>
        <w:jc w:val="both"/>
      </w:pPr>
      <w:r>
        <w:t>2.125.000</w:t>
      </w:r>
    </w:p>
    <w:p>
      <w:pPr>
        <w:jc w:val="both"/>
      </w:pPr>
      <w:r>
        <w:t>Chưa bao gồm đầu cắt dịch kính, laser nội nhãn, dây dẫn sáng.</w:t>
      </w:r>
    </w:p>
    <w:p>
      <w:pPr>
        <w:jc w:val="both"/>
      </w:pPr>
      <w:r>
        <w:t>825</w:t>
      </w:r>
    </w:p>
    <w:p>
      <w:pPr>
        <w:jc w:val="both"/>
      </w:pPr>
      <w:r>
        <w:t>815</w:t>
      </w:r>
    </w:p>
    <w:p>
      <w:pPr>
        <w:jc w:val="both"/>
      </w:pPr>
      <w:r>
        <w:t>03C2.3.94</w:t>
      </w:r>
    </w:p>
    <w:p>
      <w:pPr>
        <w:jc w:val="both"/>
      </w:pPr>
      <w:r>
        <w:t>Phẫu thuật đục thủy tinh thể bằng phương pháp Phaco (01 mắt)</w:t>
      </w:r>
    </w:p>
    <w:p>
      <w:pPr>
        <w:jc w:val="both"/>
      </w:pPr>
      <w:r>
        <w:t>2.690.000</w:t>
      </w:r>
    </w:p>
    <w:p>
      <w:pPr>
        <w:jc w:val="both"/>
      </w:pPr>
      <w:r>
        <w:t>3.065.000</w:t>
      </w:r>
    </w:p>
    <w:p>
      <w:pPr>
        <w:jc w:val="both"/>
      </w:pPr>
      <w:r>
        <w:t>Chưa bao gồm thủy tinh thể nhân tạo; đã bao gồm casset dùng nhiều lần, dịch nhầy.</w:t>
      </w:r>
    </w:p>
    <w:p>
      <w:pPr>
        <w:jc w:val="both"/>
      </w:pPr>
      <w:r>
        <w:t>826</w:t>
      </w:r>
    </w:p>
    <w:p>
      <w:pPr>
        <w:jc w:val="both"/>
      </w:pPr>
      <w:r>
        <w:t>816</w:t>
      </w:r>
    </w:p>
    <w:p>
      <w:pPr>
        <w:jc w:val="both"/>
      </w:pPr>
      <w:r>
        <w:t>03C2.3.19</w:t>
      </w:r>
    </w:p>
    <w:p>
      <w:pPr>
        <w:jc w:val="both"/>
      </w:pPr>
      <w:r>
        <w:t>Phẫu thuật Epicanthus (1 mắt)</w:t>
      </w:r>
    </w:p>
    <w:p>
      <w:pPr>
        <w:jc w:val="both"/>
      </w:pPr>
      <w:r>
        <w:t>872.000</w:t>
      </w:r>
    </w:p>
    <w:p>
      <w:pPr>
        <w:jc w:val="both"/>
      </w:pPr>
      <w:r>
        <w:t>976.000</w:t>
      </w:r>
    </w:p>
    <w:p>
      <w:pPr>
        <w:jc w:val="both"/>
      </w:pPr>
      <w:r>
        <w:t>827</w:t>
      </w:r>
    </w:p>
    <w:p>
      <w:pPr>
        <w:jc w:val="both"/>
      </w:pPr>
      <w:r>
        <w:t>817</w:t>
      </w:r>
    </w:p>
    <w:p>
      <w:pPr>
        <w:jc w:val="both"/>
      </w:pPr>
      <w:r>
        <w:t>03C2.3.89</w:t>
      </w:r>
    </w:p>
    <w:p>
      <w:pPr>
        <w:jc w:val="both"/>
      </w:pPr>
      <w:r>
        <w:t>Phẫu thuật hẹp khe mi</w:t>
      </w:r>
    </w:p>
    <w:p>
      <w:pPr>
        <w:jc w:val="both"/>
      </w:pPr>
      <w:r>
        <w:t>687.000</w:t>
      </w:r>
    </w:p>
    <w:p>
      <w:pPr>
        <w:jc w:val="both"/>
      </w:pPr>
      <w:r>
        <w:t>752.000</w:t>
      </w:r>
    </w:p>
    <w:p>
      <w:pPr>
        <w:jc w:val="both"/>
      </w:pPr>
      <w:r>
        <w:t>828</w:t>
      </w:r>
    </w:p>
    <w:p>
      <w:pPr>
        <w:jc w:val="both"/>
      </w:pPr>
      <w:r>
        <w:t>818</w:t>
      </w:r>
    </w:p>
    <w:p>
      <w:pPr>
        <w:jc w:val="both"/>
      </w:pPr>
      <w:r>
        <w:t>03C2.3.28</w:t>
      </w:r>
    </w:p>
    <w:p>
      <w:pPr>
        <w:jc w:val="both"/>
      </w:pPr>
      <w:r>
        <w:t>Phẫu thuật lác (1 mắt)</w:t>
      </w:r>
    </w:p>
    <w:p>
      <w:pPr>
        <w:jc w:val="both"/>
      </w:pPr>
      <w:r>
        <w:t>772.000</w:t>
      </w:r>
    </w:p>
    <w:p>
      <w:pPr>
        <w:jc w:val="both"/>
      </w:pPr>
      <w:r>
        <w:t>861.000</w:t>
      </w:r>
    </w:p>
    <w:p>
      <w:pPr>
        <w:jc w:val="both"/>
      </w:pPr>
      <w:r>
        <w:t>829</w:t>
      </w:r>
    </w:p>
    <w:p>
      <w:pPr>
        <w:jc w:val="both"/>
      </w:pPr>
      <w:r>
        <w:t>819</w:t>
      </w:r>
    </w:p>
    <w:p>
      <w:pPr>
        <w:jc w:val="both"/>
      </w:pPr>
      <w:r>
        <w:t>03C2.3.27</w:t>
      </w:r>
    </w:p>
    <w:p>
      <w:pPr>
        <w:jc w:val="both"/>
      </w:pPr>
      <w:r>
        <w:t>Phẫu thuật lác (2 mắt)</w:t>
      </w:r>
    </w:p>
    <w:p>
      <w:pPr>
        <w:jc w:val="both"/>
      </w:pPr>
      <w:r>
        <w:t>1.188.000</w:t>
      </w:r>
    </w:p>
    <w:p>
      <w:pPr>
        <w:jc w:val="both"/>
      </w:pPr>
      <w:r>
        <w:t>1.352.000</w:t>
      </w:r>
    </w:p>
    <w:p>
      <w:pPr>
        <w:jc w:val="both"/>
      </w:pPr>
      <w:r>
        <w:t>830</w:t>
      </w:r>
    </w:p>
    <w:p>
      <w:pPr>
        <w:jc w:val="both"/>
      </w:pPr>
      <w:r>
        <w:t>820</w:t>
      </w:r>
    </w:p>
    <w:p>
      <w:pPr>
        <w:jc w:val="both"/>
      </w:pPr>
      <w:r>
        <w:t>03C2.3.23</w:t>
      </w:r>
    </w:p>
    <w:p>
      <w:pPr>
        <w:jc w:val="both"/>
      </w:pPr>
      <w:r>
        <w:t>Phẫu thuật lác có Faden (1 mắt)</w:t>
      </w:r>
    </w:p>
    <w:p>
      <w:pPr>
        <w:jc w:val="both"/>
      </w:pPr>
      <w:r>
        <w:t>837.000</w:t>
      </w:r>
    </w:p>
    <w:p>
      <w:pPr>
        <w:jc w:val="both"/>
      </w:pPr>
      <w:r>
        <w:t>925.000</w:t>
      </w:r>
    </w:p>
    <w:p>
      <w:pPr>
        <w:jc w:val="both"/>
      </w:pPr>
      <w:r>
        <w:t>831</w:t>
      </w:r>
    </w:p>
    <w:p>
      <w:pPr>
        <w:jc w:val="both"/>
      </w:pPr>
      <w:r>
        <w:t>821</w:t>
      </w:r>
    </w:p>
    <w:p>
      <w:pPr>
        <w:jc w:val="both"/>
      </w:pPr>
      <w:r>
        <w:t>03C2.3.77</w:t>
      </w:r>
    </w:p>
    <w:p>
      <w:pPr>
        <w:jc w:val="both"/>
      </w:pPr>
      <w:r>
        <w:t>Phẫu thuật lấy thủy tinh thể ngoài bao, đặt IOL+ cắt bè (1 mắt)</w:t>
      </w:r>
    </w:p>
    <w:p>
      <w:pPr>
        <w:jc w:val="both"/>
      </w:pPr>
      <w:r>
        <w:t>1.860.000</w:t>
      </w:r>
    </w:p>
    <w:p>
      <w:pPr>
        <w:jc w:val="both"/>
      </w:pPr>
      <w:r>
        <w:t>2.099.000</w:t>
      </w:r>
    </w:p>
    <w:p>
      <w:pPr>
        <w:jc w:val="both"/>
      </w:pPr>
      <w:r>
        <w:t>Chưa bao gồm thủy tinh thể nhân tạo.</w:t>
      </w:r>
    </w:p>
    <w:p>
      <w:pPr>
        <w:jc w:val="both"/>
      </w:pPr>
      <w:r>
        <w:t>832</w:t>
      </w:r>
    </w:p>
    <w:p>
      <w:pPr>
        <w:jc w:val="both"/>
      </w:pPr>
      <w:r>
        <w:t>822</w:t>
      </w:r>
    </w:p>
    <w:p>
      <w:pPr>
        <w:jc w:val="both"/>
      </w:pPr>
      <w:r>
        <w:t>04C3.3.218</w:t>
      </w:r>
    </w:p>
    <w:p>
      <w:pPr>
        <w:jc w:val="both"/>
      </w:pPr>
      <w:r>
        <w:t>Phẫu thuật mộng đơn một mắt - gây mê</w:t>
      </w:r>
    </w:p>
    <w:p>
      <w:pPr>
        <w:jc w:val="both"/>
      </w:pPr>
      <w:r>
        <w:t>1.496.000</w:t>
      </w:r>
    </w:p>
    <w:p>
      <w:pPr>
        <w:jc w:val="both"/>
      </w:pPr>
      <w:r>
        <w:t>1.672.000</w:t>
      </w:r>
    </w:p>
    <w:p>
      <w:pPr>
        <w:jc w:val="both"/>
      </w:pPr>
      <w:r>
        <w:t>833</w:t>
      </w:r>
    </w:p>
    <w:p>
      <w:pPr>
        <w:jc w:val="both"/>
      </w:pPr>
      <w:r>
        <w:t>823</w:t>
      </w:r>
    </w:p>
    <w:p>
      <w:pPr>
        <w:jc w:val="both"/>
      </w:pPr>
      <w:r>
        <w:t>04C3.3.217</w:t>
      </w:r>
    </w:p>
    <w:p>
      <w:pPr>
        <w:jc w:val="both"/>
      </w:pPr>
      <w:r>
        <w:t>Phẫu thuật mộng đơn thuần một mắt - gây tê</w:t>
      </w:r>
    </w:p>
    <w:p>
      <w:pPr>
        <w:jc w:val="both"/>
      </w:pPr>
      <w:r>
        <w:t>902.000</w:t>
      </w:r>
    </w:p>
    <w:p>
      <w:pPr>
        <w:jc w:val="both"/>
      </w:pPr>
      <w:r>
        <w:t>1.010.000</w:t>
      </w:r>
    </w:p>
    <w:p>
      <w:pPr>
        <w:jc w:val="both"/>
      </w:pPr>
      <w:r>
        <w:t>834</w:t>
      </w:r>
    </w:p>
    <w:p>
      <w:pPr>
        <w:jc w:val="both"/>
      </w:pPr>
      <w:r>
        <w:t>824</w:t>
      </w:r>
    </w:p>
    <w:p>
      <w:pPr>
        <w:jc w:val="both"/>
      </w:pPr>
      <w:r>
        <w:t>03C2.3.70</w:t>
      </w:r>
    </w:p>
    <w:p>
      <w:pPr>
        <w:jc w:val="both"/>
      </w:pPr>
      <w:r>
        <w:t>Phẫu thuật mộng ghép kết mạc tự thân</w:t>
      </w:r>
    </w:p>
    <w:p>
      <w:pPr>
        <w:jc w:val="both"/>
      </w:pPr>
      <w:r>
        <w:t>872.000</w:t>
      </w:r>
    </w:p>
    <w:p>
      <w:pPr>
        <w:jc w:val="both"/>
      </w:pPr>
      <w:r>
        <w:t>976.000</w:t>
      </w:r>
    </w:p>
    <w:p>
      <w:pPr>
        <w:jc w:val="both"/>
      </w:pPr>
      <w:r>
        <w:t>835</w:t>
      </w:r>
    </w:p>
    <w:p>
      <w:pPr>
        <w:jc w:val="both"/>
      </w:pPr>
      <w:r>
        <w:t>825</w:t>
      </w:r>
    </w:p>
    <w:p>
      <w:pPr>
        <w:jc w:val="both"/>
      </w:pPr>
      <w:r>
        <w:t>03C2.3.43</w:t>
      </w:r>
    </w:p>
    <w:p>
      <w:pPr>
        <w:jc w:val="both"/>
      </w:pPr>
      <w:r>
        <w:t>Phẫu thuật phủ kết mạc lắp mắt giả</w:t>
      </w:r>
    </w:p>
    <w:p>
      <w:pPr>
        <w:jc w:val="both"/>
      </w:pPr>
      <w:r>
        <w:t>787.000</w:t>
      </w:r>
    </w:p>
    <w:p>
      <w:pPr>
        <w:jc w:val="both"/>
      </w:pPr>
      <w:r>
        <w:t>867.000</w:t>
      </w:r>
    </w:p>
    <w:p>
      <w:pPr>
        <w:jc w:val="both"/>
      </w:pPr>
      <w:r>
        <w:t>836</w:t>
      </w:r>
    </w:p>
    <w:p>
      <w:pPr>
        <w:jc w:val="both"/>
      </w:pPr>
      <w:r>
        <w:t>826</w:t>
      </w:r>
    </w:p>
    <w:p>
      <w:pPr>
        <w:jc w:val="both"/>
      </w:pPr>
      <w:r>
        <w:t>03C2.3.26</w:t>
      </w:r>
    </w:p>
    <w:p>
      <w:pPr>
        <w:jc w:val="both"/>
      </w:pPr>
      <w:r>
        <w:t>Phẫu thuật sụp mi (1 mắt)</w:t>
      </w:r>
    </w:p>
    <w:p>
      <w:pPr>
        <w:jc w:val="both"/>
      </w:pPr>
      <w:r>
        <w:t>1.340.000</w:t>
      </w:r>
    </w:p>
    <w:p>
      <w:pPr>
        <w:jc w:val="both"/>
      </w:pPr>
      <w:r>
        <w:t>1.511.000</w:t>
      </w:r>
    </w:p>
    <w:p>
      <w:pPr>
        <w:jc w:val="both"/>
      </w:pPr>
      <w:r>
        <w:t>837</w:t>
      </w:r>
    </w:p>
    <w:p>
      <w:pPr>
        <w:jc w:val="both"/>
      </w:pPr>
      <w:r>
        <w:t>827</w:t>
      </w:r>
    </w:p>
    <w:p>
      <w:pPr>
        <w:jc w:val="both"/>
      </w:pPr>
      <w:r>
        <w:t>03C2.3.45</w:t>
      </w:r>
    </w:p>
    <w:p>
      <w:pPr>
        <w:jc w:val="both"/>
      </w:pPr>
      <w:r>
        <w:t>Phẫu thuật tái tạo lệ quản kết hợp khâu mi</w:t>
      </w:r>
    </w:p>
    <w:p>
      <w:pPr>
        <w:jc w:val="both"/>
      </w:pPr>
      <w:r>
        <w:t>1.560.000</w:t>
      </w:r>
    </w:p>
    <w:p>
      <w:pPr>
        <w:jc w:val="both"/>
      </w:pPr>
      <w:r>
        <w:t>1.754.000</w:t>
      </w:r>
    </w:p>
    <w:p>
      <w:pPr>
        <w:jc w:val="both"/>
      </w:pPr>
      <w:r>
        <w:t>Chưa bao gồm ống silicon.</w:t>
      </w:r>
    </w:p>
    <w:p>
      <w:pPr>
        <w:jc w:val="both"/>
      </w:pPr>
      <w:r>
        <w:t>838</w:t>
      </w:r>
    </w:p>
    <w:p>
      <w:pPr>
        <w:jc w:val="both"/>
      </w:pPr>
      <w:r>
        <w:t>828</w:t>
      </w:r>
    </w:p>
    <w:p>
      <w:pPr>
        <w:jc w:val="both"/>
      </w:pPr>
      <w:r>
        <w:t>03C2.3.42</w:t>
      </w:r>
    </w:p>
    <w:p>
      <w:pPr>
        <w:jc w:val="both"/>
      </w:pPr>
      <w:r>
        <w:t>Phẫu thuật tạo cùng đồ lắp mắt giả</w:t>
      </w:r>
    </w:p>
    <w:p>
      <w:pPr>
        <w:jc w:val="both"/>
      </w:pPr>
      <w:r>
        <w:t>1.160.000</w:t>
      </w:r>
    </w:p>
    <w:p>
      <w:pPr>
        <w:jc w:val="both"/>
      </w:pPr>
      <w:r>
        <w:t>1.294.000</w:t>
      </w:r>
    </w:p>
    <w:p>
      <w:pPr>
        <w:jc w:val="both"/>
      </w:pPr>
      <w:r>
        <w:t>839</w:t>
      </w:r>
    </w:p>
    <w:p>
      <w:pPr>
        <w:jc w:val="both"/>
      </w:pPr>
      <w:r>
        <w:t>829</w:t>
      </w:r>
    </w:p>
    <w:p>
      <w:pPr>
        <w:jc w:val="both"/>
      </w:pPr>
      <w:r>
        <w:t>03C2.3.24</w:t>
      </w:r>
    </w:p>
    <w:p>
      <w:pPr>
        <w:jc w:val="both"/>
      </w:pPr>
      <w:r>
        <w:t>Phẫu thuật tạo mí (1 mắt)</w:t>
      </w:r>
    </w:p>
    <w:p>
      <w:pPr>
        <w:jc w:val="both"/>
      </w:pPr>
      <w:r>
        <w:t>872.000</w:t>
      </w:r>
    </w:p>
    <w:p>
      <w:pPr>
        <w:jc w:val="both"/>
      </w:pPr>
      <w:r>
        <w:t>976.000</w:t>
      </w:r>
    </w:p>
    <w:p>
      <w:pPr>
        <w:jc w:val="both"/>
      </w:pPr>
      <w:r>
        <w:t>840</w:t>
      </w:r>
    </w:p>
    <w:p>
      <w:pPr>
        <w:jc w:val="both"/>
      </w:pPr>
      <w:r>
        <w:t>830</w:t>
      </w:r>
    </w:p>
    <w:p>
      <w:pPr>
        <w:jc w:val="both"/>
      </w:pPr>
      <w:r>
        <w:t>03C2.3.25</w:t>
      </w:r>
    </w:p>
    <w:p>
      <w:pPr>
        <w:jc w:val="both"/>
      </w:pPr>
      <w:r>
        <w:t>Phẫu thuật tạo mí (2 mắt)</w:t>
      </w:r>
    </w:p>
    <w:p>
      <w:pPr>
        <w:jc w:val="both"/>
      </w:pPr>
      <w:r>
        <w:t>1.137.000</w:t>
      </w:r>
    </w:p>
    <w:p>
      <w:pPr>
        <w:jc w:val="both"/>
      </w:pPr>
      <w:r>
        <w:t>1.270.000</w:t>
      </w:r>
    </w:p>
    <w:p>
      <w:pPr>
        <w:jc w:val="both"/>
      </w:pPr>
      <w:r>
        <w:t>841</w:t>
      </w:r>
    </w:p>
    <w:p>
      <w:pPr>
        <w:jc w:val="both"/>
      </w:pPr>
      <w:r>
        <w:t>831</w:t>
      </w:r>
    </w:p>
    <w:p>
      <w:pPr>
        <w:jc w:val="both"/>
      </w:pPr>
      <w:r>
        <w:t>Phẫu thuật tháo đai độn Silicon</w:t>
      </w:r>
    </w:p>
    <w:p>
      <w:pPr>
        <w:jc w:val="both"/>
      </w:pPr>
      <w:r>
        <w:t>1.693.000</w:t>
      </w:r>
    </w:p>
    <w:p>
      <w:pPr>
        <w:jc w:val="both"/>
      </w:pPr>
      <w:r>
        <w:t>1.922.000</w:t>
      </w:r>
    </w:p>
    <w:p>
      <w:pPr>
        <w:jc w:val="both"/>
      </w:pPr>
      <w:r>
        <w:t>842</w:t>
      </w:r>
    </w:p>
    <w:p>
      <w:pPr>
        <w:jc w:val="both"/>
      </w:pPr>
      <w:r>
        <w:t>832</w:t>
      </w:r>
    </w:p>
    <w:p>
      <w:pPr>
        <w:jc w:val="both"/>
      </w:pPr>
      <w:r>
        <w:t>Phẫu thuật thể thủy tinh bằng phaco và femtosecond có hoặc không có đặt IOL</w:t>
      </w:r>
    </w:p>
    <w:p>
      <w:pPr>
        <w:jc w:val="both"/>
      </w:pPr>
      <w:r>
        <w:t>4.928.000</w:t>
      </w:r>
    </w:p>
    <w:p>
      <w:pPr>
        <w:jc w:val="both"/>
      </w:pPr>
      <w:r>
        <w:t>5.619.000</w:t>
      </w:r>
    </w:p>
    <w:p>
      <w:pPr>
        <w:jc w:val="both"/>
      </w:pPr>
      <w:r>
        <w:t>Chưa bao gồm thủy tinh thể nhân tạo, thiết bị cố định mắt (Pateient interface).</w:t>
      </w:r>
    </w:p>
    <w:p>
      <w:pPr>
        <w:jc w:val="both"/>
      </w:pPr>
      <w:r>
        <w:t>843</w:t>
      </w:r>
    </w:p>
    <w:p>
      <w:pPr>
        <w:jc w:val="both"/>
      </w:pPr>
      <w:r>
        <w:t>833</w:t>
      </w:r>
    </w:p>
    <w:p>
      <w:pPr>
        <w:jc w:val="both"/>
      </w:pPr>
      <w:r>
        <w:t>03C2.3.33</w:t>
      </w:r>
    </w:p>
    <w:p>
      <w:pPr>
        <w:jc w:val="both"/>
      </w:pPr>
      <w:r>
        <w:t>Phẫu thuật thủy tinh thể ngoài bao (1 mắt)</w:t>
      </w:r>
    </w:p>
    <w:p>
      <w:pPr>
        <w:jc w:val="both"/>
      </w:pPr>
      <w:r>
        <w:t>1.666.000</w:t>
      </w:r>
    </w:p>
    <w:p>
      <w:pPr>
        <w:jc w:val="both"/>
      </w:pPr>
      <w:r>
        <w:t>1.890.000</w:t>
      </w:r>
    </w:p>
    <w:p>
      <w:pPr>
        <w:jc w:val="both"/>
      </w:pPr>
      <w:r>
        <w:t>Chưa bao gồm thủy tinh thể nhân tạo.</w:t>
      </w:r>
    </w:p>
    <w:p>
      <w:pPr>
        <w:jc w:val="both"/>
      </w:pPr>
      <w:r>
        <w:t>844</w:t>
      </w:r>
    </w:p>
    <w:p>
      <w:pPr>
        <w:jc w:val="both"/>
      </w:pPr>
      <w:r>
        <w:t>834</w:t>
      </w:r>
    </w:p>
    <w:p>
      <w:pPr>
        <w:jc w:val="both"/>
      </w:pPr>
      <w:r>
        <w:t>03C2.3.39</w:t>
      </w:r>
    </w:p>
    <w:p>
      <w:pPr>
        <w:jc w:val="both"/>
      </w:pPr>
      <w:r>
        <w:t>Phẫu thuật u có vá da tạo hình</w:t>
      </w:r>
    </w:p>
    <w:p>
      <w:pPr>
        <w:jc w:val="both"/>
      </w:pPr>
      <w:r>
        <w:t>1.266.000</w:t>
      </w:r>
    </w:p>
    <w:p>
      <w:pPr>
        <w:jc w:val="both"/>
      </w:pPr>
      <w:r>
        <w:t>1.430.000</w:t>
      </w:r>
    </w:p>
    <w:p>
      <w:pPr>
        <w:jc w:val="both"/>
      </w:pPr>
      <w:r>
        <w:t>845</w:t>
      </w:r>
    </w:p>
    <w:p>
      <w:pPr>
        <w:jc w:val="both"/>
      </w:pPr>
      <w:r>
        <w:t>835</w:t>
      </w:r>
    </w:p>
    <w:p>
      <w:pPr>
        <w:jc w:val="both"/>
      </w:pPr>
      <w:r>
        <w:t>03C2.3.41</w:t>
      </w:r>
    </w:p>
    <w:p>
      <w:pPr>
        <w:jc w:val="both"/>
      </w:pPr>
      <w:r>
        <w:t>Phẫu thuật u kết mạc nông</w:t>
      </w:r>
    </w:p>
    <w:p>
      <w:pPr>
        <w:jc w:val="both"/>
      </w:pPr>
      <w:r>
        <w:t>737.000</w:t>
      </w:r>
    </w:p>
    <w:p>
      <w:pPr>
        <w:jc w:val="both"/>
      </w:pPr>
      <w:r>
        <w:t>810.000</w:t>
      </w:r>
    </w:p>
    <w:p>
      <w:pPr>
        <w:jc w:val="both"/>
      </w:pPr>
      <w:r>
        <w:t>846</w:t>
      </w:r>
    </w:p>
    <w:p>
      <w:pPr>
        <w:jc w:val="both"/>
      </w:pPr>
      <w:r>
        <w:t>836</w:t>
      </w:r>
    </w:p>
    <w:p>
      <w:pPr>
        <w:jc w:val="both"/>
      </w:pPr>
      <w:r>
        <w:t>03C2.3.38</w:t>
      </w:r>
    </w:p>
    <w:p>
      <w:pPr>
        <w:jc w:val="both"/>
      </w:pPr>
      <w:r>
        <w:t>Phẫu thuật u mi không vá da</w:t>
      </w:r>
    </w:p>
    <w:p>
      <w:pPr>
        <w:jc w:val="both"/>
      </w:pPr>
      <w:r>
        <w:t>756.000</w:t>
      </w:r>
    </w:p>
    <w:p>
      <w:pPr>
        <w:jc w:val="both"/>
      </w:pPr>
      <w:r>
        <w:t>842.000</w:t>
      </w:r>
    </w:p>
    <w:p>
      <w:pPr>
        <w:jc w:val="both"/>
      </w:pPr>
      <w:r>
        <w:t>847</w:t>
      </w:r>
    </w:p>
    <w:p>
      <w:pPr>
        <w:jc w:val="both"/>
      </w:pPr>
      <w:r>
        <w:t>837</w:t>
      </w:r>
    </w:p>
    <w:p>
      <w:pPr>
        <w:jc w:val="both"/>
      </w:pPr>
      <w:r>
        <w:t>03C2.3.40</w:t>
      </w:r>
    </w:p>
    <w:p>
      <w:pPr>
        <w:jc w:val="both"/>
      </w:pPr>
      <w:r>
        <w:t>Phẫu thuật u tổ chức hốc mắt</w:t>
      </w:r>
    </w:p>
    <w:p>
      <w:pPr>
        <w:jc w:val="both"/>
      </w:pPr>
      <w:r>
        <w:t>1.266.000</w:t>
      </w:r>
    </w:p>
    <w:p>
      <w:pPr>
        <w:jc w:val="both"/>
      </w:pPr>
      <w:r>
        <w:t>1.430.000</w:t>
      </w:r>
    </w:p>
    <w:p>
      <w:pPr>
        <w:jc w:val="both"/>
      </w:pPr>
      <w:r>
        <w:t>848</w:t>
      </w:r>
    </w:p>
    <w:p>
      <w:pPr>
        <w:jc w:val="both"/>
      </w:pPr>
      <w:r>
        <w:t>838</w:t>
      </w:r>
    </w:p>
    <w:p>
      <w:pPr>
        <w:jc w:val="both"/>
      </w:pPr>
      <w:r>
        <w:t>03C2.3.44</w:t>
      </w:r>
    </w:p>
    <w:p>
      <w:pPr>
        <w:jc w:val="both"/>
      </w:pPr>
      <w:r>
        <w:t>Phẫu thuật vá da điều trị lật mi</w:t>
      </w:r>
    </w:p>
    <w:p>
      <w:pPr>
        <w:jc w:val="both"/>
      </w:pPr>
      <w:r>
        <w:t>1.110.000</w:t>
      </w:r>
    </w:p>
    <w:p>
      <w:pPr>
        <w:jc w:val="both"/>
      </w:pPr>
      <w:r>
        <w:t>1.236.000</w:t>
      </w:r>
    </w:p>
    <w:p>
      <w:pPr>
        <w:jc w:val="both"/>
      </w:pPr>
      <w:r>
        <w:t>849</w:t>
      </w:r>
    </w:p>
    <w:p>
      <w:pPr>
        <w:jc w:val="both"/>
      </w:pPr>
      <w:r>
        <w:t>839</w:t>
      </w:r>
    </w:p>
    <w:p>
      <w:pPr>
        <w:jc w:val="both"/>
      </w:pPr>
      <w:r>
        <w:t>03C2.3.65</w:t>
      </w:r>
    </w:p>
    <w:p>
      <w:pPr>
        <w:jc w:val="both"/>
      </w:pPr>
      <w:r>
        <w:t>Phủ kết mạc</w:t>
      </w:r>
    </w:p>
    <w:p>
      <w:pPr>
        <w:jc w:val="both"/>
      </w:pPr>
      <w:r>
        <w:t>660.000</w:t>
      </w:r>
    </w:p>
    <w:p>
      <w:pPr>
        <w:jc w:val="both"/>
      </w:pPr>
      <w:r>
        <w:t>740.000</w:t>
      </w:r>
    </w:p>
    <w:p>
      <w:pPr>
        <w:jc w:val="both"/>
      </w:pPr>
      <w:r>
        <w:t>850</w:t>
      </w:r>
    </w:p>
    <w:p>
      <w:pPr>
        <w:jc w:val="both"/>
      </w:pPr>
      <w:r>
        <w:t>840</w:t>
      </w:r>
    </w:p>
    <w:p>
      <w:pPr>
        <w:jc w:val="both"/>
      </w:pPr>
      <w:r>
        <w:t>03C2.3.71</w:t>
      </w:r>
    </w:p>
    <w:p>
      <w:pPr>
        <w:jc w:val="both"/>
      </w:pPr>
      <w:r>
        <w:t>Quang đông thể mi điều trị Glôcôm</w:t>
      </w:r>
    </w:p>
    <w:p>
      <w:pPr>
        <w:jc w:val="both"/>
      </w:pPr>
      <w:r>
        <w:t>306.000</w:t>
      </w:r>
    </w:p>
    <w:p>
      <w:pPr>
        <w:jc w:val="both"/>
      </w:pPr>
      <w:r>
        <w:t>339.000</w:t>
      </w:r>
    </w:p>
    <w:p>
      <w:pPr>
        <w:jc w:val="both"/>
      </w:pPr>
      <w:r>
        <w:t>851</w:t>
      </w:r>
    </w:p>
    <w:p>
      <w:pPr>
        <w:jc w:val="both"/>
      </w:pPr>
      <w:r>
        <w:t>841</w:t>
      </w:r>
    </w:p>
    <w:p>
      <w:pPr>
        <w:jc w:val="both"/>
      </w:pPr>
      <w:r>
        <w:t>03C2.3.34</w:t>
      </w:r>
    </w:p>
    <w:p>
      <w:pPr>
        <w:jc w:val="both"/>
      </w:pPr>
      <w:r>
        <w:t>Rạch góc tiền phòng</w:t>
      </w:r>
    </w:p>
    <w:p>
      <w:pPr>
        <w:jc w:val="both"/>
      </w:pPr>
      <w:r>
        <w:t>1.160.000</w:t>
      </w:r>
    </w:p>
    <w:p>
      <w:pPr>
        <w:jc w:val="both"/>
      </w:pPr>
      <w:r>
        <w:t>1.294.000</w:t>
      </w:r>
    </w:p>
    <w:p>
      <w:pPr>
        <w:jc w:val="both"/>
      </w:pPr>
      <w:r>
        <w:t>852</w:t>
      </w:r>
    </w:p>
    <w:p>
      <w:pPr>
        <w:jc w:val="both"/>
      </w:pPr>
      <w:r>
        <w:t>842</w:t>
      </w:r>
    </w:p>
    <w:p>
      <w:pPr>
        <w:jc w:val="both"/>
      </w:pPr>
      <w:r>
        <w:t>03C2.3.10</w:t>
      </w:r>
    </w:p>
    <w:p>
      <w:pPr>
        <w:jc w:val="both"/>
      </w:pPr>
      <w:r>
        <w:t>Rửa cùng đồ</w:t>
      </w:r>
    </w:p>
    <w:p>
      <w:pPr>
        <w:jc w:val="both"/>
      </w:pPr>
      <w:r>
        <w:t>44.000</w:t>
      </w:r>
    </w:p>
    <w:p>
      <w:pPr>
        <w:jc w:val="both"/>
      </w:pPr>
      <w:r>
        <w:t>48.600</w:t>
      </w:r>
    </w:p>
    <w:p>
      <w:pPr>
        <w:jc w:val="both"/>
      </w:pPr>
      <w:r>
        <w:t>Áp dụng cho 1 mắt hoặc 2 mắt</w:t>
      </w:r>
    </w:p>
    <w:p>
      <w:pPr>
        <w:jc w:val="both"/>
      </w:pPr>
      <w:r>
        <w:t>853</w:t>
      </w:r>
    </w:p>
    <w:p>
      <w:pPr>
        <w:jc w:val="both"/>
      </w:pPr>
      <w:r>
        <w:t>843</w:t>
      </w:r>
    </w:p>
    <w:p>
      <w:pPr>
        <w:jc w:val="both"/>
      </w:pPr>
      <w:r>
        <w:t>03C2.3.4</w:t>
      </w:r>
    </w:p>
    <w:p>
      <w:pPr>
        <w:jc w:val="both"/>
      </w:pPr>
      <w:r>
        <w:t>Sắc giác</w:t>
      </w:r>
    </w:p>
    <w:p>
      <w:pPr>
        <w:jc w:val="both"/>
      </w:pPr>
      <w:r>
        <w:t>71 300</w:t>
      </w:r>
    </w:p>
    <w:p>
      <w:pPr>
        <w:jc w:val="both"/>
      </w:pPr>
      <w:r>
        <w:t>77.300</w:t>
      </w:r>
    </w:p>
    <w:p>
      <w:pPr>
        <w:jc w:val="both"/>
      </w:pPr>
      <w:r>
        <w:t>854</w:t>
      </w:r>
    </w:p>
    <w:p>
      <w:pPr>
        <w:jc w:val="both"/>
      </w:pPr>
      <w:r>
        <w:t>844</w:t>
      </w:r>
    </w:p>
    <w:p>
      <w:pPr>
        <w:jc w:val="both"/>
      </w:pPr>
      <w:r>
        <w:t>Siêu âm bán phần trước (UBM)</w:t>
      </w:r>
    </w:p>
    <w:p>
      <w:pPr>
        <w:jc w:val="both"/>
      </w:pPr>
      <w:r>
        <w:t>220.000</w:t>
      </w:r>
    </w:p>
    <w:p>
      <w:pPr>
        <w:jc w:val="both"/>
      </w:pPr>
      <w:r>
        <w:t>243.000</w:t>
      </w:r>
    </w:p>
    <w:p>
      <w:pPr>
        <w:jc w:val="both"/>
      </w:pPr>
      <w:r>
        <w:t>855</w:t>
      </w:r>
    </w:p>
    <w:p>
      <w:pPr>
        <w:jc w:val="both"/>
      </w:pPr>
      <w:r>
        <w:t>845</w:t>
      </w:r>
    </w:p>
    <w:p>
      <w:pPr>
        <w:jc w:val="both"/>
      </w:pPr>
      <w:r>
        <w:t>03C2.3.81</w:t>
      </w:r>
    </w:p>
    <w:p>
      <w:pPr>
        <w:jc w:val="both"/>
      </w:pPr>
      <w:r>
        <w:t>Siêu âm mắt chẩn đoán</w:t>
      </w:r>
    </w:p>
    <w:p>
      <w:pPr>
        <w:jc w:val="both"/>
      </w:pPr>
      <w:r>
        <w:t>63.200</w:t>
      </w:r>
    </w:p>
    <w:p>
      <w:pPr>
        <w:jc w:val="both"/>
      </w:pPr>
      <w:r>
        <w:t>69.500</w:t>
      </w:r>
    </w:p>
    <w:p>
      <w:pPr>
        <w:jc w:val="both"/>
      </w:pPr>
      <w:r>
        <w:t>856</w:t>
      </w:r>
    </w:p>
    <w:p>
      <w:pPr>
        <w:jc w:val="both"/>
      </w:pPr>
      <w:r>
        <w:t>846</w:t>
      </w:r>
    </w:p>
    <w:p>
      <w:pPr>
        <w:jc w:val="both"/>
      </w:pPr>
      <w:r>
        <w:t>03C2.3.80</w:t>
      </w:r>
    </w:p>
    <w:p>
      <w:pPr>
        <w:jc w:val="both"/>
      </w:pPr>
      <w:r>
        <w:t>Siêu âm điều trị (1 ngày)</w:t>
      </w:r>
    </w:p>
    <w:p>
      <w:pPr>
        <w:jc w:val="both"/>
      </w:pPr>
      <w:r>
        <w:t>76.800</w:t>
      </w:r>
    </w:p>
    <w:p>
      <w:pPr>
        <w:jc w:val="both"/>
      </w:pPr>
      <w:r>
        <w:t>81.400</w:t>
      </w:r>
    </w:p>
    <w:p>
      <w:pPr>
        <w:jc w:val="both"/>
      </w:pPr>
      <w:r>
        <w:t>857</w:t>
      </w:r>
    </w:p>
    <w:p>
      <w:pPr>
        <w:jc w:val="both"/>
      </w:pPr>
      <w:r>
        <w:t>847</w:t>
      </w:r>
    </w:p>
    <w:p>
      <w:pPr>
        <w:jc w:val="both"/>
      </w:pPr>
      <w:r>
        <w:t>03C2.3.83</w:t>
      </w:r>
    </w:p>
    <w:p>
      <w:pPr>
        <w:jc w:val="both"/>
      </w:pPr>
      <w:r>
        <w:t>Sinh thiết u, tế bào học, dịch tổ chức</w:t>
      </w:r>
    </w:p>
    <w:p>
      <w:pPr>
        <w:jc w:val="both"/>
      </w:pPr>
      <w:r>
        <w:t>150.000</w:t>
      </w:r>
    </w:p>
    <w:p>
      <w:pPr>
        <w:jc w:val="both"/>
      </w:pPr>
      <w:r>
        <w:t>173.000</w:t>
      </w:r>
    </w:p>
    <w:p>
      <w:pPr>
        <w:jc w:val="both"/>
      </w:pPr>
      <w:r>
        <w:t>858</w:t>
      </w:r>
    </w:p>
    <w:p>
      <w:pPr>
        <w:jc w:val="both"/>
      </w:pPr>
      <w:r>
        <w:t>848</w:t>
      </w:r>
    </w:p>
    <w:p>
      <w:pPr>
        <w:jc w:val="both"/>
      </w:pPr>
      <w:r>
        <w:t>03C2.3.29</w:t>
      </w:r>
    </w:p>
    <w:p>
      <w:pPr>
        <w:jc w:val="both"/>
      </w:pPr>
      <w:r>
        <w:t>Soi bóng đồng tử</w:t>
      </w:r>
    </w:p>
    <w:p>
      <w:pPr>
        <w:jc w:val="both"/>
      </w:pPr>
      <w:r>
        <w:t>31.200</w:t>
      </w:r>
    </w:p>
    <w:p>
      <w:pPr>
        <w:jc w:val="both"/>
      </w:pPr>
      <w:r>
        <w:t>34.800</w:t>
      </w:r>
    </w:p>
    <w:p>
      <w:pPr>
        <w:jc w:val="both"/>
      </w:pPr>
      <w:r>
        <w:t>859</w:t>
      </w:r>
    </w:p>
    <w:p>
      <w:pPr>
        <w:jc w:val="both"/>
      </w:pPr>
      <w:r>
        <w:t>849</w:t>
      </w:r>
    </w:p>
    <w:p>
      <w:pPr>
        <w:jc w:val="both"/>
      </w:pPr>
      <w:r>
        <w:t>04C3.3.203</w:t>
      </w:r>
    </w:p>
    <w:p>
      <w:pPr>
        <w:jc w:val="both"/>
      </w:pPr>
      <w:r>
        <w:t>Soi đáy mắt hoặc Soi góc tiền phòng</w:t>
      </w:r>
    </w:p>
    <w:p>
      <w:pPr>
        <w:jc w:val="both"/>
      </w:pPr>
      <w:r>
        <w:t>55.300</w:t>
      </w:r>
    </w:p>
    <w:p>
      <w:pPr>
        <w:jc w:val="both"/>
      </w:pPr>
      <w:r>
        <w:t>61.200</w:t>
      </w:r>
    </w:p>
    <w:p>
      <w:pPr>
        <w:jc w:val="both"/>
      </w:pPr>
      <w:r>
        <w:t>860</w:t>
      </w:r>
    </w:p>
    <w:p>
      <w:pPr>
        <w:jc w:val="both"/>
      </w:pPr>
      <w:r>
        <w:t>850</w:t>
      </w:r>
    </w:p>
    <w:p>
      <w:pPr>
        <w:jc w:val="both"/>
      </w:pPr>
      <w:r>
        <w:t>03C2.3.88</w:t>
      </w:r>
    </w:p>
    <w:p>
      <w:pPr>
        <w:jc w:val="both"/>
      </w:pPr>
      <w:r>
        <w:t>Tách dính mi cầu ghép kết mạc</w:t>
      </w:r>
    </w:p>
    <w:p>
      <w:pPr>
        <w:jc w:val="both"/>
      </w:pPr>
      <w:r>
        <w:t>2.346.000</w:t>
      </w:r>
    </w:p>
    <w:p>
      <w:pPr>
        <w:jc w:val="both"/>
      </w:pPr>
      <w:r>
        <w:t>2.593.000</w:t>
      </w:r>
    </w:p>
    <w:p>
      <w:pPr>
        <w:jc w:val="both"/>
      </w:pPr>
      <w:r>
        <w:t>Chưa bao gồm chi phí màng.</w:t>
      </w:r>
    </w:p>
    <w:p>
      <w:pPr>
        <w:jc w:val="both"/>
      </w:pPr>
      <w:r>
        <w:t>861</w:t>
      </w:r>
    </w:p>
    <w:p>
      <w:pPr>
        <w:jc w:val="both"/>
      </w:pPr>
      <w:r>
        <w:t>851</w:t>
      </w:r>
    </w:p>
    <w:p>
      <w:pPr>
        <w:jc w:val="both"/>
      </w:pPr>
      <w:r>
        <w:t>03C2.3.72</w:t>
      </w:r>
    </w:p>
    <w:p>
      <w:pPr>
        <w:jc w:val="both"/>
      </w:pPr>
      <w:r>
        <w:t>Tạo hình vùng bè bằng Laser</w:t>
      </w:r>
    </w:p>
    <w:p>
      <w:pPr>
        <w:jc w:val="both"/>
      </w:pPr>
      <w:r>
        <w:t>229.000</w:t>
      </w:r>
    </w:p>
    <w:p>
      <w:pPr>
        <w:jc w:val="both"/>
      </w:pPr>
      <w:r>
        <w:t>255.000</w:t>
      </w:r>
    </w:p>
    <w:p>
      <w:pPr>
        <w:jc w:val="both"/>
      </w:pPr>
      <w:r>
        <w:t>862</w:t>
      </w:r>
    </w:p>
    <w:p>
      <w:pPr>
        <w:jc w:val="both"/>
      </w:pPr>
      <w:r>
        <w:t>852</w:t>
      </w:r>
    </w:p>
    <w:p>
      <w:pPr>
        <w:jc w:val="both"/>
      </w:pPr>
      <w:r>
        <w:t>Test thử cảm giác giác mạc</w:t>
      </w:r>
    </w:p>
    <w:p>
      <w:pPr>
        <w:jc w:val="both"/>
      </w:pPr>
      <w:r>
        <w:t>42.100</w:t>
      </w:r>
    </w:p>
    <w:p>
      <w:pPr>
        <w:jc w:val="both"/>
      </w:pPr>
      <w:r>
        <w:t>46.200</w:t>
      </w:r>
    </w:p>
    <w:p>
      <w:pPr>
        <w:jc w:val="both"/>
      </w:pPr>
      <w:r>
        <w:t>863</w:t>
      </w:r>
    </w:p>
    <w:p>
      <w:pPr>
        <w:jc w:val="both"/>
      </w:pPr>
      <w:r>
        <w:t>853</w:t>
      </w:r>
    </w:p>
    <w:p>
      <w:pPr>
        <w:jc w:val="both"/>
      </w:pPr>
      <w:r>
        <w:t>03C2.3.78</w:t>
      </w:r>
    </w:p>
    <w:p>
      <w:pPr>
        <w:jc w:val="both"/>
      </w:pPr>
      <w:r>
        <w:t>Tháo dầu Silicon phẫu thuật</w:t>
      </w:r>
    </w:p>
    <w:p>
      <w:pPr>
        <w:jc w:val="both"/>
      </w:pPr>
      <w:r>
        <w:t>837.000</w:t>
      </w:r>
    </w:p>
    <w:p>
      <w:pPr>
        <w:jc w:val="both"/>
      </w:pPr>
      <w:r>
        <w:t>925.000</w:t>
      </w:r>
    </w:p>
    <w:p>
      <w:pPr>
        <w:jc w:val="both"/>
      </w:pPr>
      <w:r>
        <w:t>864</w:t>
      </w:r>
    </w:p>
    <w:p>
      <w:pPr>
        <w:jc w:val="both"/>
      </w:pPr>
      <w:r>
        <w:t>854</w:t>
      </w:r>
    </w:p>
    <w:p>
      <w:pPr>
        <w:jc w:val="both"/>
      </w:pPr>
      <w:r>
        <w:t>04C3.3.207</w:t>
      </w:r>
    </w:p>
    <w:p>
      <w:pPr>
        <w:jc w:val="both"/>
      </w:pPr>
      <w:r>
        <w:t>Thông lệ đạo hai mắt</w:t>
      </w:r>
    </w:p>
    <w:p>
      <w:pPr>
        <w:jc w:val="both"/>
      </w:pPr>
      <w:r>
        <w:t>98.600</w:t>
      </w:r>
    </w:p>
    <w:p>
      <w:pPr>
        <w:jc w:val="both"/>
      </w:pPr>
      <w:r>
        <w:t>109.000</w:t>
      </w:r>
    </w:p>
    <w:p>
      <w:pPr>
        <w:jc w:val="both"/>
      </w:pPr>
      <w:r>
        <w:t>865</w:t>
      </w:r>
    </w:p>
    <w:p>
      <w:pPr>
        <w:jc w:val="both"/>
      </w:pPr>
      <w:r>
        <w:t>855</w:t>
      </w:r>
    </w:p>
    <w:p>
      <w:pPr>
        <w:jc w:val="both"/>
      </w:pPr>
      <w:r>
        <w:t>04C3.3.206</w:t>
      </w:r>
    </w:p>
    <w:p>
      <w:pPr>
        <w:jc w:val="both"/>
      </w:pPr>
      <w:r>
        <w:t>Thông lệ đạo một mắt</w:t>
      </w:r>
    </w:p>
    <w:p>
      <w:pPr>
        <w:jc w:val="both"/>
      </w:pPr>
      <w:r>
        <w:t>61.500</w:t>
      </w:r>
    </w:p>
    <w:p>
      <w:pPr>
        <w:jc w:val="both"/>
      </w:pPr>
      <w:r>
        <w:t>69.000</w:t>
      </w:r>
    </w:p>
    <w:p>
      <w:pPr>
        <w:jc w:val="both"/>
      </w:pPr>
      <w:r>
        <w:t>866</w:t>
      </w:r>
    </w:p>
    <w:p>
      <w:pPr>
        <w:jc w:val="both"/>
      </w:pPr>
      <w:r>
        <w:t>856</w:t>
      </w:r>
    </w:p>
    <w:p>
      <w:pPr>
        <w:jc w:val="both"/>
      </w:pPr>
      <w:r>
        <w:t>04C3.3.205</w:t>
      </w:r>
    </w:p>
    <w:p>
      <w:pPr>
        <w:jc w:val="both"/>
      </w:pPr>
      <w:r>
        <w:t>Tiêm dưới kết mạc một mắt</w:t>
      </w:r>
    </w:p>
    <w:p>
      <w:pPr>
        <w:jc w:val="both"/>
      </w:pPr>
      <w:r>
        <w:t>50.300</w:t>
      </w:r>
    </w:p>
    <w:p>
      <w:pPr>
        <w:jc w:val="both"/>
      </w:pPr>
      <w:r>
        <w:t>55.500</w:t>
      </w:r>
    </w:p>
    <w:p>
      <w:pPr>
        <w:jc w:val="both"/>
      </w:pPr>
      <w:r>
        <w:t>Chưa bao gồm thuốc.</w:t>
      </w:r>
    </w:p>
    <w:p>
      <w:pPr>
        <w:jc w:val="both"/>
      </w:pPr>
      <w:r>
        <w:t>867</w:t>
      </w:r>
    </w:p>
    <w:p>
      <w:pPr>
        <w:jc w:val="both"/>
      </w:pPr>
      <w:r>
        <w:t>857</w:t>
      </w:r>
    </w:p>
    <w:p>
      <w:pPr>
        <w:jc w:val="both"/>
      </w:pPr>
      <w:r>
        <w:t>04C3.3.204</w:t>
      </w:r>
    </w:p>
    <w:p>
      <w:pPr>
        <w:jc w:val="both"/>
      </w:pPr>
      <w:r>
        <w:t>Tiêm hậu nhãn cầu một mắt</w:t>
      </w:r>
    </w:p>
    <w:p>
      <w:pPr>
        <w:jc w:val="both"/>
      </w:pPr>
      <w:r>
        <w:t>50.300</w:t>
      </w:r>
    </w:p>
    <w:p>
      <w:pPr>
        <w:jc w:val="both"/>
      </w:pPr>
      <w:r>
        <w:t>55.500</w:t>
      </w:r>
    </w:p>
    <w:p>
      <w:pPr>
        <w:jc w:val="both"/>
      </w:pPr>
      <w:r>
        <w:t>Chưa bao gồm thuốc.</w:t>
      </w:r>
    </w:p>
    <w:p>
      <w:pPr>
        <w:jc w:val="both"/>
      </w:pPr>
      <w:r>
        <w:t>868</w:t>
      </w:r>
    </w:p>
    <w:p>
      <w:pPr>
        <w:jc w:val="both"/>
      </w:pPr>
      <w:r>
        <w:t>858</w:t>
      </w:r>
    </w:p>
    <w:p>
      <w:pPr>
        <w:jc w:val="both"/>
      </w:pPr>
      <w:r>
        <w:t>Vá sàn hốc mắt</w:t>
      </w:r>
    </w:p>
    <w:p>
      <w:pPr>
        <w:jc w:val="both"/>
      </w:pPr>
      <w:r>
        <w:t>3.214.000</w:t>
      </w:r>
    </w:p>
    <w:p>
      <w:pPr>
        <w:jc w:val="both"/>
      </w:pPr>
      <w:r>
        <w:t>3.646.000</w:t>
      </w:r>
    </w:p>
    <w:p>
      <w:pPr>
        <w:jc w:val="both"/>
      </w:pPr>
      <w:r>
        <w:t>Chưa bao gồm tấm lót sàn hoặc vá xương.</w:t>
      </w:r>
    </w:p>
    <w:p>
      <w:pPr>
        <w:jc w:val="both"/>
      </w:pPr>
      <w:r>
        <w:t>Các phẫu thuật, thủ thuật còn lại khác</w:t>
      </w:r>
    </w:p>
    <w:p>
      <w:pPr>
        <w:jc w:val="both"/>
      </w:pPr>
      <w:r>
        <w:t>869</w:t>
      </w:r>
    </w:p>
    <w:p>
      <w:pPr>
        <w:jc w:val="both"/>
      </w:pPr>
      <w:r>
        <w:t>859</w:t>
      </w:r>
    </w:p>
    <w:p>
      <w:pPr>
        <w:jc w:val="both"/>
      </w:pPr>
      <w:r>
        <w:t>Phẫu thuật loại đặc biệt</w:t>
      </w:r>
    </w:p>
    <w:p>
      <w:pPr>
        <w:jc w:val="both"/>
      </w:pPr>
      <w:r>
        <w:t>2.138.000</w:t>
      </w:r>
    </w:p>
    <w:p>
      <w:pPr>
        <w:jc w:val="both"/>
      </w:pPr>
      <w:r>
        <w:t>2.437.000</w:t>
      </w:r>
    </w:p>
    <w:p>
      <w:pPr>
        <w:jc w:val="both"/>
      </w:pPr>
      <w:r>
        <w:t>870</w:t>
      </w:r>
    </w:p>
    <w:p>
      <w:pPr>
        <w:jc w:val="both"/>
      </w:pPr>
      <w:r>
        <w:t>860</w:t>
      </w:r>
    </w:p>
    <w:p>
      <w:pPr>
        <w:jc w:val="both"/>
      </w:pPr>
      <w:r>
        <w:t>Phẫu thuật loại I</w:t>
      </w:r>
    </w:p>
    <w:p>
      <w:pPr>
        <w:jc w:val="both"/>
      </w:pPr>
      <w:r>
        <w:t>1.230.000</w:t>
      </w:r>
    </w:p>
    <w:p>
      <w:pPr>
        <w:jc w:val="both"/>
      </w:pPr>
      <w:r>
        <w:t>1.401.000</w:t>
      </w:r>
    </w:p>
    <w:p>
      <w:pPr>
        <w:jc w:val="both"/>
      </w:pPr>
      <w:r>
        <w:t>871</w:t>
      </w:r>
    </w:p>
    <w:p>
      <w:pPr>
        <w:jc w:val="both"/>
      </w:pPr>
      <w:r>
        <w:t>861</w:t>
      </w:r>
    </w:p>
    <w:p>
      <w:pPr>
        <w:jc w:val="both"/>
      </w:pPr>
      <w:r>
        <w:t>Phẫu thuật loại II</w:t>
      </w:r>
    </w:p>
    <w:p>
      <w:pPr>
        <w:jc w:val="both"/>
      </w:pPr>
      <w:r>
        <w:t>870.000</w:t>
      </w:r>
    </w:p>
    <w:p>
      <w:pPr>
        <w:jc w:val="both"/>
      </w:pPr>
      <w:r>
        <w:t>991.000</w:t>
      </w:r>
    </w:p>
    <w:p>
      <w:pPr>
        <w:jc w:val="both"/>
      </w:pPr>
      <w:r>
        <w:t>872</w:t>
      </w:r>
    </w:p>
    <w:p>
      <w:pPr>
        <w:jc w:val="both"/>
      </w:pPr>
      <w:r>
        <w:t>862</w:t>
      </w:r>
    </w:p>
    <w:p>
      <w:pPr>
        <w:jc w:val="both"/>
      </w:pPr>
      <w:r>
        <w:t>Phẫu thuật loại III</w:t>
      </w:r>
    </w:p>
    <w:p>
      <w:pPr>
        <w:jc w:val="both"/>
      </w:pPr>
      <w:r>
        <w:t>606.000</w:t>
      </w:r>
    </w:p>
    <w:p>
      <w:pPr>
        <w:jc w:val="both"/>
      </w:pPr>
      <w:r>
        <w:t>691.000</w:t>
      </w:r>
    </w:p>
    <w:p>
      <w:pPr>
        <w:jc w:val="both"/>
      </w:pPr>
      <w:r>
        <w:t>873</w:t>
      </w:r>
    </w:p>
    <w:p>
      <w:pPr>
        <w:jc w:val="both"/>
      </w:pPr>
      <w:r>
        <w:t>863</w:t>
      </w:r>
    </w:p>
    <w:p>
      <w:pPr>
        <w:jc w:val="both"/>
      </w:pPr>
      <w:r>
        <w:t>Thủ thuật loại đặc biệt</w:t>
      </w:r>
    </w:p>
    <w:p>
      <w:pPr>
        <w:jc w:val="both"/>
      </w:pPr>
      <w:r>
        <w:t>527.000</w:t>
      </w:r>
    </w:p>
    <w:p>
      <w:pPr>
        <w:jc w:val="both"/>
      </w:pPr>
      <w:r>
        <w:t>603.000</w:t>
      </w:r>
    </w:p>
    <w:p>
      <w:pPr>
        <w:jc w:val="both"/>
      </w:pPr>
      <w:r>
        <w:t>874</w:t>
      </w:r>
    </w:p>
    <w:p>
      <w:pPr>
        <w:jc w:val="both"/>
      </w:pPr>
      <w:r>
        <w:t>864</w:t>
      </w:r>
    </w:p>
    <w:p>
      <w:pPr>
        <w:jc w:val="both"/>
      </w:pPr>
      <w:r>
        <w:t>Thủ thuật loại I</w:t>
      </w:r>
    </w:p>
    <w:p>
      <w:pPr>
        <w:jc w:val="both"/>
      </w:pPr>
      <w:r>
        <w:t>340.000</w:t>
      </w:r>
    </w:p>
    <w:p>
      <w:pPr>
        <w:jc w:val="both"/>
      </w:pPr>
      <w:r>
        <w:t>390.000</w:t>
      </w:r>
    </w:p>
    <w:p>
      <w:pPr>
        <w:jc w:val="both"/>
      </w:pPr>
      <w:r>
        <w:t>875</w:t>
      </w:r>
    </w:p>
    <w:p>
      <w:pPr>
        <w:jc w:val="both"/>
      </w:pPr>
      <w:r>
        <w:t>865</w:t>
      </w:r>
    </w:p>
    <w:p>
      <w:pPr>
        <w:jc w:val="both"/>
      </w:pPr>
      <w:r>
        <w:t>Thủ thuật loại II</w:t>
      </w:r>
    </w:p>
    <w:p>
      <w:pPr>
        <w:jc w:val="both"/>
      </w:pPr>
      <w:r>
        <w:t>194.000</w:t>
      </w:r>
    </w:p>
    <w:p>
      <w:pPr>
        <w:jc w:val="both"/>
      </w:pPr>
      <w:r>
        <w:t>222.000</w:t>
      </w:r>
    </w:p>
    <w:p>
      <w:pPr>
        <w:jc w:val="both"/>
      </w:pPr>
      <w:r>
        <w:t>876</w:t>
      </w:r>
    </w:p>
    <w:p>
      <w:pPr>
        <w:jc w:val="both"/>
      </w:pPr>
      <w:r>
        <w:t>866</w:t>
      </w:r>
    </w:p>
    <w:p>
      <w:pPr>
        <w:jc w:val="both"/>
      </w:pPr>
      <w:r>
        <w:t>Thủ thuật loại III</w:t>
      </w:r>
    </w:p>
    <w:p>
      <w:pPr>
        <w:jc w:val="both"/>
      </w:pPr>
      <w:r>
        <w:t>122.000</w:t>
      </w:r>
    </w:p>
    <w:p>
      <w:pPr>
        <w:jc w:val="both"/>
      </w:pPr>
      <w:r>
        <w:t>140.000</w:t>
      </w:r>
    </w:p>
    <w:p>
      <w:pPr>
        <w:jc w:val="both"/>
      </w:pPr>
      <w:r>
        <w:t>VIII</w:t>
      </w:r>
    </w:p>
    <w:p>
      <w:pPr>
        <w:jc w:val="both"/>
      </w:pPr>
      <w:r>
        <w:t>VIII</w:t>
      </w:r>
    </w:p>
    <w:p>
      <w:pPr>
        <w:jc w:val="both"/>
      </w:pPr>
      <w:r>
        <w:t>TAI MŨI HỌNG</w:t>
      </w:r>
    </w:p>
    <w:p>
      <w:pPr>
        <w:jc w:val="both"/>
      </w:pPr>
      <w:r>
        <w:t>877</w:t>
      </w:r>
    </w:p>
    <w:p>
      <w:pPr>
        <w:jc w:val="both"/>
      </w:pPr>
      <w:r>
        <w:t>867</w:t>
      </w:r>
    </w:p>
    <w:p>
      <w:pPr>
        <w:jc w:val="both"/>
      </w:pPr>
      <w:r>
        <w:t>03C2.4.18</w:t>
      </w:r>
    </w:p>
    <w:p>
      <w:pPr>
        <w:jc w:val="both"/>
      </w:pPr>
      <w:r>
        <w:t>Bẻ cuốn mũi</w:t>
      </w:r>
    </w:p>
    <w:p>
      <w:pPr>
        <w:jc w:val="both"/>
      </w:pPr>
      <w:r>
        <w:t>144.000</w:t>
      </w:r>
    </w:p>
    <w:p>
      <w:pPr>
        <w:jc w:val="both"/>
      </w:pPr>
      <w:r>
        <w:t>156.000</w:t>
      </w:r>
    </w:p>
    <w:p>
      <w:pPr>
        <w:jc w:val="both"/>
      </w:pPr>
      <w:r>
        <w:t>878</w:t>
      </w:r>
    </w:p>
    <w:p>
      <w:pPr>
        <w:jc w:val="both"/>
      </w:pPr>
      <w:r>
        <w:t>868</w:t>
      </w:r>
    </w:p>
    <w:p>
      <w:pPr>
        <w:jc w:val="both"/>
      </w:pPr>
      <w:r>
        <w:t>03C2.4.31</w:t>
      </w:r>
    </w:p>
    <w:p>
      <w:pPr>
        <w:jc w:val="both"/>
      </w:pPr>
      <w:r>
        <w:t>Cầm máu mũi bằng Merocell (1 bên)</w:t>
      </w:r>
    </w:p>
    <w:p>
      <w:pPr>
        <w:jc w:val="both"/>
      </w:pPr>
      <w:r>
        <w:t>209.000</w:t>
      </w:r>
    </w:p>
    <w:p>
      <w:pPr>
        <w:jc w:val="both"/>
      </w:pPr>
      <w:r>
        <w:t>237.000</w:t>
      </w:r>
    </w:p>
    <w:p>
      <w:pPr>
        <w:jc w:val="both"/>
      </w:pPr>
      <w:r>
        <w:t>879</w:t>
      </w:r>
    </w:p>
    <w:p>
      <w:pPr>
        <w:jc w:val="both"/>
      </w:pPr>
      <w:r>
        <w:t>869</w:t>
      </w:r>
    </w:p>
    <w:p>
      <w:pPr>
        <w:jc w:val="both"/>
      </w:pPr>
      <w:r>
        <w:t>03C2.4.32</w:t>
      </w:r>
    </w:p>
    <w:p>
      <w:pPr>
        <w:jc w:val="both"/>
      </w:pPr>
      <w:r>
        <w:t>Cầm máu mũi bằng Merocell (2 bên)</w:t>
      </w:r>
    </w:p>
    <w:p>
      <w:pPr>
        <w:jc w:val="both"/>
      </w:pPr>
      <w:r>
        <w:t>279.000</w:t>
      </w:r>
    </w:p>
    <w:p>
      <w:pPr>
        <w:jc w:val="both"/>
      </w:pPr>
      <w:r>
        <w:t>318.000</w:t>
      </w:r>
    </w:p>
    <w:p>
      <w:pPr>
        <w:jc w:val="both"/>
      </w:pPr>
      <w:r>
        <w:t>880</w:t>
      </w:r>
    </w:p>
    <w:p>
      <w:pPr>
        <w:jc w:val="both"/>
      </w:pPr>
      <w:r>
        <w:t>870</w:t>
      </w:r>
    </w:p>
    <w:p>
      <w:pPr>
        <w:jc w:val="both"/>
      </w:pPr>
      <w:r>
        <w:t>04C3.4.250</w:t>
      </w:r>
    </w:p>
    <w:p>
      <w:pPr>
        <w:jc w:val="both"/>
      </w:pPr>
      <w:r>
        <w:t>Cắt Amiđan (gây mê)</w:t>
      </w:r>
    </w:p>
    <w:p>
      <w:pPr>
        <w:jc w:val="both"/>
      </w:pPr>
      <w:r>
        <w:t>1.133.000</w:t>
      </w:r>
    </w:p>
    <w:p>
      <w:pPr>
        <w:jc w:val="both"/>
      </w:pPr>
      <w:r>
        <w:t>1.262.000</w:t>
      </w:r>
    </w:p>
    <w:p>
      <w:pPr>
        <w:jc w:val="both"/>
      </w:pPr>
      <w:r>
        <w:t>881</w:t>
      </w:r>
    </w:p>
    <w:p>
      <w:pPr>
        <w:jc w:val="both"/>
      </w:pPr>
      <w:r>
        <w:t>871</w:t>
      </w:r>
    </w:p>
    <w:p>
      <w:pPr>
        <w:jc w:val="both"/>
      </w:pPr>
      <w:r>
        <w:t>04C3.4.251</w:t>
      </w:r>
    </w:p>
    <w:p>
      <w:pPr>
        <w:jc w:val="both"/>
      </w:pPr>
      <w:r>
        <w:t>Cắt Amiđan dùng Coblator (gây mê)</w:t>
      </w:r>
    </w:p>
    <w:p>
      <w:pPr>
        <w:jc w:val="both"/>
      </w:pPr>
      <w:r>
        <w:t>2.403.000</w:t>
      </w:r>
    </w:p>
    <w:p>
      <w:pPr>
        <w:jc w:val="both"/>
      </w:pPr>
      <w:r>
        <w:t>2.725.000</w:t>
      </w:r>
    </w:p>
    <w:p>
      <w:pPr>
        <w:jc w:val="both"/>
      </w:pPr>
      <w:r>
        <w:t>Bao gồm cả Coblator.</w:t>
      </w:r>
    </w:p>
    <w:p>
      <w:pPr>
        <w:jc w:val="both"/>
      </w:pPr>
      <w:r>
        <w:t>882</w:t>
      </w:r>
    </w:p>
    <w:p>
      <w:pPr>
        <w:jc w:val="both"/>
      </w:pPr>
      <w:r>
        <w:t>872</w:t>
      </w:r>
    </w:p>
    <w:p>
      <w:pPr>
        <w:jc w:val="both"/>
      </w:pPr>
      <w:r>
        <w:t>03C2.4.19</w:t>
      </w:r>
    </w:p>
    <w:p>
      <w:pPr>
        <w:jc w:val="both"/>
      </w:pPr>
      <w:r>
        <w:t>Gắt bỏ đường rò luân nhĩ gây tê</w:t>
      </w:r>
    </w:p>
    <w:p>
      <w:pPr>
        <w:jc w:val="both"/>
      </w:pPr>
      <w:r>
        <w:t>520.000</w:t>
      </w:r>
    </w:p>
    <w:p>
      <w:pPr>
        <w:jc w:val="both"/>
      </w:pPr>
      <w:r>
        <w:t>569.000</w:t>
      </w:r>
    </w:p>
    <w:p>
      <w:pPr>
        <w:jc w:val="both"/>
      </w:pPr>
      <w:r>
        <w:t>883</w:t>
      </w:r>
    </w:p>
    <w:p>
      <w:pPr>
        <w:jc w:val="both"/>
      </w:pPr>
      <w:r>
        <w:t>873</w:t>
      </w:r>
    </w:p>
    <w:p>
      <w:pPr>
        <w:jc w:val="both"/>
      </w:pPr>
      <w:r>
        <w:t>03C2.4.64</w:t>
      </w:r>
    </w:p>
    <w:p>
      <w:pPr>
        <w:jc w:val="both"/>
      </w:pPr>
      <w:r>
        <w:t>Cắt dây thần kinh Vidien qua nội soi</w:t>
      </w:r>
    </w:p>
    <w:p>
      <w:pPr>
        <w:jc w:val="both"/>
      </w:pPr>
      <w:r>
        <w:t>8.032.000</w:t>
      </w:r>
    </w:p>
    <w:p>
      <w:pPr>
        <w:jc w:val="both"/>
      </w:pPr>
      <w:r>
        <w:t>9.015.000</w:t>
      </w:r>
    </w:p>
    <w:p>
      <w:pPr>
        <w:jc w:val="both"/>
      </w:pPr>
      <w:r>
        <w:t>884</w:t>
      </w:r>
    </w:p>
    <w:p>
      <w:pPr>
        <w:jc w:val="both"/>
      </w:pPr>
      <w:r>
        <w:t>874</w:t>
      </w:r>
    </w:p>
    <w:p>
      <w:pPr>
        <w:jc w:val="both"/>
      </w:pPr>
      <w:r>
        <w:t>Cắt polyp ống tai gây mê</w:t>
      </w:r>
    </w:p>
    <w:p>
      <w:pPr>
        <w:jc w:val="both"/>
      </w:pPr>
      <w:r>
        <w:t>2.038.000</w:t>
      </w:r>
    </w:p>
    <w:p>
      <w:pPr>
        <w:jc w:val="both"/>
      </w:pPr>
      <w:r>
        <w:t>2.304.000</w:t>
      </w:r>
    </w:p>
    <w:p>
      <w:pPr>
        <w:jc w:val="both"/>
      </w:pPr>
      <w:r>
        <w:t>885</w:t>
      </w:r>
    </w:p>
    <w:p>
      <w:pPr>
        <w:jc w:val="both"/>
      </w:pPr>
      <w:r>
        <w:t>875</w:t>
      </w:r>
    </w:p>
    <w:p>
      <w:pPr>
        <w:jc w:val="both"/>
      </w:pPr>
      <w:r>
        <w:t>Cắt polyp ống tai gây tê</w:t>
      </w:r>
    </w:p>
    <w:p>
      <w:pPr>
        <w:jc w:val="both"/>
      </w:pPr>
      <w:r>
        <w:t>613.000</w:t>
      </w:r>
    </w:p>
    <w:p>
      <w:pPr>
        <w:jc w:val="both"/>
      </w:pPr>
      <w:r>
        <w:t>696.000</w:t>
      </w:r>
    </w:p>
    <w:p>
      <w:pPr>
        <w:jc w:val="both"/>
      </w:pPr>
      <w:r>
        <w:t>886</w:t>
      </w:r>
    </w:p>
    <w:p>
      <w:pPr>
        <w:jc w:val="both"/>
      </w:pPr>
      <w:r>
        <w:t>876</w:t>
      </w:r>
    </w:p>
    <w:p>
      <w:pPr>
        <w:jc w:val="both"/>
      </w:pPr>
      <w:r>
        <w:t>03C2.4.57</w:t>
      </w:r>
    </w:p>
    <w:p>
      <w:pPr>
        <w:jc w:val="both"/>
      </w:pPr>
      <w:r>
        <w:t>Cắt thanh quản có tái tạo phát âm</w:t>
      </w:r>
    </w:p>
    <w:p>
      <w:pPr>
        <w:jc w:val="both"/>
      </w:pPr>
      <w:r>
        <w:t>7.035.000</w:t>
      </w:r>
    </w:p>
    <w:p>
      <w:pPr>
        <w:jc w:val="both"/>
      </w:pPr>
      <w:r>
        <w:t>7.909.000</w:t>
      </w:r>
    </w:p>
    <w:p>
      <w:pPr>
        <w:jc w:val="both"/>
      </w:pPr>
      <w:r>
        <w:t>Chưa bao gồm stent hoặc van phát âm, thanh quản điện.</w:t>
      </w:r>
    </w:p>
    <w:p>
      <w:pPr>
        <w:jc w:val="both"/>
      </w:pPr>
      <w:r>
        <w:t>887</w:t>
      </w:r>
    </w:p>
    <w:p>
      <w:pPr>
        <w:jc w:val="both"/>
      </w:pPr>
      <w:r>
        <w:t>877</w:t>
      </w:r>
    </w:p>
    <w:p>
      <w:pPr>
        <w:jc w:val="both"/>
      </w:pPr>
      <w:r>
        <w:t>03C2.4.65</w:t>
      </w:r>
    </w:p>
    <w:p>
      <w:pPr>
        <w:jc w:val="both"/>
      </w:pPr>
      <w:r>
        <w:t>Cắt u cuộn cảnh</w:t>
      </w:r>
    </w:p>
    <w:p>
      <w:pPr>
        <w:jc w:val="both"/>
      </w:pPr>
      <w:r>
        <w:t>7.755.000</w:t>
      </w:r>
    </w:p>
    <w:p>
      <w:pPr>
        <w:jc w:val="both"/>
      </w:pPr>
      <w:r>
        <w:t>8.738.000</w:t>
      </w:r>
    </w:p>
    <w:p>
      <w:pPr>
        <w:jc w:val="both"/>
      </w:pPr>
      <w:r>
        <w:t>888</w:t>
      </w:r>
    </w:p>
    <w:p>
      <w:pPr>
        <w:jc w:val="both"/>
      </w:pPr>
      <w:r>
        <w:t>878</w:t>
      </w:r>
    </w:p>
    <w:p>
      <w:pPr>
        <w:jc w:val="both"/>
      </w:pPr>
      <w:r>
        <w:t>04C3.4.228</w:t>
      </w:r>
    </w:p>
    <w:p>
      <w:pPr>
        <w:jc w:val="both"/>
      </w:pPr>
      <w:r>
        <w:t>Chích rạch apxe Amiđan (gây tê)</w:t>
      </w:r>
    </w:p>
    <w:p>
      <w:pPr>
        <w:jc w:val="both"/>
      </w:pPr>
      <w:r>
        <w:t>274.000</w:t>
      </w:r>
    </w:p>
    <w:p>
      <w:pPr>
        <w:jc w:val="both"/>
      </w:pPr>
      <w:r>
        <w:t>306.000</w:t>
      </w:r>
    </w:p>
    <w:p>
      <w:pPr>
        <w:jc w:val="both"/>
      </w:pPr>
      <w:r>
        <w:t>889</w:t>
      </w:r>
    </w:p>
    <w:p>
      <w:pPr>
        <w:jc w:val="both"/>
      </w:pPr>
      <w:r>
        <w:t>879</w:t>
      </w:r>
    </w:p>
    <w:p>
      <w:pPr>
        <w:jc w:val="both"/>
      </w:pPr>
      <w:r>
        <w:t>04C3.4.229</w:t>
      </w:r>
    </w:p>
    <w:p>
      <w:pPr>
        <w:jc w:val="both"/>
      </w:pPr>
      <w:r>
        <w:t>Chích rạch apxe thành sau họng (gây tê)</w:t>
      </w:r>
    </w:p>
    <w:p>
      <w:pPr>
        <w:jc w:val="both"/>
      </w:pPr>
      <w:r>
        <w:t>274.000</w:t>
      </w:r>
    </w:p>
    <w:p>
      <w:pPr>
        <w:jc w:val="both"/>
      </w:pPr>
      <w:r>
        <w:t>306.000</w:t>
      </w:r>
    </w:p>
    <w:p>
      <w:pPr>
        <w:jc w:val="both"/>
      </w:pPr>
      <w:r>
        <w:t>890</w:t>
      </w:r>
    </w:p>
    <w:p>
      <w:pPr>
        <w:jc w:val="both"/>
      </w:pPr>
      <w:r>
        <w:t>880</w:t>
      </w:r>
    </w:p>
    <w:p>
      <w:pPr>
        <w:jc w:val="both"/>
      </w:pPr>
      <w:r>
        <w:t>03C2.4.11</w:t>
      </w:r>
    </w:p>
    <w:p>
      <w:pPr>
        <w:jc w:val="both"/>
      </w:pPr>
      <w:r>
        <w:t>Chích rạch vành tai</w:t>
      </w:r>
    </w:p>
    <w:p>
      <w:pPr>
        <w:jc w:val="both"/>
      </w:pPr>
      <w:r>
        <w:t>66.800</w:t>
      </w:r>
    </w:p>
    <w:p>
      <w:pPr>
        <w:jc w:val="both"/>
      </w:pPr>
      <w:r>
        <w:t>73.200</w:t>
      </w:r>
    </w:p>
    <w:p>
      <w:pPr>
        <w:jc w:val="both"/>
      </w:pPr>
      <w:r>
        <w:t>891</w:t>
      </w:r>
    </w:p>
    <w:p>
      <w:pPr>
        <w:jc w:val="both"/>
      </w:pPr>
      <w:r>
        <w:t>881</w:t>
      </w:r>
    </w:p>
    <w:p>
      <w:pPr>
        <w:jc w:val="both"/>
      </w:pPr>
      <w:r>
        <w:t>Chỉnh hình tai giữa có tái tạo chuỗi xương con</w:t>
      </w:r>
    </w:p>
    <w:p>
      <w:pPr>
        <w:jc w:val="both"/>
      </w:pPr>
      <w:r>
        <w:t>6.180.000</w:t>
      </w:r>
    </w:p>
    <w:p>
      <w:pPr>
        <w:jc w:val="both"/>
      </w:pPr>
      <w:r>
        <w:t>6.884.000</w:t>
      </w:r>
    </w:p>
    <w:p>
      <w:pPr>
        <w:jc w:val="both"/>
      </w:pPr>
      <w:r>
        <w:t>892</w:t>
      </w:r>
    </w:p>
    <w:p>
      <w:pPr>
        <w:jc w:val="both"/>
      </w:pPr>
      <w:r>
        <w:t>882</w:t>
      </w:r>
    </w:p>
    <w:p>
      <w:pPr>
        <w:jc w:val="both"/>
      </w:pPr>
      <w:r>
        <w:t>03C2.4.10</w:t>
      </w:r>
    </w:p>
    <w:p>
      <w:pPr>
        <w:jc w:val="both"/>
      </w:pPr>
      <w:r>
        <w:t>Chọc hút dịch vành tai</w:t>
      </w:r>
    </w:p>
    <w:p>
      <w:pPr>
        <w:jc w:val="both"/>
      </w:pPr>
      <w:r>
        <w:t>56.800</w:t>
      </w:r>
    </w:p>
    <w:p>
      <w:pPr>
        <w:jc w:val="both"/>
      </w:pPr>
      <w:r>
        <w:t>61.700</w:t>
      </w:r>
    </w:p>
    <w:p>
      <w:pPr>
        <w:jc w:val="both"/>
      </w:pPr>
      <w:r>
        <w:t>893</w:t>
      </w:r>
    </w:p>
    <w:p>
      <w:pPr>
        <w:jc w:val="both"/>
      </w:pPr>
      <w:r>
        <w:t>883</w:t>
      </w:r>
    </w:p>
    <w:p>
      <w:pPr>
        <w:jc w:val="both"/>
      </w:pPr>
      <w:r>
        <w:t>03C2.4.56</w:t>
      </w:r>
    </w:p>
    <w:p>
      <w:pPr>
        <w:jc w:val="both"/>
      </w:pPr>
      <w:r>
        <w:t>Đặt stent điều trị sẹo hẹp thanh khí quản</w:t>
      </w:r>
    </w:p>
    <w:p>
      <w:pPr>
        <w:jc w:val="both"/>
      </w:pPr>
      <w:r>
        <w:t>7.364.000</w:t>
      </w:r>
    </w:p>
    <w:p>
      <w:pPr>
        <w:jc w:val="both"/>
      </w:pPr>
      <w:r>
        <w:t>8.288.000</w:t>
      </w:r>
    </w:p>
    <w:p>
      <w:pPr>
        <w:jc w:val="both"/>
      </w:pPr>
      <w:r>
        <w:t>Chưa bao gồm stent.</w:t>
      </w:r>
    </w:p>
    <w:p>
      <w:pPr>
        <w:jc w:val="both"/>
      </w:pPr>
      <w:r>
        <w:t>894</w:t>
      </w:r>
    </w:p>
    <w:p>
      <w:pPr>
        <w:jc w:val="both"/>
      </w:pPr>
      <w:r>
        <w:t>884</w:t>
      </w:r>
    </w:p>
    <w:p>
      <w:pPr>
        <w:jc w:val="both"/>
      </w:pPr>
      <w:r>
        <w:t>03C2.4.47</w:t>
      </w:r>
    </w:p>
    <w:p>
      <w:pPr>
        <w:jc w:val="both"/>
      </w:pPr>
      <w:r>
        <w:t>Đo ABR (1 lần)</w:t>
      </w:r>
    </w:p>
    <w:p>
      <w:pPr>
        <w:jc w:val="both"/>
      </w:pPr>
      <w:r>
        <w:t>181.000</w:t>
      </w:r>
    </w:p>
    <w:p>
      <w:pPr>
        <w:jc w:val="both"/>
      </w:pPr>
      <w:r>
        <w:t>206.000</w:t>
      </w:r>
    </w:p>
    <w:p>
      <w:pPr>
        <w:jc w:val="both"/>
      </w:pPr>
      <w:r>
        <w:t>895</w:t>
      </w:r>
    </w:p>
    <w:p>
      <w:pPr>
        <w:jc w:val="both"/>
      </w:pPr>
      <w:r>
        <w:t>885</w:t>
      </w:r>
    </w:p>
    <w:p>
      <w:pPr>
        <w:jc w:val="both"/>
      </w:pPr>
      <w:r>
        <w:t>03C2.4.44</w:t>
      </w:r>
    </w:p>
    <w:p>
      <w:pPr>
        <w:jc w:val="both"/>
      </w:pPr>
      <w:r>
        <w:t>Đo nhĩ lượng</w:t>
      </w:r>
    </w:p>
    <w:p>
      <w:pPr>
        <w:jc w:val="both"/>
      </w:pPr>
      <w:r>
        <w:t>30.000</w:t>
      </w:r>
    </w:p>
    <w:p>
      <w:pPr>
        <w:jc w:val="both"/>
      </w:pPr>
      <w:r>
        <w:t>32.200</w:t>
      </w:r>
    </w:p>
    <w:p>
      <w:pPr>
        <w:jc w:val="both"/>
      </w:pPr>
      <w:r>
        <w:t>896</w:t>
      </w:r>
    </w:p>
    <w:p>
      <w:pPr>
        <w:jc w:val="both"/>
      </w:pPr>
      <w:r>
        <w:t>886</w:t>
      </w:r>
    </w:p>
    <w:p>
      <w:pPr>
        <w:jc w:val="both"/>
      </w:pPr>
      <w:r>
        <w:t>03C2.4.46</w:t>
      </w:r>
    </w:p>
    <w:p>
      <w:pPr>
        <w:jc w:val="both"/>
      </w:pPr>
      <w:r>
        <w:t>Đo OAE (1 lần)</w:t>
      </w:r>
    </w:p>
    <w:p>
      <w:pPr>
        <w:jc w:val="both"/>
      </w:pPr>
      <w:r>
        <w:t>60.000</w:t>
      </w:r>
    </w:p>
    <w:p>
      <w:pPr>
        <w:jc w:val="both"/>
      </w:pPr>
      <w:r>
        <w:t>64.500</w:t>
      </w:r>
    </w:p>
    <w:p>
      <w:pPr>
        <w:jc w:val="both"/>
      </w:pPr>
      <w:r>
        <w:t>897</w:t>
      </w:r>
    </w:p>
    <w:p>
      <w:pPr>
        <w:jc w:val="both"/>
      </w:pPr>
      <w:r>
        <w:t>887</w:t>
      </w:r>
    </w:p>
    <w:p>
      <w:pPr>
        <w:jc w:val="both"/>
      </w:pPr>
      <w:r>
        <w:t>03C2.4.43</w:t>
      </w:r>
    </w:p>
    <w:p>
      <w:pPr>
        <w:jc w:val="both"/>
      </w:pPr>
      <w:r>
        <w:t>Đo phản xạ cơ bàn đạp</w:t>
      </w:r>
    </w:p>
    <w:p>
      <w:pPr>
        <w:jc w:val="both"/>
      </w:pPr>
      <w:r>
        <w:t>30.000</w:t>
      </w:r>
    </w:p>
    <w:p>
      <w:pPr>
        <w:jc w:val="both"/>
      </w:pPr>
      <w:r>
        <w:t>32.200</w:t>
      </w:r>
    </w:p>
    <w:p>
      <w:pPr>
        <w:jc w:val="both"/>
      </w:pPr>
      <w:r>
        <w:t>898</w:t>
      </w:r>
    </w:p>
    <w:p>
      <w:pPr>
        <w:jc w:val="both"/>
      </w:pPr>
      <w:r>
        <w:t>888</w:t>
      </w:r>
    </w:p>
    <w:p>
      <w:pPr>
        <w:jc w:val="both"/>
      </w:pPr>
      <w:r>
        <w:t>03C2.4.39</w:t>
      </w:r>
    </w:p>
    <w:p>
      <w:pPr>
        <w:jc w:val="both"/>
      </w:pPr>
      <w:r>
        <w:t>Đo sức cản của mũi</w:t>
      </w:r>
    </w:p>
    <w:p>
      <w:pPr>
        <w:jc w:val="both"/>
      </w:pPr>
      <w:r>
        <w:t>97.000</w:t>
      </w:r>
    </w:p>
    <w:p>
      <w:pPr>
        <w:jc w:val="both"/>
      </w:pPr>
      <w:r>
        <w:t>109.000</w:t>
      </w:r>
    </w:p>
    <w:p>
      <w:pPr>
        <w:jc w:val="both"/>
      </w:pPr>
      <w:r>
        <w:t>899</w:t>
      </w:r>
    </w:p>
    <w:p>
      <w:pPr>
        <w:jc w:val="both"/>
      </w:pPr>
      <w:r>
        <w:t>889</w:t>
      </w:r>
    </w:p>
    <w:p>
      <w:pPr>
        <w:jc w:val="both"/>
      </w:pPr>
      <w:r>
        <w:t>03C2.4.42</w:t>
      </w:r>
    </w:p>
    <w:p>
      <w:pPr>
        <w:jc w:val="both"/>
      </w:pPr>
      <w:r>
        <w:t>Đo sức nghe lời</w:t>
      </w:r>
    </w:p>
    <w:p>
      <w:pPr>
        <w:jc w:val="both"/>
      </w:pPr>
      <w:r>
        <w:t>57.000</w:t>
      </w:r>
    </w:p>
    <w:p>
      <w:pPr>
        <w:jc w:val="both"/>
      </w:pPr>
      <w:r>
        <w:t>63.300</w:t>
      </w:r>
    </w:p>
    <w:p>
      <w:pPr>
        <w:jc w:val="both"/>
      </w:pPr>
      <w:r>
        <w:t>900</w:t>
      </w:r>
    </w:p>
    <w:p>
      <w:pPr>
        <w:jc w:val="both"/>
      </w:pPr>
      <w:r>
        <w:t>890</w:t>
      </w:r>
    </w:p>
    <w:p>
      <w:pPr>
        <w:jc w:val="both"/>
      </w:pPr>
      <w:r>
        <w:t>03C2.4.40</w:t>
      </w:r>
    </w:p>
    <w:p>
      <w:pPr>
        <w:jc w:val="both"/>
      </w:pPr>
      <w:r>
        <w:t>Đo thính lực đơn âm</w:t>
      </w:r>
    </w:p>
    <w:p>
      <w:pPr>
        <w:jc w:val="both"/>
      </w:pPr>
      <w:r>
        <w:t>45.000</w:t>
      </w:r>
    </w:p>
    <w:p>
      <w:pPr>
        <w:jc w:val="both"/>
      </w:pPr>
      <w:r>
        <w:t>49.500</w:t>
      </w:r>
    </w:p>
    <w:p>
      <w:pPr>
        <w:jc w:val="both"/>
      </w:pPr>
      <w:r>
        <w:t>901</w:t>
      </w:r>
    </w:p>
    <w:p>
      <w:pPr>
        <w:jc w:val="both"/>
      </w:pPr>
      <w:r>
        <w:t>891</w:t>
      </w:r>
    </w:p>
    <w:p>
      <w:pPr>
        <w:jc w:val="both"/>
      </w:pPr>
      <w:r>
        <w:t>03C2.4.41</w:t>
      </w:r>
    </w:p>
    <w:p>
      <w:pPr>
        <w:jc w:val="both"/>
      </w:pPr>
      <w:r>
        <w:t>Đo trên ngưỡng</w:t>
      </w:r>
    </w:p>
    <w:p>
      <w:pPr>
        <w:jc w:val="both"/>
      </w:pPr>
      <w:r>
        <w:t>65.000</w:t>
      </w:r>
    </w:p>
    <w:p>
      <w:pPr>
        <w:jc w:val="both"/>
      </w:pPr>
      <w:r>
        <w:t>70.300</w:t>
      </w:r>
    </w:p>
    <w:p>
      <w:pPr>
        <w:jc w:val="both"/>
      </w:pPr>
      <w:r>
        <w:t>902</w:t>
      </w:r>
    </w:p>
    <w:p>
      <w:pPr>
        <w:jc w:val="both"/>
      </w:pPr>
      <w:r>
        <w:t>892</w:t>
      </w:r>
    </w:p>
    <w:p>
      <w:pPr>
        <w:jc w:val="both"/>
      </w:pPr>
      <w:r>
        <w:t>03C2.4.30</w:t>
      </w:r>
    </w:p>
    <w:p>
      <w:pPr>
        <w:jc w:val="both"/>
      </w:pPr>
      <w:r>
        <w:t>Đốt Amidan áp lạnh</w:t>
      </w:r>
    </w:p>
    <w:p>
      <w:pPr>
        <w:jc w:val="both"/>
      </w:pPr>
      <w:r>
        <w:t>204.000</w:t>
      </w:r>
    </w:p>
    <w:p>
      <w:pPr>
        <w:jc w:val="both"/>
      </w:pPr>
      <w:r>
        <w:t>225.000</w:t>
      </w:r>
    </w:p>
    <w:p>
      <w:pPr>
        <w:jc w:val="both"/>
      </w:pPr>
      <w:r>
        <w:t>903</w:t>
      </w:r>
    </w:p>
    <w:p>
      <w:pPr>
        <w:jc w:val="both"/>
      </w:pPr>
      <w:r>
        <w:t>893</w:t>
      </w:r>
    </w:p>
    <w:p>
      <w:pPr>
        <w:jc w:val="both"/>
      </w:pPr>
      <w:r>
        <w:t>03C2.4.4</w:t>
      </w:r>
    </w:p>
    <w:p>
      <w:pPr>
        <w:jc w:val="both"/>
      </w:pPr>
      <w:r>
        <w:t>Đốt họng bằng khí CO2 (Bằng áp lạnh)</w:t>
      </w:r>
    </w:p>
    <w:p>
      <w:pPr>
        <w:jc w:val="both"/>
      </w:pPr>
      <w:r>
        <w:t>134.000</w:t>
      </w:r>
    </w:p>
    <w:p>
      <w:pPr>
        <w:jc w:val="both"/>
      </w:pPr>
      <w:r>
        <w:t>151.000</w:t>
      </w:r>
    </w:p>
    <w:p>
      <w:pPr>
        <w:jc w:val="both"/>
      </w:pPr>
      <w:r>
        <w:t>904</w:t>
      </w:r>
    </w:p>
    <w:p>
      <w:pPr>
        <w:jc w:val="both"/>
      </w:pPr>
      <w:r>
        <w:t>894</w:t>
      </w:r>
    </w:p>
    <w:p>
      <w:pPr>
        <w:jc w:val="both"/>
      </w:pPr>
      <w:r>
        <w:t>03C2.4.3</w:t>
      </w:r>
    </w:p>
    <w:p>
      <w:pPr>
        <w:jc w:val="both"/>
      </w:pPr>
      <w:r>
        <w:t>Đốt họng bằng khí Nitơ lỏng</w:t>
      </w:r>
    </w:p>
    <w:p>
      <w:pPr>
        <w:jc w:val="both"/>
      </w:pPr>
      <w:r>
        <w:t>151.000</w:t>
      </w:r>
    </w:p>
    <w:p>
      <w:pPr>
        <w:jc w:val="both"/>
      </w:pPr>
      <w:r>
        <w:t>172.000</w:t>
      </w:r>
    </w:p>
    <w:p>
      <w:pPr>
        <w:jc w:val="both"/>
      </w:pPr>
      <w:r>
        <w:t>905</w:t>
      </w:r>
    </w:p>
    <w:p>
      <w:pPr>
        <w:jc w:val="both"/>
      </w:pPr>
      <w:r>
        <w:t>895</w:t>
      </w:r>
    </w:p>
    <w:p>
      <w:pPr>
        <w:jc w:val="both"/>
      </w:pPr>
      <w:r>
        <w:t>03C2.4.22</w:t>
      </w:r>
    </w:p>
    <w:p>
      <w:pPr>
        <w:jc w:val="both"/>
      </w:pPr>
      <w:r>
        <w:t>Đốt họng hạt</w:t>
      </w:r>
    </w:p>
    <w:p>
      <w:pPr>
        <w:jc w:val="both"/>
      </w:pPr>
      <w:r>
        <w:t>82.900</w:t>
      </w:r>
    </w:p>
    <w:p>
      <w:pPr>
        <w:jc w:val="both"/>
      </w:pPr>
      <w:r>
        <w:t>92 100</w:t>
      </w:r>
    </w:p>
    <w:p>
      <w:pPr>
        <w:jc w:val="both"/>
      </w:pPr>
      <w:r>
        <w:t>906</w:t>
      </w:r>
    </w:p>
    <w:p>
      <w:pPr>
        <w:jc w:val="both"/>
      </w:pPr>
      <w:r>
        <w:t>896</w:t>
      </w:r>
    </w:p>
    <w:p>
      <w:pPr>
        <w:jc w:val="both"/>
      </w:pPr>
      <w:r>
        <w:t>03C2.4.54</w:t>
      </w:r>
    </w:p>
    <w:p>
      <w:pPr>
        <w:jc w:val="both"/>
      </w:pPr>
      <w:r>
        <w:t>Ghép thanh khí quản đặt stent</w:t>
      </w:r>
    </w:p>
    <w:p>
      <w:pPr>
        <w:jc w:val="both"/>
      </w:pPr>
      <w:r>
        <w:t>6.073.000</w:t>
      </w:r>
    </w:p>
    <w:p>
      <w:pPr>
        <w:jc w:val="both"/>
      </w:pPr>
      <w:r>
        <w:t>6.886.000</w:t>
      </w:r>
    </w:p>
    <w:p>
      <w:pPr>
        <w:jc w:val="both"/>
      </w:pPr>
      <w:r>
        <w:t>Chưa bao gồm stent.</w:t>
      </w:r>
    </w:p>
    <w:p>
      <w:pPr>
        <w:jc w:val="both"/>
      </w:pPr>
      <w:r>
        <w:t>907</w:t>
      </w:r>
    </w:p>
    <w:p>
      <w:pPr>
        <w:jc w:val="both"/>
      </w:pPr>
      <w:r>
        <w:t>897</w:t>
      </w:r>
    </w:p>
    <w:p>
      <w:pPr>
        <w:jc w:val="both"/>
      </w:pPr>
      <w:r>
        <w:t>03C2.4.13</w:t>
      </w:r>
    </w:p>
    <w:p>
      <w:pPr>
        <w:jc w:val="both"/>
      </w:pPr>
      <w:r>
        <w:t>Hút xoang dưới áp lực</w:t>
      </w:r>
    </w:p>
    <w:p>
      <w:pPr>
        <w:jc w:val="both"/>
      </w:pPr>
      <w:r>
        <w:t>61.800</w:t>
      </w:r>
    </w:p>
    <w:p>
      <w:pPr>
        <w:jc w:val="both"/>
      </w:pPr>
      <w:r>
        <w:t>67.400</w:t>
      </w:r>
    </w:p>
    <w:p>
      <w:pPr>
        <w:jc w:val="both"/>
      </w:pPr>
      <w:r>
        <w:t>908</w:t>
      </w:r>
    </w:p>
    <w:p>
      <w:pPr>
        <w:jc w:val="both"/>
      </w:pPr>
      <w:r>
        <w:t>898</w:t>
      </w:r>
    </w:p>
    <w:p>
      <w:pPr>
        <w:jc w:val="both"/>
      </w:pPr>
      <w:r>
        <w:t>03C2.4.15</w:t>
      </w:r>
    </w:p>
    <w:p>
      <w:pPr>
        <w:jc w:val="both"/>
      </w:pPr>
      <w:r>
        <w:t>Khí dung</w:t>
      </w:r>
    </w:p>
    <w:p>
      <w:pPr>
        <w:jc w:val="both"/>
      </w:pPr>
      <w:r>
        <w:t>23.000</w:t>
      </w:r>
    </w:p>
    <w:p>
      <w:pPr>
        <w:jc w:val="both"/>
      </w:pPr>
      <w:r>
        <w:t>24.200</w:t>
      </w:r>
    </w:p>
    <w:p>
      <w:pPr>
        <w:jc w:val="both"/>
      </w:pPr>
      <w:r>
        <w:t>Chưa bao gồm thuốc khí dung.</w:t>
      </w:r>
    </w:p>
    <w:p>
      <w:pPr>
        <w:jc w:val="both"/>
      </w:pPr>
      <w:r>
        <w:t>909</w:t>
      </w:r>
    </w:p>
    <w:p>
      <w:pPr>
        <w:jc w:val="both"/>
      </w:pPr>
      <w:r>
        <w:t>899</w:t>
      </w:r>
    </w:p>
    <w:p>
      <w:pPr>
        <w:jc w:val="both"/>
      </w:pPr>
      <w:r>
        <w:t>03C2.4.1</w:t>
      </w:r>
    </w:p>
    <w:p>
      <w:pPr>
        <w:jc w:val="both"/>
      </w:pPr>
      <w:r>
        <w:t>Làm thuốc thanh quản hoặc tai</w:t>
      </w:r>
    </w:p>
    <w:p>
      <w:pPr>
        <w:jc w:val="both"/>
      </w:pPr>
      <w:r>
        <w:t>21.100</w:t>
      </w:r>
    </w:p>
    <w:p>
      <w:pPr>
        <w:jc w:val="both"/>
      </w:pPr>
      <w:r>
        <w:t>23.800</w:t>
      </w:r>
    </w:p>
    <w:p>
      <w:pPr>
        <w:jc w:val="both"/>
      </w:pPr>
      <w:r>
        <w:t>Chưa bao gồm thuốc.</w:t>
      </w:r>
    </w:p>
    <w:p>
      <w:pPr>
        <w:jc w:val="both"/>
      </w:pPr>
      <w:r>
        <w:t>910</w:t>
      </w:r>
    </w:p>
    <w:p>
      <w:pPr>
        <w:jc w:val="both"/>
      </w:pPr>
      <w:r>
        <w:t>900</w:t>
      </w:r>
    </w:p>
    <w:p>
      <w:pPr>
        <w:jc w:val="both"/>
      </w:pPr>
      <w:r>
        <w:t>03C2.4.2</w:t>
      </w:r>
    </w:p>
    <w:p>
      <w:pPr>
        <w:jc w:val="both"/>
      </w:pPr>
      <w:r>
        <w:t>Lấy dị vật họng</w:t>
      </w:r>
    </w:p>
    <w:p>
      <w:pPr>
        <w:jc w:val="both"/>
      </w:pPr>
      <w:r>
        <w:t>41.600</w:t>
      </w:r>
    </w:p>
    <w:p>
      <w:pPr>
        <w:jc w:val="both"/>
      </w:pPr>
      <w:r>
        <w:t>47.200</w:t>
      </w:r>
    </w:p>
    <w:p>
      <w:pPr>
        <w:jc w:val="both"/>
      </w:pPr>
      <w:r>
        <w:t>911</w:t>
      </w:r>
    </w:p>
    <w:p>
      <w:pPr>
        <w:jc w:val="both"/>
      </w:pPr>
      <w:r>
        <w:t>901</w:t>
      </w:r>
    </w:p>
    <w:p>
      <w:pPr>
        <w:jc w:val="both"/>
      </w:pPr>
      <w:r>
        <w:t>04C3.4.233</w:t>
      </w:r>
    </w:p>
    <w:p>
      <w:pPr>
        <w:jc w:val="both"/>
      </w:pPr>
      <w:r>
        <w:t>Lấy dị vật tai ngoài đơn giản</w:t>
      </w:r>
    </w:p>
    <w:p>
      <w:pPr>
        <w:jc w:val="both"/>
      </w:pPr>
      <w:r>
        <w:t>65.600</w:t>
      </w:r>
    </w:p>
    <w:p>
      <w:pPr>
        <w:jc w:val="both"/>
      </w:pPr>
      <w:r>
        <w:t>73.200</w:t>
      </w:r>
    </w:p>
    <w:p>
      <w:pPr>
        <w:jc w:val="both"/>
      </w:pPr>
      <w:r>
        <w:t>912</w:t>
      </w:r>
    </w:p>
    <w:p>
      <w:pPr>
        <w:jc w:val="both"/>
      </w:pPr>
      <w:r>
        <w:t>902</w:t>
      </w:r>
    </w:p>
    <w:p>
      <w:pPr>
        <w:jc w:val="both"/>
      </w:pPr>
      <w:r>
        <w:t>04C3.4.252</w:t>
      </w:r>
    </w:p>
    <w:p>
      <w:pPr>
        <w:jc w:val="both"/>
      </w:pPr>
      <w:r>
        <w:t>Lấy dị vật tai ngoài dưới kính hiển vi (gây mê)</w:t>
      </w:r>
    </w:p>
    <w:p>
      <w:pPr>
        <w:jc w:val="both"/>
      </w:pPr>
      <w:r>
        <w:t>520.000</w:t>
      </w:r>
    </w:p>
    <w:p>
      <w:pPr>
        <w:jc w:val="both"/>
      </w:pPr>
      <w:r>
        <w:t>593.000</w:t>
      </w:r>
    </w:p>
    <w:p>
      <w:pPr>
        <w:jc w:val="both"/>
      </w:pPr>
      <w:r>
        <w:t>913</w:t>
      </w:r>
    </w:p>
    <w:p>
      <w:pPr>
        <w:jc w:val="both"/>
      </w:pPr>
      <w:r>
        <w:t>903</w:t>
      </w:r>
    </w:p>
    <w:p>
      <w:pPr>
        <w:jc w:val="both"/>
      </w:pPr>
      <w:r>
        <w:t>04C3.4.234</w:t>
      </w:r>
    </w:p>
    <w:p>
      <w:pPr>
        <w:jc w:val="both"/>
      </w:pPr>
      <w:r>
        <w:t>Lấy dị vật tai ngoài dưới kính hiển vi (gây tê)</w:t>
      </w:r>
    </w:p>
    <w:p>
      <w:pPr>
        <w:jc w:val="both"/>
      </w:pPr>
      <w:r>
        <w:t>161.000</w:t>
      </w:r>
    </w:p>
    <w:p>
      <w:pPr>
        <w:jc w:val="both"/>
      </w:pPr>
      <w:r>
        <w:t>180.000</w:t>
      </w:r>
    </w:p>
    <w:p>
      <w:pPr>
        <w:jc w:val="both"/>
      </w:pPr>
      <w:r>
        <w:t>914</w:t>
      </w:r>
    </w:p>
    <w:p>
      <w:pPr>
        <w:jc w:val="both"/>
      </w:pPr>
      <w:r>
        <w:t>904</w:t>
      </w:r>
    </w:p>
    <w:p>
      <w:pPr>
        <w:jc w:val="both"/>
      </w:pPr>
      <w:r>
        <w:t>04C3.4.246</w:t>
      </w:r>
    </w:p>
    <w:p>
      <w:pPr>
        <w:jc w:val="both"/>
      </w:pPr>
      <w:r>
        <w:t>Lấy dị vật thanh quản gây mê ống cứng</w:t>
      </w:r>
    </w:p>
    <w:p>
      <w:pPr>
        <w:jc w:val="both"/>
      </w:pPr>
      <w:r>
        <w:t>722.000</w:t>
      </w:r>
    </w:p>
    <w:p>
      <w:pPr>
        <w:jc w:val="both"/>
      </w:pPr>
      <w:r>
        <w:t>814.000</w:t>
      </w:r>
    </w:p>
    <w:p>
      <w:pPr>
        <w:jc w:val="both"/>
      </w:pPr>
      <w:r>
        <w:t>915</w:t>
      </w:r>
    </w:p>
    <w:p>
      <w:pPr>
        <w:jc w:val="both"/>
      </w:pPr>
      <w:r>
        <w:t>905</w:t>
      </w:r>
    </w:p>
    <w:p>
      <w:pPr>
        <w:jc w:val="both"/>
      </w:pPr>
      <w:r>
        <w:t>04C3.4.239</w:t>
      </w:r>
    </w:p>
    <w:p>
      <w:pPr>
        <w:jc w:val="both"/>
      </w:pPr>
      <w:r>
        <w:t>Lấy dị vật thanh quản gây tê ống cứng</w:t>
      </w:r>
    </w:p>
    <w:p>
      <w:pPr>
        <w:jc w:val="both"/>
      </w:pPr>
      <w:r>
        <w:t>378.000</w:t>
      </w:r>
    </w:p>
    <w:p>
      <w:pPr>
        <w:jc w:val="both"/>
      </w:pPr>
      <w:r>
        <w:t>421.000</w:t>
      </w:r>
    </w:p>
    <w:p>
      <w:pPr>
        <w:jc w:val="both"/>
      </w:pPr>
      <w:r>
        <w:t>916</w:t>
      </w:r>
    </w:p>
    <w:p>
      <w:pPr>
        <w:jc w:val="both"/>
      </w:pPr>
      <w:r>
        <w:t>906</w:t>
      </w:r>
    </w:p>
    <w:p>
      <w:pPr>
        <w:jc w:val="both"/>
      </w:pPr>
      <w:r>
        <w:t>04C3.4.236</w:t>
      </w:r>
    </w:p>
    <w:p>
      <w:pPr>
        <w:jc w:val="both"/>
      </w:pPr>
      <w:r>
        <w:t>Lấy dị vật trong mũi có gây mê</w:t>
      </w:r>
    </w:p>
    <w:p>
      <w:pPr>
        <w:jc w:val="both"/>
      </w:pPr>
      <w:r>
        <w:t>684.000</w:t>
      </w:r>
    </w:p>
    <w:p>
      <w:pPr>
        <w:jc w:val="both"/>
      </w:pPr>
      <w:r>
        <w:t>778.000</w:t>
      </w:r>
    </w:p>
    <w:p>
      <w:pPr>
        <w:jc w:val="both"/>
      </w:pPr>
      <w:r>
        <w:t>917</w:t>
      </w:r>
    </w:p>
    <w:p>
      <w:pPr>
        <w:jc w:val="both"/>
      </w:pPr>
      <w:r>
        <w:t>907</w:t>
      </w:r>
    </w:p>
    <w:p>
      <w:pPr>
        <w:jc w:val="both"/>
      </w:pPr>
      <w:r>
        <w:t>04C3.4.235</w:t>
      </w:r>
    </w:p>
    <w:p>
      <w:pPr>
        <w:jc w:val="both"/>
      </w:pPr>
      <w:r>
        <w:t>Lấy dị vật trong mũi không gây mê</w:t>
      </w:r>
    </w:p>
    <w:p>
      <w:pPr>
        <w:jc w:val="both"/>
      </w:pPr>
      <w:r>
        <w:t>201.000</w:t>
      </w:r>
    </w:p>
    <w:p>
      <w:pPr>
        <w:jc w:val="both"/>
      </w:pPr>
      <w:r>
        <w:t>226.000</w:t>
      </w:r>
    </w:p>
    <w:p>
      <w:pPr>
        <w:jc w:val="both"/>
      </w:pPr>
      <w:r>
        <w:t>918</w:t>
      </w:r>
    </w:p>
    <w:p>
      <w:pPr>
        <w:jc w:val="both"/>
      </w:pPr>
      <w:r>
        <w:t>908</w:t>
      </w:r>
    </w:p>
    <w:p>
      <w:pPr>
        <w:jc w:val="both"/>
      </w:pPr>
      <w:r>
        <w:t>03C2.4.12</w:t>
      </w:r>
    </w:p>
    <w:p>
      <w:pPr>
        <w:jc w:val="both"/>
      </w:pPr>
      <w:r>
        <w:t>Lấy nút biểu bì ống tai</w:t>
      </w:r>
    </w:p>
    <w:p>
      <w:pPr>
        <w:jc w:val="both"/>
      </w:pPr>
      <w:r>
        <w:t>65.600</w:t>
      </w:r>
    </w:p>
    <w:p>
      <w:pPr>
        <w:jc w:val="both"/>
      </w:pPr>
      <w:r>
        <w:t>73.200</w:t>
      </w:r>
    </w:p>
    <w:p>
      <w:pPr>
        <w:jc w:val="both"/>
      </w:pPr>
      <w:r>
        <w:t>919</w:t>
      </w:r>
    </w:p>
    <w:p>
      <w:pPr>
        <w:jc w:val="both"/>
      </w:pPr>
      <w:r>
        <w:t>909</w:t>
      </w:r>
    </w:p>
    <w:p>
      <w:pPr>
        <w:jc w:val="both"/>
      </w:pPr>
      <w:r>
        <w:t>04C3.4.254</w:t>
      </w:r>
    </w:p>
    <w:p>
      <w:pPr>
        <w:jc w:val="both"/>
      </w:pPr>
      <w:r>
        <w:t>Mổ cắt bỏ u bã đậu vùng đầu mặt cổ gây mê</w:t>
      </w:r>
    </w:p>
    <w:p>
      <w:pPr>
        <w:jc w:val="both"/>
      </w:pPr>
      <w:r>
        <w:t>1.353.000</w:t>
      </w:r>
    </w:p>
    <w:p>
      <w:pPr>
        <w:jc w:val="both"/>
      </w:pPr>
      <w:r>
        <w:t>1.541.000</w:t>
      </w:r>
    </w:p>
    <w:p>
      <w:pPr>
        <w:jc w:val="both"/>
      </w:pPr>
      <w:r>
        <w:t>920</w:t>
      </w:r>
    </w:p>
    <w:p>
      <w:pPr>
        <w:jc w:val="both"/>
      </w:pPr>
      <w:r>
        <w:t>910</w:t>
      </w:r>
    </w:p>
    <w:p>
      <w:pPr>
        <w:jc w:val="both"/>
      </w:pPr>
      <w:r>
        <w:t>04C3.4.242</w:t>
      </w:r>
    </w:p>
    <w:p>
      <w:pPr>
        <w:jc w:val="both"/>
      </w:pPr>
      <w:r>
        <w:t>Mổ cắt bỏ u bã đậu vùng đầu mặt cổ gây tê</w:t>
      </w:r>
    </w:p>
    <w:p>
      <w:pPr>
        <w:jc w:val="both"/>
      </w:pPr>
      <w:r>
        <w:t>849.000</w:t>
      </w:r>
    </w:p>
    <w:p>
      <w:pPr>
        <w:jc w:val="both"/>
      </w:pPr>
      <w:r>
        <w:t>965.000</w:t>
      </w:r>
    </w:p>
    <w:p>
      <w:pPr>
        <w:jc w:val="both"/>
      </w:pPr>
      <w:r>
        <w:t>921</w:t>
      </w:r>
    </w:p>
    <w:p>
      <w:pPr>
        <w:jc w:val="both"/>
      </w:pPr>
      <w:r>
        <w:t>911</w:t>
      </w:r>
    </w:p>
    <w:p>
      <w:pPr>
        <w:jc w:val="both"/>
      </w:pPr>
      <w:r>
        <w:t>Mở sào bào - thượng nhĩ</w:t>
      </w:r>
    </w:p>
    <w:p>
      <w:pPr>
        <w:jc w:val="both"/>
      </w:pPr>
      <w:r>
        <w:t>3.843.000</w:t>
      </w:r>
    </w:p>
    <w:p>
      <w:pPr>
        <w:jc w:val="both"/>
      </w:pPr>
      <w:r>
        <w:t>4.316.000</w:t>
      </w:r>
    </w:p>
    <w:p>
      <w:pPr>
        <w:jc w:val="both"/>
      </w:pPr>
      <w:r>
        <w:t>Đã bao gồm chi phí mũi khoan</w:t>
      </w:r>
    </w:p>
    <w:p>
      <w:pPr>
        <w:jc w:val="both"/>
      </w:pPr>
      <w:r>
        <w:t>922</w:t>
      </w:r>
    </w:p>
    <w:p>
      <w:pPr>
        <w:jc w:val="both"/>
      </w:pPr>
      <w:r>
        <w:t>912</w:t>
      </w:r>
    </w:p>
    <w:p>
      <w:pPr>
        <w:jc w:val="both"/>
      </w:pPr>
      <w:r>
        <w:t>Nâng xương chính mũi sau chấn thương gây mê</w:t>
      </w:r>
    </w:p>
    <w:p>
      <w:pPr>
        <w:jc w:val="both"/>
      </w:pPr>
      <w:r>
        <w:t>2.720.000</w:t>
      </w:r>
    </w:p>
    <w:p>
      <w:pPr>
        <w:jc w:val="both"/>
      </w:pPr>
      <w:r>
        <w:t>3.090.000</w:t>
      </w:r>
    </w:p>
    <w:p>
      <w:pPr>
        <w:jc w:val="both"/>
      </w:pPr>
      <w:r>
        <w:t>923</w:t>
      </w:r>
    </w:p>
    <w:p>
      <w:pPr>
        <w:jc w:val="both"/>
      </w:pPr>
      <w:r>
        <w:t>913</w:t>
      </w:r>
    </w:p>
    <w:p>
      <w:pPr>
        <w:jc w:val="both"/>
      </w:pPr>
      <w:r>
        <w:t>Nâng xương chính mũi sau chấn thương gây tê</w:t>
      </w:r>
    </w:p>
    <w:p>
      <w:pPr>
        <w:jc w:val="both"/>
      </w:pPr>
      <w:r>
        <w:t>1.295.000</w:t>
      </w:r>
    </w:p>
    <w:p>
      <w:pPr>
        <w:jc w:val="both"/>
      </w:pPr>
      <w:r>
        <w:t>1.475.000</w:t>
      </w:r>
    </w:p>
    <w:p>
      <w:pPr>
        <w:jc w:val="both"/>
      </w:pPr>
      <w:r>
        <w:t>924</w:t>
      </w:r>
    </w:p>
    <w:p>
      <w:pPr>
        <w:jc w:val="both"/>
      </w:pPr>
      <w:r>
        <w:t>914</w:t>
      </w:r>
    </w:p>
    <w:p>
      <w:pPr>
        <w:jc w:val="both"/>
      </w:pPr>
      <w:r>
        <w:t>04C3.4.243</w:t>
      </w:r>
    </w:p>
    <w:p>
      <w:pPr>
        <w:jc w:val="both"/>
      </w:pPr>
      <w:r>
        <w:t>Nạo VA gây mê</w:t>
      </w:r>
    </w:p>
    <w:p>
      <w:pPr>
        <w:jc w:val="both"/>
      </w:pPr>
      <w:r>
        <w:t>813.000</w:t>
      </w:r>
    </w:p>
    <w:p>
      <w:pPr>
        <w:jc w:val="both"/>
      </w:pPr>
      <w:r>
        <w:t>915.000</w:t>
      </w:r>
    </w:p>
    <w:p>
      <w:pPr>
        <w:jc w:val="both"/>
      </w:pPr>
      <w:r>
        <w:t>925</w:t>
      </w:r>
    </w:p>
    <w:p>
      <w:pPr>
        <w:jc w:val="both"/>
      </w:pPr>
      <w:r>
        <w:t>915</w:t>
      </w:r>
    </w:p>
    <w:p>
      <w:pPr>
        <w:jc w:val="both"/>
      </w:pPr>
      <w:r>
        <w:t>Nạo vét hạch cổ chọn lọc</w:t>
      </w:r>
    </w:p>
    <w:p>
      <w:pPr>
        <w:jc w:val="both"/>
      </w:pPr>
      <w:r>
        <w:t>4.732.000</w:t>
      </w:r>
    </w:p>
    <w:p>
      <w:pPr>
        <w:jc w:val="both"/>
      </w:pPr>
      <w:r>
        <w:t>5.345.000</w:t>
      </w:r>
    </w:p>
    <w:p>
      <w:pPr>
        <w:jc w:val="both"/>
      </w:pPr>
      <w:r>
        <w:t>Chưa bao gồm dao siêu âm.</w:t>
      </w:r>
    </w:p>
    <w:p>
      <w:pPr>
        <w:jc w:val="both"/>
      </w:pPr>
      <w:r>
        <w:t>926</w:t>
      </w:r>
    </w:p>
    <w:p>
      <w:pPr>
        <w:jc w:val="both"/>
      </w:pPr>
      <w:r>
        <w:t>916</w:t>
      </w:r>
    </w:p>
    <w:p>
      <w:pPr>
        <w:jc w:val="both"/>
      </w:pPr>
      <w:r>
        <w:t>03C2.4.20</w:t>
      </w:r>
    </w:p>
    <w:p>
      <w:pPr>
        <w:jc w:val="both"/>
      </w:pPr>
      <w:r>
        <w:t>Nhét meche hoặc bấc mũi</w:t>
      </w:r>
    </w:p>
    <w:p>
      <w:pPr>
        <w:jc w:val="both"/>
      </w:pPr>
      <w:r>
        <w:t>124.000</w:t>
      </w:r>
    </w:p>
    <w:p>
      <w:pPr>
        <w:jc w:val="both"/>
      </w:pPr>
      <w:r>
        <w:t>136.000</w:t>
      </w:r>
    </w:p>
    <w:p>
      <w:pPr>
        <w:jc w:val="both"/>
      </w:pPr>
      <w:r>
        <w:t>927</w:t>
      </w:r>
    </w:p>
    <w:p>
      <w:pPr>
        <w:jc w:val="both"/>
      </w:pPr>
      <w:r>
        <w:t>917</w:t>
      </w:r>
    </w:p>
    <w:p>
      <w:pPr>
        <w:jc w:val="both"/>
      </w:pPr>
      <w:r>
        <w:t>03C2.4.55</w:t>
      </w:r>
    </w:p>
    <w:p>
      <w:pPr>
        <w:jc w:val="both"/>
      </w:pPr>
      <w:r>
        <w:t>Nối khí quản tận-tận trong điều trị sẹo hẹp</w:t>
      </w:r>
    </w:p>
    <w:p>
      <w:pPr>
        <w:jc w:val="both"/>
      </w:pPr>
      <w:r>
        <w:t>8.141.000</w:t>
      </w:r>
    </w:p>
    <w:p>
      <w:pPr>
        <w:jc w:val="both"/>
      </w:pPr>
      <w:r>
        <w:t>9.200.000</w:t>
      </w:r>
    </w:p>
    <w:p>
      <w:pPr>
        <w:jc w:val="both"/>
      </w:pPr>
      <w:r>
        <w:t>Chưa bao gồm stent.</w:t>
      </w:r>
    </w:p>
    <w:p>
      <w:pPr>
        <w:jc w:val="both"/>
      </w:pPr>
      <w:r>
        <w:t>928</w:t>
      </w:r>
    </w:p>
    <w:p>
      <w:pPr>
        <w:jc w:val="both"/>
      </w:pPr>
      <w:r>
        <w:t>918</w:t>
      </w:r>
    </w:p>
    <w:p>
      <w:pPr>
        <w:jc w:val="both"/>
      </w:pPr>
      <w:r>
        <w:t>04C3.4.247</w:t>
      </w:r>
    </w:p>
    <w:p>
      <w:pPr>
        <w:jc w:val="both"/>
      </w:pPr>
      <w:r>
        <w:t>Nội soi cắt polype mũi gây mê</w:t>
      </w:r>
    </w:p>
    <w:p>
      <w:pPr>
        <w:jc w:val="both"/>
      </w:pPr>
      <w:r>
        <w:t>679.000</w:t>
      </w:r>
    </w:p>
    <w:p>
      <w:pPr>
        <w:jc w:val="both"/>
      </w:pPr>
      <w:r>
        <w:t>768.000</w:t>
      </w:r>
    </w:p>
    <w:p>
      <w:pPr>
        <w:jc w:val="both"/>
      </w:pPr>
      <w:r>
        <w:t>929</w:t>
      </w:r>
    </w:p>
    <w:p>
      <w:pPr>
        <w:jc w:val="both"/>
      </w:pPr>
      <w:r>
        <w:t>919</w:t>
      </w:r>
    </w:p>
    <w:p>
      <w:pPr>
        <w:jc w:val="both"/>
      </w:pPr>
      <w:r>
        <w:t>04C3.4.241</w:t>
      </w:r>
    </w:p>
    <w:p>
      <w:pPr>
        <w:jc w:val="both"/>
      </w:pPr>
      <w:r>
        <w:t>Nội soi cắt polype mũi gây tê</w:t>
      </w:r>
    </w:p>
    <w:p>
      <w:pPr>
        <w:jc w:val="both"/>
      </w:pPr>
      <w:r>
        <w:t>468.000</w:t>
      </w:r>
    </w:p>
    <w:p>
      <w:pPr>
        <w:jc w:val="both"/>
      </w:pPr>
      <w:r>
        <w:t>529.000</w:t>
      </w:r>
    </w:p>
    <w:p>
      <w:pPr>
        <w:jc w:val="both"/>
      </w:pPr>
      <w:r>
        <w:t>930</w:t>
      </w:r>
    </w:p>
    <w:p>
      <w:pPr>
        <w:jc w:val="both"/>
      </w:pPr>
      <w:r>
        <w:t>920</w:t>
      </w:r>
    </w:p>
    <w:p>
      <w:pPr>
        <w:jc w:val="both"/>
      </w:pPr>
      <w:r>
        <w:t>04C3.4.231</w:t>
      </w:r>
    </w:p>
    <w:p>
      <w:pPr>
        <w:jc w:val="both"/>
      </w:pPr>
      <w:r>
        <w:t>Nội soi chọc rửa xoang hàm (gây tê)</w:t>
      </w:r>
    </w:p>
    <w:p>
      <w:pPr>
        <w:jc w:val="both"/>
      </w:pPr>
      <w:r>
        <w:t>289.000</w:t>
      </w:r>
    </w:p>
    <w:p>
      <w:pPr>
        <w:jc w:val="both"/>
      </w:pPr>
      <w:r>
        <w:t>323.000</w:t>
      </w:r>
    </w:p>
    <w:p>
      <w:pPr>
        <w:jc w:val="both"/>
      </w:pPr>
      <w:r>
        <w:t>931</w:t>
      </w:r>
    </w:p>
    <w:p>
      <w:pPr>
        <w:jc w:val="both"/>
      </w:pPr>
      <w:r>
        <w:t>921</w:t>
      </w:r>
    </w:p>
    <w:p>
      <w:pPr>
        <w:jc w:val="both"/>
      </w:pPr>
      <w:r>
        <w:t>04C3.4.232</w:t>
      </w:r>
    </w:p>
    <w:p>
      <w:pPr>
        <w:jc w:val="both"/>
      </w:pPr>
      <w:r>
        <w:t>Nội soi chọc thông xoang trán hoặc xoang bướm (gây tê)</w:t>
      </w:r>
    </w:p>
    <w:p>
      <w:pPr>
        <w:jc w:val="both"/>
      </w:pPr>
      <w:r>
        <w:t>289.000</w:t>
      </w:r>
    </w:p>
    <w:p>
      <w:pPr>
        <w:jc w:val="both"/>
      </w:pPr>
      <w:r>
        <w:t>323.000</w:t>
      </w:r>
    </w:p>
    <w:p>
      <w:pPr>
        <w:jc w:val="both"/>
      </w:pPr>
      <w:r>
        <w:t>932</w:t>
      </w:r>
    </w:p>
    <w:p>
      <w:pPr>
        <w:jc w:val="both"/>
      </w:pPr>
      <w:r>
        <w:t>922</w:t>
      </w:r>
    </w:p>
    <w:p>
      <w:pPr>
        <w:jc w:val="both"/>
      </w:pPr>
      <w:r>
        <w:t>04C3.4.240</w:t>
      </w:r>
    </w:p>
    <w:p>
      <w:pPr>
        <w:jc w:val="both"/>
      </w:pPr>
      <w:r>
        <w:t>Nội soi đốt điện cuốn mũi hoặc cắt cuốn mũi gây tê</w:t>
      </w:r>
    </w:p>
    <w:p>
      <w:pPr>
        <w:jc w:val="both"/>
      </w:pPr>
      <w:r>
        <w:t>463.000</w:t>
      </w:r>
    </w:p>
    <w:p>
      <w:pPr>
        <w:jc w:val="both"/>
      </w:pPr>
      <w:r>
        <w:t>519.000</w:t>
      </w:r>
    </w:p>
    <w:p>
      <w:pPr>
        <w:jc w:val="both"/>
      </w:pPr>
      <w:r>
        <w:t>93</w:t>
      </w:r>
    </w:p>
    <w:p>
      <w:pPr>
        <w:jc w:val="both"/>
      </w:pPr>
      <w:r>
        <w:t>923</w:t>
      </w:r>
    </w:p>
    <w:p>
      <w:pPr>
        <w:jc w:val="both"/>
      </w:pPr>
      <w:r>
        <w:t>04C3.4.253</w:t>
      </w:r>
    </w:p>
    <w:p>
      <w:pPr>
        <w:jc w:val="both"/>
      </w:pPr>
      <w:r>
        <w:t>Nội soi đốt điện cuốn mũi hoặc cắt cuốn mũi gây mê</w:t>
      </w:r>
    </w:p>
    <w:p>
      <w:pPr>
        <w:jc w:val="both"/>
      </w:pPr>
      <w:r>
        <w:t>684.000</w:t>
      </w:r>
    </w:p>
    <w:p>
      <w:pPr>
        <w:jc w:val="both"/>
      </w:pPr>
      <w:r>
        <w:t>778.000</w:t>
      </w:r>
    </w:p>
    <w:p>
      <w:pPr>
        <w:jc w:val="both"/>
      </w:pPr>
      <w:r>
        <w:t>934</w:t>
      </w:r>
    </w:p>
    <w:p>
      <w:pPr>
        <w:jc w:val="both"/>
      </w:pPr>
      <w:r>
        <w:t>924</w:t>
      </w:r>
    </w:p>
    <w:p>
      <w:pPr>
        <w:jc w:val="both"/>
      </w:pPr>
      <w:r>
        <w:t>Nội soi đường hô hấp và tiêu hóa trên</w:t>
      </w:r>
    </w:p>
    <w:p>
      <w:pPr>
        <w:jc w:val="both"/>
      </w:pPr>
      <w:r>
        <w:t>2.242.000</w:t>
      </w:r>
    </w:p>
    <w:p>
      <w:pPr>
        <w:jc w:val="both"/>
      </w:pPr>
      <w:r>
        <w:t>2.537.000</w:t>
      </w:r>
    </w:p>
    <w:p>
      <w:pPr>
        <w:jc w:val="both"/>
      </w:pPr>
      <w:r>
        <w:t>935</w:t>
      </w:r>
    </w:p>
    <w:p>
      <w:pPr>
        <w:jc w:val="both"/>
      </w:pPr>
      <w:r>
        <w:t>925</w:t>
      </w:r>
    </w:p>
    <w:p>
      <w:pPr>
        <w:jc w:val="both"/>
      </w:pPr>
      <w:r>
        <w:t>04C3.4.244</w:t>
      </w:r>
    </w:p>
    <w:p>
      <w:pPr>
        <w:jc w:val="both"/>
      </w:pPr>
      <w:r>
        <w:t>Nội soi lấy dị vật thực quản gây mê ống cứng</w:t>
      </w:r>
    </w:p>
    <w:p>
      <w:pPr>
        <w:jc w:val="both"/>
      </w:pPr>
      <w:r>
        <w:t>722.000</w:t>
      </w:r>
    </w:p>
    <w:p>
      <w:pPr>
        <w:jc w:val="both"/>
      </w:pPr>
      <w:r>
        <w:t>814.000</w:t>
      </w:r>
    </w:p>
    <w:p>
      <w:pPr>
        <w:jc w:val="both"/>
      </w:pPr>
      <w:r>
        <w:t>936</w:t>
      </w:r>
    </w:p>
    <w:p>
      <w:pPr>
        <w:jc w:val="both"/>
      </w:pPr>
      <w:r>
        <w:t>926</w:t>
      </w:r>
    </w:p>
    <w:p>
      <w:pPr>
        <w:jc w:val="both"/>
      </w:pPr>
      <w:r>
        <w:t>04C3.4.245</w:t>
      </w:r>
    </w:p>
    <w:p>
      <w:pPr>
        <w:jc w:val="both"/>
      </w:pPr>
      <w:r>
        <w:t>Nội soi lấy dị vật thực quản gây mê ống mềm</w:t>
      </w:r>
    </w:p>
    <w:p>
      <w:pPr>
        <w:jc w:val="both"/>
      </w:pPr>
      <w:r>
        <w:t>742.000</w:t>
      </w:r>
    </w:p>
    <w:p>
      <w:pPr>
        <w:jc w:val="both"/>
      </w:pPr>
      <w:r>
        <w:t>837.000</w:t>
      </w:r>
    </w:p>
    <w:p>
      <w:pPr>
        <w:jc w:val="both"/>
      </w:pPr>
      <w:r>
        <w:t>937</w:t>
      </w:r>
    </w:p>
    <w:p>
      <w:pPr>
        <w:jc w:val="both"/>
      </w:pPr>
      <w:r>
        <w:t>927</w:t>
      </w:r>
    </w:p>
    <w:p>
      <w:pPr>
        <w:jc w:val="both"/>
      </w:pPr>
      <w:r>
        <w:t>04C3.4.237</w:t>
      </w:r>
    </w:p>
    <w:p>
      <w:pPr>
        <w:jc w:val="both"/>
      </w:pPr>
      <w:r>
        <w:t>Nội soi lấy dị vật thực quản gây tê ống cứng</w:t>
      </w:r>
    </w:p>
    <w:p>
      <w:pPr>
        <w:jc w:val="both"/>
      </w:pPr>
      <w:r>
        <w:t>234.000</w:t>
      </w:r>
    </w:p>
    <w:p>
      <w:pPr>
        <w:jc w:val="both"/>
      </w:pPr>
      <w:r>
        <w:t>259.000</w:t>
      </w:r>
    </w:p>
    <w:p>
      <w:pPr>
        <w:jc w:val="both"/>
      </w:pPr>
      <w:r>
        <w:t>938</w:t>
      </w:r>
    </w:p>
    <w:p>
      <w:pPr>
        <w:jc w:val="both"/>
      </w:pPr>
      <w:r>
        <w:t>928</w:t>
      </w:r>
    </w:p>
    <w:p>
      <w:pPr>
        <w:jc w:val="both"/>
      </w:pPr>
      <w:r>
        <w:t>04C3.4.238</w:t>
      </w:r>
    </w:p>
    <w:p>
      <w:pPr>
        <w:jc w:val="both"/>
      </w:pPr>
      <w:r>
        <w:t>Nội soi lấy dị vật thực quản gây tê ống mềm</w:t>
      </w:r>
    </w:p>
    <w:p>
      <w:pPr>
        <w:jc w:val="both"/>
      </w:pPr>
      <w:r>
        <w:t>329.000</w:t>
      </w:r>
    </w:p>
    <w:p>
      <w:pPr>
        <w:jc w:val="both"/>
      </w:pPr>
      <w:r>
        <w:t>369.000</w:t>
      </w:r>
    </w:p>
    <w:p>
      <w:pPr>
        <w:jc w:val="both"/>
      </w:pPr>
      <w:r>
        <w:t>939</w:t>
      </w:r>
    </w:p>
    <w:p>
      <w:pPr>
        <w:jc w:val="both"/>
      </w:pPr>
      <w:r>
        <w:t>929</w:t>
      </w:r>
    </w:p>
    <w:p>
      <w:pPr>
        <w:jc w:val="both"/>
      </w:pPr>
      <w:r>
        <w:t>04C3.4.255</w:t>
      </w:r>
    </w:p>
    <w:p>
      <w:pPr>
        <w:jc w:val="both"/>
      </w:pPr>
      <w:r>
        <w:t>Nội soi nạo VA gây mê sử dụng Hummer</w:t>
      </w:r>
    </w:p>
    <w:p>
      <w:pPr>
        <w:jc w:val="both"/>
      </w:pPr>
      <w:r>
        <w:t>1.605.000</w:t>
      </w:r>
    </w:p>
    <w:p>
      <w:pPr>
        <w:jc w:val="both"/>
      </w:pPr>
      <w:r>
        <w:t>1.821.000</w:t>
      </w:r>
    </w:p>
    <w:p>
      <w:pPr>
        <w:jc w:val="both"/>
      </w:pPr>
      <w:r>
        <w:t>Đã bao gồm cả dao Hummer.</w:t>
      </w:r>
    </w:p>
    <w:p>
      <w:pPr>
        <w:jc w:val="both"/>
      </w:pPr>
      <w:r>
        <w:t>940</w:t>
      </w:r>
    </w:p>
    <w:p>
      <w:pPr>
        <w:jc w:val="both"/>
      </w:pPr>
      <w:r>
        <w:t>930</w:t>
      </w:r>
    </w:p>
    <w:p>
      <w:pPr>
        <w:jc w:val="both"/>
      </w:pPr>
      <w:r>
        <w:t>Nội soi phế quản ống cứng lấy dị vật gây tê</w:t>
      </w:r>
    </w:p>
    <w:p>
      <w:pPr>
        <w:jc w:val="both"/>
      </w:pPr>
      <w:r>
        <w:t>668.000</w:t>
      </w:r>
    </w:p>
    <w:p>
      <w:pPr>
        <w:jc w:val="both"/>
      </w:pPr>
      <w:r>
        <w:t>724.000</w:t>
      </w:r>
    </w:p>
    <w:p>
      <w:pPr>
        <w:jc w:val="both"/>
      </w:pPr>
      <w:r>
        <w:t>941</w:t>
      </w:r>
    </w:p>
    <w:p>
      <w:pPr>
        <w:jc w:val="both"/>
      </w:pPr>
      <w:r>
        <w:t>931</w:t>
      </w:r>
    </w:p>
    <w:p>
      <w:pPr>
        <w:jc w:val="both"/>
      </w:pPr>
      <w:r>
        <w:t>Nội soi sinh thiết vòm mũi họng gây mê</w:t>
      </w:r>
    </w:p>
    <w:p>
      <w:pPr>
        <w:jc w:val="both"/>
      </w:pPr>
      <w:r>
        <w:t>1.575.000</w:t>
      </w:r>
    </w:p>
    <w:p>
      <w:pPr>
        <w:jc w:val="both"/>
      </w:pPr>
      <w:r>
        <w:t>1.800.000</w:t>
      </w:r>
    </w:p>
    <w:p>
      <w:pPr>
        <w:jc w:val="both"/>
      </w:pPr>
      <w:r>
        <w:t>942</w:t>
      </w:r>
    </w:p>
    <w:p>
      <w:pPr>
        <w:jc w:val="both"/>
      </w:pPr>
      <w:r>
        <w:t>932</w:t>
      </w:r>
    </w:p>
    <w:p>
      <w:pPr>
        <w:jc w:val="both"/>
      </w:pPr>
      <w:r>
        <w:t>03C2.4.25</w:t>
      </w:r>
    </w:p>
    <w:p>
      <w:pPr>
        <w:jc w:val="both"/>
      </w:pPr>
      <w:r>
        <w:t>Nội soi sinh thiết vòm mũi họng gây tê</w:t>
      </w:r>
    </w:p>
    <w:p>
      <w:pPr>
        <w:jc w:val="both"/>
      </w:pPr>
      <w:r>
        <w:t>524.000</w:t>
      </w:r>
    </w:p>
    <w:p>
      <w:pPr>
        <w:jc w:val="both"/>
      </w:pPr>
      <w:r>
        <w:t>593.000</w:t>
      </w:r>
    </w:p>
    <w:p>
      <w:pPr>
        <w:jc w:val="both"/>
      </w:pPr>
      <w:r>
        <w:t>943</w:t>
      </w:r>
    </w:p>
    <w:p>
      <w:pPr>
        <w:jc w:val="both"/>
      </w:pPr>
      <w:r>
        <w:t>933</w:t>
      </w:r>
    </w:p>
    <w:p>
      <w:pPr>
        <w:jc w:val="both"/>
      </w:pPr>
      <w:r>
        <w:t>03C2.4.37</w:t>
      </w:r>
    </w:p>
    <w:p>
      <w:pPr>
        <w:jc w:val="both"/>
      </w:pPr>
      <w:r>
        <w:t>Nội soi Tai Mũi Họng</w:t>
      </w:r>
    </w:p>
    <w:p>
      <w:pPr>
        <w:jc w:val="both"/>
      </w:pPr>
      <w:r>
        <w:t>108.000</w:t>
      </w:r>
    </w:p>
    <w:p>
      <w:pPr>
        <w:jc w:val="both"/>
      </w:pPr>
      <w:r>
        <w:t>121.000</w:t>
      </w:r>
    </w:p>
    <w:p>
      <w:pPr>
        <w:jc w:val="both"/>
      </w:pPr>
      <w:r>
        <w:t>Trường hợp chỉ nội soi Tai hoặc Mũi hoặc Họng thì thanh toán 40.000 đồng/ca.</w:t>
      </w:r>
    </w:p>
    <w:p>
      <w:pPr>
        <w:jc w:val="both"/>
      </w:pPr>
      <w:r>
        <w:t>944</w:t>
      </w:r>
    </w:p>
    <w:p>
      <w:pPr>
        <w:jc w:val="both"/>
      </w:pPr>
      <w:r>
        <w:t>934</w:t>
      </w:r>
    </w:p>
    <w:p>
      <w:pPr>
        <w:jc w:val="both"/>
      </w:pPr>
      <w:r>
        <w:t>03C2.4.9</w:t>
      </w:r>
    </w:p>
    <w:p>
      <w:pPr>
        <w:jc w:val="both"/>
      </w:pPr>
      <w:r>
        <w:t>Nong vòi nhĩ</w:t>
      </w:r>
    </w:p>
    <w:p>
      <w:pPr>
        <w:jc w:val="both"/>
      </w:pPr>
      <w:r>
        <w:t>40.600</w:t>
      </w:r>
    </w:p>
    <w:p>
      <w:pPr>
        <w:jc w:val="both"/>
      </w:pPr>
      <w:r>
        <w:t>44.400</w:t>
      </w:r>
    </w:p>
    <w:p>
      <w:pPr>
        <w:jc w:val="both"/>
      </w:pPr>
      <w:r>
        <w:t>945</w:t>
      </w:r>
    </w:p>
    <w:p>
      <w:pPr>
        <w:jc w:val="both"/>
      </w:pPr>
      <w:r>
        <w:t>935</w:t>
      </w:r>
    </w:p>
    <w:p>
      <w:pPr>
        <w:jc w:val="both"/>
      </w:pPr>
      <w:r>
        <w:t>03C2.4.34</w:t>
      </w:r>
    </w:p>
    <w:p>
      <w:pPr>
        <w:jc w:val="both"/>
      </w:pPr>
      <w:r>
        <w:t>Nong vòi nhĩ nội soi</w:t>
      </w:r>
    </w:p>
    <w:p>
      <w:pPr>
        <w:jc w:val="both"/>
      </w:pPr>
      <w:r>
        <w:t>122.000</w:t>
      </w:r>
    </w:p>
    <w:p>
      <w:pPr>
        <w:jc w:val="both"/>
      </w:pPr>
      <w:r>
        <w:t>136.000</w:t>
      </w:r>
    </w:p>
    <w:p>
      <w:pPr>
        <w:jc w:val="both"/>
      </w:pPr>
      <w:r>
        <w:t>946</w:t>
      </w:r>
    </w:p>
    <w:p>
      <w:pPr>
        <w:jc w:val="both"/>
      </w:pPr>
      <w:r>
        <w:t>936</w:t>
      </w:r>
    </w:p>
    <w:p>
      <w:pPr>
        <w:jc w:val="both"/>
      </w:pPr>
      <w:r>
        <w:t>03C2.4.66</w:t>
      </w:r>
    </w:p>
    <w:p>
      <w:pPr>
        <w:jc w:val="both"/>
      </w:pPr>
      <w:r>
        <w:t>Phẫu thuật áp xe não do tai</w:t>
      </w:r>
    </w:p>
    <w:p>
      <w:pPr>
        <w:jc w:val="both"/>
      </w:pPr>
      <w:r>
        <w:t>6.054.000</w:t>
      </w:r>
    </w:p>
    <w:p>
      <w:pPr>
        <w:jc w:val="both"/>
      </w:pPr>
      <w:r>
        <w:t>6.867.000</w:t>
      </w:r>
    </w:p>
    <w:p>
      <w:pPr>
        <w:jc w:val="both"/>
      </w:pPr>
      <w:r>
        <w:t>947</w:t>
      </w:r>
    </w:p>
    <w:p>
      <w:pPr>
        <w:jc w:val="both"/>
      </w:pPr>
      <w:r>
        <w:t>937</w:t>
      </w:r>
    </w:p>
    <w:p>
      <w:pPr>
        <w:jc w:val="both"/>
      </w:pPr>
      <w:r>
        <w:t>Phẫu thuật cắt Amidan bằng dao điện</w:t>
      </w:r>
    </w:p>
    <w:p>
      <w:pPr>
        <w:jc w:val="both"/>
      </w:pPr>
      <w:r>
        <w:t>1.689.000</w:t>
      </w:r>
    </w:p>
    <w:p>
      <w:pPr>
        <w:jc w:val="both"/>
      </w:pPr>
      <w:r>
        <w:t>1.908.000</w:t>
      </w:r>
    </w:p>
    <w:p>
      <w:pPr>
        <w:jc w:val="both"/>
      </w:pPr>
      <w:r>
        <w:t>948</w:t>
      </w:r>
    </w:p>
    <w:p>
      <w:pPr>
        <w:jc w:val="both"/>
      </w:pPr>
      <w:r>
        <w:t>937</w:t>
      </w:r>
    </w:p>
    <w:p>
      <w:pPr>
        <w:jc w:val="both"/>
      </w:pPr>
      <w:r>
        <w:t>Phẫu thuật cắt Amidan bằng dao plasma hoặc dao laser hoặc dao siêu âm.</w:t>
      </w:r>
    </w:p>
    <w:p>
      <w:pPr>
        <w:jc w:val="both"/>
      </w:pPr>
      <w:r>
        <w:t>3.856.000</w:t>
      </w:r>
    </w:p>
    <w:p>
      <w:pPr>
        <w:jc w:val="both"/>
      </w:pPr>
      <w:r>
        <w:t>4.365.000</w:t>
      </w:r>
    </w:p>
    <w:p>
      <w:pPr>
        <w:jc w:val="both"/>
      </w:pPr>
      <w:r>
        <w:t>Đã bao gồm dao cắt.</w:t>
      </w:r>
    </w:p>
    <w:p>
      <w:pPr>
        <w:jc w:val="both"/>
      </w:pPr>
      <w:r>
        <w:t>949</w:t>
      </w:r>
    </w:p>
    <w:p>
      <w:pPr>
        <w:jc w:val="both"/>
      </w:pPr>
      <w:r>
        <w:t>938</w:t>
      </w:r>
    </w:p>
    <w:p>
      <w:pPr>
        <w:jc w:val="both"/>
      </w:pPr>
      <w:r>
        <w:t>Phẫu thuật cắt bán phần thanh quản trên nhẫn kiểu CHEP</w:t>
      </w:r>
    </w:p>
    <w:p>
      <w:pPr>
        <w:jc w:val="both"/>
      </w:pPr>
      <w:r>
        <w:t>5.147.000</w:t>
      </w:r>
    </w:p>
    <w:p>
      <w:pPr>
        <w:jc w:val="both"/>
      </w:pPr>
      <w:r>
        <w:t>5.823.000</w:t>
      </w:r>
    </w:p>
    <w:p>
      <w:pPr>
        <w:jc w:val="both"/>
      </w:pPr>
      <w:r>
        <w:t>950</w:t>
      </w:r>
    </w:p>
    <w:p>
      <w:pPr>
        <w:jc w:val="both"/>
      </w:pPr>
      <w:r>
        <w:t>939</w:t>
      </w:r>
    </w:p>
    <w:p>
      <w:pPr>
        <w:jc w:val="both"/>
      </w:pPr>
      <w:r>
        <w:t>03C2.4.61</w:t>
      </w:r>
    </w:p>
    <w:p>
      <w:pPr>
        <w:jc w:val="both"/>
      </w:pPr>
      <w:r>
        <w:t>Phẫu thuật cắt bỏ u thành bên họng lan lên đáy sọ có kiểm soát bằng kính hiển vi và nội soi</w:t>
      </w:r>
    </w:p>
    <w:p>
      <w:pPr>
        <w:jc w:val="both"/>
      </w:pPr>
      <w:r>
        <w:t>9.621.000</w:t>
      </w:r>
    </w:p>
    <w:p>
      <w:pPr>
        <w:jc w:val="both"/>
      </w:pPr>
      <w:r>
        <w:t>10.904.000</w:t>
      </w:r>
    </w:p>
    <w:p>
      <w:pPr>
        <w:jc w:val="both"/>
      </w:pPr>
      <w:r>
        <w:t>951</w:t>
      </w:r>
    </w:p>
    <w:p>
      <w:pPr>
        <w:jc w:val="both"/>
      </w:pPr>
      <w:r>
        <w:t>940</w:t>
      </w:r>
    </w:p>
    <w:p>
      <w:pPr>
        <w:jc w:val="both"/>
      </w:pPr>
      <w:r>
        <w:t>03C2.4.67</w:t>
      </w:r>
    </w:p>
    <w:p>
      <w:pPr>
        <w:jc w:val="both"/>
      </w:pPr>
      <w:r>
        <w:t>Phẫu thuật cắt bỏ ung thư Amidan hoặc thanh quản và nạo vét hạch cổ</w:t>
      </w:r>
    </w:p>
    <w:p>
      <w:pPr>
        <w:jc w:val="both"/>
      </w:pPr>
      <w:r>
        <w:t>5.776.000</w:t>
      </w:r>
    </w:p>
    <w:p>
      <w:pPr>
        <w:jc w:val="both"/>
      </w:pPr>
      <w:r>
        <w:t>6.547.000</w:t>
      </w:r>
    </w:p>
    <w:p>
      <w:pPr>
        <w:jc w:val="both"/>
      </w:pPr>
      <w:r>
        <w:t>952</w:t>
      </w:r>
    </w:p>
    <w:p>
      <w:pPr>
        <w:jc w:val="both"/>
      </w:pPr>
      <w:r>
        <w:t>941</w:t>
      </w:r>
    </w:p>
    <w:p>
      <w:pPr>
        <w:jc w:val="both"/>
      </w:pPr>
      <w:r>
        <w:t>03C2.4.68</w:t>
      </w:r>
    </w:p>
    <w:p>
      <w:pPr>
        <w:jc w:val="both"/>
      </w:pPr>
      <w:r>
        <w:t>Phẫu thuật cắt bỏ ung thư lưỡi có tái tạo vạt cơ da</w:t>
      </w:r>
    </w:p>
    <w:p>
      <w:pPr>
        <w:jc w:val="both"/>
      </w:pPr>
      <w:r>
        <w:t>6.956.000</w:t>
      </w:r>
    </w:p>
    <w:p>
      <w:pPr>
        <w:jc w:val="both"/>
      </w:pPr>
      <w:r>
        <w:t>7.861.000</w:t>
      </w:r>
    </w:p>
    <w:p>
      <w:pPr>
        <w:jc w:val="both"/>
      </w:pPr>
      <w:r>
        <w:t>953</w:t>
      </w:r>
    </w:p>
    <w:p>
      <w:pPr>
        <w:jc w:val="both"/>
      </w:pPr>
      <w:r>
        <w:t>942</w:t>
      </w:r>
    </w:p>
    <w:p>
      <w:pPr>
        <w:jc w:val="both"/>
      </w:pPr>
      <w:r>
        <w:t>Phẫu thuật cắt Concha Bullosa cuốn mũi</w:t>
      </w:r>
    </w:p>
    <w:p>
      <w:pPr>
        <w:jc w:val="both"/>
      </w:pPr>
      <w:r>
        <w:t>3.996.000</w:t>
      </w:r>
    </w:p>
    <w:p>
      <w:pPr>
        <w:jc w:val="both"/>
      </w:pPr>
      <w:r>
        <w:t>4.493.000</w:t>
      </w:r>
    </w:p>
    <w:p>
      <w:pPr>
        <w:jc w:val="both"/>
      </w:pPr>
      <w:r>
        <w:t>954</w:t>
      </w:r>
    </w:p>
    <w:p>
      <w:pPr>
        <w:jc w:val="both"/>
      </w:pPr>
      <w:r>
        <w:t>943</w:t>
      </w:r>
    </w:p>
    <w:p>
      <w:pPr>
        <w:jc w:val="both"/>
      </w:pPr>
      <w:r>
        <w:t>Phẫu thuật cắt dây thanh bằng Laser</w:t>
      </w:r>
    </w:p>
    <w:p>
      <w:pPr>
        <w:jc w:val="both"/>
      </w:pPr>
      <w:r>
        <w:t>4.732.000</w:t>
      </w:r>
    </w:p>
    <w:p>
      <w:pPr>
        <w:jc w:val="both"/>
      </w:pPr>
      <w:r>
        <w:t>5.345.000</w:t>
      </w:r>
    </w:p>
    <w:p>
      <w:pPr>
        <w:jc w:val="both"/>
      </w:pPr>
      <w:r>
        <w:t>955</w:t>
      </w:r>
    </w:p>
    <w:p>
      <w:pPr>
        <w:jc w:val="both"/>
      </w:pPr>
      <w:r>
        <w:t>944</w:t>
      </w:r>
    </w:p>
    <w:p>
      <w:pPr>
        <w:jc w:val="both"/>
      </w:pPr>
      <w:r>
        <w:t>Phẫu thuật cắt tuyến dưới hàm</w:t>
      </w:r>
    </w:p>
    <w:p>
      <w:pPr>
        <w:jc w:val="both"/>
      </w:pPr>
      <w:r>
        <w:t>4.740.000</w:t>
      </w:r>
    </w:p>
    <w:p>
      <w:pPr>
        <w:jc w:val="both"/>
      </w:pPr>
      <w:r>
        <w:t>5.354.000</w:t>
      </w:r>
    </w:p>
    <w:p>
      <w:pPr>
        <w:jc w:val="both"/>
      </w:pPr>
      <w:r>
        <w:t>Chưa bao gồm dao siêu âm.</w:t>
      </w:r>
    </w:p>
    <w:p>
      <w:pPr>
        <w:jc w:val="both"/>
      </w:pPr>
      <w:r>
        <w:t>956</w:t>
      </w:r>
    </w:p>
    <w:p>
      <w:pPr>
        <w:jc w:val="both"/>
      </w:pPr>
      <w:r>
        <w:t>945</w:t>
      </w:r>
    </w:p>
    <w:p>
      <w:pPr>
        <w:jc w:val="both"/>
      </w:pPr>
      <w:r>
        <w:t>Phẫu thuật cắt tuyến mang tai có hoặc không bảo tồn dây VII</w:t>
      </w:r>
    </w:p>
    <w:p>
      <w:pPr>
        <w:jc w:val="both"/>
      </w:pPr>
      <w:r>
        <w:t>4.740.000</w:t>
      </w:r>
    </w:p>
    <w:p>
      <w:pPr>
        <w:jc w:val="both"/>
      </w:pPr>
      <w:r>
        <w:t>5.354.000</w:t>
      </w:r>
    </w:p>
    <w:p>
      <w:pPr>
        <w:jc w:val="both"/>
      </w:pPr>
      <w:r>
        <w:t>Chưa bao gồm dao siêu âm.</w:t>
      </w:r>
    </w:p>
    <w:p>
      <w:pPr>
        <w:jc w:val="both"/>
      </w:pPr>
      <w:r>
        <w:t>957</w:t>
      </w:r>
    </w:p>
    <w:p>
      <w:pPr>
        <w:jc w:val="both"/>
      </w:pPr>
      <w:r>
        <w:t>946</w:t>
      </w:r>
    </w:p>
    <w:p>
      <w:pPr>
        <w:jc w:val="both"/>
      </w:pPr>
      <w:r>
        <w:t>Phẫu thuật chấn thương khối mũi sàng</w:t>
      </w:r>
    </w:p>
    <w:p>
      <w:pPr>
        <w:jc w:val="both"/>
      </w:pPr>
      <w:r>
        <w:t>8.419.000</w:t>
      </w:r>
    </w:p>
    <w:p>
      <w:pPr>
        <w:jc w:val="both"/>
      </w:pPr>
      <w:r>
        <w:t>9.362.000</w:t>
      </w:r>
    </w:p>
    <w:p>
      <w:pPr>
        <w:jc w:val="both"/>
      </w:pPr>
      <w:r>
        <w:t>958</w:t>
      </w:r>
    </w:p>
    <w:p>
      <w:pPr>
        <w:jc w:val="both"/>
      </w:pPr>
      <w:r>
        <w:t>947</w:t>
      </w:r>
    </w:p>
    <w:p>
      <w:pPr>
        <w:jc w:val="both"/>
      </w:pPr>
      <w:r>
        <w:t>Phẫu thuật chấn thương xoang sàng - hàm</w:t>
      </w:r>
    </w:p>
    <w:p>
      <w:pPr>
        <w:jc w:val="both"/>
      </w:pPr>
      <w:r>
        <w:t>5.453.000</w:t>
      </w:r>
    </w:p>
    <w:p>
      <w:pPr>
        <w:jc w:val="both"/>
      </w:pPr>
      <w:r>
        <w:t>6.175.000</w:t>
      </w:r>
    </w:p>
    <w:p>
      <w:pPr>
        <w:jc w:val="both"/>
      </w:pPr>
      <w:r>
        <w:t>959</w:t>
      </w:r>
    </w:p>
    <w:p>
      <w:pPr>
        <w:jc w:val="both"/>
      </w:pPr>
      <w:r>
        <w:t>948</w:t>
      </w:r>
    </w:p>
    <w:p>
      <w:pPr>
        <w:jc w:val="both"/>
      </w:pPr>
      <w:r>
        <w:t>Phẫu thuật chỉnh hình sẹo hẹp thanh khí quản bằng đặt ống nong</w:t>
      </w:r>
    </w:p>
    <w:p>
      <w:pPr>
        <w:jc w:val="both"/>
      </w:pPr>
      <w:r>
        <w:t>4.732.000</w:t>
      </w:r>
    </w:p>
    <w:p>
      <w:pPr>
        <w:jc w:val="both"/>
      </w:pPr>
      <w:r>
        <w:t>5.345.000</w:t>
      </w:r>
    </w:p>
    <w:p>
      <w:pPr>
        <w:jc w:val="both"/>
      </w:pPr>
      <w:r>
        <w:t>Chưa bao gồm chi phí mũi khoan.</w:t>
      </w:r>
    </w:p>
    <w:p>
      <w:pPr>
        <w:jc w:val="both"/>
      </w:pPr>
      <w:r>
        <w:t>960</w:t>
      </w:r>
    </w:p>
    <w:p>
      <w:pPr>
        <w:jc w:val="both"/>
      </w:pPr>
      <w:r>
        <w:t>949</w:t>
      </w:r>
    </w:p>
    <w:p>
      <w:pPr>
        <w:jc w:val="both"/>
      </w:pPr>
      <w:r>
        <w:t>03C2.4.52</w:t>
      </w:r>
    </w:p>
    <w:p>
      <w:pPr>
        <w:jc w:val="both"/>
      </w:pPr>
      <w:r>
        <w:t>Phẫu thuật đỉnh xương đá</w:t>
      </w:r>
    </w:p>
    <w:p>
      <w:pPr>
        <w:jc w:val="both"/>
      </w:pPr>
      <w:r>
        <w:t>4.575.000</w:t>
      </w:r>
    </w:p>
    <w:p>
      <w:pPr>
        <w:jc w:val="both"/>
      </w:pPr>
      <w:r>
        <w:t>5.104.000</w:t>
      </w:r>
    </w:p>
    <w:p>
      <w:pPr>
        <w:jc w:val="both"/>
      </w:pPr>
      <w:r>
        <w:t>961</w:t>
      </w:r>
    </w:p>
    <w:p>
      <w:pPr>
        <w:jc w:val="both"/>
      </w:pPr>
      <w:r>
        <w:t>950</w:t>
      </w:r>
    </w:p>
    <w:p>
      <w:pPr>
        <w:jc w:val="both"/>
      </w:pPr>
      <w:r>
        <w:t>Phẫu thuật giảm áp dây VII</w:t>
      </w:r>
    </w:p>
    <w:p>
      <w:pPr>
        <w:jc w:val="both"/>
      </w:pPr>
      <w:r>
        <w:t>7.208.000</w:t>
      </w:r>
    </w:p>
    <w:p>
      <w:pPr>
        <w:jc w:val="both"/>
      </w:pPr>
      <w:r>
        <w:t>8.126.000</w:t>
      </w:r>
    </w:p>
    <w:p>
      <w:pPr>
        <w:jc w:val="both"/>
      </w:pPr>
      <w:r>
        <w:t>962</w:t>
      </w:r>
    </w:p>
    <w:p>
      <w:pPr>
        <w:jc w:val="both"/>
      </w:pPr>
      <w:r>
        <w:t>951</w:t>
      </w:r>
    </w:p>
    <w:p>
      <w:pPr>
        <w:jc w:val="both"/>
      </w:pPr>
      <w:r>
        <w:t>Phẫu thuật kết hợp xương trong chấn thương sọ mặt</w:t>
      </w:r>
    </w:p>
    <w:p>
      <w:pPr>
        <w:jc w:val="both"/>
      </w:pPr>
      <w:r>
        <w:t>5.453.000</w:t>
      </w:r>
    </w:p>
    <w:p>
      <w:pPr>
        <w:jc w:val="both"/>
      </w:pPr>
      <w:r>
        <w:t>6.175.000</w:t>
      </w:r>
    </w:p>
    <w:p>
      <w:pPr>
        <w:jc w:val="both"/>
      </w:pPr>
      <w:r>
        <w:t>963</w:t>
      </w:r>
    </w:p>
    <w:p>
      <w:pPr>
        <w:jc w:val="both"/>
      </w:pPr>
      <w:r>
        <w:t>952</w:t>
      </w:r>
    </w:p>
    <w:p>
      <w:pPr>
        <w:jc w:val="both"/>
      </w:pPr>
      <w:r>
        <w:t>03C2.4.69</w:t>
      </w:r>
    </w:p>
    <w:p>
      <w:pPr>
        <w:jc w:val="both"/>
      </w:pPr>
      <w:r>
        <w:t>Phẫu thuật laser cắt ung thư thanh quản hạ họng</w:t>
      </w:r>
    </w:p>
    <w:p>
      <w:pPr>
        <w:jc w:val="both"/>
      </w:pPr>
      <w:r>
        <w:t>6.817.000</w:t>
      </w:r>
    </w:p>
    <w:p>
      <w:pPr>
        <w:jc w:val="both"/>
      </w:pPr>
      <w:r>
        <w:t>7.764.000</w:t>
      </w:r>
    </w:p>
    <w:p>
      <w:pPr>
        <w:jc w:val="both"/>
      </w:pPr>
      <w:r>
        <w:t>Chưa bao gồm ống nội khí quản.</w:t>
      </w:r>
    </w:p>
    <w:p>
      <w:pPr>
        <w:jc w:val="both"/>
      </w:pPr>
      <w:r>
        <w:t>964</w:t>
      </w:r>
    </w:p>
    <w:p>
      <w:pPr>
        <w:jc w:val="both"/>
      </w:pPr>
      <w:r>
        <w:t>953</w:t>
      </w:r>
    </w:p>
    <w:p>
      <w:pPr>
        <w:jc w:val="both"/>
      </w:pPr>
      <w:r>
        <w:t>03C2.4.70</w:t>
      </w:r>
    </w:p>
    <w:p>
      <w:pPr>
        <w:jc w:val="both"/>
      </w:pPr>
      <w:r>
        <w:t>Phẫu thuật Laser trong khối u vùng họng miệng</w:t>
      </w:r>
    </w:p>
    <w:p>
      <w:pPr>
        <w:jc w:val="both"/>
      </w:pPr>
      <w:r>
        <w:t>7.276.000</w:t>
      </w:r>
    </w:p>
    <w:p>
      <w:pPr>
        <w:jc w:val="both"/>
      </w:pPr>
      <w:r>
        <w:t>8.274.000</w:t>
      </w:r>
    </w:p>
    <w:p>
      <w:pPr>
        <w:jc w:val="both"/>
      </w:pPr>
      <w:r>
        <w:t>Chưa bao gồm ống nội khí quản.</w:t>
      </w:r>
    </w:p>
    <w:p>
      <w:pPr>
        <w:jc w:val="both"/>
      </w:pPr>
      <w:r>
        <w:t>965</w:t>
      </w:r>
    </w:p>
    <w:p>
      <w:pPr>
        <w:jc w:val="both"/>
      </w:pPr>
      <w:r>
        <w:t>954</w:t>
      </w:r>
    </w:p>
    <w:p>
      <w:pPr>
        <w:jc w:val="both"/>
      </w:pPr>
      <w:r>
        <w:t>Phẫu thuật lấy đường rò luân nhĩ 1 bên, 2 bên</w:t>
      </w:r>
    </w:p>
    <w:p>
      <w:pPr>
        <w:jc w:val="both"/>
      </w:pPr>
      <w:r>
        <w:t>3.102.000</w:t>
      </w:r>
    </w:p>
    <w:p>
      <w:pPr>
        <w:jc w:val="both"/>
      </w:pPr>
      <w:r>
        <w:t>3.517.000</w:t>
      </w:r>
    </w:p>
    <w:p>
      <w:pPr>
        <w:jc w:val="both"/>
      </w:pPr>
      <w:r>
        <w:t>Đã bao gồm chi phí mũi khoan</w:t>
      </w:r>
    </w:p>
    <w:p>
      <w:pPr>
        <w:jc w:val="both"/>
      </w:pPr>
      <w:r>
        <w:t>966</w:t>
      </w:r>
    </w:p>
    <w:p>
      <w:pPr>
        <w:jc w:val="both"/>
      </w:pPr>
      <w:r>
        <w:t>955</w:t>
      </w:r>
    </w:p>
    <w:p>
      <w:pPr>
        <w:jc w:val="both"/>
      </w:pPr>
      <w:r>
        <w:t>Phẫu thuật mở cạnh cổ dẫn lưu áp xe</w:t>
      </w:r>
    </w:p>
    <w:p>
      <w:pPr>
        <w:jc w:val="both"/>
      </w:pPr>
      <w:r>
        <w:t>3.125.000</w:t>
      </w:r>
    </w:p>
    <w:p>
      <w:pPr>
        <w:jc w:val="both"/>
      </w:pPr>
      <w:r>
        <w:t>3.490.000</w:t>
      </w:r>
    </w:p>
    <w:p>
      <w:pPr>
        <w:jc w:val="both"/>
      </w:pPr>
      <w:r>
        <w:t>967</w:t>
      </w:r>
    </w:p>
    <w:p>
      <w:pPr>
        <w:jc w:val="both"/>
      </w:pPr>
      <w:r>
        <w:t>956</w:t>
      </w:r>
    </w:p>
    <w:p>
      <w:pPr>
        <w:jc w:val="both"/>
      </w:pPr>
      <w:r>
        <w:t>Phẫu thuật mở cạnh mũi</w:t>
      </w:r>
    </w:p>
    <w:p>
      <w:pPr>
        <w:jc w:val="both"/>
      </w:pPr>
      <w:r>
        <w:t>5.039.000</w:t>
      </w:r>
    </w:p>
    <w:p>
      <w:pPr>
        <w:jc w:val="both"/>
      </w:pPr>
      <w:r>
        <w:t>5.699.000</w:t>
      </w:r>
    </w:p>
    <w:p>
      <w:pPr>
        <w:jc w:val="both"/>
      </w:pPr>
      <w:r>
        <w:t>968</w:t>
      </w:r>
    </w:p>
    <w:p>
      <w:pPr>
        <w:jc w:val="both"/>
      </w:pPr>
      <w:r>
        <w:t>957</w:t>
      </w:r>
    </w:p>
    <w:p>
      <w:pPr>
        <w:jc w:val="both"/>
      </w:pPr>
      <w:r>
        <w:t>Phẫu thuật nang rò giáp lưỡi</w:t>
      </w:r>
    </w:p>
    <w:p>
      <w:pPr>
        <w:jc w:val="both"/>
      </w:pPr>
      <w:r>
        <w:t>4.732.000</w:t>
      </w:r>
    </w:p>
    <w:p>
      <w:pPr>
        <w:jc w:val="both"/>
      </w:pPr>
      <w:r>
        <w:t>5.345.000</w:t>
      </w:r>
    </w:p>
    <w:p>
      <w:pPr>
        <w:jc w:val="both"/>
      </w:pPr>
      <w:r>
        <w:t>969</w:t>
      </w:r>
    </w:p>
    <w:p>
      <w:pPr>
        <w:jc w:val="both"/>
      </w:pPr>
      <w:r>
        <w:t>958</w:t>
      </w:r>
    </w:p>
    <w:p>
      <w:pPr>
        <w:jc w:val="both"/>
      </w:pPr>
      <w:r>
        <w:t>Phẫu thuật nạo V.A nội soi</w:t>
      </w:r>
    </w:p>
    <w:p>
      <w:pPr>
        <w:jc w:val="both"/>
      </w:pPr>
      <w:r>
        <w:t>2.898.000</w:t>
      </w:r>
    </w:p>
    <w:p>
      <w:pPr>
        <w:jc w:val="both"/>
      </w:pPr>
      <w:r>
        <w:t>3.263.000</w:t>
      </w:r>
    </w:p>
    <w:p>
      <w:pPr>
        <w:jc w:val="both"/>
      </w:pPr>
      <w:r>
        <w:t>970</w:t>
      </w:r>
    </w:p>
    <w:p>
      <w:pPr>
        <w:jc w:val="both"/>
      </w:pPr>
      <w:r>
        <w:t>959</w:t>
      </w:r>
    </w:p>
    <w:p>
      <w:pPr>
        <w:jc w:val="both"/>
      </w:pPr>
      <w:r>
        <w:t>03C2.4.71</w:t>
      </w:r>
    </w:p>
    <w:p>
      <w:pPr>
        <w:jc w:val="both"/>
      </w:pPr>
      <w:r>
        <w:t>Phẫu thuật nạo vét hạch cổ, truyền hoá chất động mạch cảnh</w:t>
      </w:r>
    </w:p>
    <w:p>
      <w:pPr>
        <w:jc w:val="both"/>
      </w:pPr>
      <w:r>
        <w:t>5.776.000</w:t>
      </w:r>
    </w:p>
    <w:p>
      <w:pPr>
        <w:jc w:val="both"/>
      </w:pPr>
      <w:r>
        <w:t>6.547.000</w:t>
      </w:r>
    </w:p>
    <w:p>
      <w:pPr>
        <w:jc w:val="both"/>
      </w:pPr>
      <w:r>
        <w:t>Chưa bao gồm hoá chất.</w:t>
      </w:r>
    </w:p>
    <w:p>
      <w:pPr>
        <w:jc w:val="both"/>
      </w:pPr>
      <w:r>
        <w:t>971</w:t>
      </w:r>
    </w:p>
    <w:p>
      <w:pPr>
        <w:jc w:val="both"/>
      </w:pPr>
      <w:r>
        <w:t>960</w:t>
      </w:r>
    </w:p>
    <w:p>
      <w:pPr>
        <w:jc w:val="both"/>
      </w:pPr>
      <w:r>
        <w:t>Phẫu thuật nội soi cầm máu mũi 1 bên, 2 bên</w:t>
      </w:r>
    </w:p>
    <w:p>
      <w:pPr>
        <w:jc w:val="both"/>
      </w:pPr>
      <w:r>
        <w:t>2.834.000</w:t>
      </w:r>
    </w:p>
    <w:p>
      <w:pPr>
        <w:jc w:val="both"/>
      </w:pPr>
      <w:r>
        <w:t>3.189.000</w:t>
      </w:r>
    </w:p>
    <w:p>
      <w:pPr>
        <w:jc w:val="both"/>
      </w:pPr>
      <w:r>
        <w:t>Chưa bao gồm mũi Hummer và tay cắt.</w:t>
      </w:r>
    </w:p>
    <w:p>
      <w:pPr>
        <w:jc w:val="both"/>
      </w:pPr>
      <w:r>
        <w:t>972</w:t>
      </w:r>
    </w:p>
    <w:p>
      <w:pPr>
        <w:jc w:val="both"/>
      </w:pPr>
      <w:r>
        <w:t>961</w:t>
      </w:r>
    </w:p>
    <w:p>
      <w:pPr>
        <w:jc w:val="both"/>
      </w:pPr>
      <w:r>
        <w:t>03C2.4.60</w:t>
      </w:r>
    </w:p>
    <w:p>
      <w:pPr>
        <w:jc w:val="both"/>
      </w:pPr>
      <w:r>
        <w:t>Phẫu thuật nội soi cắt bỏ khối u vùng mũi xoang</w:t>
      </w:r>
    </w:p>
    <w:p>
      <w:pPr>
        <w:jc w:val="both"/>
      </w:pPr>
      <w:r>
        <w:t>9.235.000</w:t>
      </w:r>
    </w:p>
    <w:p>
      <w:pPr>
        <w:jc w:val="both"/>
      </w:pPr>
      <w:r>
        <w:t>10.442.000</w:t>
      </w:r>
    </w:p>
    <w:p>
      <w:pPr>
        <w:jc w:val="both"/>
      </w:pPr>
      <w:r>
        <w:t>Chưa bao gồm keo sinh học.</w:t>
      </w:r>
    </w:p>
    <w:p>
      <w:pPr>
        <w:jc w:val="both"/>
      </w:pPr>
      <w:r>
        <w:t>973</w:t>
      </w:r>
    </w:p>
    <w:p>
      <w:pPr>
        <w:jc w:val="both"/>
      </w:pPr>
      <w:r>
        <w:t>962</w:t>
      </w:r>
    </w:p>
    <w:p>
      <w:pPr>
        <w:jc w:val="both"/>
      </w:pPr>
      <w:r>
        <w:t>03C2.4.58</w:t>
      </w:r>
    </w:p>
    <w:p>
      <w:pPr>
        <w:jc w:val="both"/>
      </w:pPr>
      <w:r>
        <w:t>Phẫu thuật nội soi cắt bỏ u mạch máu vùng đầu cổ</w:t>
      </w:r>
    </w:p>
    <w:p>
      <w:pPr>
        <w:jc w:val="both"/>
      </w:pPr>
      <w:r>
        <w:t>13.775.000</w:t>
      </w:r>
    </w:p>
    <w:p>
      <w:pPr>
        <w:jc w:val="both"/>
      </w:pPr>
      <w:r>
        <w:t>15.669.000</w:t>
      </w:r>
    </w:p>
    <w:p>
      <w:pPr>
        <w:jc w:val="both"/>
      </w:pPr>
      <w:r>
        <w:t>974</w:t>
      </w:r>
    </w:p>
    <w:p>
      <w:pPr>
        <w:jc w:val="both"/>
      </w:pPr>
      <w:r>
        <w:t>963</w:t>
      </w:r>
    </w:p>
    <w:p>
      <w:pPr>
        <w:jc w:val="both"/>
      </w:pPr>
      <w:r>
        <w:t>03C2.4.59</w:t>
      </w:r>
    </w:p>
    <w:p>
      <w:pPr>
        <w:jc w:val="both"/>
      </w:pPr>
      <w:r>
        <w:t>Phẫu thuật nội soi cắt bỏ u xơ mạch vòm mũi họng</w:t>
      </w:r>
    </w:p>
    <w:p>
      <w:pPr>
        <w:jc w:val="both"/>
      </w:pPr>
      <w:r>
        <w:t>8.775.000</w:t>
      </w:r>
    </w:p>
    <w:p>
      <w:pPr>
        <w:jc w:val="both"/>
      </w:pPr>
      <w:r>
        <w:t>9.913.000</w:t>
      </w:r>
    </w:p>
    <w:p>
      <w:pPr>
        <w:jc w:val="both"/>
      </w:pPr>
      <w:r>
        <w:t>975</w:t>
      </w:r>
    </w:p>
    <w:p>
      <w:pPr>
        <w:jc w:val="both"/>
      </w:pPr>
      <w:r>
        <w:t>964</w:t>
      </w:r>
    </w:p>
    <w:p>
      <w:pPr>
        <w:jc w:val="both"/>
      </w:pPr>
      <w:r>
        <w:t>Phẫu thuật nội soi cắt dây thanh</w:t>
      </w:r>
    </w:p>
    <w:p>
      <w:pPr>
        <w:jc w:val="both"/>
      </w:pPr>
      <w:r>
        <w:t>5.585.000</w:t>
      </w:r>
    </w:p>
    <w:p>
      <w:pPr>
        <w:jc w:val="both"/>
      </w:pPr>
      <w:r>
        <w:t>6.198.000</w:t>
      </w:r>
    </w:p>
    <w:p>
      <w:pPr>
        <w:jc w:val="both"/>
      </w:pPr>
      <w:r>
        <w:t>976</w:t>
      </w:r>
    </w:p>
    <w:p>
      <w:pPr>
        <w:jc w:val="both"/>
      </w:pPr>
      <w:r>
        <w:t>965</w:t>
      </w:r>
    </w:p>
    <w:p>
      <w:pPr>
        <w:jc w:val="both"/>
      </w:pPr>
      <w:r>
        <w:t>Phẫu thuật nội soi cắt u hạ họng hoặc hố lưỡi thanh thiệt</w:t>
      </w:r>
    </w:p>
    <w:p>
      <w:pPr>
        <w:jc w:val="both"/>
      </w:pPr>
      <w:r>
        <w:t>3.125.000</w:t>
      </w:r>
    </w:p>
    <w:p>
      <w:pPr>
        <w:jc w:val="both"/>
      </w:pPr>
      <w:r>
        <w:t>3.490.000</w:t>
      </w:r>
    </w:p>
    <w:p>
      <w:pPr>
        <w:jc w:val="both"/>
      </w:pPr>
      <w:r>
        <w:t>977</w:t>
      </w:r>
    </w:p>
    <w:p>
      <w:pPr>
        <w:jc w:val="both"/>
      </w:pPr>
      <w:r>
        <w:t>966</w:t>
      </w:r>
    </w:p>
    <w:p>
      <w:pPr>
        <w:jc w:val="both"/>
      </w:pPr>
      <w:r>
        <w:t>03C2.4.27</w:t>
      </w:r>
    </w:p>
    <w:p>
      <w:pPr>
        <w:jc w:val="both"/>
      </w:pPr>
      <w:r>
        <w:t>Phẫu thuật nội soi cắt u lành tính thanh quản (papilloma, kén hơi thanh quản...)</w:t>
      </w:r>
    </w:p>
    <w:p>
      <w:pPr>
        <w:jc w:val="both"/>
      </w:pPr>
      <w:r>
        <w:t>4.296.000</w:t>
      </w:r>
    </w:p>
    <w:p>
      <w:pPr>
        <w:jc w:val="both"/>
      </w:pPr>
      <w:r>
        <w:t>4.826.000</w:t>
      </w:r>
    </w:p>
    <w:p>
      <w:pPr>
        <w:jc w:val="both"/>
      </w:pPr>
      <w:r>
        <w:t>978</w:t>
      </w:r>
    </w:p>
    <w:p>
      <w:pPr>
        <w:jc w:val="both"/>
      </w:pPr>
      <w:r>
        <w:t>967</w:t>
      </w:r>
    </w:p>
    <w:p>
      <w:pPr>
        <w:jc w:val="both"/>
      </w:pPr>
      <w:r>
        <w:t>Phẫu thuật nội soi cắt u máu hạ họng - thanh quản bằng dao siêu âm</w:t>
      </w:r>
    </w:p>
    <w:p>
      <w:pPr>
        <w:jc w:val="both"/>
      </w:pPr>
      <w:r>
        <w:t>8.347.000</w:t>
      </w:r>
    </w:p>
    <w:p>
      <w:pPr>
        <w:jc w:val="both"/>
      </w:pPr>
      <w:r>
        <w:t>9.378.000</w:t>
      </w:r>
    </w:p>
    <w:p>
      <w:pPr>
        <w:jc w:val="both"/>
      </w:pPr>
      <w:r>
        <w:t>Đã bao gồm dao siêu âm</w:t>
      </w:r>
    </w:p>
    <w:p>
      <w:pPr>
        <w:jc w:val="both"/>
      </w:pPr>
      <w:r>
        <w:t>979</w:t>
      </w:r>
    </w:p>
    <w:p>
      <w:pPr>
        <w:jc w:val="both"/>
      </w:pPr>
      <w:r>
        <w:t>968</w:t>
      </w:r>
    </w:p>
    <w:p>
      <w:pPr>
        <w:jc w:val="both"/>
      </w:pPr>
      <w:r>
        <w:t>03C2.4.73</w:t>
      </w:r>
    </w:p>
    <w:p>
      <w:pPr>
        <w:jc w:val="both"/>
      </w:pPr>
      <w:r>
        <w:t>Phẫu thuật nội soi cắt u nhú đảo ngược vùng mũi xoang</w:t>
      </w:r>
    </w:p>
    <w:p>
      <w:pPr>
        <w:jc w:val="both"/>
      </w:pPr>
      <w:r>
        <w:t>6.212.000</w:t>
      </w:r>
    </w:p>
    <w:p>
      <w:pPr>
        <w:jc w:val="both"/>
      </w:pPr>
      <w:r>
        <w:t>7.025.000</w:t>
      </w:r>
    </w:p>
    <w:p>
      <w:pPr>
        <w:jc w:val="both"/>
      </w:pPr>
      <w:r>
        <w:t>Chưa bao gồm keo sinh học.</w:t>
      </w:r>
    </w:p>
    <w:p>
      <w:pPr>
        <w:jc w:val="both"/>
      </w:pPr>
      <w:r>
        <w:t>980</w:t>
      </w:r>
    </w:p>
    <w:p>
      <w:pPr>
        <w:jc w:val="both"/>
      </w:pPr>
      <w:r>
        <w:t>969</w:t>
      </w:r>
    </w:p>
    <w:p>
      <w:pPr>
        <w:jc w:val="both"/>
      </w:pPr>
      <w:r>
        <w:t>Phẫu thuật nội soi chỉnh hình cuốn mũi dưới</w:t>
      </w:r>
    </w:p>
    <w:p>
      <w:pPr>
        <w:jc w:val="both"/>
      </w:pPr>
      <w:r>
        <w:t>3.996.000</w:t>
      </w:r>
    </w:p>
    <w:p>
      <w:pPr>
        <w:jc w:val="both"/>
      </w:pPr>
      <w:r>
        <w:t>4.493.000</w:t>
      </w:r>
    </w:p>
    <w:p>
      <w:pPr>
        <w:jc w:val="both"/>
      </w:pPr>
      <w:r>
        <w:t>981</w:t>
      </w:r>
    </w:p>
    <w:p>
      <w:pPr>
        <w:jc w:val="both"/>
      </w:pPr>
      <w:r>
        <w:t>970</w:t>
      </w:r>
    </w:p>
    <w:p>
      <w:pPr>
        <w:jc w:val="both"/>
      </w:pPr>
      <w:r>
        <w:t>Phẫu thuật nội soi chỉnh hình vách ngăn mũi</w:t>
      </w:r>
    </w:p>
    <w:p>
      <w:pPr>
        <w:jc w:val="both"/>
      </w:pPr>
      <w:r>
        <w:t>3.311.000</w:t>
      </w:r>
    </w:p>
    <w:p>
      <w:pPr>
        <w:jc w:val="both"/>
      </w:pPr>
      <w:r>
        <w:t>3.704.000</w:t>
      </w:r>
    </w:p>
    <w:p>
      <w:pPr>
        <w:jc w:val="both"/>
      </w:pPr>
      <w:r>
        <w:t>Chưa bao gồm mũi Hummer và tay cắt.</w:t>
      </w:r>
    </w:p>
    <w:p>
      <w:pPr>
        <w:jc w:val="both"/>
      </w:pPr>
      <w:r>
        <w:t>982</w:t>
      </w:r>
    </w:p>
    <w:p>
      <w:pPr>
        <w:jc w:val="both"/>
      </w:pPr>
      <w:r>
        <w:t>971</w:t>
      </w:r>
    </w:p>
    <w:p>
      <w:pPr>
        <w:jc w:val="both"/>
      </w:pPr>
      <w:r>
        <w:t>Phẫu thuật nội soi đặt ống thông khí màng nhĩ 1 bên, 2 bên</w:t>
      </w:r>
    </w:p>
    <w:p>
      <w:pPr>
        <w:jc w:val="both"/>
      </w:pPr>
      <w:r>
        <w:t>3.102.000</w:t>
      </w:r>
    </w:p>
    <w:p>
      <w:pPr>
        <w:jc w:val="both"/>
      </w:pPr>
      <w:r>
        <w:t>3.517.000</w:t>
      </w:r>
    </w:p>
    <w:p>
      <w:pPr>
        <w:jc w:val="both"/>
      </w:pPr>
      <w:r>
        <w:t>Đã bao gồm chi phí mũi khoan</w:t>
      </w:r>
    </w:p>
    <w:p>
      <w:pPr>
        <w:jc w:val="both"/>
      </w:pPr>
      <w:r>
        <w:t>983</w:t>
      </w:r>
    </w:p>
    <w:p>
      <w:pPr>
        <w:jc w:val="both"/>
      </w:pPr>
      <w:r>
        <w:t>972</w:t>
      </w:r>
    </w:p>
    <w:p>
      <w:pPr>
        <w:jc w:val="both"/>
      </w:pPr>
      <w:r>
        <w:t>Phẫu thuật nội soi giảm áp ổ mắt</w:t>
      </w:r>
    </w:p>
    <w:p>
      <w:pPr>
        <w:jc w:val="both"/>
      </w:pPr>
      <w:r>
        <w:t>5.892.000</w:t>
      </w:r>
    </w:p>
    <w:p>
      <w:pPr>
        <w:jc w:val="both"/>
      </w:pPr>
      <w:r>
        <w:t>6.552.000</w:t>
      </w:r>
    </w:p>
    <w:p>
      <w:pPr>
        <w:jc w:val="both"/>
      </w:pPr>
      <w:r>
        <w:t>984</w:t>
      </w:r>
    </w:p>
    <w:p>
      <w:pPr>
        <w:jc w:val="both"/>
      </w:pPr>
      <w:r>
        <w:t>973</w:t>
      </w:r>
    </w:p>
    <w:p>
      <w:pPr>
        <w:jc w:val="both"/>
      </w:pPr>
      <w:r>
        <w:t>03C2.4.49</w:t>
      </w:r>
    </w:p>
    <w:p>
      <w:pPr>
        <w:jc w:val="both"/>
      </w:pPr>
      <w:r>
        <w:t>Phẫu thuật nội soi lấy u hoặc điều trị rò dịch não tủy, thoát vị nền sọ</w:t>
      </w:r>
    </w:p>
    <w:p>
      <w:pPr>
        <w:jc w:val="both"/>
      </w:pPr>
      <w:r>
        <w:t>7.355.000</w:t>
      </w:r>
    </w:p>
    <w:p>
      <w:pPr>
        <w:jc w:val="both"/>
      </w:pPr>
      <w:r>
        <w:t>8.305.000</w:t>
      </w:r>
    </w:p>
    <w:p>
      <w:pPr>
        <w:jc w:val="both"/>
      </w:pPr>
      <w:r>
        <w:t>Chưa bao gồm keo sinh học.</w:t>
      </w:r>
    </w:p>
    <w:p>
      <w:pPr>
        <w:jc w:val="both"/>
      </w:pPr>
      <w:r>
        <w:t>985</w:t>
      </w:r>
    </w:p>
    <w:p>
      <w:pPr>
        <w:jc w:val="both"/>
      </w:pPr>
      <w:r>
        <w:t>974</w:t>
      </w:r>
    </w:p>
    <w:p>
      <w:pPr>
        <w:jc w:val="both"/>
      </w:pPr>
      <w:r>
        <w:t>Phẫu thuật nội soi mở các xoang sàng, hàm, trán, bướm</w:t>
      </w:r>
    </w:p>
    <w:p>
      <w:pPr>
        <w:jc w:val="both"/>
      </w:pPr>
      <w:r>
        <w:t>8.419.000</w:t>
      </w:r>
    </w:p>
    <w:p>
      <w:pPr>
        <w:jc w:val="both"/>
      </w:pPr>
      <w:r>
        <w:t>9.362.000</w:t>
      </w:r>
    </w:p>
    <w:p>
      <w:pPr>
        <w:jc w:val="both"/>
      </w:pPr>
      <w:r>
        <w:t>986</w:t>
      </w:r>
    </w:p>
    <w:p>
      <w:pPr>
        <w:jc w:val="both"/>
      </w:pPr>
      <w:r>
        <w:t>975</w:t>
      </w:r>
    </w:p>
    <w:p>
      <w:pPr>
        <w:jc w:val="both"/>
      </w:pPr>
      <w:r>
        <w:t>Phẫu thuật nội soi mở dẫn lưu hoặc cắt bỏ u nhày xoang</w:t>
      </w:r>
    </w:p>
    <w:p>
      <w:pPr>
        <w:jc w:val="both"/>
      </w:pPr>
      <w:r>
        <w:t>5.039.000</w:t>
      </w:r>
    </w:p>
    <w:p>
      <w:pPr>
        <w:jc w:val="both"/>
      </w:pPr>
      <w:r>
        <w:t>5.699.000</w:t>
      </w:r>
    </w:p>
    <w:p>
      <w:pPr>
        <w:jc w:val="both"/>
      </w:pPr>
      <w:r>
        <w:t>987</w:t>
      </w:r>
    </w:p>
    <w:p>
      <w:pPr>
        <w:jc w:val="both"/>
      </w:pPr>
      <w:r>
        <w:t>976</w:t>
      </w:r>
    </w:p>
    <w:p>
      <w:pPr>
        <w:jc w:val="both"/>
      </w:pPr>
      <w:r>
        <w:t>03C2.4.72</w:t>
      </w:r>
    </w:p>
    <w:p>
      <w:pPr>
        <w:jc w:val="both"/>
      </w:pPr>
      <w:r>
        <w:t>Phẫu thuật nội soi mở khe giữa, nạo sàng, ngách trán, xoang bướm</w:t>
      </w:r>
    </w:p>
    <w:p>
      <w:pPr>
        <w:jc w:val="both"/>
      </w:pPr>
      <w:r>
        <w:t>5.054.000</w:t>
      </w:r>
    </w:p>
    <w:p>
      <w:pPr>
        <w:jc w:val="both"/>
      </w:pPr>
      <w:r>
        <w:t>5.716.000</w:t>
      </w:r>
    </w:p>
    <w:p>
      <w:pPr>
        <w:jc w:val="both"/>
      </w:pPr>
      <w:r>
        <w:t>988</w:t>
      </w:r>
    </w:p>
    <w:p>
      <w:pPr>
        <w:jc w:val="both"/>
      </w:pPr>
      <w:r>
        <w:t>977</w:t>
      </w:r>
    </w:p>
    <w:p>
      <w:pPr>
        <w:jc w:val="both"/>
      </w:pPr>
      <w:r>
        <w:t>Phẫu thuật nội soi nạo VA bằng dao Plasma</w:t>
      </w:r>
    </w:p>
    <w:p>
      <w:pPr>
        <w:jc w:val="both"/>
      </w:pPr>
      <w:r>
        <w:t>3.856.000</w:t>
      </w:r>
    </w:p>
    <w:p>
      <w:pPr>
        <w:jc w:val="both"/>
      </w:pPr>
      <w:r>
        <w:t>4.365.000</w:t>
      </w:r>
    </w:p>
    <w:p>
      <w:pPr>
        <w:jc w:val="both"/>
      </w:pPr>
      <w:r>
        <w:t>Đã bao gồm dao plasma</w:t>
      </w:r>
    </w:p>
    <w:p>
      <w:pPr>
        <w:jc w:val="both"/>
      </w:pPr>
      <w:r>
        <w:t>989</w:t>
      </w:r>
    </w:p>
    <w:p>
      <w:pPr>
        <w:jc w:val="both"/>
      </w:pPr>
      <w:r>
        <w:t>978</w:t>
      </w:r>
    </w:p>
    <w:p>
      <w:pPr>
        <w:jc w:val="both"/>
      </w:pPr>
      <w:r>
        <w:t>03C2.4.26</w:t>
      </w:r>
    </w:p>
    <w:p>
      <w:pPr>
        <w:jc w:val="both"/>
      </w:pPr>
      <w:r>
        <w:t>Phẫu thuật nội soi vi phẫu thanh quản cắt u nang hoặc polype hoặc hạt xơ hoặc u hạt dây thanh</w:t>
      </w:r>
    </w:p>
    <w:p>
      <w:pPr>
        <w:jc w:val="both"/>
      </w:pPr>
      <w:r>
        <w:t>3.037.000</w:t>
      </w:r>
    </w:p>
    <w:p>
      <w:pPr>
        <w:jc w:val="both"/>
      </w:pPr>
      <w:r>
        <w:t>3.424.000</w:t>
      </w:r>
    </w:p>
    <w:p>
      <w:pPr>
        <w:jc w:val="both"/>
      </w:pPr>
      <w:r>
        <w:t>990</w:t>
      </w:r>
    </w:p>
    <w:p>
      <w:pPr>
        <w:jc w:val="both"/>
      </w:pPr>
      <w:r>
        <w:t>979</w:t>
      </w:r>
    </w:p>
    <w:p>
      <w:pPr>
        <w:jc w:val="both"/>
      </w:pPr>
      <w:r>
        <w:t>03C2.4.63</w:t>
      </w:r>
    </w:p>
    <w:p>
      <w:pPr>
        <w:jc w:val="both"/>
      </w:pPr>
      <w:r>
        <w:t>Phẫu thuật phục hồi, tái tạo dây thần kinh VII</w:t>
      </w:r>
    </w:p>
    <w:p>
      <w:pPr>
        <w:jc w:val="both"/>
      </w:pPr>
      <w:r>
        <w:t>8.052.000</w:t>
      </w:r>
    </w:p>
    <w:p>
      <w:pPr>
        <w:jc w:val="both"/>
      </w:pPr>
      <w:r>
        <w:t>9.038.000</w:t>
      </w:r>
    </w:p>
    <w:p>
      <w:pPr>
        <w:jc w:val="both"/>
      </w:pPr>
      <w:r>
        <w:t>991</w:t>
      </w:r>
    </w:p>
    <w:p>
      <w:pPr>
        <w:jc w:val="both"/>
      </w:pPr>
      <w:r>
        <w:t>980</w:t>
      </w:r>
    </w:p>
    <w:p>
      <w:pPr>
        <w:jc w:val="both"/>
      </w:pPr>
      <w:r>
        <w:t>Phẫu thuật rò xoang lê</w:t>
      </w:r>
    </w:p>
    <w:p>
      <w:pPr>
        <w:jc w:val="both"/>
      </w:pPr>
      <w:r>
        <w:t>4.732.000</w:t>
      </w:r>
    </w:p>
    <w:p>
      <w:pPr>
        <w:jc w:val="both"/>
      </w:pPr>
      <w:r>
        <w:t>5.345.000</w:t>
      </w:r>
    </w:p>
    <w:p>
      <w:pPr>
        <w:jc w:val="both"/>
      </w:pPr>
      <w:r>
        <w:t>Chưa bao gồm dao siêu âm.</w:t>
      </w:r>
    </w:p>
    <w:p>
      <w:pPr>
        <w:jc w:val="both"/>
      </w:pPr>
      <w:r>
        <w:t>992</w:t>
      </w:r>
    </w:p>
    <w:p>
      <w:pPr>
        <w:jc w:val="both"/>
      </w:pPr>
      <w:r>
        <w:t>981</w:t>
      </w:r>
    </w:p>
    <w:p>
      <w:pPr>
        <w:jc w:val="both"/>
      </w:pPr>
      <w:r>
        <w:t>03C2.4.53</w:t>
      </w:r>
    </w:p>
    <w:p>
      <w:pPr>
        <w:jc w:val="both"/>
      </w:pPr>
      <w:r>
        <w:t>Phẫu thuật tái tạo hệ thống truyền âm</w:t>
      </w:r>
    </w:p>
    <w:p>
      <w:pPr>
        <w:jc w:val="both"/>
      </w:pPr>
      <w:r>
        <w:t>6.054.000</w:t>
      </w:r>
    </w:p>
    <w:p>
      <w:pPr>
        <w:jc w:val="both"/>
      </w:pPr>
      <w:r>
        <w:t>6.867.000</w:t>
      </w:r>
    </w:p>
    <w:p>
      <w:pPr>
        <w:jc w:val="both"/>
      </w:pPr>
      <w:r>
        <w:t>Chưa bao gồm keo sinh học, xương con để thay thế hoặc Prothese.</w:t>
      </w:r>
    </w:p>
    <w:p>
      <w:pPr>
        <w:jc w:val="both"/>
      </w:pPr>
      <w:r>
        <w:t>993</w:t>
      </w:r>
    </w:p>
    <w:p>
      <w:pPr>
        <w:jc w:val="both"/>
      </w:pPr>
      <w:r>
        <w:t>982</w:t>
      </w:r>
    </w:p>
    <w:p>
      <w:pPr>
        <w:jc w:val="both"/>
      </w:pPr>
      <w:r>
        <w:t>03C2.4.62</w:t>
      </w:r>
    </w:p>
    <w:p>
      <w:pPr>
        <w:jc w:val="both"/>
      </w:pPr>
      <w:r>
        <w:t>Phẫu thuật tái tạo vùng đầu cổ mặt bằng vạt da cơ xương</w:t>
      </w:r>
    </w:p>
    <w:p>
      <w:pPr>
        <w:jc w:val="both"/>
      </w:pPr>
      <w:r>
        <w:t>6.054.000</w:t>
      </w:r>
    </w:p>
    <w:p>
      <w:pPr>
        <w:jc w:val="both"/>
      </w:pPr>
      <w:r>
        <w:t>6.867.000</w:t>
      </w:r>
    </w:p>
    <w:p>
      <w:pPr>
        <w:jc w:val="both"/>
      </w:pPr>
      <w:r>
        <w:t>994</w:t>
      </w:r>
    </w:p>
    <w:p>
      <w:pPr>
        <w:jc w:val="both"/>
      </w:pPr>
      <w:r>
        <w:t>983</w:t>
      </w:r>
    </w:p>
    <w:p>
      <w:pPr>
        <w:jc w:val="both"/>
      </w:pPr>
      <w:r>
        <w:t>03C2.4.51</w:t>
      </w:r>
    </w:p>
    <w:p>
      <w:pPr>
        <w:jc w:val="both"/>
      </w:pPr>
      <w:r>
        <w:t>Phẫu thuật tai trong hoặc u dây thần kinh VII hoặc u dây thần kinh VIII</w:t>
      </w:r>
    </w:p>
    <w:p>
      <w:pPr>
        <w:jc w:val="both"/>
      </w:pPr>
      <w:r>
        <w:t>6.250.000</w:t>
      </w:r>
    </w:p>
    <w:p>
      <w:pPr>
        <w:jc w:val="both"/>
      </w:pPr>
      <w:r>
        <w:t>7.033.000</w:t>
      </w:r>
    </w:p>
    <w:p>
      <w:pPr>
        <w:jc w:val="both"/>
      </w:pPr>
      <w:r>
        <w:t>995</w:t>
      </w:r>
    </w:p>
    <w:p>
      <w:pPr>
        <w:jc w:val="both"/>
      </w:pPr>
      <w:r>
        <w:t>984</w:t>
      </w:r>
    </w:p>
    <w:p>
      <w:pPr>
        <w:jc w:val="both"/>
      </w:pPr>
      <w:r>
        <w:t>Phẫu thuật tạo hình tai giữa</w:t>
      </w:r>
    </w:p>
    <w:p>
      <w:pPr>
        <w:jc w:val="both"/>
      </w:pPr>
      <w:r>
        <w:t>5.326.000</w:t>
      </w:r>
    </w:p>
    <w:p>
      <w:pPr>
        <w:jc w:val="both"/>
      </w:pPr>
      <w:r>
        <w:t>6.029.000</w:t>
      </w:r>
    </w:p>
    <w:p>
      <w:pPr>
        <w:jc w:val="both"/>
      </w:pPr>
      <w:r>
        <w:t>996</w:t>
      </w:r>
    </w:p>
    <w:p>
      <w:pPr>
        <w:jc w:val="both"/>
      </w:pPr>
      <w:r>
        <w:t>985</w:t>
      </w:r>
    </w:p>
    <w:p>
      <w:pPr>
        <w:jc w:val="both"/>
      </w:pPr>
      <w:r>
        <w:t>Phẫu thuật tạo hình tháp mũi bằng vật liệu ghép tự thân</w:t>
      </w:r>
    </w:p>
    <w:p>
      <w:pPr>
        <w:jc w:val="both"/>
      </w:pPr>
      <w:r>
        <w:t>7.372.000</w:t>
      </w:r>
    </w:p>
    <w:p>
      <w:pPr>
        <w:jc w:val="both"/>
      </w:pPr>
      <w:r>
        <w:t>8.315.000</w:t>
      </w:r>
    </w:p>
    <w:p>
      <w:pPr>
        <w:jc w:val="both"/>
      </w:pPr>
      <w:r>
        <w:t>997</w:t>
      </w:r>
    </w:p>
    <w:p>
      <w:pPr>
        <w:jc w:val="both"/>
      </w:pPr>
      <w:r>
        <w:t>986</w:t>
      </w:r>
    </w:p>
    <w:p>
      <w:pPr>
        <w:jc w:val="both"/>
      </w:pPr>
      <w:r>
        <w:t>Phẫu thuật thay thế xương bàn đạp</w:t>
      </w:r>
    </w:p>
    <w:p>
      <w:pPr>
        <w:jc w:val="both"/>
      </w:pPr>
      <w:r>
        <w:t>5.326.000</w:t>
      </w:r>
    </w:p>
    <w:p>
      <w:pPr>
        <w:jc w:val="both"/>
      </w:pPr>
      <w:r>
        <w:t>6.029.000</w:t>
      </w:r>
    </w:p>
    <w:p>
      <w:pPr>
        <w:jc w:val="both"/>
      </w:pPr>
      <w:r>
        <w:t>998</w:t>
      </w:r>
    </w:p>
    <w:p>
      <w:pPr>
        <w:jc w:val="both"/>
      </w:pPr>
      <w:r>
        <w:t>987</w:t>
      </w:r>
    </w:p>
    <w:p>
      <w:pPr>
        <w:jc w:val="both"/>
      </w:pPr>
      <w:r>
        <w:t>Phẫu thuật tiệt căn xương chũm</w:t>
      </w:r>
    </w:p>
    <w:p>
      <w:pPr>
        <w:jc w:val="both"/>
      </w:pPr>
      <w:r>
        <w:t>5.332.000</w:t>
      </w:r>
    </w:p>
    <w:p>
      <w:pPr>
        <w:jc w:val="both"/>
      </w:pPr>
      <w:r>
        <w:t>6.036.000</w:t>
      </w:r>
    </w:p>
    <w:p>
      <w:pPr>
        <w:jc w:val="both"/>
      </w:pPr>
      <w:r>
        <w:t>999</w:t>
      </w:r>
    </w:p>
    <w:p>
      <w:pPr>
        <w:jc w:val="both"/>
      </w:pPr>
      <w:r>
        <w:t>988</w:t>
      </w:r>
    </w:p>
    <w:p>
      <w:pPr>
        <w:jc w:val="both"/>
      </w:pPr>
      <w:r>
        <w:t>Phẫu thuật xử trí chảy máu sau cắt Amygdale (gây mê)</w:t>
      </w:r>
    </w:p>
    <w:p>
      <w:pPr>
        <w:jc w:val="both"/>
      </w:pPr>
      <w:r>
        <w:t>2.898.000</w:t>
      </w:r>
    </w:p>
    <w:p>
      <w:pPr>
        <w:jc w:val="both"/>
      </w:pPr>
      <w:r>
        <w:t>3.263.000</w:t>
      </w:r>
    </w:p>
    <w:p>
      <w:pPr>
        <w:jc w:val="both"/>
      </w:pPr>
      <w:r>
        <w:t>1000</w:t>
      </w:r>
    </w:p>
    <w:p>
      <w:pPr>
        <w:jc w:val="both"/>
      </w:pPr>
      <w:r>
        <w:t>989</w:t>
      </w:r>
    </w:p>
    <w:p>
      <w:pPr>
        <w:jc w:val="both"/>
      </w:pPr>
      <w:r>
        <w:t>03C2.4.16</w:t>
      </w:r>
    </w:p>
    <w:p>
      <w:pPr>
        <w:jc w:val="both"/>
      </w:pPr>
      <w:r>
        <w:t>Rửa tai, rửa mũi, xông họng</w:t>
      </w:r>
    </w:p>
    <w:p>
      <w:pPr>
        <w:jc w:val="both"/>
      </w:pPr>
      <w:r>
        <w:t>30.000</w:t>
      </w:r>
    </w:p>
    <w:p>
      <w:pPr>
        <w:jc w:val="both"/>
      </w:pPr>
      <w:r>
        <w:t>32.200</w:t>
      </w:r>
    </w:p>
    <w:p>
      <w:pPr>
        <w:jc w:val="both"/>
      </w:pPr>
      <w:r>
        <w:t>1001</w:t>
      </w:r>
    </w:p>
    <w:p>
      <w:pPr>
        <w:jc w:val="both"/>
      </w:pPr>
      <w:r>
        <w:t>990</w:t>
      </w:r>
    </w:p>
    <w:p>
      <w:pPr>
        <w:jc w:val="both"/>
      </w:pPr>
      <w:r>
        <w:t>03C2.4.28</w:t>
      </w:r>
    </w:p>
    <w:p>
      <w:pPr>
        <w:jc w:val="both"/>
      </w:pPr>
      <w:r>
        <w:t>Soi thanh khí phế quản bằng ống mềm</w:t>
      </w:r>
    </w:p>
    <w:p>
      <w:pPr>
        <w:jc w:val="both"/>
      </w:pPr>
      <w:r>
        <w:t>224.000</w:t>
      </w:r>
    </w:p>
    <w:p>
      <w:pPr>
        <w:jc w:val="both"/>
      </w:pPr>
      <w:r>
        <w:t>248.000</w:t>
      </w:r>
    </w:p>
    <w:p>
      <w:pPr>
        <w:jc w:val="both"/>
      </w:pPr>
      <w:r>
        <w:t>1002</w:t>
      </w:r>
    </w:p>
    <w:p>
      <w:pPr>
        <w:jc w:val="both"/>
      </w:pPr>
      <w:r>
        <w:t>991</w:t>
      </w:r>
    </w:p>
    <w:p>
      <w:pPr>
        <w:jc w:val="both"/>
      </w:pPr>
      <w:r>
        <w:t>03C2.4.29</w:t>
      </w:r>
    </w:p>
    <w:p>
      <w:pPr>
        <w:jc w:val="both"/>
      </w:pPr>
      <w:r>
        <w:t>Soi thực quản bằng ống mềm</w:t>
      </w:r>
    </w:p>
    <w:p>
      <w:pPr>
        <w:jc w:val="both"/>
      </w:pPr>
      <w:r>
        <w:t>224.000</w:t>
      </w:r>
    </w:p>
    <w:p>
      <w:pPr>
        <w:jc w:val="both"/>
      </w:pPr>
      <w:r>
        <w:t>248.000</w:t>
      </w:r>
    </w:p>
    <w:p>
      <w:pPr>
        <w:jc w:val="both"/>
      </w:pPr>
      <w:r>
        <w:t>1003</w:t>
      </w:r>
    </w:p>
    <w:p>
      <w:pPr>
        <w:jc w:val="both"/>
      </w:pPr>
      <w:r>
        <w:t>992</w:t>
      </w:r>
    </w:p>
    <w:p>
      <w:pPr>
        <w:jc w:val="both"/>
      </w:pPr>
      <w:r>
        <w:t>03C2.4.8</w:t>
      </w:r>
    </w:p>
    <w:p>
      <w:pPr>
        <w:jc w:val="both"/>
      </w:pPr>
      <w:r>
        <w:t>Thông vòi nhĩ</w:t>
      </w:r>
    </w:p>
    <w:p>
      <w:pPr>
        <w:jc w:val="both"/>
      </w:pPr>
      <w:r>
        <w:t>90 800</w:t>
      </w:r>
    </w:p>
    <w:p>
      <w:pPr>
        <w:jc w:val="both"/>
      </w:pPr>
      <w:r>
        <w:t>100.000</w:t>
      </w:r>
    </w:p>
    <w:p>
      <w:pPr>
        <w:jc w:val="both"/>
      </w:pPr>
      <w:r>
        <w:t>1004</w:t>
      </w:r>
    </w:p>
    <w:p>
      <w:pPr>
        <w:jc w:val="both"/>
      </w:pPr>
      <w:r>
        <w:t>993</w:t>
      </w:r>
    </w:p>
    <w:p>
      <w:pPr>
        <w:jc w:val="both"/>
      </w:pPr>
      <w:r>
        <w:t>03C2.4.33</w:t>
      </w:r>
    </w:p>
    <w:p>
      <w:pPr>
        <w:jc w:val="both"/>
      </w:pPr>
      <w:r>
        <w:t>Thông vòi nhĩ nội soi</w:t>
      </w:r>
    </w:p>
    <w:p>
      <w:pPr>
        <w:jc w:val="both"/>
      </w:pPr>
      <w:r>
        <w:t>119.000</w:t>
      </w:r>
    </w:p>
    <w:p>
      <w:pPr>
        <w:jc w:val="both"/>
      </w:pPr>
      <w:r>
        <w:t>134.000</w:t>
      </w:r>
    </w:p>
    <w:p>
      <w:pPr>
        <w:jc w:val="both"/>
      </w:pPr>
      <w:r>
        <w:t>1005</w:t>
      </w:r>
    </w:p>
    <w:p>
      <w:pPr>
        <w:jc w:val="both"/>
      </w:pPr>
      <w:r>
        <w:t>994</w:t>
      </w:r>
    </w:p>
    <w:p>
      <w:pPr>
        <w:jc w:val="both"/>
      </w:pPr>
      <w:r>
        <w:t>03C2.4.7</w:t>
      </w:r>
    </w:p>
    <w:p>
      <w:pPr>
        <w:jc w:val="both"/>
      </w:pPr>
      <w:r>
        <w:t>Trích màng nhĩ</w:t>
      </w:r>
    </w:p>
    <w:p>
      <w:pPr>
        <w:jc w:val="both"/>
      </w:pPr>
      <w:r>
        <w:t>64.200</w:t>
      </w:r>
    </w:p>
    <w:p>
      <w:pPr>
        <w:jc w:val="both"/>
      </w:pPr>
      <w:r>
        <w:t>71.300</w:t>
      </w:r>
    </w:p>
    <w:p>
      <w:pPr>
        <w:jc w:val="both"/>
      </w:pPr>
      <w:r>
        <w:t>1006</w:t>
      </w:r>
    </w:p>
    <w:p>
      <w:pPr>
        <w:jc w:val="both"/>
      </w:pPr>
      <w:r>
        <w:t>995</w:t>
      </w:r>
    </w:p>
    <w:p>
      <w:pPr>
        <w:jc w:val="both"/>
      </w:pPr>
      <w:r>
        <w:t>04C3.4.248</w:t>
      </w:r>
    </w:p>
    <w:p>
      <w:pPr>
        <w:jc w:val="both"/>
      </w:pPr>
      <w:r>
        <w:t>Trích rạch apxe Amiđan (gây mê)</w:t>
      </w:r>
    </w:p>
    <w:p>
      <w:pPr>
        <w:jc w:val="both"/>
      </w:pPr>
      <w:r>
        <w:t>745.000</w:t>
      </w:r>
    </w:p>
    <w:p>
      <w:pPr>
        <w:jc w:val="both"/>
      </w:pPr>
      <w:r>
        <w:t>844.000</w:t>
      </w:r>
    </w:p>
    <w:p>
      <w:pPr>
        <w:jc w:val="both"/>
      </w:pPr>
      <w:r>
        <w:t>1007</w:t>
      </w:r>
    </w:p>
    <w:p>
      <w:pPr>
        <w:jc w:val="both"/>
      </w:pPr>
      <w:r>
        <w:t>996</w:t>
      </w:r>
    </w:p>
    <w:p>
      <w:pPr>
        <w:jc w:val="both"/>
      </w:pPr>
      <w:r>
        <w:t>04C3.4.249</w:t>
      </w:r>
    </w:p>
    <w:p>
      <w:pPr>
        <w:jc w:val="both"/>
      </w:pPr>
      <w:r>
        <w:t>Trích rạch apxe thành sau họng (gây mê)</w:t>
      </w:r>
    </w:p>
    <w:p>
      <w:pPr>
        <w:jc w:val="both"/>
      </w:pPr>
      <w:r>
        <w:t>745.000</w:t>
      </w:r>
    </w:p>
    <w:p>
      <w:pPr>
        <w:jc w:val="both"/>
      </w:pPr>
      <w:r>
        <w:t>844.000</w:t>
      </w:r>
    </w:p>
    <w:p>
      <w:pPr>
        <w:jc w:val="both"/>
      </w:pPr>
      <w:r>
        <w:t>1008</w:t>
      </w:r>
    </w:p>
    <w:p>
      <w:pPr>
        <w:jc w:val="both"/>
      </w:pPr>
      <w:r>
        <w:t>997</w:t>
      </w:r>
    </w:p>
    <w:p>
      <w:pPr>
        <w:jc w:val="both"/>
      </w:pPr>
      <w:r>
        <w:t>Vá nhĩ đơn thuần</w:t>
      </w:r>
    </w:p>
    <w:p>
      <w:pPr>
        <w:jc w:val="both"/>
      </w:pPr>
      <w:r>
        <w:t>3.843.000</w:t>
      </w:r>
    </w:p>
    <w:p>
      <w:pPr>
        <w:jc w:val="both"/>
      </w:pPr>
      <w:r>
        <w:t>4.316.000</w:t>
      </w:r>
    </w:p>
    <w:p>
      <w:pPr>
        <w:jc w:val="both"/>
      </w:pPr>
      <w:r>
        <w:t>Đã bao gồm chi phí mũi khoan</w:t>
      </w:r>
    </w:p>
    <w:p>
      <w:pPr>
        <w:jc w:val="both"/>
      </w:pPr>
      <w:r>
        <w:t>1009</w:t>
      </w:r>
    </w:p>
    <w:p>
      <w:pPr>
        <w:jc w:val="both"/>
      </w:pPr>
      <w:r>
        <w:t>998</w:t>
      </w:r>
    </w:p>
    <w:p>
      <w:pPr>
        <w:jc w:val="both"/>
      </w:pPr>
      <w:r>
        <w:t>Phẫu thuật nội soi đóng lỗ rò xoang lê bằng laser hoặc nhiệt</w:t>
      </w:r>
    </w:p>
    <w:p>
      <w:pPr>
        <w:jc w:val="both"/>
      </w:pPr>
      <w:r>
        <w:t>3.176.000</w:t>
      </w:r>
    </w:p>
    <w:p>
      <w:pPr>
        <w:jc w:val="both"/>
      </w:pPr>
      <w:r>
        <w:t>3.549.000</w:t>
      </w:r>
    </w:p>
    <w:p>
      <w:pPr>
        <w:jc w:val="both"/>
      </w:pPr>
      <w:r>
        <w:t>Các phẫu thuật, thủ thuật còn lại khác</w:t>
      </w:r>
    </w:p>
    <w:p>
      <w:pPr>
        <w:jc w:val="both"/>
      </w:pPr>
      <w:r>
        <w:t>1010</w:t>
      </w:r>
    </w:p>
    <w:p>
      <w:pPr>
        <w:jc w:val="both"/>
      </w:pPr>
      <w:r>
        <w:t>999</w:t>
      </w:r>
    </w:p>
    <w:p>
      <w:pPr>
        <w:jc w:val="both"/>
      </w:pPr>
      <w:r>
        <w:t>Phẫu thuật loại đặc biệt</w:t>
      </w:r>
    </w:p>
    <w:p>
      <w:pPr>
        <w:jc w:val="both"/>
      </w:pPr>
      <w:r>
        <w:t>3.621.000</w:t>
      </w:r>
    </w:p>
    <w:p>
      <w:pPr>
        <w:jc w:val="both"/>
      </w:pPr>
      <w:r>
        <w:t>3.996.000</w:t>
      </w:r>
    </w:p>
    <w:p>
      <w:pPr>
        <w:jc w:val="both"/>
      </w:pPr>
      <w:r>
        <w:t>1011</w:t>
      </w:r>
    </w:p>
    <w:p>
      <w:pPr>
        <w:jc w:val="both"/>
      </w:pPr>
      <w:r>
        <w:t>1000</w:t>
      </w:r>
    </w:p>
    <w:p>
      <w:pPr>
        <w:jc w:val="both"/>
      </w:pPr>
      <w:r>
        <w:t>Phẫu thuật loại I</w:t>
      </w:r>
    </w:p>
    <w:p>
      <w:pPr>
        <w:jc w:val="both"/>
      </w:pPr>
      <w:r>
        <w:t>2.129.000</w:t>
      </w:r>
    </w:p>
    <w:p>
      <w:pPr>
        <w:jc w:val="both"/>
      </w:pPr>
      <w:r>
        <w:t>2.348.000</w:t>
      </w:r>
    </w:p>
    <w:p>
      <w:pPr>
        <w:jc w:val="both"/>
      </w:pPr>
      <w:r>
        <w:t>1012</w:t>
      </w:r>
    </w:p>
    <w:p>
      <w:pPr>
        <w:jc w:val="both"/>
      </w:pPr>
      <w:r>
        <w:t>1001</w:t>
      </w:r>
    </w:p>
    <w:p>
      <w:pPr>
        <w:jc w:val="both"/>
      </w:pPr>
      <w:r>
        <w:t>Phẫu thuật loại II</w:t>
      </w:r>
    </w:p>
    <w:p>
      <w:pPr>
        <w:jc w:val="both"/>
      </w:pPr>
      <w:r>
        <w:t>1.499.000</w:t>
      </w:r>
    </w:p>
    <w:p>
      <w:pPr>
        <w:jc w:val="both"/>
      </w:pPr>
      <w:r>
        <w:t>1.652.000</w:t>
      </w:r>
    </w:p>
    <w:p>
      <w:pPr>
        <w:jc w:val="both"/>
      </w:pPr>
      <w:r>
        <w:t>1013</w:t>
      </w:r>
    </w:p>
    <w:p>
      <w:pPr>
        <w:jc w:val="both"/>
      </w:pPr>
      <w:r>
        <w:t>1002</w:t>
      </w:r>
    </w:p>
    <w:p>
      <w:pPr>
        <w:jc w:val="both"/>
      </w:pPr>
      <w:r>
        <w:t>Phẫu thuật loại III</w:t>
      </w:r>
    </w:p>
    <w:p>
      <w:pPr>
        <w:jc w:val="both"/>
      </w:pPr>
      <w:r>
        <w:t>998.000</w:t>
      </w:r>
    </w:p>
    <w:p>
      <w:pPr>
        <w:jc w:val="both"/>
      </w:pPr>
      <w:r>
        <w:t>1.110.000</w:t>
      </w:r>
    </w:p>
    <w:p>
      <w:pPr>
        <w:jc w:val="both"/>
      </w:pPr>
      <w:r>
        <w:t>1014</w:t>
      </w:r>
    </w:p>
    <w:p>
      <w:pPr>
        <w:jc w:val="both"/>
      </w:pPr>
      <w:r>
        <w:t>1003</w:t>
      </w:r>
    </w:p>
    <w:p>
      <w:pPr>
        <w:jc w:val="both"/>
      </w:pPr>
      <w:r>
        <w:t>Thủ thuật loại đặc biệt</w:t>
      </w:r>
    </w:p>
    <w:p>
      <w:pPr>
        <w:jc w:val="both"/>
      </w:pPr>
      <w:r>
        <w:t>893.000</w:t>
      </w:r>
    </w:p>
    <w:p>
      <w:pPr>
        <w:jc w:val="both"/>
      </w:pPr>
      <w:r>
        <w:t>1.004.000</w:t>
      </w:r>
    </w:p>
    <w:p>
      <w:pPr>
        <w:jc w:val="both"/>
      </w:pPr>
      <w:r>
        <w:t>1015</w:t>
      </w:r>
    </w:p>
    <w:p>
      <w:pPr>
        <w:jc w:val="both"/>
      </w:pPr>
      <w:r>
        <w:t>1004</w:t>
      </w:r>
    </w:p>
    <w:p>
      <w:pPr>
        <w:jc w:val="both"/>
      </w:pPr>
      <w:r>
        <w:t>Thủ thuật loại I</w:t>
      </w:r>
    </w:p>
    <w:p>
      <w:pPr>
        <w:jc w:val="both"/>
      </w:pPr>
      <w:r>
        <w:t>523.000</w:t>
      </w:r>
    </w:p>
    <w:p>
      <w:pPr>
        <w:jc w:val="both"/>
      </w:pPr>
      <w:r>
        <w:t>589.000</w:t>
      </w:r>
    </w:p>
    <w:p>
      <w:pPr>
        <w:jc w:val="both"/>
      </w:pPr>
      <w:r>
        <w:t>1016</w:t>
      </w:r>
    </w:p>
    <w:p>
      <w:pPr>
        <w:jc w:val="both"/>
      </w:pPr>
      <w:r>
        <w:t>1005</w:t>
      </w:r>
    </w:p>
    <w:p>
      <w:pPr>
        <w:jc w:val="both"/>
      </w:pPr>
      <w:r>
        <w:t>Thủ thuật loại II</w:t>
      </w:r>
    </w:p>
    <w:p>
      <w:pPr>
        <w:jc w:val="both"/>
      </w:pPr>
      <w:r>
        <w:t>301.000</w:t>
      </w:r>
    </w:p>
    <w:p>
      <w:pPr>
        <w:jc w:val="both"/>
      </w:pPr>
      <w:r>
        <w:t>337.000</w:t>
      </w:r>
    </w:p>
    <w:p>
      <w:pPr>
        <w:jc w:val="both"/>
      </w:pPr>
      <w:r>
        <w:t>1017</w:t>
      </w:r>
    </w:p>
    <w:p>
      <w:pPr>
        <w:jc w:val="both"/>
      </w:pPr>
      <w:r>
        <w:t>1006</w:t>
      </w:r>
    </w:p>
    <w:p>
      <w:pPr>
        <w:jc w:val="both"/>
      </w:pPr>
      <w:r>
        <w:t>Thủ thuật loại III</w:t>
      </w:r>
    </w:p>
    <w:p>
      <w:pPr>
        <w:jc w:val="both"/>
      </w:pPr>
      <w:r>
        <w:t>145.000</w:t>
      </w:r>
    </w:p>
    <w:p>
      <w:pPr>
        <w:jc w:val="both"/>
      </w:pPr>
      <w:r>
        <w:t>162.000</w:t>
      </w:r>
    </w:p>
    <w:p>
      <w:pPr>
        <w:jc w:val="both"/>
      </w:pPr>
      <w:r>
        <w:t>IX</w:t>
      </w:r>
    </w:p>
    <w:p>
      <w:pPr>
        <w:jc w:val="both"/>
      </w:pPr>
      <w:r>
        <w:t>IX</w:t>
      </w:r>
    </w:p>
    <w:p>
      <w:pPr>
        <w:jc w:val="both"/>
      </w:pPr>
      <w:r>
        <w:t>RĂNG-HÀM-MẶT</w:t>
      </w:r>
    </w:p>
    <w:p>
      <w:pPr>
        <w:jc w:val="both"/>
      </w:pPr>
      <w:r>
        <w:t>Các kỹ thuật về răng, miệng</w:t>
      </w:r>
    </w:p>
    <w:p>
      <w:pPr>
        <w:jc w:val="both"/>
      </w:pPr>
      <w:r>
        <w:t>1018</w:t>
      </w:r>
    </w:p>
    <w:p>
      <w:pPr>
        <w:jc w:val="both"/>
      </w:pPr>
      <w:r>
        <w:t>1007</w:t>
      </w:r>
    </w:p>
    <w:p>
      <w:pPr>
        <w:jc w:val="both"/>
      </w:pPr>
      <w:r>
        <w:t>03C2.5.1.3</w:t>
      </w:r>
    </w:p>
    <w:p>
      <w:pPr>
        <w:jc w:val="both"/>
      </w:pPr>
      <w:r>
        <w:t>Cắt lợi trùm</w:t>
      </w:r>
    </w:p>
    <w:p>
      <w:pPr>
        <w:jc w:val="both"/>
      </w:pPr>
      <w:r>
        <w:t>166.000</w:t>
      </w:r>
    </w:p>
    <w:p>
      <w:pPr>
        <w:jc w:val="both"/>
      </w:pPr>
      <w:r>
        <w:t>185.000</w:t>
      </w:r>
    </w:p>
    <w:p>
      <w:pPr>
        <w:jc w:val="both"/>
      </w:pPr>
      <w:r>
        <w:t>1019</w:t>
      </w:r>
    </w:p>
    <w:p>
      <w:pPr>
        <w:jc w:val="both"/>
      </w:pPr>
      <w:r>
        <w:t>1008</w:t>
      </w:r>
    </w:p>
    <w:p>
      <w:pPr>
        <w:jc w:val="both"/>
      </w:pPr>
      <w:r>
        <w:t>03C2.5.2.6</w:t>
      </w:r>
    </w:p>
    <w:p>
      <w:pPr>
        <w:jc w:val="both"/>
      </w:pPr>
      <w:r>
        <w:t>Chụp thép làm sẵn</w:t>
      </w:r>
    </w:p>
    <w:p>
      <w:pPr>
        <w:jc w:val="both"/>
      </w:pPr>
      <w:r>
        <w:t>304.000</w:t>
      </w:r>
    </w:p>
    <w:p>
      <w:pPr>
        <w:jc w:val="both"/>
      </w:pPr>
      <w:r>
        <w:t>339.000</w:t>
      </w:r>
    </w:p>
    <w:p>
      <w:pPr>
        <w:jc w:val="both"/>
      </w:pPr>
      <w:r>
        <w:t>1020</w:t>
      </w:r>
    </w:p>
    <w:p>
      <w:pPr>
        <w:jc w:val="both"/>
      </w:pPr>
      <w:r>
        <w:t>1009</w:t>
      </w:r>
    </w:p>
    <w:p>
      <w:pPr>
        <w:jc w:val="both"/>
      </w:pPr>
      <w:r>
        <w:t>03C2.5.1.6</w:t>
      </w:r>
    </w:p>
    <w:p>
      <w:pPr>
        <w:jc w:val="both"/>
      </w:pPr>
      <w:r>
        <w:t>Cố định tạm thời gẫy xương hàm (buộc chỉ thép, băng cố định)</w:t>
      </w:r>
    </w:p>
    <w:p>
      <w:pPr>
        <w:jc w:val="both"/>
      </w:pPr>
      <w:r>
        <w:t>382.000</w:t>
      </w:r>
    </w:p>
    <w:p>
      <w:pPr>
        <w:jc w:val="both"/>
      </w:pPr>
      <w:r>
        <w:t>423.000</w:t>
      </w:r>
    </w:p>
    <w:p>
      <w:pPr>
        <w:jc w:val="both"/>
      </w:pPr>
      <w:r>
        <w:t>Điều trị răng</w:t>
      </w:r>
    </w:p>
    <w:p>
      <w:pPr>
        <w:jc w:val="both"/>
      </w:pPr>
      <w:r>
        <w:t>1021</w:t>
      </w:r>
    </w:p>
    <w:p>
      <w:pPr>
        <w:jc w:val="both"/>
      </w:pPr>
      <w:r>
        <w:t>1010</w:t>
      </w:r>
    </w:p>
    <w:p>
      <w:pPr>
        <w:jc w:val="both"/>
      </w:pPr>
      <w:r>
        <w:t>03C2.5.2.3</w:t>
      </w:r>
    </w:p>
    <w:p>
      <w:pPr>
        <w:jc w:val="both"/>
      </w:pPr>
      <w:r>
        <w:t>Điều trị răng sữa viêm tủy có hồi phục</w:t>
      </w:r>
    </w:p>
    <w:p>
      <w:pPr>
        <w:jc w:val="both"/>
      </w:pPr>
      <w:r>
        <w:t>351.000</w:t>
      </w:r>
    </w:p>
    <w:p>
      <w:pPr>
        <w:jc w:val="both"/>
      </w:pPr>
      <w:r>
        <w:t>389.000</w:t>
      </w:r>
    </w:p>
    <w:p>
      <w:pPr>
        <w:jc w:val="both"/>
      </w:pPr>
      <w:r>
        <w:t>1022</w:t>
      </w:r>
    </w:p>
    <w:p>
      <w:pPr>
        <w:jc w:val="both"/>
      </w:pPr>
      <w:r>
        <w:t>1011</w:t>
      </w:r>
    </w:p>
    <w:p>
      <w:pPr>
        <w:jc w:val="both"/>
      </w:pPr>
      <w:r>
        <w:t>03C2.5.2.13</w:t>
      </w:r>
    </w:p>
    <w:p>
      <w:pPr>
        <w:jc w:val="both"/>
      </w:pPr>
      <w:r>
        <w:t>Điều trị tủy lại</w:t>
      </w:r>
    </w:p>
    <w:p>
      <w:pPr>
        <w:jc w:val="both"/>
      </w:pPr>
      <w:r>
        <w:t>966.000</w:t>
      </w:r>
    </w:p>
    <w:p>
      <w:pPr>
        <w:jc w:val="both"/>
      </w:pPr>
      <w:r>
        <w:t>1.101.000</w:t>
      </w:r>
    </w:p>
    <w:p>
      <w:pPr>
        <w:jc w:val="both"/>
      </w:pPr>
      <w:r>
        <w:t>1023</w:t>
      </w:r>
    </w:p>
    <w:p>
      <w:pPr>
        <w:jc w:val="both"/>
      </w:pPr>
      <w:r>
        <w:t>1012</w:t>
      </w:r>
    </w:p>
    <w:p>
      <w:pPr>
        <w:jc w:val="both"/>
      </w:pPr>
      <w:r>
        <w:t>03C2 5.2.10</w:t>
      </w:r>
    </w:p>
    <w:p>
      <w:pPr>
        <w:jc w:val="both"/>
      </w:pPr>
      <w:r>
        <w:t>Điều trị tủy răng số 4, 5</w:t>
      </w:r>
    </w:p>
    <w:p>
      <w:pPr>
        <w:jc w:val="both"/>
      </w:pPr>
      <w:r>
        <w:t>589.000</w:t>
      </w:r>
    </w:p>
    <w:p>
      <w:pPr>
        <w:jc w:val="both"/>
      </w:pPr>
      <w:r>
        <w:t>657.000</w:t>
      </w:r>
    </w:p>
    <w:p>
      <w:pPr>
        <w:jc w:val="both"/>
      </w:pPr>
      <w:r>
        <w:t>1024</w:t>
      </w:r>
    </w:p>
    <w:p>
      <w:pPr>
        <w:jc w:val="both"/>
      </w:pPr>
      <w:r>
        <w:t>1013</w:t>
      </w:r>
    </w:p>
    <w:p>
      <w:pPr>
        <w:jc w:val="both"/>
      </w:pPr>
      <w:r>
        <w:t>03C2.5.2.11</w:t>
      </w:r>
    </w:p>
    <w:p>
      <w:pPr>
        <w:jc w:val="both"/>
      </w:pPr>
      <w:r>
        <w:t>Điều trị tủy răng số 6,7 hàm dưới</w:t>
      </w:r>
    </w:p>
    <w:p>
      <w:pPr>
        <w:jc w:val="both"/>
      </w:pPr>
      <w:r>
        <w:t>819.000</w:t>
      </w:r>
    </w:p>
    <w:p>
      <w:pPr>
        <w:jc w:val="both"/>
      </w:pPr>
      <w:r>
        <w:t>922.000</w:t>
      </w:r>
    </w:p>
    <w:p>
      <w:pPr>
        <w:jc w:val="both"/>
      </w:pPr>
      <w:r>
        <w:t>1025</w:t>
      </w:r>
    </w:p>
    <w:p>
      <w:pPr>
        <w:jc w:val="both"/>
      </w:pPr>
      <w:r>
        <w:t>1014</w:t>
      </w:r>
    </w:p>
    <w:p>
      <w:pPr>
        <w:jc w:val="both"/>
      </w:pPr>
      <w:r>
        <w:t>03C2.5.2.9</w:t>
      </w:r>
    </w:p>
    <w:p>
      <w:pPr>
        <w:jc w:val="both"/>
      </w:pPr>
      <w:r>
        <w:t>Điều trị tủy răng số 1, 2, 3</w:t>
      </w:r>
    </w:p>
    <w:p>
      <w:pPr>
        <w:jc w:val="both"/>
      </w:pPr>
      <w:r>
        <w:t>434.000</w:t>
      </w:r>
    </w:p>
    <w:p>
      <w:pPr>
        <w:jc w:val="both"/>
      </w:pPr>
      <w:r>
        <w:t>489.000</w:t>
      </w:r>
    </w:p>
    <w:p>
      <w:pPr>
        <w:jc w:val="both"/>
      </w:pPr>
      <w:r>
        <w:t>1026</w:t>
      </w:r>
    </w:p>
    <w:p>
      <w:pPr>
        <w:jc w:val="both"/>
      </w:pPr>
      <w:r>
        <w:t>1015</w:t>
      </w:r>
    </w:p>
    <w:p>
      <w:pPr>
        <w:jc w:val="both"/>
      </w:pPr>
      <w:r>
        <w:t>03C2.5.2.12</w:t>
      </w:r>
    </w:p>
    <w:p>
      <w:pPr>
        <w:jc w:val="both"/>
      </w:pPr>
      <w:r>
        <w:t>Điều trị tủy răng số 6,7 hàm trên</w:t>
      </w:r>
    </w:p>
    <w:p>
      <w:pPr>
        <w:jc w:val="both"/>
      </w:pPr>
      <w:r>
        <w:t>949.000</w:t>
      </w:r>
    </w:p>
    <w:p>
      <w:pPr>
        <w:jc w:val="both"/>
      </w:pPr>
      <w:r>
        <w:t>1.071.000</w:t>
      </w:r>
    </w:p>
    <w:p>
      <w:pPr>
        <w:jc w:val="both"/>
      </w:pPr>
      <w:r>
        <w:t>1027</w:t>
      </w:r>
    </w:p>
    <w:p>
      <w:pPr>
        <w:jc w:val="both"/>
      </w:pPr>
      <w:r>
        <w:t>1016</w:t>
      </w:r>
    </w:p>
    <w:p>
      <w:pPr>
        <w:jc w:val="both"/>
      </w:pPr>
      <w:r>
        <w:t>03C2.5.2.4</w:t>
      </w:r>
    </w:p>
    <w:p>
      <w:pPr>
        <w:jc w:val="both"/>
      </w:pPr>
      <w:r>
        <w:t>Điều trị tủy răng sữa một chân</w:t>
      </w:r>
    </w:p>
    <w:p>
      <w:pPr>
        <w:jc w:val="both"/>
      </w:pPr>
      <w:r>
        <w:t>280.000</w:t>
      </w:r>
    </w:p>
    <w:p>
      <w:pPr>
        <w:jc w:val="both"/>
      </w:pPr>
      <w:r>
        <w:t>314.000</w:t>
      </w:r>
    </w:p>
    <w:p>
      <w:pPr>
        <w:jc w:val="both"/>
      </w:pPr>
      <w:r>
        <w:t>1028</w:t>
      </w:r>
    </w:p>
    <w:p>
      <w:pPr>
        <w:jc w:val="both"/>
      </w:pPr>
      <w:r>
        <w:t>1017</w:t>
      </w:r>
    </w:p>
    <w:p>
      <w:pPr>
        <w:jc w:val="both"/>
      </w:pPr>
      <w:r>
        <w:t>03C2.5.2.5</w:t>
      </w:r>
    </w:p>
    <w:p>
      <w:pPr>
        <w:jc w:val="both"/>
      </w:pPr>
      <w:r>
        <w:t>Điều trị tủy răng sữa nhiều chân</w:t>
      </w:r>
    </w:p>
    <w:p>
      <w:pPr>
        <w:jc w:val="both"/>
      </w:pPr>
      <w:r>
        <w:t>394.000</w:t>
      </w:r>
    </w:p>
    <w:p>
      <w:pPr>
        <w:jc w:val="both"/>
      </w:pPr>
      <w:r>
        <w:t>443.000</w:t>
      </w:r>
    </w:p>
    <w:p>
      <w:pPr>
        <w:jc w:val="both"/>
      </w:pPr>
      <w:r>
        <w:t>1029</w:t>
      </w:r>
    </w:p>
    <w:p>
      <w:pPr>
        <w:jc w:val="both"/>
      </w:pPr>
      <w:r>
        <w:t>1018</w:t>
      </w:r>
    </w:p>
    <w:p>
      <w:pPr>
        <w:jc w:val="both"/>
      </w:pPr>
      <w:r>
        <w:t>03C2.5.2.14</w:t>
      </w:r>
    </w:p>
    <w:p>
      <w:pPr>
        <w:jc w:val="both"/>
      </w:pPr>
      <w:r>
        <w:t>Hàn composite cổ răng</w:t>
      </w:r>
    </w:p>
    <w:p>
      <w:pPr>
        <w:jc w:val="both"/>
      </w:pPr>
      <w:r>
        <w:t>348.000</w:t>
      </w:r>
    </w:p>
    <w:p>
      <w:pPr>
        <w:jc w:val="both"/>
      </w:pPr>
      <w:r>
        <w:t>391.000</w:t>
      </w:r>
    </w:p>
    <w:p>
      <w:pPr>
        <w:jc w:val="both"/>
      </w:pPr>
      <w:r>
        <w:t>1030</w:t>
      </w:r>
    </w:p>
    <w:p>
      <w:pPr>
        <w:jc w:val="both"/>
      </w:pPr>
      <w:r>
        <w:t>1019</w:t>
      </w:r>
    </w:p>
    <w:p>
      <w:pPr>
        <w:jc w:val="both"/>
      </w:pPr>
      <w:r>
        <w:t>03C2.5.2.1</w:t>
      </w:r>
    </w:p>
    <w:p>
      <w:pPr>
        <w:jc w:val="both"/>
      </w:pPr>
      <w:r>
        <w:t>Hàn răng sữa sâu ngà</w:t>
      </w:r>
    </w:p>
    <w:p>
      <w:pPr>
        <w:jc w:val="both"/>
      </w:pPr>
      <w:r>
        <w:t>102.000</w:t>
      </w:r>
    </w:p>
    <w:p>
      <w:pPr>
        <w:jc w:val="both"/>
      </w:pPr>
      <w:r>
        <w:t>113.000</w:t>
      </w:r>
    </w:p>
    <w:p>
      <w:pPr>
        <w:jc w:val="both"/>
      </w:pPr>
      <w:r>
        <w:t>1031</w:t>
      </w:r>
    </w:p>
    <w:p>
      <w:pPr>
        <w:jc w:val="both"/>
      </w:pPr>
      <w:r>
        <w:t>1020</w:t>
      </w:r>
    </w:p>
    <w:p>
      <w:pPr>
        <w:jc w:val="both"/>
      </w:pPr>
      <w:r>
        <w:t>04C3.5.1.260</w:t>
      </w:r>
    </w:p>
    <w:p>
      <w:pPr>
        <w:jc w:val="both"/>
      </w:pPr>
      <w:r>
        <w:t>Lấy cao răng và đánh bóng hai hàm</w:t>
      </w:r>
    </w:p>
    <w:p>
      <w:pPr>
        <w:jc w:val="both"/>
      </w:pPr>
      <w:r>
        <w:t>143.000</w:t>
      </w:r>
    </w:p>
    <w:p>
      <w:pPr>
        <w:jc w:val="both"/>
      </w:pPr>
      <w:r>
        <w:t>156.000</w:t>
      </w:r>
    </w:p>
    <w:p>
      <w:pPr>
        <w:jc w:val="both"/>
      </w:pPr>
      <w:r>
        <w:t>1032</w:t>
      </w:r>
    </w:p>
    <w:p>
      <w:pPr>
        <w:jc w:val="both"/>
      </w:pPr>
      <w:r>
        <w:t>1021</w:t>
      </w:r>
    </w:p>
    <w:p>
      <w:pPr>
        <w:jc w:val="both"/>
      </w:pPr>
      <w:r>
        <w:t>04C3.5.1.259</w:t>
      </w:r>
    </w:p>
    <w:p>
      <w:pPr>
        <w:jc w:val="both"/>
      </w:pPr>
      <w:r>
        <w:t>Lấy cao răng và đánh bóng một vùng hoặc một hàm</w:t>
      </w:r>
    </w:p>
    <w:p>
      <w:pPr>
        <w:jc w:val="both"/>
      </w:pPr>
      <w:r>
        <w:t>82.700</w:t>
      </w:r>
    </w:p>
    <w:p>
      <w:pPr>
        <w:jc w:val="both"/>
      </w:pPr>
      <w:r>
        <w:t>90.200</w:t>
      </w:r>
    </w:p>
    <w:p>
      <w:pPr>
        <w:jc w:val="both"/>
      </w:pPr>
      <w:r>
        <w:t>1033</w:t>
      </w:r>
    </w:p>
    <w:p>
      <w:pPr>
        <w:jc w:val="both"/>
      </w:pPr>
      <w:r>
        <w:t>1022</w:t>
      </w:r>
    </w:p>
    <w:p>
      <w:pPr>
        <w:jc w:val="both"/>
      </w:pPr>
      <w:r>
        <w:t>03C2.5.1.11</w:t>
      </w:r>
    </w:p>
    <w:p>
      <w:pPr>
        <w:jc w:val="both"/>
      </w:pPr>
      <w:r>
        <w:t>Nắn trật khớp thái dương hàm</w:t>
      </w:r>
    </w:p>
    <w:p>
      <w:pPr>
        <w:jc w:val="both"/>
      </w:pPr>
      <w:r>
        <w:t>105.000</w:t>
      </w:r>
    </w:p>
    <w:p>
      <w:pPr>
        <w:jc w:val="both"/>
      </w:pPr>
      <w:r>
        <w:t>119.000</w:t>
      </w:r>
    </w:p>
    <w:p>
      <w:pPr>
        <w:jc w:val="both"/>
      </w:pPr>
      <w:r>
        <w:t>1034</w:t>
      </w:r>
    </w:p>
    <w:p>
      <w:pPr>
        <w:jc w:val="both"/>
      </w:pPr>
      <w:r>
        <w:t>1023</w:t>
      </w:r>
    </w:p>
    <w:p>
      <w:pPr>
        <w:jc w:val="both"/>
      </w:pPr>
      <w:r>
        <w:t>03C2.5.1.10</w:t>
      </w:r>
    </w:p>
    <w:p>
      <w:pPr>
        <w:jc w:val="both"/>
      </w:pPr>
      <w:r>
        <w:t>Nạo túi lợi 1 sextant</w:t>
      </w:r>
    </w:p>
    <w:p>
      <w:pPr>
        <w:jc w:val="both"/>
      </w:pPr>
      <w:r>
        <w:t>79.700</w:t>
      </w:r>
    </w:p>
    <w:p>
      <w:pPr>
        <w:jc w:val="both"/>
      </w:pPr>
      <w:r>
        <w:t>86.800</w:t>
      </w:r>
    </w:p>
    <w:p>
      <w:pPr>
        <w:jc w:val="both"/>
      </w:pPr>
      <w:r>
        <w:t>1035</w:t>
      </w:r>
    </w:p>
    <w:p>
      <w:pPr>
        <w:jc w:val="both"/>
      </w:pPr>
      <w:r>
        <w:t>1024</w:t>
      </w:r>
    </w:p>
    <w:p>
      <w:pPr>
        <w:jc w:val="both"/>
      </w:pPr>
      <w:r>
        <w:t>03C2.5.1.7</w:t>
      </w:r>
    </w:p>
    <w:p>
      <w:pPr>
        <w:jc w:val="both"/>
      </w:pPr>
      <w:r>
        <w:t>Nhổ chân răng</w:t>
      </w:r>
    </w:p>
    <w:p>
      <w:pPr>
        <w:jc w:val="both"/>
      </w:pPr>
      <w:r>
        <w:t>200.000</w:t>
      </w:r>
    </w:p>
    <w:p>
      <w:pPr>
        <w:jc w:val="both"/>
      </w:pPr>
      <w:r>
        <w:t>222.000</w:t>
      </w:r>
    </w:p>
    <w:p>
      <w:pPr>
        <w:jc w:val="both"/>
      </w:pPr>
      <w:r>
        <w:t>1036</w:t>
      </w:r>
    </w:p>
    <w:p>
      <w:pPr>
        <w:jc w:val="both"/>
      </w:pPr>
      <w:r>
        <w:t>1025</w:t>
      </w:r>
    </w:p>
    <w:p>
      <w:pPr>
        <w:jc w:val="both"/>
      </w:pPr>
      <w:r>
        <w:t>03C2.5.1.1</w:t>
      </w:r>
    </w:p>
    <w:p>
      <w:pPr>
        <w:jc w:val="both"/>
      </w:pPr>
      <w:r>
        <w:t>Nhổ răng đơn giản</w:t>
      </w:r>
    </w:p>
    <w:p>
      <w:pPr>
        <w:jc w:val="both"/>
      </w:pPr>
      <w:r>
        <w:t>105.000</w:t>
      </w:r>
    </w:p>
    <w:p>
      <w:pPr>
        <w:jc w:val="both"/>
      </w:pPr>
      <w:r>
        <w:t>118.000</w:t>
      </w:r>
    </w:p>
    <w:p>
      <w:pPr>
        <w:jc w:val="both"/>
      </w:pPr>
      <w:r>
        <w:t>1037</w:t>
      </w:r>
    </w:p>
    <w:p>
      <w:pPr>
        <w:jc w:val="both"/>
      </w:pPr>
      <w:r>
        <w:t>1026</w:t>
      </w:r>
    </w:p>
    <w:p>
      <w:pPr>
        <w:jc w:val="both"/>
      </w:pPr>
      <w:r>
        <w:t>03C2.5.1.2</w:t>
      </w:r>
    </w:p>
    <w:p>
      <w:pPr>
        <w:jc w:val="both"/>
      </w:pPr>
      <w:r>
        <w:t>Nhổ răng khó</w:t>
      </w:r>
    </w:p>
    <w:p>
      <w:pPr>
        <w:jc w:val="both"/>
      </w:pPr>
      <w:r>
        <w:t>218.000</w:t>
      </w:r>
    </w:p>
    <w:p>
      <w:pPr>
        <w:jc w:val="both"/>
      </w:pPr>
      <w:r>
        <w:t>241.000</w:t>
      </w:r>
    </w:p>
    <w:p>
      <w:pPr>
        <w:jc w:val="both"/>
      </w:pPr>
      <w:r>
        <w:t>1038</w:t>
      </w:r>
    </w:p>
    <w:p>
      <w:pPr>
        <w:jc w:val="both"/>
      </w:pPr>
      <w:r>
        <w:t>1027</w:t>
      </w:r>
    </w:p>
    <w:p>
      <w:pPr>
        <w:jc w:val="both"/>
      </w:pPr>
      <w:r>
        <w:t>04C3.5.1.257</w:t>
      </w:r>
    </w:p>
    <w:p>
      <w:pPr>
        <w:jc w:val="both"/>
      </w:pPr>
      <w:r>
        <w:t>Nhổ răng số 8 bình thường</w:t>
      </w:r>
    </w:p>
    <w:p>
      <w:pPr>
        <w:jc w:val="both"/>
      </w:pPr>
      <w:r>
        <w:t>226.000</w:t>
      </w:r>
    </w:p>
    <w:p>
      <w:pPr>
        <w:jc w:val="both"/>
      </w:pPr>
      <w:r>
        <w:t>251.000</w:t>
      </w:r>
    </w:p>
    <w:p>
      <w:pPr>
        <w:jc w:val="both"/>
      </w:pPr>
      <w:r>
        <w:t>1039</w:t>
      </w:r>
    </w:p>
    <w:p>
      <w:pPr>
        <w:jc w:val="both"/>
      </w:pPr>
      <w:r>
        <w:t>1028</w:t>
      </w:r>
    </w:p>
    <w:p>
      <w:pPr>
        <w:jc w:val="both"/>
      </w:pPr>
      <w:r>
        <w:t>04C3.5.1.258</w:t>
      </w:r>
    </w:p>
    <w:p>
      <w:pPr>
        <w:jc w:val="both"/>
      </w:pPr>
      <w:r>
        <w:t>Nhổ răng số 8 có biến chứng khít hàm</w:t>
      </w:r>
    </w:p>
    <w:p>
      <w:pPr>
        <w:jc w:val="both"/>
      </w:pPr>
      <w:r>
        <w:t>362.000</w:t>
      </w:r>
    </w:p>
    <w:p>
      <w:pPr>
        <w:jc w:val="both"/>
      </w:pPr>
      <w:r>
        <w:t>399.000</w:t>
      </w:r>
    </w:p>
    <w:p>
      <w:pPr>
        <w:jc w:val="both"/>
      </w:pPr>
      <w:r>
        <w:t>1040</w:t>
      </w:r>
    </w:p>
    <w:p>
      <w:pPr>
        <w:jc w:val="both"/>
      </w:pPr>
      <w:r>
        <w:t>1029</w:t>
      </w:r>
    </w:p>
    <w:p>
      <w:pPr>
        <w:jc w:val="both"/>
      </w:pPr>
      <w:r>
        <w:t>04C3.5.1.256</w:t>
      </w:r>
    </w:p>
    <w:p>
      <w:pPr>
        <w:jc w:val="both"/>
      </w:pPr>
      <w:r>
        <w:t>Nhổ răng sữa hoặc chân răng sữa</w:t>
      </w:r>
    </w:p>
    <w:p>
      <w:pPr>
        <w:jc w:val="both"/>
      </w:pPr>
      <w:r>
        <w:t>40.700</w:t>
      </w:r>
    </w:p>
    <w:p>
      <w:pPr>
        <w:jc w:val="both"/>
      </w:pPr>
      <w:r>
        <w:t>43.800</w:t>
      </w:r>
    </w:p>
    <w:p>
      <w:pPr>
        <w:jc w:val="both"/>
      </w:pPr>
      <w:r>
        <w:t>1041</w:t>
      </w:r>
    </w:p>
    <w:p>
      <w:pPr>
        <w:jc w:val="both"/>
      </w:pPr>
      <w:r>
        <w:t>1030</w:t>
      </w:r>
    </w:p>
    <w:p>
      <w:pPr>
        <w:jc w:val="both"/>
      </w:pPr>
      <w:r>
        <w:t>03C2.5.2.16</w:t>
      </w:r>
    </w:p>
    <w:p>
      <w:pPr>
        <w:jc w:val="both"/>
      </w:pPr>
      <w:r>
        <w:t>Phục hồi thân răng có chốt</w:t>
      </w:r>
    </w:p>
    <w:p>
      <w:pPr>
        <w:jc w:val="both"/>
      </w:pPr>
      <w:r>
        <w:t>518.000</w:t>
      </w:r>
    </w:p>
    <w:p>
      <w:pPr>
        <w:jc w:val="both"/>
      </w:pPr>
      <w:r>
        <w:t>581.000</w:t>
      </w:r>
    </w:p>
    <w:p>
      <w:pPr>
        <w:jc w:val="both"/>
      </w:pPr>
      <w:r>
        <w:t>1042</w:t>
      </w:r>
    </w:p>
    <w:p>
      <w:pPr>
        <w:jc w:val="both"/>
      </w:pPr>
      <w:r>
        <w:t>1031</w:t>
      </w:r>
    </w:p>
    <w:p>
      <w:pPr>
        <w:jc w:val="both"/>
      </w:pPr>
      <w:r>
        <w:t>03C2.5.2.7</w:t>
      </w:r>
    </w:p>
    <w:p>
      <w:pPr>
        <w:jc w:val="both"/>
      </w:pPr>
      <w:r>
        <w:t>Răng sâu ngà</w:t>
      </w:r>
    </w:p>
    <w:p>
      <w:pPr>
        <w:jc w:val="both"/>
      </w:pPr>
      <w:r>
        <w:t>259.000</w:t>
      </w:r>
    </w:p>
    <w:p>
      <w:pPr>
        <w:jc w:val="both"/>
      </w:pPr>
      <w:r>
        <w:t>288.000</w:t>
      </w:r>
    </w:p>
    <w:p>
      <w:pPr>
        <w:jc w:val="both"/>
      </w:pPr>
      <w:r>
        <w:t>1043</w:t>
      </w:r>
    </w:p>
    <w:p>
      <w:pPr>
        <w:jc w:val="both"/>
      </w:pPr>
      <w:r>
        <w:t>1032</w:t>
      </w:r>
    </w:p>
    <w:p>
      <w:pPr>
        <w:jc w:val="both"/>
      </w:pPr>
      <w:r>
        <w:t>03C2.5.2.8</w:t>
      </w:r>
    </w:p>
    <w:p>
      <w:pPr>
        <w:jc w:val="both"/>
      </w:pPr>
      <w:r>
        <w:t>Răng viêm tủy hồi phục</w:t>
      </w:r>
    </w:p>
    <w:p>
      <w:pPr>
        <w:jc w:val="both"/>
      </w:pPr>
      <w:r>
        <w:t>280.000</w:t>
      </w:r>
    </w:p>
    <w:p>
      <w:pPr>
        <w:jc w:val="both"/>
      </w:pPr>
      <w:r>
        <w:t>309.000</w:t>
      </w:r>
    </w:p>
    <w:p>
      <w:pPr>
        <w:jc w:val="both"/>
      </w:pPr>
      <w:r>
        <w:t>1044</w:t>
      </w:r>
    </w:p>
    <w:p>
      <w:pPr>
        <w:jc w:val="both"/>
      </w:pPr>
      <w:r>
        <w:t>1033</w:t>
      </w:r>
    </w:p>
    <w:p>
      <w:pPr>
        <w:jc w:val="both"/>
      </w:pPr>
      <w:r>
        <w:t>04C3.5.1.261</w:t>
      </w:r>
    </w:p>
    <w:p>
      <w:pPr>
        <w:jc w:val="both"/>
      </w:pPr>
      <w:r>
        <w:t>Rửa chấm thuốc điều trị viêm loét niêm mạc (1 lần)</w:t>
      </w:r>
    </w:p>
    <w:p>
      <w:pPr>
        <w:jc w:val="both"/>
      </w:pPr>
      <w:r>
        <w:t>33.900</w:t>
      </w:r>
    </w:p>
    <w:p>
      <w:pPr>
        <w:jc w:val="both"/>
      </w:pPr>
      <w:r>
        <w:t>37.700</w:t>
      </w:r>
    </w:p>
    <w:p>
      <w:pPr>
        <w:jc w:val="both"/>
      </w:pPr>
      <w:r>
        <w:t>1045</w:t>
      </w:r>
    </w:p>
    <w:p>
      <w:pPr>
        <w:jc w:val="both"/>
      </w:pPr>
      <w:r>
        <w:t>1034</w:t>
      </w:r>
    </w:p>
    <w:p>
      <w:pPr>
        <w:jc w:val="both"/>
      </w:pPr>
      <w:r>
        <w:t>03C2.5.6.2</w:t>
      </w:r>
    </w:p>
    <w:p>
      <w:pPr>
        <w:jc w:val="both"/>
      </w:pPr>
      <w:r>
        <w:t>Sửa hàm</w:t>
      </w:r>
    </w:p>
    <w:p>
      <w:pPr>
        <w:jc w:val="both"/>
      </w:pPr>
      <w:r>
        <w:t>220.000</w:t>
      </w:r>
    </w:p>
    <w:p>
      <w:pPr>
        <w:jc w:val="both"/>
      </w:pPr>
      <w:r>
        <w:t>236.000</w:t>
      </w:r>
    </w:p>
    <w:p>
      <w:pPr>
        <w:jc w:val="both"/>
      </w:pPr>
      <w:r>
        <w:t>1046</w:t>
      </w:r>
    </w:p>
    <w:p>
      <w:pPr>
        <w:jc w:val="both"/>
      </w:pPr>
      <w:r>
        <w:t>1035</w:t>
      </w:r>
    </w:p>
    <w:p>
      <w:pPr>
        <w:jc w:val="both"/>
      </w:pPr>
      <w:r>
        <w:t>03C2.5.2.2</w:t>
      </w:r>
    </w:p>
    <w:p>
      <w:pPr>
        <w:jc w:val="both"/>
      </w:pPr>
      <w:r>
        <w:t>Trám bít hố rãnh</w:t>
      </w:r>
    </w:p>
    <w:p>
      <w:pPr>
        <w:jc w:val="both"/>
      </w:pPr>
      <w:r>
        <w:t>224.000</w:t>
      </w:r>
    </w:p>
    <w:p>
      <w:pPr>
        <w:jc w:val="both"/>
      </w:pPr>
      <w:r>
        <w:t>247.000</w:t>
      </w:r>
    </w:p>
    <w:p>
      <w:pPr>
        <w:jc w:val="both"/>
      </w:pPr>
      <w:r>
        <w:t>Các phẫu thuật hàm mặt</w:t>
      </w:r>
    </w:p>
    <w:p>
      <w:pPr>
        <w:jc w:val="both"/>
      </w:pPr>
      <w:r>
        <w:t>1047</w:t>
      </w:r>
    </w:p>
    <w:p>
      <w:pPr>
        <w:jc w:val="both"/>
      </w:pPr>
      <w:r>
        <w:t>1036</w:t>
      </w:r>
    </w:p>
    <w:p>
      <w:pPr>
        <w:jc w:val="both"/>
      </w:pPr>
      <w:r>
        <w:t>03C2.5.1.16</w:t>
      </w:r>
    </w:p>
    <w:p>
      <w:pPr>
        <w:jc w:val="both"/>
      </w:pPr>
      <w:r>
        <w:t>Phẫu thuật nhổ răng lạc chỗ</w:t>
      </w:r>
    </w:p>
    <w:p>
      <w:pPr>
        <w:jc w:val="both"/>
      </w:pPr>
      <w:r>
        <w:t>348.000</w:t>
      </w:r>
    </w:p>
    <w:p>
      <w:pPr>
        <w:jc w:val="both"/>
      </w:pPr>
      <w:r>
        <w:t>391.000</w:t>
      </w:r>
    </w:p>
    <w:p>
      <w:pPr>
        <w:jc w:val="both"/>
      </w:pPr>
      <w:r>
        <w:t>1048</w:t>
      </w:r>
    </w:p>
    <w:p>
      <w:pPr>
        <w:jc w:val="both"/>
      </w:pPr>
      <w:r>
        <w:t>1037</w:t>
      </w:r>
    </w:p>
    <w:p>
      <w:pPr>
        <w:jc w:val="both"/>
      </w:pPr>
      <w:r>
        <w:t>03C2.5.1.24</w:t>
      </w:r>
    </w:p>
    <w:p>
      <w:pPr>
        <w:jc w:val="both"/>
      </w:pPr>
      <w:r>
        <w:t>Phẫu thuật ghép xương và màng tái tạo mô có hướng dẫn</w:t>
      </w:r>
    </w:p>
    <w:p>
      <w:pPr>
        <w:jc w:val="both"/>
      </w:pPr>
      <w:r>
        <w:t>1.094.000</w:t>
      </w:r>
    </w:p>
    <w:p>
      <w:pPr>
        <w:jc w:val="both"/>
      </w:pPr>
      <w:r>
        <w:t>1.220.000</w:t>
      </w:r>
    </w:p>
    <w:p>
      <w:pPr>
        <w:jc w:val="both"/>
      </w:pPr>
      <w:r>
        <w:t>Chưa bao gồm màng tái tạo mô và xương nhân tạo hoặc sản phẩm sinh học thay thế xương.</w:t>
      </w:r>
    </w:p>
    <w:p>
      <w:pPr>
        <w:jc w:val="both"/>
      </w:pPr>
      <w:r>
        <w:t>1049</w:t>
      </w:r>
    </w:p>
    <w:p>
      <w:pPr>
        <w:jc w:val="both"/>
      </w:pPr>
      <w:r>
        <w:t>1038</w:t>
      </w:r>
    </w:p>
    <w:p>
      <w:pPr>
        <w:jc w:val="both"/>
      </w:pPr>
      <w:r>
        <w:t>03C2.5.1.22</w:t>
      </w:r>
    </w:p>
    <w:p>
      <w:pPr>
        <w:jc w:val="both"/>
      </w:pPr>
      <w:r>
        <w:t>Phẫu thuật lật vạt, nạo xương ổ răng 1 vùng</w:t>
      </w:r>
    </w:p>
    <w:p>
      <w:pPr>
        <w:jc w:val="both"/>
      </w:pPr>
      <w:r>
        <w:t>868.000</w:t>
      </w:r>
    </w:p>
    <w:p>
      <w:pPr>
        <w:jc w:val="both"/>
      </w:pPr>
      <w:r>
        <w:t>957.000</w:t>
      </w:r>
    </w:p>
    <w:p>
      <w:pPr>
        <w:jc w:val="both"/>
      </w:pPr>
      <w:r>
        <w:t>1050</w:t>
      </w:r>
    </w:p>
    <w:p>
      <w:pPr>
        <w:jc w:val="both"/>
      </w:pPr>
      <w:r>
        <w:t>1039</w:t>
      </w:r>
    </w:p>
    <w:p>
      <w:pPr>
        <w:jc w:val="both"/>
      </w:pPr>
      <w:r>
        <w:t>03C2.5.1.23</w:t>
      </w:r>
    </w:p>
    <w:p>
      <w:pPr>
        <w:jc w:val="both"/>
      </w:pPr>
      <w:r>
        <w:t>Cắt u lợi đường kính từ 2cm trở lên</w:t>
      </w:r>
    </w:p>
    <w:p>
      <w:pPr>
        <w:jc w:val="both"/>
      </w:pPr>
      <w:r>
        <w:t>479.000</w:t>
      </w:r>
    </w:p>
    <w:p>
      <w:pPr>
        <w:jc w:val="both"/>
      </w:pPr>
      <w:r>
        <w:t>530.000</w:t>
      </w:r>
    </w:p>
    <w:p>
      <w:pPr>
        <w:jc w:val="both"/>
      </w:pPr>
      <w:r>
        <w:t>1051</w:t>
      </w:r>
    </w:p>
    <w:p>
      <w:pPr>
        <w:jc w:val="both"/>
      </w:pPr>
      <w:r>
        <w:t>1040</w:t>
      </w:r>
    </w:p>
    <w:p>
      <w:pPr>
        <w:jc w:val="both"/>
      </w:pPr>
      <w:r>
        <w:t>03C2.5.1.18</w:t>
      </w:r>
    </w:p>
    <w:p>
      <w:pPr>
        <w:jc w:val="both"/>
      </w:pPr>
      <w:r>
        <w:t>Cắt u lợi, lợi xơ để làm hàm giả</w:t>
      </w:r>
    </w:p>
    <w:p>
      <w:pPr>
        <w:jc w:val="both"/>
      </w:pPr>
      <w:r>
        <w:t>439.000</w:t>
      </w:r>
    </w:p>
    <w:p>
      <w:pPr>
        <w:jc w:val="both"/>
      </w:pPr>
      <w:r>
        <w:t>484.000</w:t>
      </w:r>
    </w:p>
    <w:p>
      <w:pPr>
        <w:jc w:val="both"/>
      </w:pPr>
      <w:r>
        <w:t>1052</w:t>
      </w:r>
    </w:p>
    <w:p>
      <w:pPr>
        <w:jc w:val="both"/>
      </w:pPr>
      <w:r>
        <w:t>1041</w:t>
      </w:r>
    </w:p>
    <w:p>
      <w:pPr>
        <w:jc w:val="both"/>
      </w:pPr>
      <w:r>
        <w:t>03C2.5.1.19</w:t>
      </w:r>
    </w:p>
    <w:p>
      <w:pPr>
        <w:jc w:val="both"/>
      </w:pPr>
      <w:r>
        <w:t>Gắt, tạo hình phanh môi, phanh má hoặc lưỡi (không gây mê)</w:t>
      </w:r>
    </w:p>
    <w:p>
      <w:pPr>
        <w:jc w:val="both"/>
      </w:pPr>
      <w:r>
        <w:t>313.000</w:t>
      </w:r>
    </w:p>
    <w:p>
      <w:pPr>
        <w:jc w:val="both"/>
      </w:pPr>
      <w:r>
        <w:t>345.000</w:t>
      </w:r>
    </w:p>
    <w:p>
      <w:pPr>
        <w:jc w:val="both"/>
      </w:pPr>
      <w:r>
        <w:t>1053</w:t>
      </w:r>
    </w:p>
    <w:p>
      <w:pPr>
        <w:jc w:val="both"/>
      </w:pPr>
      <w:r>
        <w:t>1042</w:t>
      </w:r>
    </w:p>
    <w:p>
      <w:pPr>
        <w:jc w:val="both"/>
      </w:pPr>
      <w:r>
        <w:t>03C2.5.1.20</w:t>
      </w:r>
    </w:p>
    <w:p>
      <w:pPr>
        <w:jc w:val="both"/>
      </w:pPr>
      <w:r>
        <w:t>Cắm và cố định lại một răng bật khỏi huyệt ổ răng</w:t>
      </w:r>
    </w:p>
    <w:p>
      <w:pPr>
        <w:jc w:val="both"/>
      </w:pPr>
      <w:r>
        <w:t>559.000</w:t>
      </w:r>
    </w:p>
    <w:p>
      <w:pPr>
        <w:jc w:val="both"/>
      </w:pPr>
      <w:r>
        <w:t>622.000</w:t>
      </w:r>
    </w:p>
    <w:p>
      <w:pPr>
        <w:jc w:val="both"/>
      </w:pPr>
      <w:r>
        <w:t>1054</w:t>
      </w:r>
    </w:p>
    <w:p>
      <w:pPr>
        <w:jc w:val="both"/>
      </w:pPr>
      <w:r>
        <w:t>1043</w:t>
      </w:r>
    </w:p>
    <w:p>
      <w:pPr>
        <w:jc w:val="both"/>
      </w:pPr>
      <w:r>
        <w:t>03C2.5.1.14</w:t>
      </w:r>
    </w:p>
    <w:p>
      <w:pPr>
        <w:jc w:val="both"/>
      </w:pPr>
      <w:r>
        <w:t>Lấy sỏi ống Wharton</w:t>
      </w:r>
    </w:p>
    <w:p>
      <w:pPr>
        <w:jc w:val="both"/>
      </w:pPr>
      <w:r>
        <w:t>1.028.000</w:t>
      </w:r>
    </w:p>
    <w:p>
      <w:pPr>
        <w:jc w:val="both"/>
      </w:pPr>
      <w:r>
        <w:t>1.171.000</w:t>
      </w:r>
    </w:p>
    <w:p>
      <w:pPr>
        <w:jc w:val="both"/>
      </w:pPr>
      <w:r>
        <w:t>1055</w:t>
      </w:r>
    </w:p>
    <w:p>
      <w:pPr>
        <w:jc w:val="both"/>
      </w:pPr>
      <w:r>
        <w:t>1044</w:t>
      </w:r>
    </w:p>
    <w:p>
      <w:pPr>
        <w:jc w:val="both"/>
      </w:pPr>
      <w:r>
        <w:t>03C2.5.1.12</w:t>
      </w:r>
    </w:p>
    <w:p>
      <w:pPr>
        <w:jc w:val="both"/>
      </w:pPr>
      <w:r>
        <w:t>Cắt u da đầu lành, đường kính dưới 5 cm</w:t>
      </w:r>
    </w:p>
    <w:p>
      <w:pPr>
        <w:jc w:val="both"/>
      </w:pPr>
      <w:r>
        <w:t>729.000</w:t>
      </w:r>
    </w:p>
    <w:p>
      <w:pPr>
        <w:jc w:val="both"/>
      </w:pPr>
      <w:r>
        <w:t>818.000</w:t>
      </w:r>
    </w:p>
    <w:p>
      <w:pPr>
        <w:jc w:val="both"/>
      </w:pPr>
      <w:r>
        <w:t>1056</w:t>
      </w:r>
    </w:p>
    <w:p>
      <w:pPr>
        <w:jc w:val="both"/>
      </w:pPr>
      <w:r>
        <w:t>1045</w:t>
      </w:r>
    </w:p>
    <w:p>
      <w:pPr>
        <w:jc w:val="both"/>
      </w:pPr>
      <w:r>
        <w:t>03C2.5.1.13</w:t>
      </w:r>
    </w:p>
    <w:p>
      <w:pPr>
        <w:jc w:val="both"/>
      </w:pPr>
      <w:r>
        <w:t>Cắt u da đầu lành, đường kính từ 5 cm trở lên</w:t>
      </w:r>
    </w:p>
    <w:p>
      <w:pPr>
        <w:jc w:val="both"/>
      </w:pPr>
      <w:r>
        <w:t>1.156.000</w:t>
      </w:r>
    </w:p>
    <w:p>
      <w:pPr>
        <w:jc w:val="both"/>
      </w:pPr>
      <w:r>
        <w:t>1.305.000</w:t>
      </w:r>
    </w:p>
    <w:p>
      <w:pPr>
        <w:jc w:val="both"/>
      </w:pPr>
      <w:r>
        <w:t>1057</w:t>
      </w:r>
    </w:p>
    <w:p>
      <w:pPr>
        <w:jc w:val="both"/>
      </w:pPr>
      <w:r>
        <w:t>1046</w:t>
      </w:r>
    </w:p>
    <w:p>
      <w:pPr>
        <w:jc w:val="both"/>
      </w:pPr>
      <w:r>
        <w:t>03C2.5.7.44</w:t>
      </w:r>
    </w:p>
    <w:p>
      <w:pPr>
        <w:jc w:val="both"/>
      </w:pPr>
      <w:r>
        <w:t>Cắt bỏ nang sàn miệng</w:t>
      </w:r>
    </w:p>
    <w:p>
      <w:pPr>
        <w:jc w:val="both"/>
      </w:pPr>
      <w:r>
        <w:t>2.887.000</w:t>
      </w:r>
    </w:p>
    <w:p>
      <w:pPr>
        <w:jc w:val="both"/>
      </w:pPr>
      <w:r>
        <w:t>3.227.000</w:t>
      </w:r>
    </w:p>
    <w:p>
      <w:pPr>
        <w:jc w:val="both"/>
      </w:pPr>
      <w:r>
        <w:t>1058</w:t>
      </w:r>
    </w:p>
    <w:p>
      <w:pPr>
        <w:jc w:val="both"/>
      </w:pPr>
      <w:r>
        <w:t>1047</w:t>
      </w:r>
    </w:p>
    <w:p>
      <w:pPr>
        <w:jc w:val="both"/>
      </w:pPr>
      <w:r>
        <w:t>03C2.5.7.35</w:t>
      </w:r>
    </w:p>
    <w:p>
      <w:pPr>
        <w:jc w:val="both"/>
      </w:pPr>
      <w:r>
        <w:t>Cắt nang xương hàm từ 2-5cm</w:t>
      </w:r>
    </w:p>
    <w:p>
      <w:pPr>
        <w:jc w:val="both"/>
      </w:pPr>
      <w:r>
        <w:t>3.037.000</w:t>
      </w:r>
    </w:p>
    <w:p>
      <w:pPr>
        <w:jc w:val="both"/>
      </w:pPr>
      <w:r>
        <w:t>3.400.000</w:t>
      </w:r>
    </w:p>
    <w:p>
      <w:pPr>
        <w:jc w:val="both"/>
      </w:pPr>
      <w:r>
        <w:t>1059</w:t>
      </w:r>
    </w:p>
    <w:p>
      <w:pPr>
        <w:jc w:val="both"/>
      </w:pPr>
      <w:r>
        <w:t>1048</w:t>
      </w:r>
    </w:p>
    <w:p>
      <w:pPr>
        <w:jc w:val="both"/>
      </w:pPr>
      <w:r>
        <w:t>03C2.5.7.33</w:t>
      </w:r>
    </w:p>
    <w:p>
      <w:pPr>
        <w:jc w:val="both"/>
      </w:pPr>
      <w:r>
        <w:t>Cắt u nang giáp móng</w:t>
      </w:r>
    </w:p>
    <w:p>
      <w:pPr>
        <w:jc w:val="both"/>
      </w:pPr>
      <w:r>
        <w:t>2.190.000</w:t>
      </w:r>
    </w:p>
    <w:p>
      <w:pPr>
        <w:jc w:val="both"/>
      </w:pPr>
      <w:r>
        <w:t>2.471.000</w:t>
      </w:r>
    </w:p>
    <w:p>
      <w:pPr>
        <w:jc w:val="both"/>
      </w:pPr>
      <w:r>
        <w:t>1060</w:t>
      </w:r>
    </w:p>
    <w:p>
      <w:pPr>
        <w:jc w:val="both"/>
      </w:pPr>
      <w:r>
        <w:t>1049</w:t>
      </w:r>
    </w:p>
    <w:p>
      <w:pPr>
        <w:jc w:val="both"/>
      </w:pPr>
      <w:r>
        <w:t>03C2.5.7.48</w:t>
      </w:r>
    </w:p>
    <w:p>
      <w:pPr>
        <w:jc w:val="both"/>
      </w:pPr>
      <w:r>
        <w:t>Cắt u nhỏ lành tính phần mềm vùng hàm mặt (gây mê nội khí quản)</w:t>
      </w:r>
    </w:p>
    <w:p>
      <w:pPr>
        <w:jc w:val="both"/>
      </w:pPr>
      <w:r>
        <w:t>2.737.000</w:t>
      </w:r>
    </w:p>
    <w:p>
      <w:pPr>
        <w:jc w:val="both"/>
      </w:pPr>
      <w:r>
        <w:t>3.054.000</w:t>
      </w:r>
    </w:p>
    <w:p>
      <w:pPr>
        <w:jc w:val="both"/>
      </w:pPr>
      <w:r>
        <w:t>1061</w:t>
      </w:r>
    </w:p>
    <w:p>
      <w:pPr>
        <w:jc w:val="both"/>
      </w:pPr>
      <w:r>
        <w:t>1050</w:t>
      </w:r>
    </w:p>
    <w:p>
      <w:pPr>
        <w:jc w:val="both"/>
      </w:pPr>
      <w:r>
        <w:t>Điều trị đóng cuống răng</w:t>
      </w:r>
    </w:p>
    <w:p>
      <w:pPr>
        <w:jc w:val="both"/>
      </w:pPr>
      <w:r>
        <w:t>472.000</w:t>
      </w:r>
    </w:p>
    <w:p>
      <w:pPr>
        <w:jc w:val="both"/>
      </w:pPr>
      <w:r>
        <w:t>533.000</w:t>
      </w:r>
    </w:p>
    <w:p>
      <w:pPr>
        <w:jc w:val="both"/>
      </w:pPr>
      <w:r>
        <w:t>1062</w:t>
      </w:r>
    </w:p>
    <w:p>
      <w:pPr>
        <w:jc w:val="both"/>
      </w:pPr>
      <w:r>
        <w:t>1051</w:t>
      </w:r>
    </w:p>
    <w:p>
      <w:pPr>
        <w:jc w:val="both"/>
      </w:pPr>
      <w:r>
        <w:t>Điều trị sâu răng sớm bằng Fluor</w:t>
      </w:r>
    </w:p>
    <w:p>
      <w:pPr>
        <w:jc w:val="both"/>
      </w:pPr>
      <w:r>
        <w:t>557.000</w:t>
      </w:r>
    </w:p>
    <w:p>
      <w:pPr>
        <w:jc w:val="both"/>
      </w:pPr>
      <w:r>
        <w:t>631.000</w:t>
      </w:r>
    </w:p>
    <w:p>
      <w:pPr>
        <w:jc w:val="both"/>
      </w:pPr>
      <w:r>
        <w:t>1063</w:t>
      </w:r>
    </w:p>
    <w:p>
      <w:pPr>
        <w:jc w:val="both"/>
      </w:pPr>
      <w:r>
        <w:t>1052</w:t>
      </w:r>
    </w:p>
    <w:p>
      <w:pPr>
        <w:jc w:val="both"/>
      </w:pPr>
      <w:r>
        <w:t>03C2.5.7.39</w:t>
      </w:r>
    </w:p>
    <w:p>
      <w:pPr>
        <w:jc w:val="both"/>
      </w:pPr>
      <w:r>
        <w:t>Ghép da rời mỗi chiều trên 5cm</w:t>
      </w:r>
    </w:p>
    <w:p>
      <w:pPr>
        <w:jc w:val="both"/>
      </w:pPr>
      <w:r>
        <w:t>2.995.000</w:t>
      </w:r>
    </w:p>
    <w:p>
      <w:pPr>
        <w:jc w:val="both"/>
      </w:pPr>
      <w:r>
        <w:t>3.313.000</w:t>
      </w:r>
    </w:p>
    <w:p>
      <w:pPr>
        <w:jc w:val="both"/>
      </w:pPr>
      <w:r>
        <w:t>1064</w:t>
      </w:r>
    </w:p>
    <w:p>
      <w:pPr>
        <w:jc w:val="both"/>
      </w:pPr>
      <w:r>
        <w:t>1053</w:t>
      </w:r>
    </w:p>
    <w:p>
      <w:pPr>
        <w:jc w:val="both"/>
      </w:pPr>
      <w:r>
        <w:t>03C2.5.7.50</w:t>
      </w:r>
    </w:p>
    <w:p>
      <w:pPr>
        <w:jc w:val="both"/>
      </w:pPr>
      <w:r>
        <w:t>Nắn sai khớp thái dương hàm đến muộn</w:t>
      </w:r>
    </w:p>
    <w:p>
      <w:pPr>
        <w:jc w:val="both"/>
      </w:pPr>
      <w:r>
        <w:t>1.724.000</w:t>
      </w:r>
    </w:p>
    <w:p>
      <w:pPr>
        <w:jc w:val="both"/>
      </w:pPr>
      <w:r>
        <w:t>1.930.000</w:t>
      </w:r>
    </w:p>
    <w:p>
      <w:pPr>
        <w:jc w:val="both"/>
      </w:pPr>
      <w:r>
        <w:t>1065</w:t>
      </w:r>
    </w:p>
    <w:p>
      <w:pPr>
        <w:jc w:val="both"/>
      </w:pPr>
      <w:r>
        <w:t>1054</w:t>
      </w:r>
    </w:p>
    <w:p>
      <w:pPr>
        <w:jc w:val="both"/>
      </w:pPr>
      <w:r>
        <w:t>03C2.5.7.46</w:t>
      </w:r>
    </w:p>
    <w:p>
      <w:pPr>
        <w:jc w:val="both"/>
      </w:pPr>
      <w:r>
        <w:t>Phẫu thuật cắt dây thần kinh V ngoại biên</w:t>
      </w:r>
    </w:p>
    <w:p>
      <w:pPr>
        <w:jc w:val="both"/>
      </w:pPr>
      <w:r>
        <w:t>2.996.000</w:t>
      </w:r>
    </w:p>
    <w:p>
      <w:pPr>
        <w:jc w:val="both"/>
      </w:pPr>
      <w:r>
        <w:t>3.329.000</w:t>
      </w:r>
    </w:p>
    <w:p>
      <w:pPr>
        <w:jc w:val="both"/>
      </w:pPr>
      <w:r>
        <w:t>1066</w:t>
      </w:r>
    </w:p>
    <w:p>
      <w:pPr>
        <w:jc w:val="both"/>
      </w:pPr>
      <w:r>
        <w:t>1055</w:t>
      </w:r>
    </w:p>
    <w:p>
      <w:pPr>
        <w:jc w:val="both"/>
      </w:pPr>
      <w:r>
        <w:t>03C2.5.7.3</w:t>
      </w:r>
    </w:p>
    <w:p>
      <w:pPr>
        <w:jc w:val="both"/>
      </w:pPr>
      <w:r>
        <w:t>Phẫu thuật cắt đoạn xương hàm dưới do bệnh lý và tái tạo bằng nẹp vít (1 bên)</w:t>
      </w:r>
    </w:p>
    <w:p>
      <w:pPr>
        <w:jc w:val="both"/>
      </w:pPr>
      <w:r>
        <w:t>2.637.000</w:t>
      </w:r>
    </w:p>
    <w:p>
      <w:pPr>
        <w:jc w:val="both"/>
      </w:pPr>
      <w:r>
        <w:t>2.909.000</w:t>
      </w:r>
    </w:p>
    <w:p>
      <w:pPr>
        <w:jc w:val="both"/>
      </w:pPr>
      <w:r>
        <w:t>Chưa bao gồm nẹp, vít thay thế.</w:t>
      </w:r>
    </w:p>
    <w:p>
      <w:pPr>
        <w:jc w:val="both"/>
      </w:pPr>
      <w:r>
        <w:t>1067</w:t>
      </w:r>
    </w:p>
    <w:p>
      <w:pPr>
        <w:jc w:val="both"/>
      </w:pPr>
      <w:r>
        <w:t>1056</w:t>
      </w:r>
    </w:p>
    <w:p>
      <w:pPr>
        <w:jc w:val="both"/>
      </w:pPr>
      <w:r>
        <w:t>03C2.5.7.4</w:t>
      </w:r>
    </w:p>
    <w:p>
      <w:pPr>
        <w:jc w:val="both"/>
      </w:pPr>
      <w:r>
        <w:t>Phẫu thuật cắt đoạn xương hàm dưới do bệnh lý và tái tạo bằng xương, sụn tự thân (1 bên) và cố định bằng nẹp vít</w:t>
      </w:r>
    </w:p>
    <w:p>
      <w:pPr>
        <w:jc w:val="both"/>
      </w:pPr>
      <w:r>
        <w:t>4.247.000</w:t>
      </w:r>
    </w:p>
    <w:p>
      <w:pPr>
        <w:jc w:val="both"/>
      </w:pPr>
      <w:r>
        <w:t>4.731.000</w:t>
      </w:r>
    </w:p>
    <w:p>
      <w:pPr>
        <w:jc w:val="both"/>
      </w:pPr>
      <w:r>
        <w:t>Chưa bao gồm nẹp, vít thay thế.</w:t>
      </w:r>
    </w:p>
    <w:p>
      <w:pPr>
        <w:jc w:val="both"/>
      </w:pPr>
      <w:r>
        <w:t>1068</w:t>
      </w:r>
    </w:p>
    <w:p>
      <w:pPr>
        <w:jc w:val="both"/>
      </w:pPr>
      <w:r>
        <w:t>1057</w:t>
      </w:r>
    </w:p>
    <w:p>
      <w:pPr>
        <w:jc w:val="both"/>
      </w:pPr>
      <w:r>
        <w:t>03C2.5.7.6</w:t>
      </w:r>
    </w:p>
    <w:p>
      <w:pPr>
        <w:jc w:val="both"/>
      </w:pPr>
      <w:r>
        <w:t>Phẫu thuật cắt đoạn xương hàm trên do bệnh lý và tái tạo bằng hàm đúc titan, sứ, composite cao cấp</w:t>
      </w:r>
    </w:p>
    <w:p>
      <w:pPr>
        <w:jc w:val="both"/>
      </w:pPr>
      <w:r>
        <w:t>5.347.000</w:t>
      </w:r>
    </w:p>
    <w:p>
      <w:pPr>
        <w:jc w:val="both"/>
      </w:pPr>
      <w:r>
        <w:t>5.997.000</w:t>
      </w:r>
    </w:p>
    <w:p>
      <w:pPr>
        <w:jc w:val="both"/>
      </w:pPr>
      <w:r>
        <w:t>Chưa bao gồm nẹp, vít thay thế.</w:t>
      </w:r>
    </w:p>
    <w:p>
      <w:pPr>
        <w:jc w:val="both"/>
      </w:pPr>
      <w:r>
        <w:t>1069</w:t>
      </w:r>
    </w:p>
    <w:p>
      <w:pPr>
        <w:jc w:val="both"/>
      </w:pPr>
      <w:r>
        <w:t>1058</w:t>
      </w:r>
    </w:p>
    <w:p>
      <w:pPr>
        <w:jc w:val="both"/>
      </w:pPr>
      <w:r>
        <w:t>03C2.5.7.12</w:t>
      </w:r>
    </w:p>
    <w:p>
      <w:pPr>
        <w:jc w:val="both"/>
      </w:pPr>
      <w:r>
        <w:t>Phẫu thuật cắt tuyến mang tai bảo tồn dây thần kinh VII có sử dụng máy dò thần kinh</w:t>
      </w:r>
    </w:p>
    <w:p>
      <w:pPr>
        <w:jc w:val="both"/>
      </w:pPr>
      <w:r>
        <w:t>4.322.000</w:t>
      </w:r>
    </w:p>
    <w:p>
      <w:pPr>
        <w:jc w:val="both"/>
      </w:pPr>
      <w:r>
        <w:t>4.806.000</w:t>
      </w:r>
    </w:p>
    <w:p>
      <w:pPr>
        <w:jc w:val="both"/>
      </w:pPr>
      <w:r>
        <w:t>Chưa bao gồm máy dò thần kinh.</w:t>
      </w:r>
    </w:p>
    <w:p>
      <w:pPr>
        <w:jc w:val="both"/>
      </w:pPr>
      <w:r>
        <w:t>1070</w:t>
      </w:r>
    </w:p>
    <w:p>
      <w:pPr>
        <w:jc w:val="both"/>
      </w:pPr>
      <w:r>
        <w:t>1059</w:t>
      </w:r>
    </w:p>
    <w:p>
      <w:pPr>
        <w:jc w:val="both"/>
      </w:pPr>
      <w:r>
        <w:t>03C2.5.7.16</w:t>
      </w:r>
    </w:p>
    <w:p>
      <w:pPr>
        <w:jc w:val="both"/>
      </w:pPr>
      <w:r>
        <w:t>Phẫu thuật cắt u bạch mạch lớn vùng hàm mặt</w:t>
      </w:r>
    </w:p>
    <w:p>
      <w:pPr>
        <w:jc w:val="both"/>
      </w:pPr>
      <w:r>
        <w:t>3.237.000</w:t>
      </w:r>
    </w:p>
    <w:p>
      <w:pPr>
        <w:jc w:val="both"/>
      </w:pPr>
      <w:r>
        <w:t>3.600.000</w:t>
      </w:r>
    </w:p>
    <w:p>
      <w:pPr>
        <w:jc w:val="both"/>
      </w:pPr>
      <w:r>
        <w:t>1071</w:t>
      </w:r>
    </w:p>
    <w:p>
      <w:pPr>
        <w:jc w:val="both"/>
      </w:pPr>
      <w:r>
        <w:t>1060</w:t>
      </w:r>
    </w:p>
    <w:p>
      <w:pPr>
        <w:jc w:val="both"/>
      </w:pPr>
      <w:r>
        <w:t>03C2.5.7 26</w:t>
      </w:r>
    </w:p>
    <w:p>
      <w:pPr>
        <w:jc w:val="both"/>
      </w:pPr>
      <w:r>
        <w:t>Phẫu thuật; cắt u lành tính tuyến dưới hàm</w:t>
      </w:r>
    </w:p>
    <w:p>
      <w:pPr>
        <w:jc w:val="both"/>
      </w:pPr>
      <w:r>
        <w:t>3.236.000</w:t>
      </w:r>
    </w:p>
    <w:p>
      <w:pPr>
        <w:jc w:val="both"/>
      </w:pPr>
      <w:r>
        <w:t>3.645.000</w:t>
      </w:r>
    </w:p>
    <w:p>
      <w:pPr>
        <w:jc w:val="both"/>
      </w:pPr>
      <w:r>
        <w:t>Chưa bao gồm máy dò thần kinh.</w:t>
      </w:r>
    </w:p>
    <w:p>
      <w:pPr>
        <w:jc w:val="both"/>
      </w:pPr>
      <w:r>
        <w:t>1072</w:t>
      </w:r>
    </w:p>
    <w:p>
      <w:pPr>
        <w:jc w:val="both"/>
      </w:pPr>
      <w:r>
        <w:t>1061</w:t>
      </w:r>
    </w:p>
    <w:p>
      <w:pPr>
        <w:jc w:val="both"/>
      </w:pPr>
      <w:r>
        <w:t>03C2.5.7.15</w:t>
      </w:r>
    </w:p>
    <w:p>
      <w:pPr>
        <w:jc w:val="both"/>
      </w:pPr>
      <w:r>
        <w:t>Phẫu thuật cắt u máu lớn vùng hàm mặt</w:t>
      </w:r>
    </w:p>
    <w:p>
      <w:pPr>
        <w:jc w:val="both"/>
      </w:pPr>
      <w:r>
        <w:t>3.116.000</w:t>
      </w:r>
    </w:p>
    <w:p>
      <w:pPr>
        <w:jc w:val="both"/>
      </w:pPr>
      <w:r>
        <w:t>3.479.000</w:t>
      </w:r>
    </w:p>
    <w:p>
      <w:pPr>
        <w:jc w:val="both"/>
      </w:pPr>
      <w:r>
        <w:t>1073</w:t>
      </w:r>
    </w:p>
    <w:p>
      <w:pPr>
        <w:jc w:val="both"/>
      </w:pPr>
      <w:r>
        <w:t>1062</w:t>
      </w:r>
    </w:p>
    <w:p>
      <w:pPr>
        <w:jc w:val="both"/>
      </w:pPr>
      <w:r>
        <w:t>03C2.5.7.37</w:t>
      </w:r>
    </w:p>
    <w:p>
      <w:pPr>
        <w:jc w:val="both"/>
      </w:pPr>
      <w:r>
        <w:t>Phẫu thuật cắt ung thư xương hàm dưới, nạo vét hạch</w:t>
      </w:r>
    </w:p>
    <w:p>
      <w:pPr>
        <w:jc w:val="both"/>
      </w:pPr>
      <w:r>
        <w:t>3.387.000</w:t>
      </w:r>
    </w:p>
    <w:p>
      <w:pPr>
        <w:jc w:val="both"/>
      </w:pPr>
      <w:r>
        <w:t>3.773.000</w:t>
      </w:r>
    </w:p>
    <w:p>
      <w:pPr>
        <w:jc w:val="both"/>
      </w:pPr>
      <w:r>
        <w:t>1074</w:t>
      </w:r>
    </w:p>
    <w:p>
      <w:pPr>
        <w:jc w:val="both"/>
      </w:pPr>
      <w:r>
        <w:t>1063</w:t>
      </w:r>
    </w:p>
    <w:p>
      <w:pPr>
        <w:jc w:val="both"/>
      </w:pPr>
      <w:r>
        <w:t>03C2.5.7.36</w:t>
      </w:r>
    </w:p>
    <w:p>
      <w:pPr>
        <w:jc w:val="both"/>
      </w:pPr>
      <w:r>
        <w:t>Phẫu thuật cắt ung thư xương hàm trên, nạo vét hạch</w:t>
      </w:r>
    </w:p>
    <w:p>
      <w:pPr>
        <w:jc w:val="both"/>
      </w:pPr>
      <w:r>
        <w:t>3.387.000</w:t>
      </w:r>
    </w:p>
    <w:p>
      <w:pPr>
        <w:jc w:val="both"/>
      </w:pPr>
      <w:r>
        <w:t>3.773.000</w:t>
      </w:r>
    </w:p>
    <w:p>
      <w:pPr>
        <w:jc w:val="both"/>
      </w:pPr>
      <w:r>
        <w:t>1075</w:t>
      </w:r>
    </w:p>
    <w:p>
      <w:pPr>
        <w:jc w:val="both"/>
      </w:pPr>
      <w:r>
        <w:t>1064</w:t>
      </w:r>
    </w:p>
    <w:p>
      <w:pPr>
        <w:jc w:val="both"/>
      </w:pPr>
      <w:r>
        <w:t>03C2.5.7.2</w:t>
      </w:r>
    </w:p>
    <w:p>
      <w:pPr>
        <w:jc w:val="both"/>
      </w:pPr>
      <w:r>
        <w:t>Phẫu thuật cắt xương hàm trên hoặc hàm dưới, điều trị lệch khớp cắn và kết hợp xương bằng nẹp vít</w:t>
      </w:r>
    </w:p>
    <w:p>
      <w:pPr>
        <w:jc w:val="both"/>
      </w:pPr>
      <w:r>
        <w:t>3.637.000</w:t>
      </w:r>
    </w:p>
    <w:p>
      <w:pPr>
        <w:jc w:val="both"/>
      </w:pPr>
      <w:r>
        <w:t>4.090.000</w:t>
      </w:r>
    </w:p>
    <w:p>
      <w:pPr>
        <w:jc w:val="both"/>
      </w:pPr>
      <w:r>
        <w:t>Chưa bao gồm nẹp, vít thay thế.</w:t>
      </w:r>
    </w:p>
    <w:p>
      <w:pPr>
        <w:jc w:val="both"/>
      </w:pPr>
      <w:r>
        <w:t>1076</w:t>
      </w:r>
    </w:p>
    <w:p>
      <w:pPr>
        <w:jc w:val="both"/>
      </w:pPr>
      <w:r>
        <w:t>1065</w:t>
      </w:r>
    </w:p>
    <w:p>
      <w:pPr>
        <w:jc w:val="both"/>
      </w:pPr>
      <w:r>
        <w:t>03C2.5.7.17</w:t>
      </w:r>
    </w:p>
    <w:p>
      <w:pPr>
        <w:jc w:val="both"/>
      </w:pPr>
      <w:r>
        <w:t>Phẫu thuật đa chấn thương vùng hàm mặt</w:t>
      </w:r>
    </w:p>
    <w:p>
      <w:pPr>
        <w:jc w:val="both"/>
      </w:pPr>
      <w:r>
        <w:t>4.356.000</w:t>
      </w:r>
    </w:p>
    <w:p>
      <w:pPr>
        <w:jc w:val="both"/>
      </w:pPr>
      <w:r>
        <w:t>4.825.000</w:t>
      </w:r>
    </w:p>
    <w:p>
      <w:pPr>
        <w:jc w:val="both"/>
      </w:pPr>
      <w:r>
        <w:t>Chưa bao gồm nẹp, vít.</w:t>
      </w:r>
    </w:p>
    <w:p>
      <w:pPr>
        <w:jc w:val="both"/>
      </w:pPr>
      <w:r>
        <w:t>1077</w:t>
      </w:r>
    </w:p>
    <w:p>
      <w:pPr>
        <w:jc w:val="both"/>
      </w:pPr>
      <w:r>
        <w:t>1066</w:t>
      </w:r>
    </w:p>
    <w:p>
      <w:pPr>
        <w:jc w:val="both"/>
      </w:pPr>
      <w:r>
        <w:t>03C2.5.7.24</w:t>
      </w:r>
    </w:p>
    <w:p>
      <w:pPr>
        <w:jc w:val="both"/>
      </w:pPr>
      <w:r>
        <w:t>Phẫu thuật điều trị gãy gò má cung tiếp 2 bên</w:t>
      </w:r>
    </w:p>
    <w:p>
      <w:pPr>
        <w:jc w:val="both"/>
      </w:pPr>
      <w:r>
        <w:t>3.036.000</w:t>
      </w:r>
    </w:p>
    <w:p>
      <w:pPr>
        <w:jc w:val="both"/>
      </w:pPr>
      <w:r>
        <w:t>3.415.000</w:t>
      </w:r>
    </w:p>
    <w:p>
      <w:pPr>
        <w:jc w:val="both"/>
      </w:pPr>
      <w:r>
        <w:t>Chưa bao gồm nẹp, vít.</w:t>
      </w:r>
    </w:p>
    <w:p>
      <w:pPr>
        <w:jc w:val="both"/>
      </w:pPr>
      <w:r>
        <w:t>1078</w:t>
      </w:r>
    </w:p>
    <w:p>
      <w:pPr>
        <w:jc w:val="both"/>
      </w:pPr>
      <w:r>
        <w:t>1067</w:t>
      </w:r>
    </w:p>
    <w:p>
      <w:pPr>
        <w:jc w:val="both"/>
      </w:pPr>
      <w:r>
        <w:t>03C2.5.7.23</w:t>
      </w:r>
    </w:p>
    <w:p>
      <w:pPr>
        <w:jc w:val="both"/>
      </w:pPr>
      <w:r>
        <w:t>Phẫu thuật điều trị gãy lồi cầu</w:t>
      </w:r>
    </w:p>
    <w:p>
      <w:pPr>
        <w:jc w:val="both"/>
      </w:pPr>
      <w:r>
        <w:t>2.836.000</w:t>
      </w:r>
    </w:p>
    <w:p>
      <w:pPr>
        <w:jc w:val="both"/>
      </w:pPr>
      <w:r>
        <w:t>3.184.000</w:t>
      </w:r>
    </w:p>
    <w:p>
      <w:pPr>
        <w:jc w:val="both"/>
      </w:pPr>
      <w:r>
        <w:t>Chưa bao gồm nẹp, vít.</w:t>
      </w:r>
    </w:p>
    <w:p>
      <w:pPr>
        <w:jc w:val="both"/>
      </w:pPr>
      <w:r>
        <w:t>1079</w:t>
      </w:r>
    </w:p>
    <w:p>
      <w:pPr>
        <w:jc w:val="both"/>
      </w:pPr>
      <w:r>
        <w:t>1068</w:t>
      </w:r>
    </w:p>
    <w:p>
      <w:pPr>
        <w:jc w:val="both"/>
      </w:pPr>
      <w:r>
        <w:t>03C2.5.7.22</w:t>
      </w:r>
    </w:p>
    <w:p>
      <w:pPr>
        <w:jc w:val="both"/>
      </w:pPr>
      <w:r>
        <w:t>Phẫu thuật điều trị gãy xương hàm dưới</w:t>
      </w:r>
    </w:p>
    <w:p>
      <w:pPr>
        <w:jc w:val="both"/>
      </w:pPr>
      <w:r>
        <w:t>2.736.000</w:t>
      </w:r>
    </w:p>
    <w:p>
      <w:pPr>
        <w:jc w:val="both"/>
      </w:pPr>
      <w:r>
        <w:t>3.069.000</w:t>
      </w:r>
    </w:p>
    <w:p>
      <w:pPr>
        <w:jc w:val="both"/>
      </w:pPr>
      <w:r>
        <w:t>Chưa bao gồm nẹp, vít.</w:t>
      </w:r>
    </w:p>
    <w:p>
      <w:pPr>
        <w:jc w:val="both"/>
      </w:pPr>
      <w:r>
        <w:t>1080</w:t>
      </w:r>
    </w:p>
    <w:p>
      <w:pPr>
        <w:jc w:val="both"/>
      </w:pPr>
      <w:r>
        <w:t>1069</w:t>
      </w:r>
    </w:p>
    <w:p>
      <w:pPr>
        <w:jc w:val="both"/>
      </w:pPr>
      <w:r>
        <w:t>03C2.5.7.25</w:t>
      </w:r>
    </w:p>
    <w:p>
      <w:pPr>
        <w:jc w:val="both"/>
      </w:pPr>
      <w:r>
        <w:t>Phẫu thuật điều trị gãy xương hàm trên</w:t>
      </w:r>
    </w:p>
    <w:p>
      <w:pPr>
        <w:jc w:val="both"/>
      </w:pPr>
      <w:r>
        <w:t>3.136.000</w:t>
      </w:r>
    </w:p>
    <w:p>
      <w:pPr>
        <w:jc w:val="both"/>
      </w:pPr>
      <w:r>
        <w:t>3.530.000</w:t>
      </w:r>
    </w:p>
    <w:p>
      <w:pPr>
        <w:jc w:val="both"/>
      </w:pPr>
      <w:r>
        <w:t>Chưa bao gồm nẹp, vít.</w:t>
      </w:r>
    </w:p>
    <w:p>
      <w:pPr>
        <w:jc w:val="both"/>
      </w:pPr>
      <w:r>
        <w:t>1081</w:t>
      </w:r>
    </w:p>
    <w:p>
      <w:pPr>
        <w:jc w:val="both"/>
      </w:pPr>
      <w:r>
        <w:t>1070</w:t>
      </w:r>
    </w:p>
    <w:p>
      <w:pPr>
        <w:jc w:val="both"/>
      </w:pPr>
      <w:r>
        <w:t>03C2.5.7.41</w:t>
      </w:r>
    </w:p>
    <w:p>
      <w:pPr>
        <w:jc w:val="both"/>
      </w:pPr>
      <w:r>
        <w:t>Phẫu thuật điều trị viêm nhiễm toả lan, áp xe vùng hàm mặt</w:t>
      </w:r>
    </w:p>
    <w:p>
      <w:pPr>
        <w:jc w:val="both"/>
      </w:pPr>
      <w:r>
        <w:t>2.288.000</w:t>
      </w:r>
    </w:p>
    <w:p>
      <w:pPr>
        <w:jc w:val="both"/>
      </w:pPr>
      <w:r>
        <w:t>2.528.000</w:t>
      </w:r>
    </w:p>
    <w:p>
      <w:pPr>
        <w:jc w:val="both"/>
      </w:pPr>
      <w:r>
        <w:t>1082</w:t>
      </w:r>
    </w:p>
    <w:p>
      <w:pPr>
        <w:jc w:val="both"/>
      </w:pPr>
      <w:r>
        <w:t>1071</w:t>
      </w:r>
    </w:p>
    <w:p>
      <w:pPr>
        <w:jc w:val="both"/>
      </w:pPr>
      <w:r>
        <w:t>03C2.5.7.10</w:t>
      </w:r>
    </w:p>
    <w:p>
      <w:pPr>
        <w:jc w:val="both"/>
      </w:pPr>
      <w:r>
        <w:t>Phẫu thuật dính khớp thái dương hàm 1 bên và tái tạo bằng khớp đúc titan</w:t>
      </w:r>
    </w:p>
    <w:p>
      <w:pPr>
        <w:jc w:val="both"/>
      </w:pPr>
      <w:r>
        <w:t>3.995.000</w:t>
      </w:r>
    </w:p>
    <w:p>
      <w:pPr>
        <w:jc w:val="both"/>
      </w:pPr>
      <w:r>
        <w:t>4.434.000</w:t>
      </w:r>
    </w:p>
    <w:p>
      <w:pPr>
        <w:jc w:val="both"/>
      </w:pPr>
      <w:r>
        <w:t>Chưa bao gồm nẹp có lồi cầu bằng titan và vít thay thế.</w:t>
      </w:r>
    </w:p>
    <w:p>
      <w:pPr>
        <w:jc w:val="both"/>
      </w:pPr>
      <w:r>
        <w:t>1083</w:t>
      </w:r>
    </w:p>
    <w:p>
      <w:pPr>
        <w:jc w:val="both"/>
      </w:pPr>
      <w:r>
        <w:t>1072</w:t>
      </w:r>
    </w:p>
    <w:p>
      <w:pPr>
        <w:jc w:val="both"/>
      </w:pPr>
      <w:r>
        <w:t>03C2.5.7.8</w:t>
      </w:r>
    </w:p>
    <w:p>
      <w:pPr>
        <w:jc w:val="both"/>
      </w:pPr>
      <w:r>
        <w:t>Phẫu thuật dính khớp thái dương hàm 1 bên và tái tạo bằng sụn, xương tự thân</w:t>
      </w:r>
    </w:p>
    <w:p>
      <w:pPr>
        <w:jc w:val="both"/>
      </w:pPr>
      <w:r>
        <w:t>3.995.000</w:t>
      </w:r>
    </w:p>
    <w:p>
      <w:pPr>
        <w:jc w:val="both"/>
      </w:pPr>
      <w:r>
        <w:t>4.434.000</w:t>
      </w:r>
    </w:p>
    <w:p>
      <w:pPr>
        <w:jc w:val="both"/>
      </w:pPr>
      <w:r>
        <w:t>Chưa bao gồm nẹp, vít thay thế.</w:t>
      </w:r>
    </w:p>
    <w:p>
      <w:pPr>
        <w:jc w:val="both"/>
      </w:pPr>
      <w:r>
        <w:t>1084</w:t>
      </w:r>
    </w:p>
    <w:p>
      <w:pPr>
        <w:jc w:val="both"/>
      </w:pPr>
      <w:r>
        <w:t>1073</w:t>
      </w:r>
    </w:p>
    <w:p>
      <w:pPr>
        <w:jc w:val="both"/>
      </w:pPr>
      <w:r>
        <w:t>03C2.5.7.11</w:t>
      </w:r>
    </w:p>
    <w:p>
      <w:pPr>
        <w:jc w:val="both"/>
      </w:pPr>
      <w:r>
        <w:t>Phẫu thuật dính khớp thái dương hàm 2 bên và tái tạo bằng khớp đúc titan</w:t>
      </w:r>
    </w:p>
    <w:p>
      <w:pPr>
        <w:jc w:val="both"/>
      </w:pPr>
      <w:r>
        <w:t>4.222.000</w:t>
      </w:r>
    </w:p>
    <w:p>
      <w:pPr>
        <w:jc w:val="both"/>
      </w:pPr>
      <w:r>
        <w:t>4.691.000</w:t>
      </w:r>
    </w:p>
    <w:p>
      <w:pPr>
        <w:jc w:val="both"/>
      </w:pPr>
      <w:r>
        <w:t>Chưa bao gồm nẹp có lồi cầu bằng titan và vít.</w:t>
      </w:r>
    </w:p>
    <w:p>
      <w:pPr>
        <w:jc w:val="both"/>
      </w:pPr>
      <w:r>
        <w:t>1085</w:t>
      </w:r>
    </w:p>
    <w:p>
      <w:pPr>
        <w:jc w:val="both"/>
      </w:pPr>
      <w:r>
        <w:t>1074</w:t>
      </w:r>
    </w:p>
    <w:p>
      <w:pPr>
        <w:jc w:val="both"/>
      </w:pPr>
      <w:r>
        <w:t>03C2.5.7.9</w:t>
      </w:r>
    </w:p>
    <w:p>
      <w:pPr>
        <w:jc w:val="both"/>
      </w:pPr>
      <w:r>
        <w:t>Phẫu thuật dính khớp thái dương hàm 2 bên và tái tạo bằng sụn, xương tự thân</w:t>
      </w:r>
    </w:p>
    <w:p>
      <w:pPr>
        <w:jc w:val="both"/>
      </w:pPr>
      <w:r>
        <w:t>4.172.000</w:t>
      </w:r>
    </w:p>
    <w:p>
      <w:pPr>
        <w:jc w:val="both"/>
      </w:pPr>
      <w:r>
        <w:t>4.633.000</w:t>
      </w:r>
    </w:p>
    <w:p>
      <w:pPr>
        <w:jc w:val="both"/>
      </w:pPr>
      <w:r>
        <w:t>Chưa bao gồm nẹp, vít thay thế.</w:t>
      </w:r>
    </w:p>
    <w:p>
      <w:pPr>
        <w:jc w:val="both"/>
      </w:pPr>
      <w:r>
        <w:t>1086</w:t>
      </w:r>
    </w:p>
    <w:p>
      <w:pPr>
        <w:jc w:val="both"/>
      </w:pPr>
      <w:r>
        <w:t>1075</w:t>
      </w:r>
    </w:p>
    <w:p>
      <w:pPr>
        <w:jc w:val="both"/>
      </w:pPr>
      <w:r>
        <w:t>03C2.5.7.19</w:t>
      </w:r>
    </w:p>
    <w:p>
      <w:pPr>
        <w:jc w:val="both"/>
      </w:pPr>
      <w:r>
        <w:t>Phẫu thuật ghép xương ổ răng trên bệnh nhân khe hở môi, vòm miệng</w:t>
      </w:r>
    </w:p>
    <w:p>
      <w:pPr>
        <w:jc w:val="both"/>
      </w:pPr>
      <w:r>
        <w:t>3.266.000</w:t>
      </w:r>
    </w:p>
    <w:p>
      <w:pPr>
        <w:jc w:val="both"/>
      </w:pPr>
      <w:r>
        <w:t>3.643.000</w:t>
      </w:r>
    </w:p>
    <w:p>
      <w:pPr>
        <w:jc w:val="both"/>
      </w:pPr>
      <w:r>
        <w:t>Chưa bao gồm xương.</w:t>
      </w:r>
    </w:p>
    <w:p>
      <w:pPr>
        <w:jc w:val="both"/>
      </w:pPr>
      <w:r>
        <w:t>1087</w:t>
      </w:r>
    </w:p>
    <w:p>
      <w:pPr>
        <w:jc w:val="both"/>
      </w:pPr>
      <w:r>
        <w:t>1076</w:t>
      </w:r>
    </w:p>
    <w:p>
      <w:pPr>
        <w:jc w:val="both"/>
      </w:pPr>
      <w:r>
        <w:t>03C2.5.7.42</w:t>
      </w:r>
    </w:p>
    <w:p>
      <w:pPr>
        <w:jc w:val="both"/>
      </w:pPr>
      <w:r>
        <w:t>Phẫu thuật khâu phục hồi vết thương phần mềm vùng hàm mặt, có tổn thương tuyến, mạch, thần kinh.</w:t>
      </w:r>
    </w:p>
    <w:p>
      <w:pPr>
        <w:jc w:val="both"/>
      </w:pPr>
      <w:r>
        <w:t>3.179.000</w:t>
      </w:r>
    </w:p>
    <w:p>
      <w:pPr>
        <w:jc w:val="both"/>
      </w:pPr>
      <w:r>
        <w:t>3.501.000</w:t>
      </w:r>
    </w:p>
    <w:p>
      <w:pPr>
        <w:jc w:val="both"/>
      </w:pPr>
      <w:r>
        <w:t>1088</w:t>
      </w:r>
    </w:p>
    <w:p>
      <w:pPr>
        <w:jc w:val="both"/>
      </w:pPr>
      <w:r>
        <w:t>1077</w:t>
      </w:r>
    </w:p>
    <w:p>
      <w:pPr>
        <w:jc w:val="both"/>
      </w:pPr>
      <w:r>
        <w:t>03C2.5.7.13</w:t>
      </w:r>
    </w:p>
    <w:p>
      <w:pPr>
        <w:jc w:val="both"/>
      </w:pPr>
      <w:r>
        <w:t>Phẫu thuật khuyết hổng lớn vùng hàm mặt bằng vạt da cơ</w:t>
      </w:r>
    </w:p>
    <w:p>
      <w:pPr>
        <w:jc w:val="both"/>
      </w:pPr>
      <w:r>
        <w:t>4.222.000</w:t>
      </w:r>
    </w:p>
    <w:p>
      <w:pPr>
        <w:jc w:val="both"/>
      </w:pPr>
      <w:r>
        <w:t>4.726.000</w:t>
      </w:r>
    </w:p>
    <w:p>
      <w:pPr>
        <w:jc w:val="both"/>
      </w:pPr>
      <w:r>
        <w:t>Chưa bao gồm nẹp, vít.</w:t>
      </w:r>
    </w:p>
    <w:p>
      <w:pPr>
        <w:jc w:val="both"/>
      </w:pPr>
      <w:r>
        <w:t>1089</w:t>
      </w:r>
    </w:p>
    <w:p>
      <w:pPr>
        <w:jc w:val="both"/>
      </w:pPr>
      <w:r>
        <w:t>1078</w:t>
      </w:r>
    </w:p>
    <w:p>
      <w:pPr>
        <w:jc w:val="both"/>
      </w:pPr>
      <w:r>
        <w:t>03C2.5.7.14</w:t>
      </w:r>
    </w:p>
    <w:p>
      <w:pPr>
        <w:jc w:val="both"/>
      </w:pPr>
      <w:r>
        <w:t>Phẫu thuật khuyết hổng lớn vùng hàm mặt bằng vi phẫu thuật</w:t>
      </w:r>
    </w:p>
    <w:p>
      <w:pPr>
        <w:jc w:val="both"/>
      </w:pPr>
      <w:r>
        <w:t>4.293.000</w:t>
      </w:r>
    </w:p>
    <w:p>
      <w:pPr>
        <w:jc w:val="both"/>
      </w:pPr>
      <w:r>
        <w:t>4.820.000</w:t>
      </w:r>
    </w:p>
    <w:p>
      <w:pPr>
        <w:jc w:val="both"/>
      </w:pPr>
      <w:r>
        <w:t>1090</w:t>
      </w:r>
    </w:p>
    <w:p>
      <w:pPr>
        <w:jc w:val="both"/>
      </w:pPr>
      <w:r>
        <w:t>1079</w:t>
      </w:r>
    </w:p>
    <w:p>
      <w:pPr>
        <w:jc w:val="both"/>
      </w:pPr>
      <w:r>
        <w:t>Phẫu thuật lấy dị vật vùng hàm mặt</w:t>
      </w:r>
    </w:p>
    <w:p>
      <w:pPr>
        <w:jc w:val="both"/>
      </w:pPr>
      <w:r>
        <w:t>2.605.000</w:t>
      </w:r>
    </w:p>
    <w:p>
      <w:pPr>
        <w:jc w:val="both"/>
      </w:pPr>
      <w:r>
        <w:t>2.872.000</w:t>
      </w:r>
    </w:p>
    <w:p>
      <w:pPr>
        <w:jc w:val="both"/>
      </w:pPr>
      <w:r>
        <w:t>1091</w:t>
      </w:r>
    </w:p>
    <w:p>
      <w:pPr>
        <w:jc w:val="both"/>
      </w:pPr>
      <w:r>
        <w:t>1080</w:t>
      </w:r>
    </w:p>
    <w:p>
      <w:pPr>
        <w:jc w:val="both"/>
      </w:pPr>
      <w:r>
        <w:t>03C2.5.7.52</w:t>
      </w:r>
    </w:p>
    <w:p>
      <w:pPr>
        <w:jc w:val="both"/>
      </w:pPr>
      <w:r>
        <w:t>Phẫu thuật lấy răng ngầm trong xương</w:t>
      </w:r>
    </w:p>
    <w:p>
      <w:pPr>
        <w:jc w:val="both"/>
      </w:pPr>
      <w:r>
        <w:t>2.458.000</w:t>
      </w:r>
    </w:p>
    <w:p>
      <w:pPr>
        <w:jc w:val="both"/>
      </w:pPr>
      <w:r>
        <w:t>2.736.000</w:t>
      </w:r>
    </w:p>
    <w:p>
      <w:pPr>
        <w:jc w:val="both"/>
      </w:pPr>
      <w:r>
        <w:t>1092</w:t>
      </w:r>
    </w:p>
    <w:p>
      <w:pPr>
        <w:jc w:val="both"/>
      </w:pPr>
      <w:r>
        <w:t>1081</w:t>
      </w:r>
    </w:p>
    <w:p>
      <w:pPr>
        <w:jc w:val="both"/>
      </w:pPr>
      <w:r>
        <w:t>03C2.5.7.45</w:t>
      </w:r>
    </w:p>
    <w:p>
      <w:pPr>
        <w:jc w:val="both"/>
      </w:pPr>
      <w:r>
        <w:t>Phẫu thuật mở xoang lấy răng ngầm</w:t>
      </w:r>
    </w:p>
    <w:p>
      <w:pPr>
        <w:jc w:val="both"/>
      </w:pPr>
      <w:r>
        <w:t>2.887.000</w:t>
      </w:r>
    </w:p>
    <w:p>
      <w:pPr>
        <w:jc w:val="both"/>
      </w:pPr>
      <w:r>
        <w:t>3.227.000</w:t>
      </w:r>
    </w:p>
    <w:p>
      <w:pPr>
        <w:jc w:val="both"/>
      </w:pPr>
      <w:r>
        <w:t>1093</w:t>
      </w:r>
    </w:p>
    <w:p>
      <w:pPr>
        <w:jc w:val="both"/>
      </w:pPr>
      <w:r>
        <w:t>1082</w:t>
      </w:r>
    </w:p>
    <w:p>
      <w:pPr>
        <w:jc w:val="both"/>
      </w:pPr>
      <w:r>
        <w:t>03C2.5.7.18</w:t>
      </w:r>
    </w:p>
    <w:p>
      <w:pPr>
        <w:jc w:val="both"/>
      </w:pPr>
      <w:r>
        <w:t>Phẫu thuật mở xương, điều trị lệch lạc xương hàm, khớp cắn</w:t>
      </w:r>
    </w:p>
    <w:p>
      <w:pPr>
        <w:jc w:val="both"/>
      </w:pPr>
      <w:r>
        <w:t>4.556.000</w:t>
      </w:r>
    </w:p>
    <w:p>
      <w:pPr>
        <w:jc w:val="both"/>
      </w:pPr>
      <w:r>
        <w:t>5.056.000</w:t>
      </w:r>
    </w:p>
    <w:p>
      <w:pPr>
        <w:jc w:val="both"/>
      </w:pPr>
      <w:r>
        <w:t>Chưa bao gồm nẹp, vít.</w:t>
      </w:r>
    </w:p>
    <w:p>
      <w:pPr>
        <w:jc w:val="both"/>
      </w:pPr>
      <w:r>
        <w:t>1094</w:t>
      </w:r>
    </w:p>
    <w:p>
      <w:pPr>
        <w:jc w:val="both"/>
      </w:pPr>
      <w:r>
        <w:t>1083</w:t>
      </w:r>
    </w:p>
    <w:p>
      <w:pPr>
        <w:jc w:val="both"/>
      </w:pPr>
      <w:r>
        <w:t>03C2.5.7.38</w:t>
      </w:r>
    </w:p>
    <w:p>
      <w:pPr>
        <w:jc w:val="both"/>
      </w:pPr>
      <w:r>
        <w:t>Phẫu thuật tạo hình khe hở chéo mặt</w:t>
      </w:r>
    </w:p>
    <w:p>
      <w:pPr>
        <w:jc w:val="both"/>
      </w:pPr>
      <w:r>
        <w:t>3.756.000</w:t>
      </w:r>
    </w:p>
    <w:p>
      <w:pPr>
        <w:jc w:val="both"/>
      </w:pPr>
      <w:r>
        <w:t>4.135.000</w:t>
      </w:r>
    </w:p>
    <w:p>
      <w:pPr>
        <w:jc w:val="both"/>
      </w:pPr>
      <w:r>
        <w:t>1095</w:t>
      </w:r>
    </w:p>
    <w:p>
      <w:pPr>
        <w:jc w:val="both"/>
      </w:pPr>
      <w:r>
        <w:t>1084</w:t>
      </w:r>
    </w:p>
    <w:p>
      <w:pPr>
        <w:jc w:val="both"/>
      </w:pPr>
      <w:r>
        <w:t>03C2.5.7.30</w:t>
      </w:r>
    </w:p>
    <w:p>
      <w:pPr>
        <w:jc w:val="both"/>
      </w:pPr>
      <w:r>
        <w:t>Phẫu thuật tạo hình khe hở vòm miệng</w:t>
      </w:r>
    </w:p>
    <w:p>
      <w:pPr>
        <w:jc w:val="both"/>
      </w:pPr>
      <w:r>
        <w:t>2.637.000</w:t>
      </w:r>
    </w:p>
    <w:p>
      <w:pPr>
        <w:jc w:val="both"/>
      </w:pPr>
      <w:r>
        <w:t>2.909.000</w:t>
      </w:r>
    </w:p>
    <w:p>
      <w:pPr>
        <w:jc w:val="both"/>
      </w:pPr>
      <w:r>
        <w:t>1096</w:t>
      </w:r>
    </w:p>
    <w:p>
      <w:pPr>
        <w:jc w:val="both"/>
      </w:pPr>
      <w:r>
        <w:t>1085</w:t>
      </w:r>
    </w:p>
    <w:p>
      <w:pPr>
        <w:jc w:val="both"/>
      </w:pPr>
      <w:r>
        <w:t>03C2.5.7.31</w:t>
      </w:r>
    </w:p>
    <w:p>
      <w:pPr>
        <w:jc w:val="both"/>
      </w:pPr>
      <w:r>
        <w:t>Phẫu thuật tạo hình khe hở vòm miệng tạo vạt thành hầu</w:t>
      </w:r>
    </w:p>
    <w:p>
      <w:pPr>
        <w:jc w:val="both"/>
      </w:pPr>
      <w:r>
        <w:t>2.637.000</w:t>
      </w:r>
    </w:p>
    <w:p>
      <w:pPr>
        <w:jc w:val="both"/>
      </w:pPr>
      <w:r>
        <w:t>2.909.000</w:t>
      </w:r>
    </w:p>
    <w:p>
      <w:pPr>
        <w:jc w:val="both"/>
      </w:pPr>
      <w:r>
        <w:t>1097</w:t>
      </w:r>
    </w:p>
    <w:p>
      <w:pPr>
        <w:jc w:val="both"/>
      </w:pPr>
      <w:r>
        <w:t>1086</w:t>
      </w:r>
    </w:p>
    <w:p>
      <w:pPr>
        <w:jc w:val="both"/>
      </w:pPr>
      <w:r>
        <w:t>03C2.5.7.29</w:t>
      </w:r>
    </w:p>
    <w:p>
      <w:pPr>
        <w:jc w:val="both"/>
      </w:pPr>
      <w:r>
        <w:t>Phẫu thuật tạo hình môi hai bên</w:t>
      </w:r>
    </w:p>
    <w:p>
      <w:pPr>
        <w:jc w:val="both"/>
      </w:pPr>
      <w:r>
        <w:t>2.737.000</w:t>
      </w:r>
    </w:p>
    <w:p>
      <w:pPr>
        <w:jc w:val="both"/>
      </w:pPr>
      <w:r>
        <w:t>3.024.000</w:t>
      </w:r>
    </w:p>
    <w:p>
      <w:pPr>
        <w:jc w:val="both"/>
      </w:pPr>
      <w:r>
        <w:t>1098</w:t>
      </w:r>
    </w:p>
    <w:p>
      <w:pPr>
        <w:jc w:val="both"/>
      </w:pPr>
      <w:r>
        <w:t>1087</w:t>
      </w:r>
    </w:p>
    <w:p>
      <w:pPr>
        <w:jc w:val="both"/>
      </w:pPr>
      <w:r>
        <w:t>03C225.7.28</w:t>
      </w:r>
    </w:p>
    <w:p>
      <w:pPr>
        <w:jc w:val="both"/>
      </w:pPr>
      <w:r>
        <w:t>Phẫu thuật tạo hình môi một bên</w:t>
      </w:r>
    </w:p>
    <w:p>
      <w:pPr>
        <w:jc w:val="both"/>
      </w:pPr>
      <w:r>
        <w:t>2.637.000</w:t>
      </w:r>
    </w:p>
    <w:p>
      <w:pPr>
        <w:jc w:val="both"/>
      </w:pPr>
      <w:r>
        <w:t>2.909.000</w:t>
      </w:r>
    </w:p>
    <w:p>
      <w:pPr>
        <w:jc w:val="both"/>
      </w:pPr>
      <w:r>
        <w:t>1099</w:t>
      </w:r>
    </w:p>
    <w:p>
      <w:pPr>
        <w:jc w:val="both"/>
      </w:pPr>
      <w:r>
        <w:t>1088</w:t>
      </w:r>
    </w:p>
    <w:p>
      <w:pPr>
        <w:jc w:val="both"/>
      </w:pPr>
      <w:r>
        <w:t>03C2.5.7.47</w:t>
      </w:r>
    </w:p>
    <w:p>
      <w:pPr>
        <w:jc w:val="both"/>
      </w:pPr>
      <w:r>
        <w:t>Phẫu thuật tạo hình phanh môi hoặc phanh má hoặc phanh lưỡi bám thấp (gây mê nội khí quản)</w:t>
      </w:r>
    </w:p>
    <w:p>
      <w:pPr>
        <w:jc w:val="both"/>
      </w:pPr>
      <w:r>
        <w:t>1.838.000</w:t>
      </w:r>
    </w:p>
    <w:p>
      <w:pPr>
        <w:jc w:val="both"/>
      </w:pPr>
      <w:r>
        <w:t>2.069.000</w:t>
      </w:r>
    </w:p>
    <w:p>
      <w:pPr>
        <w:jc w:val="both"/>
      </w:pPr>
      <w:r>
        <w:t>1100</w:t>
      </w:r>
    </w:p>
    <w:p>
      <w:pPr>
        <w:jc w:val="both"/>
      </w:pPr>
      <w:r>
        <w:t>1089</w:t>
      </w:r>
    </w:p>
    <w:p>
      <w:pPr>
        <w:jc w:val="both"/>
      </w:pPr>
      <w:r>
        <w:t>Phẫu thuật tháo nẹp vít sau kết hợp xương hai bên</w:t>
      </w:r>
    </w:p>
    <w:p>
      <w:pPr>
        <w:jc w:val="both"/>
      </w:pPr>
      <w:r>
        <w:t>3.002.000</w:t>
      </w:r>
    </w:p>
    <w:p>
      <w:pPr>
        <w:jc w:val="both"/>
      </w:pPr>
      <w:r>
        <w:t>3.298.000</w:t>
      </w:r>
    </w:p>
    <w:p>
      <w:pPr>
        <w:jc w:val="both"/>
      </w:pPr>
      <w:r>
        <w:t>1101</w:t>
      </w:r>
    </w:p>
    <w:p>
      <w:pPr>
        <w:jc w:val="both"/>
      </w:pPr>
      <w:r>
        <w:t>1090</w:t>
      </w:r>
    </w:p>
    <w:p>
      <w:pPr>
        <w:jc w:val="both"/>
      </w:pPr>
      <w:r>
        <w:t>Phẫu thuật tháo nẹp vít sau kết hợp xương lồi cầu</w:t>
      </w:r>
    </w:p>
    <w:p>
      <w:pPr>
        <w:jc w:val="both"/>
      </w:pPr>
      <w:r>
        <w:t>2.939.000</w:t>
      </w:r>
    </w:p>
    <w:p>
      <w:pPr>
        <w:jc w:val="both"/>
      </w:pPr>
      <w:r>
        <w:t>3.225.000</w:t>
      </w:r>
    </w:p>
    <w:p>
      <w:pPr>
        <w:jc w:val="both"/>
      </w:pPr>
      <w:r>
        <w:t>1102</w:t>
      </w:r>
    </w:p>
    <w:p>
      <w:pPr>
        <w:jc w:val="both"/>
      </w:pPr>
      <w:r>
        <w:t>1091</w:t>
      </w:r>
    </w:p>
    <w:p>
      <w:pPr>
        <w:jc w:val="both"/>
      </w:pPr>
      <w:r>
        <w:t>Phẫu thuật tháo nẹp vít sau kết hợp xương một bên</w:t>
      </w:r>
    </w:p>
    <w:p>
      <w:pPr>
        <w:jc w:val="both"/>
      </w:pPr>
      <w:r>
        <w:t>2.830.000</w:t>
      </w:r>
    </w:p>
    <w:p>
      <w:pPr>
        <w:jc w:val="both"/>
      </w:pPr>
      <w:r>
        <w:t>3.131.000</w:t>
      </w:r>
    </w:p>
    <w:p>
      <w:pPr>
        <w:jc w:val="both"/>
      </w:pPr>
      <w:r>
        <w:t>1103</w:t>
      </w:r>
    </w:p>
    <w:p>
      <w:pPr>
        <w:jc w:val="both"/>
      </w:pPr>
      <w:r>
        <w:t>1092</w:t>
      </w:r>
    </w:p>
    <w:p>
      <w:pPr>
        <w:jc w:val="both"/>
      </w:pPr>
      <w:r>
        <w:t>03C2.5.7.1</w:t>
      </w:r>
    </w:p>
    <w:p>
      <w:pPr>
        <w:jc w:val="both"/>
      </w:pPr>
      <w:r>
        <w:t>Sử dụng nẹp cố lồi cầu trong phục hồi sau cắt đoạn xương hàm dưới</w:t>
      </w:r>
    </w:p>
    <w:p>
      <w:pPr>
        <w:jc w:val="both"/>
      </w:pPr>
      <w:r>
        <w:t>3.237.000</w:t>
      </w:r>
    </w:p>
    <w:p>
      <w:pPr>
        <w:jc w:val="both"/>
      </w:pPr>
      <w:r>
        <w:t>3.630.000</w:t>
      </w:r>
    </w:p>
    <w:p>
      <w:pPr>
        <w:jc w:val="both"/>
      </w:pPr>
      <w:r>
        <w:t>Chưa bao gồm nẹp có lồi cầu và vít thay thế.</w:t>
      </w:r>
    </w:p>
    <w:p>
      <w:pPr>
        <w:jc w:val="both"/>
      </w:pPr>
      <w:r>
        <w:t>1104</w:t>
      </w:r>
    </w:p>
    <w:p>
      <w:pPr>
        <w:jc w:val="both"/>
      </w:pPr>
      <w:r>
        <w:t>1093</w:t>
      </w:r>
    </w:p>
    <w:p>
      <w:pPr>
        <w:jc w:val="both"/>
      </w:pPr>
      <w:r>
        <w:t>03C2.5.7.49</w:t>
      </w:r>
    </w:p>
    <w:p>
      <w:pPr>
        <w:jc w:val="both"/>
      </w:pPr>
      <w:r>
        <w:t>Tiêm xơ điều trị u máu phần mềm và xương vùng hàm mặt</w:t>
      </w:r>
    </w:p>
    <w:p>
      <w:pPr>
        <w:jc w:val="both"/>
      </w:pPr>
      <w:r>
        <w:t>853.000</w:t>
      </w:r>
    </w:p>
    <w:p>
      <w:pPr>
        <w:jc w:val="both"/>
      </w:pPr>
      <w:r>
        <w:t>974.000</w:t>
      </w:r>
    </w:p>
    <w:p>
      <w:pPr>
        <w:jc w:val="both"/>
      </w:pPr>
      <w:r>
        <w:t>Các phẫu thuật, thủ thuật còn lại khác</w:t>
      </w:r>
    </w:p>
    <w:p>
      <w:pPr>
        <w:jc w:val="both"/>
      </w:pPr>
      <w:r>
        <w:t>1105</w:t>
      </w:r>
    </w:p>
    <w:p>
      <w:pPr>
        <w:jc w:val="both"/>
      </w:pPr>
      <w:r>
        <w:t>1094</w:t>
      </w:r>
    </w:p>
    <w:p>
      <w:pPr>
        <w:jc w:val="both"/>
      </w:pPr>
      <w:r>
        <w:t>Phẫu thuật loại đặc biệt</w:t>
      </w:r>
    </w:p>
    <w:p>
      <w:pPr>
        <w:jc w:val="both"/>
      </w:pPr>
      <w:r>
        <w:t>3.721.000</w:t>
      </w:r>
    </w:p>
    <w:p>
      <w:pPr>
        <w:jc w:val="both"/>
      </w:pPr>
      <w:r>
        <w:t>4.096.000</w:t>
      </w:r>
    </w:p>
    <w:p>
      <w:pPr>
        <w:jc w:val="both"/>
      </w:pPr>
      <w:r>
        <w:t>1106</w:t>
      </w:r>
    </w:p>
    <w:p>
      <w:pPr>
        <w:jc w:val="both"/>
      </w:pPr>
      <w:r>
        <w:t>1095</w:t>
      </w:r>
    </w:p>
    <w:p>
      <w:pPr>
        <w:jc w:val="both"/>
      </w:pPr>
      <w:r>
        <w:t>Phẫu thuật loại I</w:t>
      </w:r>
    </w:p>
    <w:p>
      <w:pPr>
        <w:jc w:val="both"/>
      </w:pPr>
      <w:r>
        <w:t>2.385.000</w:t>
      </w:r>
    </w:p>
    <w:p>
      <w:pPr>
        <w:jc w:val="both"/>
      </w:pPr>
      <w:r>
        <w:t>2.620.000</w:t>
      </w:r>
    </w:p>
    <w:p>
      <w:pPr>
        <w:jc w:val="both"/>
      </w:pPr>
      <w:r>
        <w:t>1107</w:t>
      </w:r>
    </w:p>
    <w:p>
      <w:pPr>
        <w:jc w:val="both"/>
      </w:pPr>
      <w:r>
        <w:t>1096</w:t>
      </w:r>
    </w:p>
    <w:p>
      <w:pPr>
        <w:jc w:val="both"/>
      </w:pPr>
      <w:r>
        <w:t>Phẫu thuật loại II</w:t>
      </w:r>
    </w:p>
    <w:p>
      <w:pPr>
        <w:jc w:val="both"/>
      </w:pPr>
      <w:r>
        <w:t>1.468.000</w:t>
      </w:r>
    </w:p>
    <w:p>
      <w:pPr>
        <w:jc w:val="both"/>
      </w:pPr>
      <w:r>
        <w:t>1.620.000</w:t>
      </w:r>
    </w:p>
    <w:p>
      <w:pPr>
        <w:jc w:val="both"/>
      </w:pPr>
      <w:r>
        <w:t>1108</w:t>
      </w:r>
    </w:p>
    <w:p>
      <w:pPr>
        <w:jc w:val="both"/>
      </w:pPr>
      <w:r>
        <w:t>1097</w:t>
      </w:r>
    </w:p>
    <w:p>
      <w:pPr>
        <w:jc w:val="both"/>
      </w:pPr>
      <w:r>
        <w:t>Phẫu thuật loại III</w:t>
      </w:r>
    </w:p>
    <w:p>
      <w:pPr>
        <w:jc w:val="both"/>
      </w:pPr>
      <w:r>
        <w:t>942.000</w:t>
      </w:r>
    </w:p>
    <w:p>
      <w:pPr>
        <w:jc w:val="both"/>
      </w:pPr>
      <w:r>
        <w:t>1.053.000</w:t>
      </w:r>
    </w:p>
    <w:p>
      <w:pPr>
        <w:jc w:val="both"/>
      </w:pPr>
      <w:r>
        <w:t>1109</w:t>
      </w:r>
    </w:p>
    <w:p>
      <w:pPr>
        <w:jc w:val="both"/>
      </w:pPr>
      <w:r>
        <w:t>1098</w:t>
      </w:r>
    </w:p>
    <w:p>
      <w:pPr>
        <w:jc w:val="both"/>
      </w:pPr>
      <w:r>
        <w:t>Thủ thuật loại đặc biệt</w:t>
      </w:r>
    </w:p>
    <w:p>
      <w:pPr>
        <w:jc w:val="both"/>
      </w:pPr>
      <w:r>
        <w:t>809.000</w:t>
      </w:r>
    </w:p>
    <w:p>
      <w:pPr>
        <w:jc w:val="both"/>
      </w:pPr>
      <w:r>
        <w:t>907.000</w:t>
      </w:r>
    </w:p>
    <w:p>
      <w:pPr>
        <w:jc w:val="both"/>
      </w:pPr>
      <w:r>
        <w:t>1110</w:t>
      </w:r>
    </w:p>
    <w:p>
      <w:pPr>
        <w:jc w:val="both"/>
      </w:pPr>
      <w:r>
        <w:t>1099</w:t>
      </w:r>
    </w:p>
    <w:p>
      <w:pPr>
        <w:jc w:val="both"/>
      </w:pPr>
      <w:r>
        <w:t>Thủ thuật loại I</w:t>
      </w:r>
    </w:p>
    <w:p>
      <w:pPr>
        <w:jc w:val="both"/>
      </w:pPr>
      <w:r>
        <w:t>493.000</w:t>
      </w:r>
    </w:p>
    <w:p>
      <w:pPr>
        <w:jc w:val="both"/>
      </w:pPr>
      <w:r>
        <w:t>556.000</w:t>
      </w:r>
    </w:p>
    <w:p>
      <w:pPr>
        <w:jc w:val="both"/>
      </w:pPr>
      <w:r>
        <w:t>1111</w:t>
      </w:r>
    </w:p>
    <w:p>
      <w:pPr>
        <w:jc w:val="both"/>
      </w:pPr>
      <w:r>
        <w:t>1100</w:t>
      </w:r>
    </w:p>
    <w:p>
      <w:pPr>
        <w:jc w:val="both"/>
      </w:pPr>
      <w:r>
        <w:t>Thủ thuật loại II</w:t>
      </w:r>
    </w:p>
    <w:p>
      <w:pPr>
        <w:jc w:val="both"/>
      </w:pPr>
      <w:r>
        <w:t>283.000</w:t>
      </w:r>
    </w:p>
    <w:p>
      <w:pPr>
        <w:jc w:val="both"/>
      </w:pPr>
      <w:r>
        <w:t>318.000</w:t>
      </w:r>
    </w:p>
    <w:p>
      <w:pPr>
        <w:jc w:val="both"/>
      </w:pPr>
      <w:r>
        <w:t>1112</w:t>
      </w:r>
    </w:p>
    <w:p>
      <w:pPr>
        <w:jc w:val="both"/>
      </w:pPr>
      <w:r>
        <w:t>1101</w:t>
      </w:r>
    </w:p>
    <w:p>
      <w:pPr>
        <w:jc w:val="both"/>
      </w:pPr>
      <w:r>
        <w:t>Thủ thuật loại III</w:t>
      </w:r>
    </w:p>
    <w:p>
      <w:pPr>
        <w:jc w:val="both"/>
      </w:pPr>
      <w:r>
        <w:t>145.000</w:t>
      </w:r>
    </w:p>
    <w:p>
      <w:pPr>
        <w:jc w:val="both"/>
      </w:pPr>
      <w:r>
        <w:t>162.000</w:t>
      </w:r>
    </w:p>
    <w:p>
      <w:pPr>
        <w:jc w:val="both"/>
      </w:pPr>
      <w:r>
        <w:t>X</w:t>
      </w:r>
    </w:p>
    <w:p>
      <w:pPr>
        <w:jc w:val="both"/>
      </w:pPr>
      <w:r>
        <w:t>X</w:t>
      </w:r>
    </w:p>
    <w:p>
      <w:pPr>
        <w:jc w:val="both"/>
      </w:pPr>
      <w:r>
        <w:t>BỎNG</w:t>
      </w:r>
    </w:p>
    <w:p>
      <w:pPr>
        <w:jc w:val="both"/>
      </w:pPr>
      <w:r>
        <w:t>1113</w:t>
      </w:r>
    </w:p>
    <w:p>
      <w:pPr>
        <w:jc w:val="both"/>
      </w:pPr>
      <w:r>
        <w:t>1102</w:t>
      </w:r>
    </w:p>
    <w:p>
      <w:pPr>
        <w:jc w:val="both"/>
      </w:pPr>
      <w:r>
        <w:t>Cắt bỏ hoại tử tiếp tuyến bỏng sâu dưới 5% diện tích cơ thể ở người lớn, dưới 3% diện tích cơ thể ở trẻ em</w:t>
      </w:r>
    </w:p>
    <w:p>
      <w:pPr>
        <w:jc w:val="both"/>
      </w:pPr>
      <w:r>
        <w:t>2.378.000</w:t>
      </w:r>
    </w:p>
    <w:p>
      <w:pPr>
        <w:jc w:val="both"/>
      </w:pPr>
      <w:r>
        <w:t>2.642.000</w:t>
      </w:r>
    </w:p>
    <w:p>
      <w:pPr>
        <w:jc w:val="both"/>
      </w:pPr>
      <w:r>
        <w:t>1114</w:t>
      </w:r>
    </w:p>
    <w:p>
      <w:pPr>
        <w:jc w:val="both"/>
      </w:pPr>
      <w:r>
        <w:t>1103</w:t>
      </w:r>
    </w:p>
    <w:p>
      <w:pPr>
        <w:jc w:val="both"/>
      </w:pPr>
      <w:r>
        <w:t>Cắt bỏ hoại tử tiếp tuyến bỏng sâu trên 10% diện tích cơ thể ở người lớn</w:t>
      </w:r>
    </w:p>
    <w:p>
      <w:pPr>
        <w:jc w:val="both"/>
      </w:pPr>
      <w:r>
        <w:t>3.976.000</w:t>
      </w:r>
    </w:p>
    <w:p>
      <w:pPr>
        <w:jc w:val="both"/>
      </w:pPr>
      <w:r>
        <w:t>4.439.000</w:t>
      </w:r>
    </w:p>
    <w:p>
      <w:pPr>
        <w:jc w:val="both"/>
      </w:pPr>
      <w:r>
        <w:t>1115</w:t>
      </w:r>
    </w:p>
    <w:p>
      <w:pPr>
        <w:jc w:val="both"/>
      </w:pPr>
      <w:r>
        <w:t>1104</w:t>
      </w:r>
    </w:p>
    <w:p>
      <w:pPr>
        <w:jc w:val="both"/>
      </w:pPr>
      <w:r>
        <w:t>Cắt bỏ hoại tử tiếp tuyến bỏng sâu từ 3% - 5% diện tích cơ thể ở trẻ em</w:t>
      </w:r>
    </w:p>
    <w:p>
      <w:pPr>
        <w:jc w:val="both"/>
      </w:pPr>
      <w:r>
        <w:t>3.044.000</w:t>
      </w:r>
    </w:p>
    <w:p>
      <w:pPr>
        <w:jc w:val="both"/>
      </w:pPr>
      <w:r>
        <w:t>3.366.000</w:t>
      </w:r>
    </w:p>
    <w:p>
      <w:pPr>
        <w:jc w:val="both"/>
      </w:pPr>
      <w:r>
        <w:t>1116</w:t>
      </w:r>
    </w:p>
    <w:p>
      <w:pPr>
        <w:jc w:val="both"/>
      </w:pPr>
      <w:r>
        <w:t>1105</w:t>
      </w:r>
    </w:p>
    <w:p>
      <w:pPr>
        <w:jc w:val="both"/>
      </w:pPr>
      <w:r>
        <w:t>Cắt bỏ hoại tử tiếp tuyến bỏng sâu từ 5% - 10% diện tích cơ thể ở người lớn, trên 5% diện tích cơ thể ở trẻ em</w:t>
      </w:r>
    </w:p>
    <w:p>
      <w:pPr>
        <w:jc w:val="both"/>
      </w:pPr>
      <w:r>
        <w:t>3.426.000</w:t>
      </w:r>
    </w:p>
    <w:p>
      <w:pPr>
        <w:jc w:val="both"/>
      </w:pPr>
      <w:r>
        <w:t>3.805.000</w:t>
      </w:r>
    </w:p>
    <w:p>
      <w:pPr>
        <w:jc w:val="both"/>
      </w:pPr>
      <w:r>
        <w:t>1117</w:t>
      </w:r>
    </w:p>
    <w:p>
      <w:pPr>
        <w:jc w:val="both"/>
      </w:pPr>
      <w:r>
        <w:t>1106</w:t>
      </w:r>
    </w:p>
    <w:p>
      <w:pPr>
        <w:jc w:val="both"/>
      </w:pPr>
      <w:r>
        <w:t>Cắt bỏ hoại tử toàn lớp bỏng sâu dưới 3% diện tích cơ thể ở người lớn, dưới 1% diện tích cơ thể ở trẻ em</w:t>
      </w:r>
    </w:p>
    <w:p>
      <w:pPr>
        <w:jc w:val="both"/>
      </w:pPr>
      <w:r>
        <w:t>2.407.000</w:t>
      </w:r>
    </w:p>
    <w:p>
      <w:pPr>
        <w:jc w:val="both"/>
      </w:pPr>
      <w:r>
        <w:t>2.676.000</w:t>
      </w:r>
    </w:p>
    <w:p>
      <w:pPr>
        <w:jc w:val="both"/>
      </w:pPr>
      <w:r>
        <w:t>1118</w:t>
      </w:r>
    </w:p>
    <w:p>
      <w:pPr>
        <w:jc w:val="both"/>
      </w:pPr>
      <w:r>
        <w:t>1107</w:t>
      </w:r>
    </w:p>
    <w:p>
      <w:pPr>
        <w:jc w:val="both"/>
      </w:pPr>
      <w:r>
        <w:t>Cắt bỏ hoại tử toàn lớp bỏng sâu trên 5% diện tích cơ thể ở người lớn</w:t>
      </w:r>
    </w:p>
    <w:p>
      <w:pPr>
        <w:jc w:val="both"/>
      </w:pPr>
      <w:r>
        <w:t>3.913.000</w:t>
      </w:r>
    </w:p>
    <w:p>
      <w:pPr>
        <w:jc w:val="both"/>
      </w:pPr>
      <w:r>
        <w:t>4.366.000</w:t>
      </w:r>
    </w:p>
    <w:p>
      <w:pPr>
        <w:jc w:val="both"/>
      </w:pPr>
      <w:r>
        <w:t>1119</w:t>
      </w:r>
    </w:p>
    <w:p>
      <w:pPr>
        <w:jc w:val="both"/>
      </w:pPr>
      <w:r>
        <w:t>1108</w:t>
      </w:r>
    </w:p>
    <w:p>
      <w:pPr>
        <w:jc w:val="both"/>
      </w:pPr>
      <w:r>
        <w:t>Cắt bỏ hoại tử toàn lớp bỏng sâu từ 1% - 3% diện tích cơ thể ở trẻ em</w:t>
      </w:r>
    </w:p>
    <w:p>
      <w:pPr>
        <w:jc w:val="both"/>
      </w:pPr>
      <w:r>
        <w:t>3.039.000</w:t>
      </w:r>
    </w:p>
    <w:p>
      <w:pPr>
        <w:jc w:val="both"/>
      </w:pPr>
      <w:r>
        <w:t>3.394.000</w:t>
      </w:r>
    </w:p>
    <w:p>
      <w:pPr>
        <w:jc w:val="both"/>
      </w:pPr>
      <w:r>
        <w:t>1120</w:t>
      </w:r>
    </w:p>
    <w:p>
      <w:pPr>
        <w:jc w:val="both"/>
      </w:pPr>
      <w:r>
        <w:t>1109</w:t>
      </w:r>
    </w:p>
    <w:p>
      <w:pPr>
        <w:jc w:val="both"/>
      </w:pPr>
      <w:r>
        <w:t>Cắt bỏ hoại tử toàn lớp bỏng sâu từ 3% - 5% diện tích cơ thể ở người lớn, trên 3% diện tích cơ thể ở trẻ em</w:t>
      </w:r>
    </w:p>
    <w:p>
      <w:pPr>
        <w:jc w:val="both"/>
      </w:pPr>
      <w:r>
        <w:t>3.443.000</w:t>
      </w:r>
    </w:p>
    <w:p>
      <w:pPr>
        <w:jc w:val="both"/>
      </w:pPr>
      <w:r>
        <w:t>3.825.000</w:t>
      </w:r>
    </w:p>
    <w:p>
      <w:pPr>
        <w:jc w:val="both"/>
      </w:pPr>
      <w:r>
        <w:t>1121</w:t>
      </w:r>
    </w:p>
    <w:p>
      <w:pPr>
        <w:jc w:val="both"/>
      </w:pPr>
      <w:r>
        <w:t>1110</w:t>
      </w:r>
    </w:p>
    <w:p>
      <w:pPr>
        <w:jc w:val="both"/>
      </w:pPr>
      <w:r>
        <w:t>Cắt hoại tử toàn lớp - khâu kín ≥ 3% diện tích cơ thể ở người lớn, ≥ 1% diện tích cơ thể ở trẻ em</w:t>
      </w:r>
    </w:p>
    <w:p>
      <w:pPr>
        <w:jc w:val="both"/>
      </w:pPr>
      <w:r>
        <w:t>4.168.000</w:t>
      </w:r>
    </w:p>
    <w:p>
      <w:pPr>
        <w:jc w:val="both"/>
      </w:pPr>
      <w:r>
        <w:t>4.660.000</w:t>
      </w:r>
    </w:p>
    <w:p>
      <w:pPr>
        <w:jc w:val="both"/>
      </w:pPr>
      <w:r>
        <w:t>1122</w:t>
      </w:r>
    </w:p>
    <w:p>
      <w:pPr>
        <w:jc w:val="both"/>
      </w:pPr>
      <w:r>
        <w:t>1111</w:t>
      </w:r>
    </w:p>
    <w:p>
      <w:pPr>
        <w:jc w:val="both"/>
      </w:pPr>
      <w:r>
        <w:t>Cắt hoại tử toàn lớp - khâu kín dưới 3% diện tích cơ thể ở người lớn, dưới 1% diện tích cơ thể ở trẻ em</w:t>
      </w:r>
    </w:p>
    <w:p>
      <w:pPr>
        <w:jc w:val="both"/>
      </w:pPr>
      <w:r>
        <w:t>3.382.000</w:t>
      </w:r>
    </w:p>
    <w:p>
      <w:pPr>
        <w:jc w:val="both"/>
      </w:pPr>
      <w:r>
        <w:t>3.799.000</w:t>
      </w:r>
    </w:p>
    <w:p>
      <w:pPr>
        <w:jc w:val="both"/>
      </w:pPr>
      <w:r>
        <w:t>1123</w:t>
      </w:r>
    </w:p>
    <w:p>
      <w:pPr>
        <w:jc w:val="both"/>
      </w:pPr>
      <w:r>
        <w:t>1112</w:t>
      </w:r>
    </w:p>
    <w:p>
      <w:pPr>
        <w:jc w:val="both"/>
      </w:pPr>
      <w:r>
        <w:t>Cắt lọc mô hoại tử vết thương mạn tính bằng dao thủy lực (chưa tính vật tư dao)</w:t>
      </w:r>
    </w:p>
    <w:p>
      <w:pPr>
        <w:jc w:val="both"/>
      </w:pPr>
      <w:r>
        <w:t>3.908.000</w:t>
      </w:r>
    </w:p>
    <w:p>
      <w:pPr>
        <w:jc w:val="both"/>
      </w:pPr>
      <w:r>
        <w:t>4.360.000</w:t>
      </w:r>
    </w:p>
    <w:p>
      <w:pPr>
        <w:jc w:val="both"/>
      </w:pPr>
      <w:r>
        <w:t>1124</w:t>
      </w:r>
    </w:p>
    <w:p>
      <w:pPr>
        <w:jc w:val="both"/>
      </w:pPr>
      <w:r>
        <w:t>1113</w:t>
      </w:r>
    </w:p>
    <w:p>
      <w:pPr>
        <w:jc w:val="both"/>
      </w:pPr>
      <w:r>
        <w:t>Cắt sẹo ghép da mảnh trung bình</w:t>
      </w:r>
    </w:p>
    <w:p>
      <w:pPr>
        <w:jc w:val="both"/>
      </w:pPr>
      <w:r>
        <w:t>3.753.000</w:t>
      </w:r>
    </w:p>
    <w:p>
      <w:pPr>
        <w:jc w:val="both"/>
      </w:pPr>
      <w:r>
        <w:t>4.194.000</w:t>
      </w:r>
    </w:p>
    <w:p>
      <w:pPr>
        <w:jc w:val="both"/>
      </w:pPr>
      <w:r>
        <w:t>1125</w:t>
      </w:r>
    </w:p>
    <w:p>
      <w:pPr>
        <w:jc w:val="both"/>
      </w:pPr>
      <w:r>
        <w:t>1114</w:t>
      </w:r>
    </w:p>
    <w:p>
      <w:pPr>
        <w:jc w:val="both"/>
      </w:pPr>
      <w:r>
        <w:t>Cắt sẹo khâu kín</w:t>
      </w:r>
    </w:p>
    <w:p>
      <w:pPr>
        <w:jc w:val="both"/>
      </w:pPr>
      <w:r>
        <w:t>3.432.000</w:t>
      </w:r>
    </w:p>
    <w:p>
      <w:pPr>
        <w:jc w:val="both"/>
      </w:pPr>
      <w:r>
        <w:t>3.825.000</w:t>
      </w:r>
    </w:p>
    <w:p>
      <w:pPr>
        <w:jc w:val="both"/>
      </w:pPr>
      <w:r>
        <w:t>1126</w:t>
      </w:r>
    </w:p>
    <w:p>
      <w:pPr>
        <w:jc w:val="both"/>
      </w:pPr>
      <w:r>
        <w:t>1115</w:t>
      </w:r>
    </w:p>
    <w:p>
      <w:pPr>
        <w:jc w:val="both"/>
      </w:pPr>
      <w:r>
        <w:t>03C2.6.11</w:t>
      </w:r>
    </w:p>
    <w:p>
      <w:pPr>
        <w:jc w:val="both"/>
      </w:pPr>
      <w:r>
        <w:t>Chẩn đoán độ sâu bỏng bằng máy siêu âm doppler</w:t>
      </w:r>
    </w:p>
    <w:p>
      <w:pPr>
        <w:jc w:val="both"/>
      </w:pPr>
      <w:r>
        <w:t>314.000</w:t>
      </w:r>
    </w:p>
    <w:p>
      <w:pPr>
        <w:jc w:val="both"/>
      </w:pPr>
      <w:r>
        <w:t>343.000</w:t>
      </w:r>
    </w:p>
    <w:p>
      <w:pPr>
        <w:jc w:val="both"/>
      </w:pPr>
      <w:r>
        <w:t>1127</w:t>
      </w:r>
    </w:p>
    <w:p>
      <w:pPr>
        <w:jc w:val="both"/>
      </w:pPr>
      <w:r>
        <w:t>1116</w:t>
      </w:r>
    </w:p>
    <w:p>
      <w:pPr>
        <w:jc w:val="both"/>
      </w:pPr>
      <w:r>
        <w:t>03C2.6.15</w:t>
      </w:r>
    </w:p>
    <w:p>
      <w:pPr>
        <w:jc w:val="both"/>
      </w:pPr>
      <w:r>
        <w:t>Điều trị bằng ôxy cao áp</w:t>
      </w:r>
    </w:p>
    <w:p>
      <w:pPr>
        <w:jc w:val="both"/>
      </w:pPr>
      <w:r>
        <w:t>252.000</w:t>
      </w:r>
    </w:p>
    <w:p>
      <w:pPr>
        <w:jc w:val="both"/>
      </w:pPr>
      <w:r>
        <w:t>274.000</w:t>
      </w:r>
    </w:p>
    <w:p>
      <w:pPr>
        <w:jc w:val="both"/>
      </w:pPr>
      <w:r>
        <w:t>1128</w:t>
      </w:r>
    </w:p>
    <w:p>
      <w:pPr>
        <w:jc w:val="both"/>
      </w:pPr>
      <w:r>
        <w:t>1117</w:t>
      </w:r>
    </w:p>
    <w:p>
      <w:pPr>
        <w:jc w:val="both"/>
      </w:pPr>
      <w:r>
        <w:t>03C2.6.14</w:t>
      </w:r>
    </w:p>
    <w:p>
      <w:pPr>
        <w:jc w:val="both"/>
      </w:pPr>
      <w:r>
        <w:t>Điều trị vết thương bỏng bằng màng nuôi cấy nguyên bào sợi (hoặc tế bào sừng)</w:t>
      </w:r>
    </w:p>
    <w:p>
      <w:pPr>
        <w:jc w:val="both"/>
      </w:pPr>
      <w:r>
        <w:t>569.000</w:t>
      </w:r>
    </w:p>
    <w:p>
      <w:pPr>
        <w:jc w:val="both"/>
      </w:pPr>
      <w:r>
        <w:t>630.000</w:t>
      </w:r>
    </w:p>
    <w:p>
      <w:pPr>
        <w:jc w:val="both"/>
      </w:pPr>
      <w:r>
        <w:t>1129</w:t>
      </w:r>
    </w:p>
    <w:p>
      <w:pPr>
        <w:jc w:val="both"/>
      </w:pPr>
      <w:r>
        <w:t>1118</w:t>
      </w:r>
    </w:p>
    <w:p>
      <w:pPr>
        <w:jc w:val="both"/>
      </w:pPr>
      <w:r>
        <w:t>Ghép da đồng loại ≥ 10% diện tích cơ thể (chưa gồm mảnh da ghép)</w:t>
      </w:r>
    </w:p>
    <w:p>
      <w:pPr>
        <w:jc w:val="both"/>
      </w:pPr>
      <w:r>
        <w:t>2.791.000</w:t>
      </w:r>
    </w:p>
    <w:p>
      <w:pPr>
        <w:jc w:val="both"/>
      </w:pPr>
      <w:r>
        <w:t>3.087.000</w:t>
      </w:r>
    </w:p>
    <w:p>
      <w:pPr>
        <w:jc w:val="both"/>
      </w:pPr>
      <w:r>
        <w:t>1130</w:t>
      </w:r>
    </w:p>
    <w:p>
      <w:pPr>
        <w:jc w:val="both"/>
      </w:pPr>
      <w:r>
        <w:t>1119</w:t>
      </w:r>
    </w:p>
    <w:p>
      <w:pPr>
        <w:jc w:val="both"/>
      </w:pPr>
      <w:r>
        <w:t>Ghép da đồng loại dưới 10% diện tích cơ thể (chưa gồm mảnh da ghép)</w:t>
      </w:r>
    </w:p>
    <w:p>
      <w:pPr>
        <w:jc w:val="both"/>
      </w:pPr>
      <w:r>
        <w:t>1.922.000</w:t>
      </w:r>
    </w:p>
    <w:p>
      <w:pPr>
        <w:jc w:val="both"/>
      </w:pPr>
      <w:r>
        <w:t>2.127.000</w:t>
      </w:r>
    </w:p>
    <w:p>
      <w:pPr>
        <w:jc w:val="both"/>
      </w:pPr>
      <w:r>
        <w:t>1131</w:t>
      </w:r>
    </w:p>
    <w:p>
      <w:pPr>
        <w:jc w:val="both"/>
      </w:pPr>
      <w:r>
        <w:t>1120</w:t>
      </w:r>
    </w:p>
    <w:p>
      <w:pPr>
        <w:jc w:val="both"/>
      </w:pPr>
      <w:r>
        <w:t>Ghép da tự thân mảnh lớn dưới 5% diện tích cơ thể ở người lớn, dưới 3% diện tích cơ thể ở trẻ em</w:t>
      </w:r>
    </w:p>
    <w:p>
      <w:pPr>
        <w:jc w:val="both"/>
      </w:pPr>
      <w:r>
        <w:t>2.908.000</w:t>
      </w:r>
    </w:p>
    <w:p>
      <w:pPr>
        <w:jc w:val="both"/>
      </w:pPr>
      <w:r>
        <w:t>3.269.000</w:t>
      </w:r>
    </w:p>
    <w:p>
      <w:pPr>
        <w:jc w:val="both"/>
      </w:pPr>
      <w:r>
        <w:t>1132</w:t>
      </w:r>
    </w:p>
    <w:p>
      <w:pPr>
        <w:jc w:val="both"/>
      </w:pPr>
      <w:r>
        <w:t>1121</w:t>
      </w:r>
    </w:p>
    <w:p>
      <w:pPr>
        <w:jc w:val="both"/>
      </w:pPr>
      <w:r>
        <w:t>Ghép da tự thân mảnh lớn trên 10% diện tích cơ thể ở người lớn</w:t>
      </w:r>
    </w:p>
    <w:p>
      <w:pPr>
        <w:jc w:val="both"/>
      </w:pPr>
      <w:r>
        <w:t>4.464.000</w:t>
      </w:r>
    </w:p>
    <w:p>
      <w:pPr>
        <w:jc w:val="both"/>
      </w:pPr>
      <w:r>
        <w:t>4.966.000</w:t>
      </w:r>
    </w:p>
    <w:p>
      <w:pPr>
        <w:jc w:val="both"/>
      </w:pPr>
      <w:r>
        <w:t>1133</w:t>
      </w:r>
    </w:p>
    <w:p>
      <w:pPr>
        <w:jc w:val="both"/>
      </w:pPr>
      <w:r>
        <w:t>1122</w:t>
      </w:r>
    </w:p>
    <w:p>
      <w:pPr>
        <w:jc w:val="both"/>
      </w:pPr>
      <w:r>
        <w:t>Ghép da tự thân mảnh lớn từ 3% - 5% diện tích cơ thể ở trẻ em</w:t>
      </w:r>
    </w:p>
    <w:p>
      <w:pPr>
        <w:jc w:val="both"/>
      </w:pPr>
      <w:r>
        <w:t>3.624.000</w:t>
      </w:r>
    </w:p>
    <w:p>
      <w:pPr>
        <w:jc w:val="both"/>
      </w:pPr>
      <w:r>
        <w:t>4.068.000</w:t>
      </w:r>
    </w:p>
    <w:p>
      <w:pPr>
        <w:jc w:val="both"/>
      </w:pPr>
      <w:r>
        <w:t>1134</w:t>
      </w:r>
    </w:p>
    <w:p>
      <w:pPr>
        <w:jc w:val="both"/>
      </w:pPr>
      <w:r>
        <w:t>1123</w:t>
      </w:r>
    </w:p>
    <w:p>
      <w:pPr>
        <w:jc w:val="both"/>
      </w:pPr>
      <w:r>
        <w:t>Ghép da tự thân mảnh lớn từ 5% - 10% diện tích cơ thể ở người lớn, trên 5% diện tích cơ thể ở trẻ em</w:t>
      </w:r>
    </w:p>
    <w:p>
      <w:pPr>
        <w:jc w:val="both"/>
      </w:pPr>
      <w:r>
        <w:t>4.140.000</w:t>
      </w:r>
    </w:p>
    <w:p>
      <w:pPr>
        <w:jc w:val="both"/>
      </w:pPr>
      <w:r>
        <w:t>4.627.000</w:t>
      </w:r>
    </w:p>
    <w:p>
      <w:pPr>
        <w:jc w:val="both"/>
      </w:pPr>
      <w:r>
        <w:t>1135</w:t>
      </w:r>
    </w:p>
    <w:p>
      <w:pPr>
        <w:jc w:val="both"/>
      </w:pPr>
      <w:r>
        <w:t>1124</w:t>
      </w:r>
    </w:p>
    <w:p>
      <w:pPr>
        <w:jc w:val="both"/>
      </w:pPr>
      <w:r>
        <w:t>Ghép da tự thân mảnh siêu nhỏ (micro skin graft) ≥ 10% diện tích cơ thể ở người lớn, ≥ 5% diện tích cơ thể ở trẻ em</w:t>
      </w:r>
    </w:p>
    <w:p>
      <w:pPr>
        <w:jc w:val="both"/>
      </w:pPr>
      <w:r>
        <w:t>6.686.000</w:t>
      </w:r>
    </w:p>
    <w:p>
      <w:pPr>
        <w:jc w:val="both"/>
      </w:pPr>
      <w:r>
        <w:t>7.433.000</w:t>
      </w:r>
    </w:p>
    <w:p>
      <w:pPr>
        <w:jc w:val="both"/>
      </w:pPr>
      <w:r>
        <w:t>1136</w:t>
      </w:r>
    </w:p>
    <w:p>
      <w:pPr>
        <w:jc w:val="both"/>
      </w:pPr>
      <w:r>
        <w:t>1125</w:t>
      </w:r>
    </w:p>
    <w:p>
      <w:pPr>
        <w:jc w:val="both"/>
      </w:pPr>
      <w:r>
        <w:t>Ghép da tự thân mảnh siêu nhỏ (micro skin graft) dưới 10% diện tích cơ thể ở người lớn, dưới 5% diện tích cơ thể ở trẻ em</w:t>
      </w:r>
    </w:p>
    <w:p>
      <w:pPr>
        <w:jc w:val="both"/>
      </w:pPr>
      <w:r>
        <w:t>3.858.000</w:t>
      </w:r>
    </w:p>
    <w:p>
      <w:pPr>
        <w:jc w:val="both"/>
      </w:pPr>
      <w:r>
        <w:t>4.303.000</w:t>
      </w:r>
    </w:p>
    <w:p>
      <w:pPr>
        <w:jc w:val="both"/>
      </w:pPr>
      <w:r>
        <w:t>1137</w:t>
      </w:r>
    </w:p>
    <w:p>
      <w:pPr>
        <w:jc w:val="both"/>
      </w:pPr>
      <w:r>
        <w:t>1126</w:t>
      </w:r>
    </w:p>
    <w:p>
      <w:pPr>
        <w:jc w:val="both"/>
      </w:pPr>
      <w:r>
        <w:t>Ghép da tự thân mắt lưới (mesh graft)</w:t>
      </w:r>
    </w:p>
    <w:p>
      <w:pPr>
        <w:jc w:val="both"/>
      </w:pPr>
      <w:r>
        <w:t>5.105.000</w:t>
      </w:r>
    </w:p>
    <w:p>
      <w:pPr>
        <w:jc w:val="both"/>
      </w:pPr>
      <w:r>
        <w:t>5.704.000</w:t>
      </w:r>
    </w:p>
    <w:p>
      <w:pPr>
        <w:jc w:val="both"/>
      </w:pPr>
      <w:r>
        <w:t>1138</w:t>
      </w:r>
    </w:p>
    <w:p>
      <w:pPr>
        <w:jc w:val="both"/>
      </w:pPr>
      <w:r>
        <w:t>1127</w:t>
      </w:r>
    </w:p>
    <w:p>
      <w:pPr>
        <w:jc w:val="both"/>
      </w:pPr>
      <w:r>
        <w:t>Ghép da tự thân phối hợp kiểu hai lớp (sandwich)</w:t>
      </w:r>
    </w:p>
    <w:p>
      <w:pPr>
        <w:jc w:val="both"/>
      </w:pPr>
      <w:r>
        <w:t>6.679.000</w:t>
      </w:r>
    </w:p>
    <w:p>
      <w:pPr>
        <w:jc w:val="both"/>
      </w:pPr>
      <w:r>
        <w:t>7.516.000</w:t>
      </w:r>
    </w:p>
    <w:p>
      <w:pPr>
        <w:jc w:val="both"/>
      </w:pPr>
      <w:r>
        <w:t>1139</w:t>
      </w:r>
    </w:p>
    <w:p>
      <w:pPr>
        <w:jc w:val="both"/>
      </w:pPr>
      <w:r>
        <w:t>1128</w:t>
      </w:r>
    </w:p>
    <w:p>
      <w:pPr>
        <w:jc w:val="both"/>
      </w:pPr>
      <w:r>
        <w:t>Ghép da tự thân tem thư (post stam graft) ≥ 10% diện tích cơ thể ở người lớn</w:t>
      </w:r>
    </w:p>
    <w:p>
      <w:pPr>
        <w:jc w:val="both"/>
      </w:pPr>
      <w:r>
        <w:t>4.496.000</w:t>
      </w:r>
    </w:p>
    <w:p>
      <w:pPr>
        <w:jc w:val="both"/>
      </w:pPr>
      <w:r>
        <w:t>5.023.000</w:t>
      </w:r>
    </w:p>
    <w:p>
      <w:pPr>
        <w:jc w:val="both"/>
      </w:pPr>
      <w:r>
        <w:t>1140</w:t>
      </w:r>
    </w:p>
    <w:p>
      <w:pPr>
        <w:jc w:val="both"/>
      </w:pPr>
      <w:r>
        <w:t>1129</w:t>
      </w:r>
    </w:p>
    <w:p>
      <w:pPr>
        <w:jc w:val="both"/>
      </w:pPr>
      <w:r>
        <w:t>Ghép da tự thân tem thư (post stam graft) dưới 10% diện tích cơ thể ở người lớn, ≥ 5% diện tích cơ thể ở trẻ em</w:t>
      </w:r>
    </w:p>
    <w:p>
      <w:pPr>
        <w:jc w:val="both"/>
      </w:pPr>
      <w:r>
        <w:t>4.105.000</w:t>
      </w:r>
    </w:p>
    <w:p>
      <w:pPr>
        <w:jc w:val="both"/>
      </w:pPr>
      <w:r>
        <w:t>4.552.000</w:t>
      </w:r>
    </w:p>
    <w:p>
      <w:pPr>
        <w:jc w:val="both"/>
      </w:pPr>
      <w:r>
        <w:t>1141</w:t>
      </w:r>
    </w:p>
    <w:p>
      <w:pPr>
        <w:jc w:val="both"/>
      </w:pPr>
      <w:r>
        <w:t>1130</w:t>
      </w:r>
    </w:p>
    <w:p>
      <w:pPr>
        <w:jc w:val="both"/>
      </w:pPr>
      <w:r>
        <w:t>Ghép da tự thân tem thư (post stam graft) dưới 5% diện tích cơ thể ở trẻ em</w:t>
      </w:r>
    </w:p>
    <w:p>
      <w:pPr>
        <w:jc w:val="both"/>
      </w:pPr>
      <w:r>
        <w:t>3.502.000</w:t>
      </w:r>
    </w:p>
    <w:p>
      <w:pPr>
        <w:jc w:val="both"/>
      </w:pPr>
      <w:r>
        <w:t>3.893.000</w:t>
      </w:r>
    </w:p>
    <w:p>
      <w:pPr>
        <w:jc w:val="both"/>
      </w:pPr>
      <w:r>
        <w:t>1142</w:t>
      </w:r>
    </w:p>
    <w:p>
      <w:pPr>
        <w:jc w:val="both"/>
      </w:pPr>
      <w:r>
        <w:t>1131</w:t>
      </w:r>
    </w:p>
    <w:p>
      <w:pPr>
        <w:jc w:val="both"/>
      </w:pPr>
      <w:r>
        <w:t>Ghép da tự thận xen kẽ (molem-jackson) ≥ 10% diện tích cơ thể ở người lớn</w:t>
      </w:r>
    </w:p>
    <w:p>
      <w:pPr>
        <w:jc w:val="both"/>
      </w:pPr>
      <w:r>
        <w:t>7.259.000</w:t>
      </w:r>
    </w:p>
    <w:p>
      <w:pPr>
        <w:jc w:val="both"/>
      </w:pPr>
      <w:r>
        <w:t>8.184.000</w:t>
      </w:r>
    </w:p>
    <w:p>
      <w:pPr>
        <w:jc w:val="both"/>
      </w:pPr>
      <w:r>
        <w:t>1143</w:t>
      </w:r>
    </w:p>
    <w:p>
      <w:pPr>
        <w:jc w:val="both"/>
      </w:pPr>
      <w:r>
        <w:t>1132</w:t>
      </w:r>
    </w:p>
    <w:p>
      <w:pPr>
        <w:jc w:val="both"/>
      </w:pPr>
      <w:r>
        <w:t>Ghép da tự thân xen kẽ (molem-jackson) ở trẻ em, dưới 10% diện tích cơ thể ở người lớn</w:t>
      </w:r>
    </w:p>
    <w:p>
      <w:pPr>
        <w:jc w:val="both"/>
      </w:pPr>
      <w:r>
        <w:t>5.661.000</w:t>
      </w:r>
    </w:p>
    <w:p>
      <w:pPr>
        <w:jc w:val="both"/>
      </w:pPr>
      <w:r>
        <w:t>6.344.000</w:t>
      </w:r>
    </w:p>
    <w:p>
      <w:pPr>
        <w:jc w:val="both"/>
      </w:pPr>
      <w:r>
        <w:t>1144</w:t>
      </w:r>
    </w:p>
    <w:p>
      <w:pPr>
        <w:jc w:val="both"/>
      </w:pPr>
      <w:r>
        <w:t>1133</w:t>
      </w:r>
    </w:p>
    <w:p>
      <w:pPr>
        <w:jc w:val="both"/>
      </w:pPr>
      <w:r>
        <w:t>03C2.6.10</w:t>
      </w:r>
    </w:p>
    <w:p>
      <w:pPr>
        <w:jc w:val="both"/>
      </w:pPr>
      <w:r>
        <w:t>Ghép màng tế bào nuôi cấy trong điều trị bỏng</w:t>
      </w:r>
    </w:p>
    <w:p>
      <w:pPr>
        <w:jc w:val="both"/>
      </w:pPr>
      <w:r>
        <w:t>541.000</w:t>
      </w:r>
    </w:p>
    <w:p>
      <w:pPr>
        <w:jc w:val="both"/>
      </w:pPr>
      <w:r>
        <w:t>602.000</w:t>
      </w:r>
    </w:p>
    <w:p>
      <w:pPr>
        <w:jc w:val="both"/>
      </w:pPr>
      <w:r>
        <w:t>Chưa bao gồm màng nuôi; màng nuôi sẽ tính theo chi phí thực tế.</w:t>
      </w:r>
    </w:p>
    <w:p>
      <w:pPr>
        <w:jc w:val="both"/>
      </w:pPr>
      <w:r>
        <w:t>1145</w:t>
      </w:r>
    </w:p>
    <w:p>
      <w:pPr>
        <w:jc w:val="both"/>
      </w:pPr>
      <w:r>
        <w:t>1134</w:t>
      </w:r>
    </w:p>
    <w:p>
      <w:pPr>
        <w:jc w:val="both"/>
      </w:pPr>
      <w:r>
        <w:t>Kỹ thuật ghép khối mỡ tự thân điều trị vết thương mạn tính</w:t>
      </w:r>
    </w:p>
    <w:p>
      <w:pPr>
        <w:jc w:val="both"/>
      </w:pPr>
      <w:r>
        <w:t>4.217.000</w:t>
      </w:r>
    </w:p>
    <w:p>
      <w:pPr>
        <w:jc w:val="both"/>
      </w:pPr>
      <w:r>
        <w:t>4.647.000</w:t>
      </w:r>
    </w:p>
    <w:p>
      <w:pPr>
        <w:jc w:val="both"/>
      </w:pPr>
      <w:r>
        <w:t>1146</w:t>
      </w:r>
    </w:p>
    <w:p>
      <w:pPr>
        <w:jc w:val="both"/>
      </w:pPr>
      <w:r>
        <w:t>1135</w:t>
      </w:r>
    </w:p>
    <w:p>
      <w:pPr>
        <w:jc w:val="both"/>
      </w:pPr>
      <w:r>
        <w:t>Kỹ thuật giãn da (expander) điều trị sẹo</w:t>
      </w:r>
    </w:p>
    <w:p>
      <w:pPr>
        <w:jc w:val="both"/>
      </w:pPr>
      <w:r>
        <w:t>4.092.000</w:t>
      </w:r>
    </w:p>
    <w:p>
      <w:pPr>
        <w:jc w:val="both"/>
      </w:pPr>
      <w:r>
        <w:t>4.538.000</w:t>
      </w:r>
    </w:p>
    <w:p>
      <w:pPr>
        <w:jc w:val="both"/>
      </w:pPr>
      <w:r>
        <w:t>1147</w:t>
      </w:r>
    </w:p>
    <w:p>
      <w:pPr>
        <w:jc w:val="both"/>
      </w:pPr>
      <w:r>
        <w:t>1136</w:t>
      </w:r>
    </w:p>
    <w:p>
      <w:pPr>
        <w:jc w:val="both"/>
      </w:pPr>
      <w:r>
        <w:t>Kỹ thuật tạo vạt da có cuống mạch liền điều trị vết thương, sẹo</w:t>
      </w:r>
    </w:p>
    <w:p>
      <w:pPr>
        <w:jc w:val="both"/>
      </w:pPr>
      <w:r>
        <w:t>4.986.000</w:t>
      </w:r>
    </w:p>
    <w:p>
      <w:pPr>
        <w:jc w:val="both"/>
      </w:pPr>
      <w:r>
        <w:t>5.551.000</w:t>
      </w:r>
    </w:p>
    <w:p>
      <w:pPr>
        <w:jc w:val="both"/>
      </w:pPr>
      <w:r>
        <w:t>1148</w:t>
      </w:r>
    </w:p>
    <w:p>
      <w:pPr>
        <w:jc w:val="both"/>
      </w:pPr>
      <w:r>
        <w:t>1137</w:t>
      </w:r>
    </w:p>
    <w:p>
      <w:pPr>
        <w:jc w:val="both"/>
      </w:pPr>
      <w:r>
        <w:t>Kỹ thuật tạo vạt da tại chỗ điều trị vết thương, vết bỏng và di chứng</w:t>
      </w:r>
    </w:p>
    <w:p>
      <w:pPr>
        <w:jc w:val="both"/>
      </w:pPr>
      <w:r>
        <w:t>3.759.000</w:t>
      </w:r>
    </w:p>
    <w:p>
      <w:pPr>
        <w:jc w:val="both"/>
      </w:pPr>
      <w:r>
        <w:t>4.189.000</w:t>
      </w:r>
    </w:p>
    <w:p>
      <w:pPr>
        <w:jc w:val="both"/>
      </w:pPr>
      <w:r>
        <w:t>1149</w:t>
      </w:r>
    </w:p>
    <w:p>
      <w:pPr>
        <w:jc w:val="both"/>
      </w:pPr>
      <w:r>
        <w:t>1138</w:t>
      </w:r>
    </w:p>
    <w:p>
      <w:pPr>
        <w:jc w:val="both"/>
      </w:pPr>
      <w:r>
        <w:t>Kỹ thuật tiêm huyết tương giàu tiểu cầu điều trị vết thương mạn tính (chưa tính huyết tương)</w:t>
      </w:r>
    </w:p>
    <w:p>
      <w:pPr>
        <w:jc w:val="both"/>
      </w:pPr>
      <w:r>
        <w:t>3.987.000</w:t>
      </w:r>
    </w:p>
    <w:p>
      <w:pPr>
        <w:jc w:val="both"/>
      </w:pPr>
      <w:r>
        <w:t>4.417.000</w:t>
      </w:r>
    </w:p>
    <w:p>
      <w:pPr>
        <w:jc w:val="both"/>
      </w:pPr>
      <w:r>
        <w:t>Chưa bao gồm bộ kít tách huyết tương.</w:t>
      </w:r>
    </w:p>
    <w:p>
      <w:pPr>
        <w:jc w:val="both"/>
      </w:pPr>
      <w:r>
        <w:t>1150</w:t>
      </w:r>
    </w:p>
    <w:p>
      <w:pPr>
        <w:jc w:val="both"/>
      </w:pPr>
      <w:r>
        <w:t>1139</w:t>
      </w:r>
    </w:p>
    <w:p>
      <w:pPr>
        <w:jc w:val="both"/>
      </w:pPr>
      <w:r>
        <w:t>Kỹ thuật vi phẫu nối bạch mạch- tĩnh mạch điều trị phù do tắc bạch mạch</w:t>
      </w:r>
    </w:p>
    <w:p>
      <w:pPr>
        <w:jc w:val="both"/>
      </w:pPr>
      <w:r>
        <w:t>14.241.000</w:t>
      </w:r>
    </w:p>
    <w:p>
      <w:pPr>
        <w:jc w:val="both"/>
      </w:pPr>
      <w:r>
        <w:t>15.871.000</w:t>
      </w:r>
    </w:p>
    <w:p>
      <w:pPr>
        <w:jc w:val="both"/>
      </w:pPr>
      <w:r>
        <w:t>1151</w:t>
      </w:r>
    </w:p>
    <w:p>
      <w:pPr>
        <w:jc w:val="both"/>
      </w:pPr>
      <w:r>
        <w:t>1140</w:t>
      </w:r>
    </w:p>
    <w:p>
      <w:pPr>
        <w:jc w:val="both"/>
      </w:pPr>
      <w:r>
        <w:t>Lấy bỏ sụn viêm hoại tử trong bỏng vành tai</w:t>
      </w:r>
    </w:p>
    <w:p>
      <w:pPr>
        <w:jc w:val="both"/>
      </w:pPr>
      <w:r>
        <w:t>2.817.000</w:t>
      </w:r>
    </w:p>
    <w:p>
      <w:pPr>
        <w:jc w:val="both"/>
      </w:pPr>
      <w:r>
        <w:t>3.148.000</w:t>
      </w:r>
    </w:p>
    <w:p>
      <w:pPr>
        <w:jc w:val="both"/>
      </w:pPr>
      <w:r>
        <w:t>1152</w:t>
      </w:r>
    </w:p>
    <w:p>
      <w:pPr>
        <w:jc w:val="both"/>
      </w:pPr>
      <w:r>
        <w:t>1141</w:t>
      </w:r>
    </w:p>
    <w:p>
      <w:pPr>
        <w:jc w:val="both"/>
      </w:pPr>
      <w:r>
        <w:t>Phẫu thuật chuyển vạt da phức tạp có nối mạch vi phẫu điều trị vết thương, vết bỏng và sẹo</w:t>
      </w:r>
    </w:p>
    <w:p>
      <w:pPr>
        <w:jc w:val="both"/>
      </w:pPr>
      <w:r>
        <w:t>18.638.000</w:t>
      </w:r>
    </w:p>
    <w:p>
      <w:pPr>
        <w:jc w:val="both"/>
      </w:pPr>
      <w:r>
        <w:t>20.758.000</w:t>
      </w:r>
    </w:p>
    <w:p>
      <w:pPr>
        <w:jc w:val="both"/>
      </w:pPr>
      <w:r>
        <w:t>1153</w:t>
      </w:r>
    </w:p>
    <w:p>
      <w:pPr>
        <w:jc w:val="both"/>
      </w:pPr>
      <w:r>
        <w:t>1142</w:t>
      </w:r>
    </w:p>
    <w:p>
      <w:pPr>
        <w:jc w:val="both"/>
      </w:pPr>
      <w:r>
        <w:t>Phẫu thuật ghép da dày tự thân kiểu wolf- krause ≥ điều trị bỏng sâu, điều trị sẹo</w:t>
      </w:r>
    </w:p>
    <w:p>
      <w:pPr>
        <w:jc w:val="both"/>
      </w:pPr>
      <w:r>
        <w:t>4.525.000</w:t>
      </w:r>
    </w:p>
    <w:p>
      <w:pPr>
        <w:jc w:val="both"/>
      </w:pPr>
      <w:r>
        <w:t>5.002.000</w:t>
      </w:r>
    </w:p>
    <w:p>
      <w:pPr>
        <w:jc w:val="both"/>
      </w:pPr>
      <w:r>
        <w:t>1154</w:t>
      </w:r>
    </w:p>
    <w:p>
      <w:pPr>
        <w:jc w:val="both"/>
      </w:pPr>
      <w:r>
        <w:t>1143</w:t>
      </w:r>
    </w:p>
    <w:p>
      <w:pPr>
        <w:jc w:val="both"/>
      </w:pPr>
      <w:r>
        <w:t>Phẫu thuật khoan đục xương, lấy bỏ xương chết trong điều trị bỏng sâu.</w:t>
      </w:r>
    </w:p>
    <w:p>
      <w:pPr>
        <w:jc w:val="both"/>
      </w:pPr>
      <w:r>
        <w:t>3.819.000</w:t>
      </w:r>
    </w:p>
    <w:p>
      <w:pPr>
        <w:jc w:val="both"/>
      </w:pPr>
      <w:r>
        <w:t>4.258.000</w:t>
      </w:r>
    </w:p>
    <w:p>
      <w:pPr>
        <w:jc w:val="both"/>
      </w:pPr>
      <w:r>
        <w:t>1155</w:t>
      </w:r>
    </w:p>
    <w:p>
      <w:pPr>
        <w:jc w:val="both"/>
      </w:pPr>
      <w:r>
        <w:t>1144</w:t>
      </w:r>
    </w:p>
    <w:p>
      <w:pPr>
        <w:jc w:val="both"/>
      </w:pPr>
      <w:r>
        <w:t>Phẫu thuật loại bỏ hoại tử ổ loét vết thương mạn tính</w:t>
      </w:r>
    </w:p>
    <w:p>
      <w:pPr>
        <w:jc w:val="both"/>
      </w:pPr>
      <w:r>
        <w:t>2.621.000</w:t>
      </w:r>
    </w:p>
    <w:p>
      <w:pPr>
        <w:jc w:val="both"/>
      </w:pPr>
      <w:r>
        <w:t>2.891.000</w:t>
      </w:r>
    </w:p>
    <w:p>
      <w:pPr>
        <w:jc w:val="both"/>
      </w:pPr>
      <w:r>
        <w:t>1156</w:t>
      </w:r>
    </w:p>
    <w:p>
      <w:pPr>
        <w:jc w:val="both"/>
      </w:pPr>
      <w:r>
        <w:t>1145</w:t>
      </w:r>
    </w:p>
    <w:p>
      <w:pPr>
        <w:jc w:val="both"/>
      </w:pPr>
      <w:r>
        <w:t>03C2.6.3</w:t>
      </w:r>
    </w:p>
    <w:p>
      <w:pPr>
        <w:jc w:val="both"/>
      </w:pPr>
      <w:r>
        <w:t>Sử dụng giường khí hóa lỏng điều trị bỏng nặng (01 ngày)</w:t>
      </w:r>
    </w:p>
    <w:p>
      <w:pPr>
        <w:jc w:val="both"/>
      </w:pPr>
      <w:r>
        <w:t>302.000</w:t>
      </w:r>
    </w:p>
    <w:p>
      <w:pPr>
        <w:jc w:val="both"/>
      </w:pPr>
      <w:r>
        <w:t>326.000</w:t>
      </w:r>
    </w:p>
    <w:p>
      <w:pPr>
        <w:jc w:val="both"/>
      </w:pPr>
      <w:r>
        <w:t>1157</w:t>
      </w:r>
    </w:p>
    <w:p>
      <w:pPr>
        <w:jc w:val="both"/>
      </w:pPr>
      <w:r>
        <w:t>Tắm điều trị bệnh nhân bỏng (gây tê)</w:t>
      </w:r>
    </w:p>
    <w:p>
      <w:pPr>
        <w:jc w:val="both"/>
      </w:pPr>
      <w:r>
        <w:t>220.000</w:t>
      </w:r>
    </w:p>
    <w:p>
      <w:pPr>
        <w:jc w:val="both"/>
      </w:pPr>
      <w:r>
        <w:t>253.000</w:t>
      </w:r>
    </w:p>
    <w:p>
      <w:pPr>
        <w:jc w:val="both"/>
      </w:pPr>
      <w:r>
        <w:t>1158</w:t>
      </w:r>
    </w:p>
    <w:p>
      <w:pPr>
        <w:jc w:val="both"/>
      </w:pPr>
      <w:r>
        <w:t>1146</w:t>
      </w:r>
    </w:p>
    <w:p>
      <w:pPr>
        <w:jc w:val="both"/>
      </w:pPr>
      <w:r>
        <w:t>Tắm điều trị bệnh nhân hồi sức, cấp cứu bỏng (gây mê)</w:t>
      </w:r>
    </w:p>
    <w:p>
      <w:pPr>
        <w:jc w:val="both"/>
      </w:pPr>
      <w:r>
        <w:t>1.003.000</w:t>
      </w:r>
    </w:p>
    <w:p>
      <w:pPr>
        <w:jc w:val="both"/>
      </w:pPr>
      <w:r>
        <w:t>1.052.000</w:t>
      </w:r>
    </w:p>
    <w:p>
      <w:pPr>
        <w:jc w:val="both"/>
      </w:pPr>
      <w:r>
        <w:t>1159</w:t>
      </w:r>
    </w:p>
    <w:p>
      <w:pPr>
        <w:jc w:val="both"/>
      </w:pPr>
      <w:r>
        <w:t>1147</w:t>
      </w:r>
    </w:p>
    <w:p>
      <w:pPr>
        <w:jc w:val="both"/>
      </w:pPr>
      <w:r>
        <w:t>03C2.6.12</w:t>
      </w:r>
    </w:p>
    <w:p>
      <w:pPr>
        <w:jc w:val="both"/>
      </w:pPr>
      <w:r>
        <w:t>Tắm điều trị tiệt khuẩn bằng TRA gamma</w:t>
      </w:r>
    </w:p>
    <w:p>
      <w:pPr>
        <w:jc w:val="both"/>
      </w:pPr>
      <w:r>
        <w:t>213.000</w:t>
      </w:r>
    </w:p>
    <w:p>
      <w:pPr>
        <w:jc w:val="both"/>
      </w:pPr>
      <w:r>
        <w:t>230.000</w:t>
      </w:r>
    </w:p>
    <w:p>
      <w:pPr>
        <w:jc w:val="both"/>
      </w:pPr>
      <w:r>
        <w:t>1160</w:t>
      </w:r>
    </w:p>
    <w:p>
      <w:pPr>
        <w:jc w:val="both"/>
      </w:pPr>
      <w:r>
        <w:t>Thay băng cắt lọc vết bỏng diện tích dưới 5% diện tích cơ thể</w:t>
      </w:r>
    </w:p>
    <w:p>
      <w:pPr>
        <w:jc w:val="both"/>
      </w:pPr>
      <w:r>
        <w:t>121.000</w:t>
      </w:r>
    </w:p>
    <w:p>
      <w:pPr>
        <w:jc w:val="both"/>
      </w:pPr>
      <w:r>
        <w:t>134.000</w:t>
      </w:r>
    </w:p>
    <w:p>
      <w:pPr>
        <w:jc w:val="both"/>
      </w:pPr>
      <w:r>
        <w:t>1161</w:t>
      </w:r>
    </w:p>
    <w:p>
      <w:pPr>
        <w:jc w:val="both"/>
      </w:pPr>
      <w:r>
        <w:t>1148</w:t>
      </w:r>
    </w:p>
    <w:p>
      <w:pPr>
        <w:jc w:val="both"/>
      </w:pPr>
      <w:r>
        <w:t>Thay băng cắt lọc vết bỏng diện tích dưới 10% diện tích cơ thể</w:t>
      </w:r>
    </w:p>
    <w:p>
      <w:pPr>
        <w:jc w:val="both"/>
      </w:pPr>
      <w:r>
        <w:t>250.000</w:t>
      </w:r>
    </w:p>
    <w:p>
      <w:pPr>
        <w:jc w:val="both"/>
      </w:pPr>
      <w:r>
        <w:t>281.000</w:t>
      </w:r>
    </w:p>
    <w:p>
      <w:pPr>
        <w:jc w:val="both"/>
      </w:pPr>
      <w:r>
        <w:t>1162</w:t>
      </w:r>
    </w:p>
    <w:p>
      <w:pPr>
        <w:jc w:val="both"/>
      </w:pPr>
      <w:r>
        <w:t>1149</w:t>
      </w:r>
    </w:p>
    <w:p>
      <w:pPr>
        <w:jc w:val="both"/>
      </w:pPr>
      <w:r>
        <w:t>Thay băng cắt lọc vết bỏng diện tích từ 10% đến 19% diện tích cơ thể</w:t>
      </w:r>
    </w:p>
    <w:p>
      <w:pPr>
        <w:jc w:val="both"/>
      </w:pPr>
      <w:r>
        <w:t>428.000</w:t>
      </w:r>
    </w:p>
    <w:p>
      <w:pPr>
        <w:jc w:val="both"/>
      </w:pPr>
      <w:r>
        <w:t>477.000</w:t>
      </w:r>
    </w:p>
    <w:p>
      <w:pPr>
        <w:jc w:val="both"/>
      </w:pPr>
      <w:r>
        <w:t>1163</w:t>
      </w:r>
    </w:p>
    <w:p>
      <w:pPr>
        <w:jc w:val="both"/>
      </w:pPr>
      <w:r>
        <w:t>1150</w:t>
      </w:r>
    </w:p>
    <w:p>
      <w:pPr>
        <w:jc w:val="both"/>
      </w:pPr>
      <w:r>
        <w:t>Thay băng cắt lọc vết bỏng diện tích từ 20% đến 39% diện tích cơ thể</w:t>
      </w:r>
    </w:p>
    <w:p>
      <w:pPr>
        <w:jc w:val="both"/>
      </w:pPr>
      <w:r>
        <w:t>573.000</w:t>
      </w:r>
    </w:p>
    <w:p>
      <w:pPr>
        <w:jc w:val="both"/>
      </w:pPr>
      <w:r>
        <w:t>637.000</w:t>
      </w:r>
    </w:p>
    <w:p>
      <w:pPr>
        <w:jc w:val="both"/>
      </w:pPr>
      <w:r>
        <w:t>1164</w:t>
      </w:r>
    </w:p>
    <w:p>
      <w:pPr>
        <w:jc w:val="both"/>
      </w:pPr>
      <w:r>
        <w:t>1151</w:t>
      </w:r>
    </w:p>
    <w:p>
      <w:pPr>
        <w:jc w:val="both"/>
      </w:pPr>
      <w:r>
        <w:t>Thay băng cắt lọc vết bỏng diện tích từ 40% đến 60% diện tích cơ thể</w:t>
      </w:r>
    </w:p>
    <w:p>
      <w:pPr>
        <w:jc w:val="both"/>
      </w:pPr>
      <w:r>
        <w:t>911.000</w:t>
      </w:r>
    </w:p>
    <w:p>
      <w:pPr>
        <w:jc w:val="both"/>
      </w:pPr>
      <w:r>
        <w:t>1.013.000</w:t>
      </w:r>
    </w:p>
    <w:p>
      <w:pPr>
        <w:jc w:val="both"/>
      </w:pPr>
      <w:r>
        <w:t>1165</w:t>
      </w:r>
    </w:p>
    <w:p>
      <w:pPr>
        <w:jc w:val="both"/>
      </w:pPr>
      <w:r>
        <w:t>1152</w:t>
      </w:r>
    </w:p>
    <w:p>
      <w:pPr>
        <w:jc w:val="both"/>
      </w:pPr>
      <w:r>
        <w:t>Thay băng cắt lọc vết bỏng diện tích trên 60% diện tích cơ thể</w:t>
      </w:r>
    </w:p>
    <w:p>
      <w:pPr>
        <w:jc w:val="both"/>
      </w:pPr>
      <w:r>
        <w:t>1.468.000</w:t>
      </w:r>
    </w:p>
    <w:p>
      <w:pPr>
        <w:jc w:val="both"/>
      </w:pPr>
      <w:r>
        <w:t>1.620.000</w:t>
      </w:r>
    </w:p>
    <w:p>
      <w:pPr>
        <w:jc w:val="both"/>
      </w:pPr>
      <w:r>
        <w:t>Các phẫu thuật, thủ thuật còn lại khác</w:t>
      </w:r>
    </w:p>
    <w:p>
      <w:pPr>
        <w:jc w:val="both"/>
      </w:pPr>
      <w:r>
        <w:t>1166</w:t>
      </w:r>
    </w:p>
    <w:p>
      <w:pPr>
        <w:jc w:val="both"/>
      </w:pPr>
      <w:r>
        <w:t>1153</w:t>
      </w:r>
    </w:p>
    <w:p>
      <w:pPr>
        <w:jc w:val="both"/>
      </w:pPr>
      <w:r>
        <w:t>Phẫu thuật đặc biệt</w:t>
      </w:r>
    </w:p>
    <w:p>
      <w:pPr>
        <w:jc w:val="both"/>
      </w:pPr>
      <w:r>
        <w:t>4.287.000</w:t>
      </w:r>
    </w:p>
    <w:p>
      <w:pPr>
        <w:jc w:val="both"/>
      </w:pPr>
      <w:r>
        <w:t>4.692.000</w:t>
      </w:r>
    </w:p>
    <w:p>
      <w:pPr>
        <w:jc w:val="both"/>
      </w:pPr>
      <w:r>
        <w:t>1167</w:t>
      </w:r>
    </w:p>
    <w:p>
      <w:pPr>
        <w:jc w:val="both"/>
      </w:pPr>
      <w:r>
        <w:t>1154</w:t>
      </w:r>
    </w:p>
    <w:p>
      <w:pPr>
        <w:jc w:val="both"/>
      </w:pPr>
      <w:r>
        <w:t>Phẫu thuật loại I</w:t>
      </w:r>
    </w:p>
    <w:p>
      <w:pPr>
        <w:jc w:val="both"/>
      </w:pPr>
      <w:r>
        <w:t>2.452.000</w:t>
      </w:r>
    </w:p>
    <w:p>
      <w:pPr>
        <w:jc w:val="both"/>
      </w:pPr>
      <w:r>
        <w:t>2.685.000</w:t>
      </w:r>
    </w:p>
    <w:p>
      <w:pPr>
        <w:jc w:val="both"/>
      </w:pPr>
      <w:r>
        <w:t>Chưa bao gồm mảnh da ghép đồng loại.</w:t>
      </w:r>
    </w:p>
    <w:p>
      <w:pPr>
        <w:jc w:val="both"/>
      </w:pPr>
      <w:r>
        <w:t>1168</w:t>
      </w:r>
    </w:p>
    <w:p>
      <w:pPr>
        <w:jc w:val="both"/>
      </w:pPr>
      <w:r>
        <w:t>1155</w:t>
      </w:r>
    </w:p>
    <w:p>
      <w:pPr>
        <w:jc w:val="both"/>
      </w:pPr>
      <w:r>
        <w:t>Phẫu thuật loại II</w:t>
      </w:r>
    </w:p>
    <w:p>
      <w:pPr>
        <w:jc w:val="both"/>
      </w:pPr>
      <w:r>
        <w:t>1.648.000</w:t>
      </w:r>
    </w:p>
    <w:p>
      <w:pPr>
        <w:jc w:val="both"/>
      </w:pPr>
      <w:r>
        <w:t>1.801.000</w:t>
      </w:r>
    </w:p>
    <w:p>
      <w:pPr>
        <w:jc w:val="both"/>
      </w:pPr>
      <w:r>
        <w:t>Chưa bao gồm mảnh da ghép đồng loại.</w:t>
      </w:r>
    </w:p>
    <w:p>
      <w:pPr>
        <w:jc w:val="both"/>
      </w:pPr>
      <w:r>
        <w:t>1169</w:t>
      </w:r>
    </w:p>
    <w:p>
      <w:pPr>
        <w:jc w:val="both"/>
      </w:pPr>
      <w:r>
        <w:t>1156</w:t>
      </w:r>
    </w:p>
    <w:p>
      <w:pPr>
        <w:jc w:val="both"/>
      </w:pPr>
      <w:r>
        <w:t>Phẫu thuật loại III</w:t>
      </w:r>
    </w:p>
    <w:p>
      <w:pPr>
        <w:jc w:val="both"/>
      </w:pPr>
      <w:r>
        <w:t>1.190.000</w:t>
      </w:r>
    </w:p>
    <w:p>
      <w:pPr>
        <w:jc w:val="both"/>
      </w:pPr>
      <w:r>
        <w:t>1.308.000</w:t>
      </w:r>
    </w:p>
    <w:p>
      <w:pPr>
        <w:jc w:val="both"/>
      </w:pPr>
      <w:r>
        <w:t>Chưa bao gồm vật tư ghép trên bệnh nhân.</w:t>
      </w:r>
    </w:p>
    <w:p>
      <w:pPr>
        <w:jc w:val="both"/>
      </w:pPr>
      <w:r>
        <w:t>1170</w:t>
      </w:r>
    </w:p>
    <w:p>
      <w:pPr>
        <w:jc w:val="both"/>
      </w:pPr>
      <w:r>
        <w:t>1157</w:t>
      </w:r>
    </w:p>
    <w:p>
      <w:pPr>
        <w:jc w:val="both"/>
      </w:pPr>
      <w:r>
        <w:t>Thủ thuật loại đặc biệt</w:t>
      </w:r>
    </w:p>
    <w:p>
      <w:pPr>
        <w:jc w:val="both"/>
      </w:pPr>
      <w:r>
        <w:t>1.199.000</w:t>
      </w:r>
    </w:p>
    <w:p>
      <w:pPr>
        <w:jc w:val="both"/>
      </w:pPr>
      <w:r>
        <w:t>1.319.000</w:t>
      </w:r>
    </w:p>
    <w:p>
      <w:pPr>
        <w:jc w:val="both"/>
      </w:pPr>
      <w:r>
        <w:t>1171</w:t>
      </w:r>
    </w:p>
    <w:p>
      <w:pPr>
        <w:jc w:val="both"/>
      </w:pPr>
      <w:r>
        <w:t>1158</w:t>
      </w:r>
    </w:p>
    <w:p>
      <w:pPr>
        <w:jc w:val="both"/>
      </w:pPr>
      <w:r>
        <w:t>Thủ thuật loại I</w:t>
      </w:r>
    </w:p>
    <w:p>
      <w:pPr>
        <w:jc w:val="both"/>
      </w:pPr>
      <w:r>
        <w:t>591.000</w:t>
      </w:r>
    </w:p>
    <w:p>
      <w:pPr>
        <w:jc w:val="both"/>
      </w:pPr>
      <w:r>
        <w:t>652.000</w:t>
      </w:r>
    </w:p>
    <w:p>
      <w:pPr>
        <w:jc w:val="both"/>
      </w:pPr>
      <w:r>
        <w:t>Chưa kèm màng nuôi cấy, hỗn dịch, tấm lót hút VAC (gồm miếng xốp, đầu nối, dây dẫn dịch, băng dán cố định), thuốc cản quang.</w:t>
      </w:r>
    </w:p>
    <w:p>
      <w:pPr>
        <w:jc w:val="both"/>
      </w:pPr>
      <w:r>
        <w:t>1172</w:t>
      </w:r>
    </w:p>
    <w:p>
      <w:pPr>
        <w:jc w:val="both"/>
      </w:pPr>
      <w:r>
        <w:t>1159</w:t>
      </w:r>
    </w:p>
    <w:p>
      <w:pPr>
        <w:jc w:val="both"/>
      </w:pPr>
      <w:r>
        <w:t>Thủ thuật loại II</w:t>
      </w:r>
    </w:p>
    <w:p>
      <w:pPr>
        <w:jc w:val="both"/>
      </w:pPr>
      <w:r>
        <w:t>352.000</w:t>
      </w:r>
    </w:p>
    <w:p>
      <w:pPr>
        <w:jc w:val="both"/>
      </w:pPr>
      <w:r>
        <w:t>389.000</w:t>
      </w:r>
    </w:p>
    <w:p>
      <w:pPr>
        <w:jc w:val="both"/>
      </w:pPr>
      <w:r>
        <w:t>Chưa bao gồm thuốc vô cảm, vật liệu thay thế da, chế phẩm sinh học, tấm lót hút VAC (gồm miếng xốp, đầu nối, dây dẫn dịch, băng dán cố định), dung dịch và thuốc rửa liên tục vết thương.</w:t>
      </w:r>
    </w:p>
    <w:p>
      <w:pPr>
        <w:jc w:val="both"/>
      </w:pPr>
      <w:r>
        <w:t>1173</w:t>
      </w:r>
    </w:p>
    <w:p>
      <w:pPr>
        <w:jc w:val="both"/>
      </w:pPr>
      <w:r>
        <w:t>1160</w:t>
      </w:r>
    </w:p>
    <w:p>
      <w:pPr>
        <w:jc w:val="both"/>
      </w:pPr>
      <w:r>
        <w:t>Thủ thuật loại III</w:t>
      </w:r>
    </w:p>
    <w:p>
      <w:pPr>
        <w:jc w:val="both"/>
      </w:pPr>
      <w:r>
        <w:t>193.000</w:t>
      </w:r>
    </w:p>
    <w:p>
      <w:pPr>
        <w:jc w:val="both"/>
      </w:pPr>
      <w:r>
        <w:t>213.000</w:t>
      </w:r>
    </w:p>
    <w:p>
      <w:pPr>
        <w:jc w:val="both"/>
      </w:pPr>
      <w:r>
        <w:t>Chưa bao gồm thuốc vô cảm, sản phẩm nuôi cấy, quần áo, tất áp lực, thuốc chống sẹo.</w:t>
      </w:r>
    </w:p>
    <w:p>
      <w:pPr>
        <w:jc w:val="both"/>
      </w:pPr>
      <w:r>
        <w:t>XI</w:t>
      </w:r>
    </w:p>
    <w:p>
      <w:pPr>
        <w:jc w:val="both"/>
      </w:pPr>
      <w:r>
        <w:t>XI</w:t>
      </w:r>
    </w:p>
    <w:p>
      <w:pPr>
        <w:jc w:val="both"/>
      </w:pPr>
      <w:r>
        <w:t>UNG BƯỚU</w:t>
      </w:r>
    </w:p>
    <w:p>
      <w:pPr>
        <w:jc w:val="both"/>
      </w:pPr>
      <w:r>
        <w:t>1174</w:t>
      </w:r>
    </w:p>
    <w:p>
      <w:pPr>
        <w:jc w:val="both"/>
      </w:pPr>
      <w:r>
        <w:t>1161</w:t>
      </w:r>
    </w:p>
    <w:p>
      <w:pPr>
        <w:jc w:val="both"/>
      </w:pPr>
      <w:r>
        <w:t>Bơm hóa chất bàng quang điều trị ung thư bàng quang (lần)</w:t>
      </w:r>
    </w:p>
    <w:p>
      <w:pPr>
        <w:jc w:val="both"/>
      </w:pPr>
      <w:r>
        <w:t>396.000</w:t>
      </w:r>
    </w:p>
    <w:p>
      <w:pPr>
        <w:jc w:val="both"/>
      </w:pPr>
      <w:r>
        <w:t>446.000</w:t>
      </w:r>
    </w:p>
    <w:p>
      <w:pPr>
        <w:jc w:val="both"/>
      </w:pPr>
      <w:r>
        <w:t>Chưa bao gồm hoá chất.</w:t>
      </w:r>
    </w:p>
    <w:p>
      <w:pPr>
        <w:jc w:val="both"/>
      </w:pPr>
      <w:r>
        <w:t>1175</w:t>
      </w:r>
    </w:p>
    <w:p>
      <w:pPr>
        <w:jc w:val="both"/>
      </w:pPr>
      <w:r>
        <w:t>1162</w:t>
      </w:r>
    </w:p>
    <w:p>
      <w:pPr>
        <w:jc w:val="both"/>
      </w:pPr>
      <w:r>
        <w:t>03C2.1.11</w:t>
      </w:r>
    </w:p>
    <w:p>
      <w:pPr>
        <w:jc w:val="both"/>
      </w:pPr>
      <w:r>
        <w:t>Đặt Iradium (lần)</w:t>
      </w:r>
    </w:p>
    <w:p>
      <w:pPr>
        <w:jc w:val="both"/>
      </w:pPr>
      <w:r>
        <w:t>476.000</w:t>
      </w:r>
    </w:p>
    <w:p>
      <w:pPr>
        <w:jc w:val="both"/>
      </w:pPr>
      <w:r>
        <w:t>544.000</w:t>
      </w:r>
    </w:p>
    <w:p>
      <w:pPr>
        <w:jc w:val="both"/>
      </w:pPr>
      <w:r>
        <w:t>1176</w:t>
      </w:r>
    </w:p>
    <w:p>
      <w:pPr>
        <w:jc w:val="both"/>
      </w:pPr>
      <w:r>
        <w:t>1163</w:t>
      </w:r>
    </w:p>
    <w:p>
      <w:pPr>
        <w:jc w:val="both"/>
      </w:pPr>
      <w:r>
        <w:t>04C2.97</w:t>
      </w:r>
    </w:p>
    <w:p>
      <w:pPr>
        <w:jc w:val="both"/>
      </w:pPr>
      <w:r>
        <w:t>Điều trị tia xạ Cobalt/ Rx</w:t>
      </w:r>
    </w:p>
    <w:p>
      <w:pPr>
        <w:jc w:val="both"/>
      </w:pPr>
      <w:r>
        <w:t>111.000</w:t>
      </w:r>
    </w:p>
    <w:p>
      <w:pPr>
        <w:jc w:val="both"/>
      </w:pPr>
      <w:r>
        <w:t>123.000</w:t>
      </w:r>
    </w:p>
    <w:p>
      <w:pPr>
        <w:jc w:val="both"/>
      </w:pPr>
      <w:r>
        <w:t>Một lần, nhưng không thu quá 30 lần trong một đợt điều trị.</w:t>
      </w:r>
    </w:p>
    <w:p>
      <w:pPr>
        <w:jc w:val="both"/>
      </w:pPr>
      <w:r>
        <w:t>1177</w:t>
      </w:r>
    </w:p>
    <w:p>
      <w:pPr>
        <w:jc w:val="both"/>
      </w:pPr>
      <w:r>
        <w:t>1164</w:t>
      </w:r>
    </w:p>
    <w:p>
      <w:pPr>
        <w:jc w:val="both"/>
      </w:pPr>
      <w:r>
        <w:t>Đổ khuôn chì trong xạ trị</w:t>
      </w:r>
    </w:p>
    <w:p>
      <w:pPr>
        <w:jc w:val="both"/>
      </w:pPr>
      <w:r>
        <w:t>1.114.000</w:t>
      </w:r>
    </w:p>
    <w:p>
      <w:pPr>
        <w:jc w:val="both"/>
      </w:pPr>
      <w:r>
        <w:t>1.252.000</w:t>
      </w:r>
    </w:p>
    <w:p>
      <w:pPr>
        <w:jc w:val="both"/>
      </w:pPr>
      <w:r>
        <w:t>1178</w:t>
      </w:r>
    </w:p>
    <w:p>
      <w:pPr>
        <w:jc w:val="both"/>
      </w:pPr>
      <w:r>
        <w:t>1165</w:t>
      </w:r>
    </w:p>
    <w:p>
      <w:pPr>
        <w:jc w:val="both"/>
      </w:pPr>
      <w:r>
        <w:t>Hóa trị liên tục (12-24 giờ) bằng máy</w:t>
      </w:r>
    </w:p>
    <w:p>
      <w:pPr>
        <w:jc w:val="both"/>
      </w:pPr>
      <w:r>
        <w:t>416.000</w:t>
      </w:r>
    </w:p>
    <w:p>
      <w:pPr>
        <w:jc w:val="both"/>
      </w:pPr>
      <w:r>
        <w:t>469.000</w:t>
      </w:r>
    </w:p>
    <w:p>
      <w:pPr>
        <w:jc w:val="both"/>
      </w:pPr>
      <w:r>
        <w:t>1179</w:t>
      </w:r>
    </w:p>
    <w:p>
      <w:pPr>
        <w:jc w:val="both"/>
      </w:pPr>
      <w:r>
        <w:t>1166</w:t>
      </w:r>
    </w:p>
    <w:p>
      <w:pPr>
        <w:jc w:val="both"/>
      </w:pPr>
      <w:r>
        <w:t>Làm mặt nạ cố định đầu</w:t>
      </w:r>
    </w:p>
    <w:p>
      <w:pPr>
        <w:jc w:val="both"/>
      </w:pPr>
      <w:r>
        <w:t>1.103.000</w:t>
      </w:r>
    </w:p>
    <w:p>
      <w:pPr>
        <w:jc w:val="both"/>
      </w:pPr>
      <w:r>
        <w:t>1.249.000</w:t>
      </w:r>
    </w:p>
    <w:p>
      <w:pPr>
        <w:jc w:val="both"/>
      </w:pPr>
      <w:r>
        <w:t>1180</w:t>
      </w:r>
    </w:p>
    <w:p>
      <w:pPr>
        <w:jc w:val="both"/>
      </w:pPr>
      <w:r>
        <w:t>1167</w:t>
      </w:r>
    </w:p>
    <w:p>
      <w:pPr>
        <w:jc w:val="both"/>
      </w:pPr>
      <w:r>
        <w:t>Mô phỏng và lập kế hoạch cho xạ trị áp sát</w:t>
      </w:r>
    </w:p>
    <w:p>
      <w:pPr>
        <w:jc w:val="both"/>
      </w:pPr>
      <w:r>
        <w:t>396.000</w:t>
      </w:r>
    </w:p>
    <w:p>
      <w:pPr>
        <w:jc w:val="both"/>
      </w:pPr>
      <w:r>
        <w:t>446.000</w:t>
      </w:r>
    </w:p>
    <w:p>
      <w:pPr>
        <w:jc w:val="both"/>
      </w:pPr>
      <w:r>
        <w:t>1181</w:t>
      </w:r>
    </w:p>
    <w:p>
      <w:pPr>
        <w:jc w:val="both"/>
      </w:pPr>
      <w:r>
        <w:t>1169</w:t>
      </w:r>
    </w:p>
    <w:p>
      <w:pPr>
        <w:jc w:val="both"/>
      </w:pPr>
      <w:r>
        <w:t>Truyền hóa chất tĩnh mạch</w:t>
      </w:r>
    </w:p>
    <w:p>
      <w:pPr>
        <w:jc w:val="both"/>
      </w:pPr>
      <w:r>
        <w:t>161.000</w:t>
      </w:r>
    </w:p>
    <w:p>
      <w:pPr>
        <w:jc w:val="both"/>
      </w:pPr>
      <w:r>
        <w:t>180.000</w:t>
      </w:r>
    </w:p>
    <w:p>
      <w:pPr>
        <w:jc w:val="both"/>
      </w:pPr>
      <w:r>
        <w:t>Chưa bao gồm hoá chất. Áp dụng với bệnh nhân ngoại trú</w:t>
      </w:r>
    </w:p>
    <w:p>
      <w:pPr>
        <w:jc w:val="both"/>
      </w:pPr>
      <w:r>
        <w:t>1182</w:t>
      </w:r>
    </w:p>
    <w:p>
      <w:pPr>
        <w:jc w:val="both"/>
      </w:pPr>
      <w:r>
        <w:t>1169</w:t>
      </w:r>
    </w:p>
    <w:p>
      <w:pPr>
        <w:jc w:val="both"/>
      </w:pPr>
      <w:r>
        <w:t>Truyền hóa chất tĩnh mạch</w:t>
      </w:r>
    </w:p>
    <w:p>
      <w:pPr>
        <w:jc w:val="both"/>
      </w:pPr>
      <w:r>
        <w:t>133.000</w:t>
      </w:r>
    </w:p>
    <w:p>
      <w:pPr>
        <w:jc w:val="both"/>
      </w:pPr>
      <w:r>
        <w:t>148.000</w:t>
      </w:r>
    </w:p>
    <w:p>
      <w:pPr>
        <w:jc w:val="both"/>
      </w:pPr>
      <w:r>
        <w:t>Chưa bao gồm hoá chất. Áp dụng với bệnh nhân nội trú</w:t>
      </w:r>
    </w:p>
    <w:p>
      <w:pPr>
        <w:jc w:val="both"/>
      </w:pPr>
      <w:r>
        <w:t>1183</w:t>
      </w:r>
    </w:p>
    <w:p>
      <w:pPr>
        <w:jc w:val="both"/>
      </w:pPr>
      <w:r>
        <w:t>1170</w:t>
      </w:r>
    </w:p>
    <w:p>
      <w:pPr>
        <w:jc w:val="both"/>
      </w:pPr>
      <w:r>
        <w:t>Truyền hóa chất động mạch (1 ngày)</w:t>
      </w:r>
    </w:p>
    <w:p>
      <w:pPr>
        <w:jc w:val="both"/>
      </w:pPr>
      <w:r>
        <w:t>361.000</w:t>
      </w:r>
    </w:p>
    <w:p>
      <w:pPr>
        <w:jc w:val="both"/>
      </w:pPr>
      <w:r>
        <w:t>406.000</w:t>
      </w:r>
    </w:p>
    <w:p>
      <w:pPr>
        <w:jc w:val="both"/>
      </w:pPr>
      <w:r>
        <w:t>Chưa bao gồm hoá chất.</w:t>
      </w:r>
    </w:p>
    <w:p>
      <w:pPr>
        <w:jc w:val="both"/>
      </w:pPr>
      <w:r>
        <w:t>1184</w:t>
      </w:r>
    </w:p>
    <w:p>
      <w:pPr>
        <w:jc w:val="both"/>
      </w:pPr>
      <w:r>
        <w:t>1171</w:t>
      </w:r>
    </w:p>
    <w:p>
      <w:pPr>
        <w:jc w:val="both"/>
      </w:pPr>
      <w:r>
        <w:t>Truyền hóa chất khoang màng bụng (1 ngày)</w:t>
      </w:r>
    </w:p>
    <w:p>
      <w:pPr>
        <w:jc w:val="both"/>
      </w:pPr>
      <w:r>
        <w:t>219.000</w:t>
      </w:r>
    </w:p>
    <w:p>
      <w:pPr>
        <w:jc w:val="both"/>
      </w:pPr>
      <w:r>
        <w:t>241.000</w:t>
      </w:r>
    </w:p>
    <w:p>
      <w:pPr>
        <w:jc w:val="both"/>
      </w:pPr>
      <w:r>
        <w:t>Chưa bao gồm hoá chất.</w:t>
      </w:r>
    </w:p>
    <w:p>
      <w:pPr>
        <w:jc w:val="both"/>
      </w:pPr>
      <w:r>
        <w:t>1185</w:t>
      </w:r>
    </w:p>
    <w:p>
      <w:pPr>
        <w:jc w:val="both"/>
      </w:pPr>
      <w:r>
        <w:t>1172</w:t>
      </w:r>
    </w:p>
    <w:p>
      <w:pPr>
        <w:jc w:val="both"/>
      </w:pPr>
      <w:r>
        <w:t>Truyền hóa chất nội tủy (1 ngày)</w:t>
      </w:r>
    </w:p>
    <w:p>
      <w:pPr>
        <w:jc w:val="both"/>
      </w:pPr>
      <w:r>
        <w:t>406.000</w:t>
      </w:r>
    </w:p>
    <w:p>
      <w:pPr>
        <w:jc w:val="both"/>
      </w:pPr>
      <w:r>
        <w:t>458.000</w:t>
      </w:r>
    </w:p>
    <w:p>
      <w:pPr>
        <w:jc w:val="both"/>
      </w:pPr>
      <w:r>
        <w:t>Chưa bao gồm hoá chất.</w:t>
      </w:r>
    </w:p>
    <w:p>
      <w:pPr>
        <w:jc w:val="both"/>
      </w:pPr>
      <w:r>
        <w:t>1186</w:t>
      </w:r>
    </w:p>
    <w:p>
      <w:pPr>
        <w:jc w:val="both"/>
      </w:pPr>
      <w:r>
        <w:t>1173</w:t>
      </w:r>
    </w:p>
    <w:p>
      <w:pPr>
        <w:jc w:val="both"/>
      </w:pPr>
      <w:r>
        <w:t>Xạ phẫu bằng Cyber Knife</w:t>
      </w:r>
    </w:p>
    <w:p>
      <w:pPr>
        <w:jc w:val="both"/>
      </w:pPr>
      <w:r>
        <w:t>20.785.000</w:t>
      </w:r>
    </w:p>
    <w:p>
      <w:pPr>
        <w:jc w:val="both"/>
      </w:pPr>
      <w:r>
        <w:t>23.845.000</w:t>
      </w:r>
    </w:p>
    <w:p>
      <w:pPr>
        <w:jc w:val="both"/>
      </w:pPr>
      <w:r>
        <w:t>1187</w:t>
      </w:r>
    </w:p>
    <w:p>
      <w:pPr>
        <w:jc w:val="both"/>
      </w:pPr>
      <w:r>
        <w:t>1174</w:t>
      </w:r>
    </w:p>
    <w:p>
      <w:pPr>
        <w:jc w:val="both"/>
      </w:pPr>
      <w:r>
        <w:t>03C5.5</w:t>
      </w:r>
    </w:p>
    <w:p>
      <w:pPr>
        <w:jc w:val="both"/>
      </w:pPr>
      <w:r>
        <w:t>Xạ phẫu bằng Gamma Knife</w:t>
      </w:r>
    </w:p>
    <w:p>
      <w:pPr>
        <w:jc w:val="both"/>
      </w:pPr>
      <w:r>
        <w:t>28.907.000</w:t>
      </w:r>
    </w:p>
    <w:p>
      <w:pPr>
        <w:jc w:val="both"/>
      </w:pPr>
      <w:r>
        <w:t>33.178.000</w:t>
      </w:r>
    </w:p>
    <w:p>
      <w:pPr>
        <w:jc w:val="both"/>
      </w:pPr>
      <w:r>
        <w:t>1188</w:t>
      </w:r>
    </w:p>
    <w:p>
      <w:pPr>
        <w:jc w:val="both"/>
      </w:pPr>
      <w:r>
        <w:t>1175</w:t>
      </w:r>
    </w:p>
    <w:p>
      <w:pPr>
        <w:jc w:val="both"/>
      </w:pPr>
      <w:r>
        <w:t>03C5.4</w:t>
      </w:r>
    </w:p>
    <w:p>
      <w:pPr>
        <w:jc w:val="both"/>
      </w:pPr>
      <w:r>
        <w:t>Xạ trị bằng X Knife</w:t>
      </w:r>
    </w:p>
    <w:p>
      <w:pPr>
        <w:jc w:val="both"/>
      </w:pPr>
      <w:r>
        <w:t>28.785.000</w:t>
      </w:r>
    </w:p>
    <w:p>
      <w:pPr>
        <w:jc w:val="both"/>
      </w:pPr>
      <w:r>
        <w:t>33.056.000</w:t>
      </w:r>
    </w:p>
    <w:p>
      <w:pPr>
        <w:jc w:val="both"/>
      </w:pPr>
      <w:r>
        <w:t>1189</w:t>
      </w:r>
    </w:p>
    <w:p>
      <w:pPr>
        <w:jc w:val="both"/>
      </w:pPr>
      <w:r>
        <w:t>1176</w:t>
      </w:r>
    </w:p>
    <w:p>
      <w:pPr>
        <w:jc w:val="both"/>
      </w:pPr>
      <w:r>
        <w:t>Xạ trị bằng máy gia tốc có điều biến liều (1 ngày)</w:t>
      </w:r>
    </w:p>
    <w:p>
      <w:pPr>
        <w:jc w:val="both"/>
      </w:pPr>
      <w:r>
        <w:t>1.626.000</w:t>
      </w:r>
    </w:p>
    <w:p>
      <w:pPr>
        <w:jc w:val="both"/>
      </w:pPr>
      <w:r>
        <w:t>1.842.000</w:t>
      </w:r>
    </w:p>
    <w:p>
      <w:pPr>
        <w:jc w:val="both"/>
      </w:pPr>
      <w:r>
        <w:t>1190</w:t>
      </w:r>
    </w:p>
    <w:p>
      <w:pPr>
        <w:jc w:val="both"/>
      </w:pPr>
      <w:r>
        <w:t>1177</w:t>
      </w:r>
    </w:p>
    <w:p>
      <w:pPr>
        <w:jc w:val="both"/>
      </w:pPr>
      <w:r>
        <w:t>03C5.3</w:t>
      </w:r>
    </w:p>
    <w:p>
      <w:pPr>
        <w:jc w:val="both"/>
      </w:pPr>
      <w:r>
        <w:t>Xạ trị bằng máy gia tốc tuyến tính (01 ngày xạ trị)</w:t>
      </w:r>
    </w:p>
    <w:p>
      <w:pPr>
        <w:jc w:val="both"/>
      </w:pPr>
      <w:r>
        <w:t>512.000</w:t>
      </w:r>
    </w:p>
    <w:p>
      <w:pPr>
        <w:jc w:val="both"/>
      </w:pPr>
      <w:r>
        <w:t>584.000</w:t>
      </w:r>
    </w:p>
    <w:p>
      <w:pPr>
        <w:jc w:val="both"/>
      </w:pPr>
      <w:r>
        <w:t>1191</w:t>
      </w:r>
    </w:p>
    <w:p>
      <w:pPr>
        <w:jc w:val="both"/>
      </w:pPr>
      <w:r>
        <w:t>1178</w:t>
      </w:r>
    </w:p>
    <w:p>
      <w:pPr>
        <w:jc w:val="both"/>
      </w:pPr>
      <w:r>
        <w:t>Xạ trị áp sát liều cao tại vòm mũi họng, xoang mặt, khoang miệng, thực quản, khí phế quản (01 lần điều trị)</w:t>
      </w:r>
    </w:p>
    <w:p>
      <w:pPr>
        <w:jc w:val="both"/>
      </w:pPr>
      <w:r>
        <w:t>5.356.000</w:t>
      </w:r>
    </w:p>
    <w:p>
      <w:pPr>
        <w:jc w:val="both"/>
      </w:pPr>
      <w:r>
        <w:t>6.026.000</w:t>
      </w:r>
    </w:p>
    <w:p>
      <w:pPr>
        <w:jc w:val="both"/>
      </w:pPr>
      <w:r>
        <w:t>Chưa bao gồm bộ dụng cụ dùng trong xạ trị áp sát.</w:t>
      </w:r>
    </w:p>
    <w:p>
      <w:pPr>
        <w:jc w:val="both"/>
      </w:pPr>
      <w:r>
        <w:t>1192</w:t>
      </w:r>
    </w:p>
    <w:p>
      <w:pPr>
        <w:jc w:val="both"/>
      </w:pPr>
      <w:r>
        <w:t>1179</w:t>
      </w:r>
    </w:p>
    <w:p>
      <w:pPr>
        <w:jc w:val="both"/>
      </w:pPr>
      <w:r>
        <w:t>Xạ trị áp sát liều cao tại các vị trí khác (01 lần điều trị)</w:t>
      </w:r>
    </w:p>
    <w:p>
      <w:pPr>
        <w:jc w:val="both"/>
      </w:pPr>
      <w:r>
        <w:t>3.465.000</w:t>
      </w:r>
    </w:p>
    <w:p>
      <w:pPr>
        <w:jc w:val="both"/>
      </w:pPr>
      <w:r>
        <w:t>3.863.000</w:t>
      </w:r>
    </w:p>
    <w:p>
      <w:pPr>
        <w:jc w:val="both"/>
      </w:pPr>
      <w:r>
        <w:t>Chưa bao gồm bộ dụng cụ dùng trong xạ trị áp sát.</w:t>
      </w:r>
    </w:p>
    <w:p>
      <w:pPr>
        <w:jc w:val="both"/>
      </w:pPr>
      <w:r>
        <w:t>1193</w:t>
      </w:r>
    </w:p>
    <w:p>
      <w:pPr>
        <w:jc w:val="both"/>
      </w:pPr>
      <w:r>
        <w:t>1180</w:t>
      </w:r>
    </w:p>
    <w:p>
      <w:pPr>
        <w:jc w:val="both"/>
      </w:pPr>
      <w:r>
        <w:t>Xạ trị áp sát liều thấp (01 lần điều trị)</w:t>
      </w:r>
    </w:p>
    <w:p>
      <w:pPr>
        <w:jc w:val="both"/>
      </w:pPr>
      <w:r>
        <w:t>1.426.000</w:t>
      </w:r>
    </w:p>
    <w:p>
      <w:pPr>
        <w:jc w:val="both"/>
      </w:pPr>
      <w:r>
        <w:t>1.612.000</w:t>
      </w:r>
    </w:p>
    <w:p>
      <w:pPr>
        <w:jc w:val="both"/>
      </w:pPr>
      <w:r>
        <w:t>1194</w:t>
      </w:r>
    </w:p>
    <w:p>
      <w:pPr>
        <w:jc w:val="both"/>
      </w:pPr>
      <w:r>
        <w:t>1181</w:t>
      </w:r>
    </w:p>
    <w:p>
      <w:pPr>
        <w:jc w:val="both"/>
      </w:pPr>
      <w:r>
        <w:t>Cắt ung thư vùng hàm mặt có nạo vét hạch dưới hàm, hạch cổ và tạo hình bằng vạt từ xa hoặc tại chỗ</w:t>
      </w:r>
    </w:p>
    <w:p>
      <w:pPr>
        <w:jc w:val="both"/>
      </w:pPr>
      <w:r>
        <w:t>7.972.000</w:t>
      </w:r>
    </w:p>
    <w:p>
      <w:pPr>
        <w:jc w:val="both"/>
      </w:pPr>
      <w:r>
        <w:t>8.877.000</w:t>
      </w:r>
    </w:p>
    <w:p>
      <w:pPr>
        <w:jc w:val="both"/>
      </w:pPr>
      <w:r>
        <w:t>1195</w:t>
      </w:r>
    </w:p>
    <w:p>
      <w:pPr>
        <w:jc w:val="both"/>
      </w:pPr>
      <w:r>
        <w:t>1182</w:t>
      </w:r>
    </w:p>
    <w:p>
      <w:pPr>
        <w:jc w:val="both"/>
      </w:pPr>
      <w:r>
        <w:t>Cắt ung thư lưỡi - sàn miệng, nạo vét hạch và tạo hình bằng vạt từ xa</w:t>
      </w:r>
    </w:p>
    <w:p>
      <w:pPr>
        <w:jc w:val="both"/>
      </w:pPr>
      <w:r>
        <w:t>8.872.000</w:t>
      </w:r>
    </w:p>
    <w:p>
      <w:pPr>
        <w:jc w:val="both"/>
      </w:pPr>
      <w:r>
        <w:t>9.913.000</w:t>
      </w:r>
    </w:p>
    <w:p>
      <w:pPr>
        <w:jc w:val="both"/>
      </w:pPr>
      <w:r>
        <w:t>1196</w:t>
      </w:r>
    </w:p>
    <w:p>
      <w:pPr>
        <w:jc w:val="both"/>
      </w:pPr>
      <w:r>
        <w:t>1183</w:t>
      </w:r>
    </w:p>
    <w:p>
      <w:pPr>
        <w:jc w:val="both"/>
      </w:pPr>
      <w:r>
        <w:t>Cắt u máu, u bạch huyết trong lồng ngực đường kính trên 10 cm</w:t>
      </w:r>
    </w:p>
    <w:p>
      <w:pPr>
        <w:jc w:val="both"/>
      </w:pPr>
      <w:r>
        <w:t>8.672.000</w:t>
      </w:r>
    </w:p>
    <w:p>
      <w:pPr>
        <w:jc w:val="both"/>
      </w:pPr>
      <w:r>
        <w:t>9.683.000</w:t>
      </w:r>
    </w:p>
    <w:p>
      <w:pPr>
        <w:jc w:val="both"/>
      </w:pPr>
      <w:r>
        <w:t>1197</w:t>
      </w:r>
    </w:p>
    <w:p>
      <w:pPr>
        <w:jc w:val="both"/>
      </w:pPr>
      <w:r>
        <w:t>1184</w:t>
      </w:r>
    </w:p>
    <w:p>
      <w:pPr>
        <w:jc w:val="both"/>
      </w:pPr>
      <w:r>
        <w:t>Cắt từ 3 tạng trở lên trong điều trị ung thư tiêu hoá</w:t>
      </w:r>
    </w:p>
    <w:p>
      <w:pPr>
        <w:jc w:val="both"/>
      </w:pPr>
      <w:r>
        <w:t>9.372.000</w:t>
      </w:r>
    </w:p>
    <w:p>
      <w:pPr>
        <w:jc w:val="both"/>
      </w:pPr>
      <w:r>
        <w:t>10.489.000</w:t>
      </w:r>
    </w:p>
    <w:p>
      <w:pPr>
        <w:jc w:val="both"/>
      </w:pPr>
      <w:r>
        <w:t>1198</w:t>
      </w:r>
    </w:p>
    <w:p>
      <w:pPr>
        <w:jc w:val="both"/>
      </w:pPr>
      <w:r>
        <w:t>1185</w:t>
      </w:r>
    </w:p>
    <w:p>
      <w:pPr>
        <w:jc w:val="both"/>
      </w:pPr>
      <w:r>
        <w:t>Tháo khớp xương bả vai do ung thư</w:t>
      </w:r>
    </w:p>
    <w:p>
      <w:pPr>
        <w:jc w:val="both"/>
      </w:pPr>
      <w:r>
        <w:t>7.172.000</w:t>
      </w:r>
    </w:p>
    <w:p>
      <w:pPr>
        <w:jc w:val="both"/>
      </w:pPr>
      <w:r>
        <w:t>7.956.000</w:t>
      </w:r>
    </w:p>
    <w:p>
      <w:pPr>
        <w:jc w:val="both"/>
      </w:pPr>
      <w:r>
        <w:t>1199</w:t>
      </w:r>
    </w:p>
    <w:p>
      <w:pPr>
        <w:jc w:val="both"/>
      </w:pPr>
      <w:r>
        <w:t>1186</w:t>
      </w:r>
    </w:p>
    <w:p>
      <w:pPr>
        <w:jc w:val="both"/>
      </w:pPr>
      <w:r>
        <w:t>Phẫu thuật cắt xương bả vai và phần mềm</w:t>
      </w:r>
    </w:p>
    <w:p>
      <w:pPr>
        <w:jc w:val="both"/>
      </w:pPr>
      <w:r>
        <w:t>8.572.000</w:t>
      </w:r>
    </w:p>
    <w:p>
      <w:pPr>
        <w:jc w:val="both"/>
      </w:pPr>
      <w:r>
        <w:t>9.568.000</w:t>
      </w:r>
    </w:p>
    <w:p>
      <w:pPr>
        <w:jc w:val="both"/>
      </w:pPr>
      <w:r>
        <w:t>1200</w:t>
      </w:r>
    </w:p>
    <w:p>
      <w:pPr>
        <w:jc w:val="both"/>
      </w:pPr>
      <w:r>
        <w:t>1187</w:t>
      </w:r>
    </w:p>
    <w:p>
      <w:pPr>
        <w:jc w:val="both"/>
      </w:pPr>
      <w:r>
        <w:t>Đặt buồng tiêm truyền dưới da</w:t>
      </w:r>
    </w:p>
    <w:p>
      <w:pPr>
        <w:jc w:val="both"/>
      </w:pPr>
      <w:r>
        <w:t>1.348.000</w:t>
      </w:r>
    </w:p>
    <w:p>
      <w:pPr>
        <w:jc w:val="both"/>
      </w:pPr>
      <w:r>
        <w:t>1.510.000</w:t>
      </w:r>
    </w:p>
    <w:p>
      <w:pPr>
        <w:jc w:val="both"/>
      </w:pPr>
      <w:r>
        <w:t>Chưa bao gồm buồng tiêm truyền.</w:t>
      </w:r>
    </w:p>
    <w:p>
      <w:pPr>
        <w:jc w:val="both"/>
      </w:pPr>
      <w:r>
        <w:t>Các phẫu thuật, thủ thuật còn lại khác</w:t>
      </w:r>
    </w:p>
    <w:p>
      <w:pPr>
        <w:jc w:val="both"/>
      </w:pPr>
      <w:r>
        <w:t>1201</w:t>
      </w:r>
    </w:p>
    <w:p>
      <w:pPr>
        <w:jc w:val="both"/>
      </w:pPr>
      <w:r>
        <w:t>1188</w:t>
      </w:r>
    </w:p>
    <w:p>
      <w:pPr>
        <w:jc w:val="both"/>
      </w:pPr>
      <w:r>
        <w:t>Phẫu thuật loại đặc biệt</w:t>
      </w:r>
    </w:p>
    <w:p>
      <w:pPr>
        <w:jc w:val="both"/>
      </w:pPr>
      <w:r>
        <w:t>5.017.000</w:t>
      </w:r>
    </w:p>
    <w:p>
      <w:pPr>
        <w:jc w:val="both"/>
      </w:pPr>
      <w:r>
        <w:t>5.468.000</w:t>
      </w:r>
    </w:p>
    <w:p>
      <w:pPr>
        <w:jc w:val="both"/>
      </w:pPr>
      <w:r>
        <w:t>1202</w:t>
      </w:r>
    </w:p>
    <w:p>
      <w:pPr>
        <w:jc w:val="both"/>
      </w:pPr>
      <w:r>
        <w:t>1189</w:t>
      </w:r>
    </w:p>
    <w:p>
      <w:pPr>
        <w:jc w:val="both"/>
      </w:pPr>
      <w:r>
        <w:t>Phẫu thuật loại I</w:t>
      </w:r>
    </w:p>
    <w:p>
      <w:pPr>
        <w:jc w:val="both"/>
      </w:pPr>
      <w:r>
        <w:t>2.953.000</w:t>
      </w:r>
    </w:p>
    <w:p>
      <w:pPr>
        <w:jc w:val="both"/>
      </w:pPr>
      <w:r>
        <w:t>3.225.000</w:t>
      </w:r>
    </w:p>
    <w:p>
      <w:pPr>
        <w:jc w:val="both"/>
      </w:pPr>
      <w:r>
        <w:t>1203</w:t>
      </w:r>
    </w:p>
    <w:p>
      <w:pPr>
        <w:jc w:val="both"/>
      </w:pPr>
      <w:r>
        <w:t>1190</w:t>
      </w:r>
    </w:p>
    <w:p>
      <w:pPr>
        <w:jc w:val="both"/>
      </w:pPr>
      <w:r>
        <w:t>Phẫu thuật loại II</w:t>
      </w:r>
    </w:p>
    <w:p>
      <w:pPr>
        <w:jc w:val="both"/>
      </w:pPr>
      <w:r>
        <w:t>1.914.000</w:t>
      </w:r>
    </w:p>
    <w:p>
      <w:pPr>
        <w:jc w:val="both"/>
      </w:pPr>
      <w:r>
        <w:t>2.089.000</w:t>
      </w:r>
    </w:p>
    <w:p>
      <w:pPr>
        <w:jc w:val="both"/>
      </w:pPr>
      <w:r>
        <w:t>1204</w:t>
      </w:r>
    </w:p>
    <w:p>
      <w:pPr>
        <w:jc w:val="both"/>
      </w:pPr>
      <w:r>
        <w:t>1191</w:t>
      </w:r>
    </w:p>
    <w:p>
      <w:pPr>
        <w:jc w:val="both"/>
      </w:pPr>
      <w:r>
        <w:t>Phẫu thuật loại III</w:t>
      </w:r>
    </w:p>
    <w:p>
      <w:pPr>
        <w:jc w:val="both"/>
      </w:pPr>
      <w:r>
        <w:t>1.298.000</w:t>
      </w:r>
    </w:p>
    <w:p>
      <w:pPr>
        <w:jc w:val="both"/>
      </w:pPr>
      <w:r>
        <w:t>1.414.000</w:t>
      </w:r>
    </w:p>
    <w:p>
      <w:pPr>
        <w:jc w:val="both"/>
      </w:pPr>
      <w:r>
        <w:t>1205</w:t>
      </w:r>
    </w:p>
    <w:p>
      <w:pPr>
        <w:jc w:val="both"/>
      </w:pPr>
      <w:r>
        <w:t>1192</w:t>
      </w:r>
    </w:p>
    <w:p>
      <w:pPr>
        <w:jc w:val="both"/>
      </w:pPr>
      <w:r>
        <w:t>Thủ thuật loại đặc biệt</w:t>
      </w:r>
    </w:p>
    <w:p>
      <w:pPr>
        <w:jc w:val="both"/>
      </w:pPr>
      <w:r>
        <w:t>915.000</w:t>
      </w:r>
    </w:p>
    <w:p>
      <w:pPr>
        <w:jc w:val="both"/>
      </w:pPr>
      <w:r>
        <w:t>1.018.000</w:t>
      </w:r>
    </w:p>
    <w:p>
      <w:pPr>
        <w:jc w:val="both"/>
      </w:pPr>
      <w:r>
        <w:t>1206</w:t>
      </w:r>
    </w:p>
    <w:p>
      <w:pPr>
        <w:jc w:val="both"/>
      </w:pPr>
      <w:r>
        <w:t>1193</w:t>
      </w:r>
    </w:p>
    <w:p>
      <w:pPr>
        <w:jc w:val="both"/>
      </w:pPr>
      <w:r>
        <w:t>Thủ thuật loại I</w:t>
      </w:r>
    </w:p>
    <w:p>
      <w:pPr>
        <w:jc w:val="both"/>
      </w:pPr>
      <w:r>
        <w:t>525.000</w:t>
      </w:r>
    </w:p>
    <w:p>
      <w:pPr>
        <w:jc w:val="both"/>
      </w:pPr>
      <w:r>
        <w:t>587.000</w:t>
      </w:r>
    </w:p>
    <w:p>
      <w:pPr>
        <w:jc w:val="both"/>
      </w:pPr>
      <w:r>
        <w:t>1207</w:t>
      </w:r>
    </w:p>
    <w:p>
      <w:pPr>
        <w:jc w:val="both"/>
      </w:pPr>
      <w:r>
        <w:t>1194</w:t>
      </w:r>
    </w:p>
    <w:p>
      <w:pPr>
        <w:jc w:val="both"/>
      </w:pPr>
      <w:r>
        <w:t>Thủ thuật loại II</w:t>
      </w:r>
    </w:p>
    <w:p>
      <w:pPr>
        <w:jc w:val="both"/>
      </w:pPr>
      <w:r>
        <w:t>379.000</w:t>
      </w:r>
    </w:p>
    <w:p>
      <w:pPr>
        <w:jc w:val="both"/>
      </w:pPr>
      <w:r>
        <w:t>422.000</w:t>
      </w:r>
    </w:p>
    <w:p>
      <w:pPr>
        <w:jc w:val="both"/>
      </w:pPr>
      <w:r>
        <w:t>1208</w:t>
      </w:r>
    </w:p>
    <w:p>
      <w:pPr>
        <w:jc w:val="both"/>
      </w:pPr>
      <w:r>
        <w:t>1195</w:t>
      </w:r>
    </w:p>
    <w:p>
      <w:pPr>
        <w:jc w:val="both"/>
      </w:pPr>
      <w:r>
        <w:t>Thủ thuật loại III</w:t>
      </w:r>
    </w:p>
    <w:p>
      <w:pPr>
        <w:jc w:val="both"/>
      </w:pPr>
      <w:r>
        <w:t>215.000</w:t>
      </w:r>
    </w:p>
    <w:p>
      <w:pPr>
        <w:jc w:val="both"/>
      </w:pPr>
      <w:r>
        <w:t>241.000</w:t>
      </w:r>
    </w:p>
    <w:p>
      <w:pPr>
        <w:jc w:val="both"/>
      </w:pPr>
      <w:r>
        <w:t>XII</w:t>
      </w:r>
    </w:p>
    <w:p>
      <w:pPr>
        <w:jc w:val="both"/>
      </w:pPr>
      <w:r>
        <w:t>XII</w:t>
      </w:r>
    </w:p>
    <w:p>
      <w:pPr>
        <w:jc w:val="both"/>
      </w:pPr>
      <w:r>
        <w:t>NỘI SOI CHẨN ĐOÁN, CAN THIỆP</w:t>
      </w:r>
    </w:p>
    <w:p>
      <w:pPr>
        <w:jc w:val="both"/>
      </w:pPr>
      <w:r>
        <w:t>1209</w:t>
      </w:r>
    </w:p>
    <w:p>
      <w:pPr>
        <w:jc w:val="both"/>
      </w:pPr>
      <w:r>
        <w:t>1196</w:t>
      </w:r>
    </w:p>
    <w:p>
      <w:pPr>
        <w:jc w:val="both"/>
      </w:pPr>
      <w:r>
        <w:t>Phẫu thuật loại I</w:t>
      </w:r>
    </w:p>
    <w:p>
      <w:pPr>
        <w:jc w:val="both"/>
      </w:pPr>
      <w:r>
        <w:t>2.265.000</w:t>
      </w:r>
    </w:p>
    <w:p>
      <w:pPr>
        <w:jc w:val="both"/>
      </w:pPr>
      <w:r>
        <w:t>2.522.000</w:t>
      </w:r>
    </w:p>
    <w:p>
      <w:pPr>
        <w:jc w:val="both"/>
      </w:pPr>
      <w:r>
        <w:t>1210</w:t>
      </w:r>
    </w:p>
    <w:p>
      <w:pPr>
        <w:jc w:val="both"/>
      </w:pPr>
      <w:r>
        <w:t>1197</w:t>
      </w:r>
    </w:p>
    <w:p>
      <w:pPr>
        <w:jc w:val="both"/>
      </w:pPr>
      <w:r>
        <w:t>Phẫu thuật loại II</w:t>
      </w:r>
    </w:p>
    <w:p>
      <w:pPr>
        <w:jc w:val="both"/>
      </w:pPr>
      <w:r>
        <w:t>1.507.000</w:t>
      </w:r>
    </w:p>
    <w:p>
      <w:pPr>
        <w:jc w:val="both"/>
      </w:pPr>
      <w:r>
        <w:t>1.690.000</w:t>
      </w:r>
    </w:p>
    <w:p>
      <w:pPr>
        <w:jc w:val="both"/>
      </w:pPr>
      <w:r>
        <w:t>1211</w:t>
      </w:r>
    </w:p>
    <w:p>
      <w:pPr>
        <w:jc w:val="both"/>
      </w:pPr>
      <w:r>
        <w:t>1198</w:t>
      </w:r>
    </w:p>
    <w:p>
      <w:pPr>
        <w:jc w:val="both"/>
      </w:pPr>
      <w:r>
        <w:t>Phẫu thuật loại III</w:t>
      </w:r>
    </w:p>
    <w:p>
      <w:pPr>
        <w:jc w:val="both"/>
      </w:pPr>
      <w:r>
        <w:t>1.016.000</w:t>
      </w:r>
    </w:p>
    <w:p>
      <w:pPr>
        <w:jc w:val="both"/>
      </w:pPr>
      <w:r>
        <w:t>1.139.000</w:t>
      </w:r>
    </w:p>
    <w:p>
      <w:pPr>
        <w:jc w:val="both"/>
      </w:pPr>
      <w:r>
        <w:t>1212</w:t>
      </w:r>
    </w:p>
    <w:p>
      <w:pPr>
        <w:jc w:val="both"/>
      </w:pPr>
      <w:r>
        <w:t>1199</w:t>
      </w:r>
    </w:p>
    <w:p>
      <w:pPr>
        <w:jc w:val="both"/>
      </w:pPr>
      <w:r>
        <w:t>Thủ thuật loại đặc biệt</w:t>
      </w:r>
    </w:p>
    <w:p>
      <w:pPr>
        <w:jc w:val="both"/>
      </w:pPr>
      <w:r>
        <w:t>1.001.000</w:t>
      </w:r>
    </w:p>
    <w:p>
      <w:pPr>
        <w:jc w:val="both"/>
      </w:pPr>
      <w:r>
        <w:t>1.117.000</w:t>
      </w:r>
    </w:p>
    <w:p>
      <w:pPr>
        <w:jc w:val="both"/>
      </w:pPr>
      <w:r>
        <w:t>1213</w:t>
      </w:r>
    </w:p>
    <w:p>
      <w:pPr>
        <w:jc w:val="both"/>
      </w:pPr>
      <w:r>
        <w:t>1200</w:t>
      </w:r>
    </w:p>
    <w:p>
      <w:pPr>
        <w:jc w:val="both"/>
      </w:pPr>
      <w:r>
        <w:t>Thủ thuật loại I</w:t>
      </w:r>
    </w:p>
    <w:p>
      <w:pPr>
        <w:jc w:val="both"/>
      </w:pPr>
      <w:r>
        <w:t>609.000</w:t>
      </w:r>
    </w:p>
    <w:p>
      <w:pPr>
        <w:jc w:val="both"/>
      </w:pPr>
      <w:r>
        <w:t>671.000</w:t>
      </w:r>
    </w:p>
    <w:p>
      <w:pPr>
        <w:jc w:val="both"/>
      </w:pPr>
      <w:r>
        <w:t>1214</w:t>
      </w:r>
    </w:p>
    <w:p>
      <w:pPr>
        <w:jc w:val="both"/>
      </w:pPr>
      <w:r>
        <w:t>1201</w:t>
      </w:r>
    </w:p>
    <w:p>
      <w:pPr>
        <w:jc w:val="both"/>
      </w:pPr>
      <w:r>
        <w:t>Thủ thuật loại II</w:t>
      </w:r>
    </w:p>
    <w:p>
      <w:pPr>
        <w:jc w:val="both"/>
      </w:pPr>
      <w:r>
        <w:t>351.000</w:t>
      </w:r>
    </w:p>
    <w:p>
      <w:pPr>
        <w:jc w:val="both"/>
      </w:pPr>
      <w:r>
        <w:t>387.000</w:t>
      </w:r>
    </w:p>
    <w:p>
      <w:pPr>
        <w:jc w:val="both"/>
      </w:pPr>
      <w:r>
        <w:t>1215</w:t>
      </w:r>
    </w:p>
    <w:p>
      <w:pPr>
        <w:jc w:val="both"/>
      </w:pPr>
      <w:r>
        <w:t>1202</w:t>
      </w:r>
    </w:p>
    <w:p>
      <w:pPr>
        <w:jc w:val="both"/>
      </w:pPr>
      <w:r>
        <w:t>Thủ thuật loại III</w:t>
      </w:r>
    </w:p>
    <w:p>
      <w:pPr>
        <w:jc w:val="both"/>
      </w:pPr>
      <w:r>
        <w:t>206.000</w:t>
      </w:r>
    </w:p>
    <w:p>
      <w:pPr>
        <w:jc w:val="both"/>
      </w:pPr>
      <w:r>
        <w:t>228.000</w:t>
      </w:r>
    </w:p>
    <w:p>
      <w:pPr>
        <w:jc w:val="both"/>
      </w:pPr>
      <w:r>
        <w:t>XIII</w:t>
      </w:r>
    </w:p>
    <w:p>
      <w:pPr>
        <w:jc w:val="both"/>
      </w:pPr>
      <w:r>
        <w:t>XIII</w:t>
      </w:r>
    </w:p>
    <w:p>
      <w:pPr>
        <w:jc w:val="both"/>
      </w:pPr>
      <w:r>
        <w:t>VI PHẪU</w:t>
      </w:r>
    </w:p>
    <w:p>
      <w:pPr>
        <w:jc w:val="both"/>
      </w:pPr>
      <w:r>
        <w:t>1216</w:t>
      </w:r>
    </w:p>
    <w:p>
      <w:pPr>
        <w:jc w:val="both"/>
      </w:pPr>
      <w:r>
        <w:t>1203</w:t>
      </w:r>
    </w:p>
    <w:p>
      <w:pPr>
        <w:jc w:val="both"/>
      </w:pPr>
      <w:r>
        <w:t>Phẫu thuật loại đặc biệt</w:t>
      </w:r>
    </w:p>
    <w:p>
      <w:pPr>
        <w:jc w:val="both"/>
      </w:pPr>
      <w:r>
        <w:t>6.040.000</w:t>
      </w:r>
    </w:p>
    <w:p>
      <w:pPr>
        <w:jc w:val="both"/>
      </w:pPr>
      <w:r>
        <w:t>6.648.000</w:t>
      </w:r>
    </w:p>
    <w:p>
      <w:pPr>
        <w:jc w:val="both"/>
      </w:pPr>
      <w:r>
        <w:t>1217</w:t>
      </w:r>
    </w:p>
    <w:p>
      <w:pPr>
        <w:jc w:val="both"/>
      </w:pPr>
      <w:r>
        <w:t>1204</w:t>
      </w:r>
    </w:p>
    <w:p>
      <w:pPr>
        <w:jc w:val="both"/>
      </w:pPr>
      <w:r>
        <w:t>Phẫu thuật loại I</w:t>
      </w:r>
    </w:p>
    <w:p>
      <w:pPr>
        <w:jc w:val="both"/>
      </w:pPr>
      <w:r>
        <w:t>3.452.000</w:t>
      </w:r>
    </w:p>
    <w:p>
      <w:pPr>
        <w:jc w:val="both"/>
      </w:pPr>
      <w:r>
        <w:t>3.779.000</w:t>
      </w:r>
    </w:p>
    <w:p>
      <w:pPr>
        <w:jc w:val="both"/>
      </w:pPr>
      <w:r>
        <w:t>XIV</w:t>
      </w:r>
    </w:p>
    <w:p>
      <w:pPr>
        <w:jc w:val="both"/>
      </w:pPr>
      <w:r>
        <w:t>XIV</w:t>
      </w:r>
    </w:p>
    <w:p>
      <w:pPr>
        <w:jc w:val="both"/>
      </w:pPr>
      <w:r>
        <w:t>PHẪU THUẬT NỘI SOI</w:t>
      </w:r>
    </w:p>
    <w:p>
      <w:pPr>
        <w:jc w:val="both"/>
      </w:pPr>
      <w:r>
        <w:t>1218</w:t>
      </w:r>
    </w:p>
    <w:p>
      <w:pPr>
        <w:jc w:val="both"/>
      </w:pPr>
      <w:r>
        <w:t>1205</w:t>
      </w:r>
    </w:p>
    <w:p>
      <w:pPr>
        <w:jc w:val="both"/>
      </w:pPr>
      <w:r>
        <w:t>Phẫu thuật nội soi Robot điều trị các bệnh lý gan mật</w:t>
      </w:r>
    </w:p>
    <w:p>
      <w:pPr>
        <w:jc w:val="both"/>
      </w:pPr>
      <w:r>
        <w:t>85.543.000</w:t>
      </w:r>
    </w:p>
    <w:p>
      <w:pPr>
        <w:jc w:val="both"/>
      </w:pPr>
      <w:r>
        <w:t>98.147.000</w:t>
      </w:r>
    </w:p>
    <w:p>
      <w:pPr>
        <w:jc w:val="both"/>
      </w:pPr>
      <w:r>
        <w:t>1219</w:t>
      </w:r>
    </w:p>
    <w:p>
      <w:pPr>
        <w:jc w:val="both"/>
      </w:pPr>
      <w:r>
        <w:t>1206</w:t>
      </w:r>
    </w:p>
    <w:p>
      <w:pPr>
        <w:jc w:val="both"/>
      </w:pPr>
      <w:r>
        <w:t>Phẫu thuật nội soi Robot điều trị các bệnh lý lồng ngực</w:t>
      </w:r>
    </w:p>
    <w:p>
      <w:pPr>
        <w:jc w:val="both"/>
      </w:pPr>
      <w:r>
        <w:t>91.410.000</w:t>
      </w:r>
    </w:p>
    <w:p>
      <w:pPr>
        <w:jc w:val="both"/>
      </w:pPr>
      <w:r>
        <w:t>104.902.000</w:t>
      </w:r>
    </w:p>
    <w:p>
      <w:pPr>
        <w:jc w:val="both"/>
      </w:pPr>
      <w:r>
        <w:t>1220</w:t>
      </w:r>
    </w:p>
    <w:p>
      <w:pPr>
        <w:jc w:val="both"/>
      </w:pPr>
      <w:r>
        <w:t>1207</w:t>
      </w:r>
    </w:p>
    <w:p>
      <w:pPr>
        <w:jc w:val="both"/>
      </w:pPr>
      <w:r>
        <w:t>Phẫu thuật nội soi Robot điều trị các bệnh lý tiết niệu</w:t>
      </w:r>
    </w:p>
    <w:p>
      <w:pPr>
        <w:jc w:val="both"/>
      </w:pPr>
      <w:r>
        <w:t>79.712.000</w:t>
      </w:r>
    </w:p>
    <w:p>
      <w:pPr>
        <w:jc w:val="both"/>
      </w:pPr>
      <w:r>
        <w:t>91.434.000</w:t>
      </w:r>
    </w:p>
    <w:p>
      <w:pPr>
        <w:jc w:val="both"/>
      </w:pPr>
      <w:r>
        <w:t>1221</w:t>
      </w:r>
    </w:p>
    <w:p>
      <w:pPr>
        <w:jc w:val="both"/>
      </w:pPr>
      <w:r>
        <w:t>1208</w:t>
      </w:r>
    </w:p>
    <w:p>
      <w:pPr>
        <w:jc w:val="both"/>
      </w:pPr>
      <w:r>
        <w:t>Phẫu thuật nội soi Robot điều trị các bệnh lý tiêu hóa, ổ bụng</w:t>
      </w:r>
    </w:p>
    <w:p>
      <w:pPr>
        <w:jc w:val="both"/>
      </w:pPr>
      <w:r>
        <w:t>96.997.000</w:t>
      </w:r>
    </w:p>
    <w:p>
      <w:pPr>
        <w:jc w:val="both"/>
      </w:pPr>
      <w:r>
        <w:t>111.334.000</w:t>
      </w:r>
    </w:p>
    <w:p>
      <w:pPr>
        <w:jc w:val="both"/>
      </w:pPr>
      <w:r>
        <w:t>Các phẫu thuật, thủ thuật còn lại khác</w:t>
      </w:r>
    </w:p>
    <w:p>
      <w:pPr>
        <w:jc w:val="both"/>
      </w:pPr>
      <w:r>
        <w:t>1222</w:t>
      </w:r>
    </w:p>
    <w:p>
      <w:pPr>
        <w:jc w:val="both"/>
      </w:pPr>
      <w:r>
        <w:t>1209</w:t>
      </w:r>
    </w:p>
    <w:p>
      <w:pPr>
        <w:jc w:val="both"/>
      </w:pPr>
      <w:r>
        <w:t>Phẫu thuật loại đặc biệt</w:t>
      </w:r>
    </w:p>
    <w:p>
      <w:pPr>
        <w:jc w:val="both"/>
      </w:pPr>
      <w:r>
        <w:t>3.946.000</w:t>
      </w:r>
    </w:p>
    <w:p>
      <w:pPr>
        <w:jc w:val="both"/>
      </w:pPr>
      <w:r>
        <w:t>4.343.000</w:t>
      </w:r>
    </w:p>
    <w:p>
      <w:pPr>
        <w:jc w:val="both"/>
      </w:pPr>
      <w:r>
        <w:t>1223</w:t>
      </w:r>
    </w:p>
    <w:p>
      <w:pPr>
        <w:jc w:val="both"/>
      </w:pPr>
      <w:r>
        <w:t>1210</w:t>
      </w:r>
    </w:p>
    <w:p>
      <w:pPr>
        <w:jc w:val="both"/>
      </w:pPr>
      <w:r>
        <w:t>Phẫu thuật loại I</w:t>
      </w:r>
    </w:p>
    <w:p>
      <w:pPr>
        <w:jc w:val="both"/>
      </w:pPr>
      <w:r>
        <w:t>2618.000</w:t>
      </w:r>
    </w:p>
    <w:p>
      <w:pPr>
        <w:jc w:val="both"/>
      </w:pPr>
      <w:r>
        <w:t>2.865.000</w:t>
      </w:r>
    </w:p>
    <w:p>
      <w:pPr>
        <w:jc w:val="both"/>
      </w:pPr>
      <w:r>
        <w:t>1224</w:t>
      </w:r>
    </w:p>
    <w:p>
      <w:pPr>
        <w:jc w:val="both"/>
      </w:pPr>
      <w:r>
        <w:t>1211</w:t>
      </w:r>
    </w:p>
    <w:p>
      <w:pPr>
        <w:jc w:val="both"/>
      </w:pPr>
      <w:r>
        <w:t>Phẫu thuật loại II</w:t>
      </w:r>
    </w:p>
    <w:p>
      <w:pPr>
        <w:jc w:val="both"/>
      </w:pPr>
      <w:r>
        <w:t>1.781.000</w:t>
      </w:r>
    </w:p>
    <w:p>
      <w:pPr>
        <w:jc w:val="both"/>
      </w:pPr>
      <w:r>
        <w:t>1.942.000</w:t>
      </w:r>
    </w:p>
    <w:p>
      <w:pPr>
        <w:jc w:val="both"/>
      </w:pPr>
      <w:r>
        <w:t>1225</w:t>
      </w:r>
    </w:p>
    <w:p>
      <w:pPr>
        <w:jc w:val="both"/>
      </w:pPr>
      <w:r>
        <w:t>1212</w:t>
      </w:r>
    </w:p>
    <w:p>
      <w:pPr>
        <w:jc w:val="both"/>
      </w:pPr>
      <w:r>
        <w:t>Phẫu thuật loại III</w:t>
      </w:r>
    </w:p>
    <w:p>
      <w:pPr>
        <w:jc w:val="both"/>
      </w:pPr>
      <w:r>
        <w:t>1.052.000</w:t>
      </w:r>
    </w:p>
    <w:p>
      <w:pPr>
        <w:jc w:val="both"/>
      </w:pPr>
      <w:r>
        <w:t>1.154.000</w:t>
      </w:r>
    </w:p>
    <w:p>
      <w:pPr>
        <w:jc w:val="both"/>
      </w:pPr>
      <w:r>
        <w:t>XV</w:t>
      </w:r>
    </w:p>
    <w:p>
      <w:pPr>
        <w:jc w:val="both"/>
      </w:pPr>
      <w:r>
        <w:t>XV</w:t>
      </w:r>
    </w:p>
    <w:p>
      <w:pPr>
        <w:jc w:val="both"/>
      </w:pPr>
      <w:r>
        <w:t>GÂY MÊ</w:t>
      </w:r>
    </w:p>
    <w:p>
      <w:pPr>
        <w:jc w:val="both"/>
      </w:pPr>
      <w:r>
        <w:t>1213</w:t>
      </w:r>
    </w:p>
    <w:p>
      <w:pPr>
        <w:jc w:val="both"/>
      </w:pPr>
      <w:r>
        <w:t>Gây mê thay băng bỏng</w:t>
      </w:r>
    </w:p>
    <w:p>
      <w:pPr>
        <w:jc w:val="both"/>
      </w:pPr>
      <w:r>
        <w:t>1226</w:t>
      </w:r>
    </w:p>
    <w:p>
      <w:pPr>
        <w:jc w:val="both"/>
      </w:pPr>
      <w:r>
        <w:t>Gây mê thay băng bỏng diện tích trên 60% diện tích cơ thể hoặc có bỏng hô hấp</w:t>
      </w:r>
    </w:p>
    <w:p>
      <w:pPr>
        <w:jc w:val="both"/>
      </w:pPr>
      <w:r>
        <w:t>1.171.000</w:t>
      </w:r>
    </w:p>
    <w:p>
      <w:pPr>
        <w:jc w:val="both"/>
      </w:pPr>
      <w:r>
        <w:t>1.264.000</w:t>
      </w:r>
    </w:p>
    <w:p>
      <w:pPr>
        <w:jc w:val="both"/>
      </w:pPr>
      <w:r>
        <w:t>1227</w:t>
      </w:r>
    </w:p>
    <w:p>
      <w:pPr>
        <w:jc w:val="both"/>
      </w:pPr>
      <w:r>
        <w:t>Gây mê thay băng bỏng diện tích từ 40% - 60% diện tích cơ thể</w:t>
      </w:r>
    </w:p>
    <w:p>
      <w:pPr>
        <w:jc w:val="both"/>
      </w:pPr>
      <w:r>
        <w:t>836.000</w:t>
      </w:r>
    </w:p>
    <w:p>
      <w:pPr>
        <w:jc w:val="both"/>
      </w:pPr>
      <w:r>
        <w:t>899.000</w:t>
      </w:r>
    </w:p>
    <w:p>
      <w:pPr>
        <w:jc w:val="both"/>
      </w:pPr>
      <w:r>
        <w:t>1228</w:t>
      </w:r>
    </w:p>
    <w:p>
      <w:pPr>
        <w:jc w:val="both"/>
      </w:pPr>
      <w:r>
        <w:t>Gây mê thay băng bỏng diện tích từ 10% - 39% diện tích cơ thể</w:t>
      </w:r>
    </w:p>
    <w:p>
      <w:pPr>
        <w:jc w:val="both"/>
      </w:pPr>
      <w:r>
        <w:t>624.000</w:t>
      </w:r>
    </w:p>
    <w:p>
      <w:pPr>
        <w:jc w:val="both"/>
      </w:pPr>
      <w:r>
        <w:t>671.000</w:t>
      </w:r>
    </w:p>
    <w:p>
      <w:pPr>
        <w:jc w:val="both"/>
      </w:pPr>
      <w:r>
        <w:t>1229</w:t>
      </w:r>
    </w:p>
    <w:p>
      <w:pPr>
        <w:jc w:val="both"/>
      </w:pPr>
      <w:r>
        <w:t>Gây mê thay băng bỏng diện tích dưới 10% diện tích cơ thể</w:t>
      </w:r>
    </w:p>
    <w:p>
      <w:pPr>
        <w:jc w:val="both"/>
      </w:pPr>
      <w:r>
        <w:t>411.000</w:t>
      </w:r>
    </w:p>
    <w:p>
      <w:pPr>
        <w:jc w:val="both"/>
      </w:pPr>
      <w:r>
        <w:t>452.000</w:t>
      </w:r>
    </w:p>
    <w:p>
      <w:pPr>
        <w:jc w:val="both"/>
      </w:pPr>
      <w:r>
        <w:t>1230</w:t>
      </w:r>
    </w:p>
    <w:p>
      <w:pPr>
        <w:jc w:val="both"/>
      </w:pPr>
      <w:r>
        <w:t>1214</w:t>
      </w:r>
    </w:p>
    <w:p>
      <w:pPr>
        <w:jc w:val="both"/>
      </w:pPr>
      <w:r>
        <w:t>Gây mê khác</w:t>
      </w:r>
    </w:p>
    <w:p>
      <w:pPr>
        <w:jc w:val="both"/>
      </w:pPr>
      <w:r>
        <w:t>761.000</w:t>
      </w:r>
    </w:p>
    <w:p>
      <w:pPr>
        <w:jc w:val="both"/>
      </w:pPr>
      <w:r>
        <w:t>822.000</w:t>
      </w:r>
    </w:p>
    <w:p>
      <w:pPr>
        <w:jc w:val="both"/>
      </w:pPr>
      <w:r>
        <w:t>E</w:t>
      </w:r>
    </w:p>
    <w:p>
      <w:pPr>
        <w:jc w:val="both"/>
      </w:pPr>
      <w:r>
        <w:t>E</w:t>
      </w:r>
    </w:p>
    <w:p>
      <w:pPr>
        <w:jc w:val="both"/>
      </w:pPr>
      <w:r>
        <w:t>XÉT NGHIỆM</w:t>
      </w:r>
    </w:p>
    <w:p>
      <w:pPr>
        <w:jc w:val="both"/>
      </w:pPr>
      <w:r>
        <w:t>I</w:t>
      </w:r>
    </w:p>
    <w:p>
      <w:pPr>
        <w:jc w:val="both"/>
      </w:pPr>
      <w:r>
        <w:t>I</w:t>
      </w:r>
    </w:p>
    <w:p>
      <w:pPr>
        <w:jc w:val="both"/>
      </w:pPr>
      <w:r>
        <w:t>Huyết học</w:t>
      </w:r>
    </w:p>
    <w:p>
      <w:pPr>
        <w:jc w:val="both"/>
      </w:pPr>
      <w:r>
        <w:t>1231</w:t>
      </w:r>
    </w:p>
    <w:p>
      <w:pPr>
        <w:jc w:val="both"/>
      </w:pPr>
      <w:r>
        <w:t>1215</w:t>
      </w:r>
    </w:p>
    <w:p>
      <w:pPr>
        <w:jc w:val="both"/>
      </w:pPr>
      <w:r>
        <w:t>ANA 17 profile test (sàng lọc và định danh đồng thời 17 loại kháng thể kháng nhân bằng thanh sắc ký miễn dịch)</w:t>
      </w:r>
    </w:p>
    <w:p>
      <w:pPr>
        <w:jc w:val="both"/>
      </w:pPr>
      <w:r>
        <w:t>1.022.000</w:t>
      </w:r>
    </w:p>
    <w:p>
      <w:pPr>
        <w:jc w:val="both"/>
      </w:pPr>
      <w:r>
        <w:t>1.165.000</w:t>
      </w:r>
    </w:p>
    <w:p>
      <w:pPr>
        <w:jc w:val="both"/>
      </w:pPr>
      <w:r>
        <w:t>1232</w:t>
      </w:r>
    </w:p>
    <w:p>
      <w:pPr>
        <w:jc w:val="both"/>
      </w:pPr>
      <w:r>
        <w:t>1216</w:t>
      </w:r>
    </w:p>
    <w:p>
      <w:pPr>
        <w:jc w:val="both"/>
      </w:pPr>
      <w:r>
        <w:t>03C3.1.HH116</w:t>
      </w:r>
    </w:p>
    <w:p>
      <w:pPr>
        <w:jc w:val="both"/>
      </w:pPr>
      <w:r>
        <w:t>Bilan đông cầm máu - huyết khối</w:t>
      </w:r>
    </w:p>
    <w:p>
      <w:pPr>
        <w:jc w:val="both"/>
      </w:pPr>
      <w:r>
        <w:t>1.578.000</w:t>
      </w:r>
    </w:p>
    <w:p>
      <w:pPr>
        <w:jc w:val="both"/>
      </w:pPr>
      <w:r>
        <w:t>1.805.000</w:t>
      </w:r>
    </w:p>
    <w:p>
      <w:pPr>
        <w:jc w:val="both"/>
      </w:pPr>
      <w:r>
        <w:t>1233</w:t>
      </w:r>
    </w:p>
    <w:p>
      <w:pPr>
        <w:jc w:val="both"/>
      </w:pPr>
      <w:r>
        <w:t>1218</w:t>
      </w:r>
    </w:p>
    <w:p>
      <w:pPr>
        <w:jc w:val="both"/>
      </w:pPr>
      <w:r>
        <w:t>Chụp ảnh màu tế bào qua kính hiển vi</w:t>
      </w:r>
    </w:p>
    <w:p>
      <w:pPr>
        <w:jc w:val="both"/>
      </w:pPr>
      <w:r>
        <w:t>20.900</w:t>
      </w:r>
    </w:p>
    <w:p>
      <w:pPr>
        <w:jc w:val="both"/>
      </w:pPr>
      <w:r>
        <w:t>23.600</w:t>
      </w:r>
    </w:p>
    <w:p>
      <w:pPr>
        <w:jc w:val="both"/>
      </w:pPr>
      <w:r>
        <w:t>1234</w:t>
      </w:r>
    </w:p>
    <w:p>
      <w:pPr>
        <w:jc w:val="both"/>
      </w:pPr>
      <w:r>
        <w:t>1219</w:t>
      </w:r>
    </w:p>
    <w:p>
      <w:pPr>
        <w:jc w:val="both"/>
      </w:pPr>
      <w:r>
        <w:t>04C5.1.296</w:t>
      </w:r>
    </w:p>
    <w:p>
      <w:pPr>
        <w:jc w:val="both"/>
      </w:pPr>
      <w:r>
        <w:t>Co cục máu đông</w:t>
      </w:r>
    </w:p>
    <w:p>
      <w:pPr>
        <w:jc w:val="both"/>
      </w:pPr>
      <w:r>
        <w:t>15.300</w:t>
      </w:r>
    </w:p>
    <w:p>
      <w:pPr>
        <w:jc w:val="both"/>
      </w:pPr>
      <w:r>
        <w:t>17.300</w:t>
      </w:r>
    </w:p>
    <w:p>
      <w:pPr>
        <w:jc w:val="both"/>
      </w:pPr>
      <w:r>
        <w:t>1235</w:t>
      </w:r>
    </w:p>
    <w:p>
      <w:pPr>
        <w:jc w:val="both"/>
      </w:pPr>
      <w:r>
        <w:t>1220</w:t>
      </w:r>
    </w:p>
    <w:p>
      <w:pPr>
        <w:jc w:val="both"/>
      </w:pPr>
      <w:r>
        <w:t>04C5.1.331</w:t>
      </w:r>
    </w:p>
    <w:p>
      <w:pPr>
        <w:jc w:val="both"/>
      </w:pPr>
      <w:r>
        <w:t>Công thức nhiễm sắc thể (Karyotype)</w:t>
      </w:r>
    </w:p>
    <w:p>
      <w:pPr>
        <w:jc w:val="both"/>
      </w:pPr>
      <w:r>
        <w:t>703.000</w:t>
      </w:r>
    </w:p>
    <w:p>
      <w:pPr>
        <w:jc w:val="both"/>
      </w:pPr>
      <w:r>
        <w:t>797.000</w:t>
      </w:r>
    </w:p>
    <w:p>
      <w:pPr>
        <w:jc w:val="both"/>
      </w:pPr>
      <w:r>
        <w:t>Bao gồm cả môi trường nuôi cấy tủy xương.</w:t>
      </w:r>
    </w:p>
    <w:p>
      <w:pPr>
        <w:jc w:val="both"/>
      </w:pPr>
      <w:r>
        <w:t>1236</w:t>
      </w:r>
    </w:p>
    <w:p>
      <w:pPr>
        <w:jc w:val="both"/>
      </w:pPr>
      <w:r>
        <w:t>1221</w:t>
      </w:r>
    </w:p>
    <w:p>
      <w:pPr>
        <w:jc w:val="both"/>
      </w:pPr>
      <w:r>
        <w:t>Công thức nhiễm sắc thể (NST) từ tế bào ối</w:t>
      </w:r>
    </w:p>
    <w:p>
      <w:pPr>
        <w:jc w:val="both"/>
      </w:pPr>
      <w:r>
        <w:t>1.207.000</w:t>
      </w:r>
    </w:p>
    <w:p>
      <w:pPr>
        <w:jc w:val="both"/>
      </w:pPr>
      <w:r>
        <w:t>1.378.000</w:t>
      </w:r>
    </w:p>
    <w:p>
      <w:pPr>
        <w:jc w:val="both"/>
      </w:pPr>
      <w:r>
        <w:t>1237</w:t>
      </w:r>
    </w:p>
    <w:p>
      <w:pPr>
        <w:jc w:val="both"/>
      </w:pPr>
      <w:r>
        <w:t>1222</w:t>
      </w:r>
    </w:p>
    <w:p>
      <w:pPr>
        <w:jc w:val="both"/>
      </w:pPr>
      <w:r>
        <w:t>04C5.1.298</w:t>
      </w:r>
    </w:p>
    <w:p>
      <w:pPr>
        <w:jc w:val="both"/>
      </w:pPr>
      <w:r>
        <w:t>Đàn hồi co cục máu (TEG: ThromboElastoGraph)</w:t>
      </w:r>
    </w:p>
    <w:p>
      <w:pPr>
        <w:jc w:val="both"/>
      </w:pPr>
      <w:r>
        <w:t>423.000</w:t>
      </w:r>
    </w:p>
    <w:p>
      <w:pPr>
        <w:jc w:val="both"/>
      </w:pPr>
      <w:r>
        <w:t>480.000</w:t>
      </w:r>
    </w:p>
    <w:p>
      <w:pPr>
        <w:jc w:val="both"/>
      </w:pPr>
      <w:r>
        <w:t>Bao gồm cả pin và cup, kaolin.</w:t>
      </w:r>
    </w:p>
    <w:p>
      <w:pPr>
        <w:jc w:val="both"/>
      </w:pPr>
      <w:r>
        <w:t>1238</w:t>
      </w:r>
    </w:p>
    <w:p>
      <w:pPr>
        <w:jc w:val="both"/>
      </w:pPr>
      <w:r>
        <w:t>1223</w:t>
      </w:r>
    </w:p>
    <w:p>
      <w:pPr>
        <w:jc w:val="both"/>
      </w:pPr>
      <w:r>
        <w:t>Đánh giá tỷ lệ sống của tế bào bằng kỹ thuật nhuộm xanh trypan</w:t>
      </w:r>
    </w:p>
    <w:p>
      <w:pPr>
        <w:jc w:val="both"/>
      </w:pPr>
      <w:r>
        <w:t>19.200</w:t>
      </w:r>
    </w:p>
    <w:p>
      <w:pPr>
        <w:jc w:val="both"/>
      </w:pPr>
      <w:r>
        <w:t>21.700</w:t>
      </w:r>
    </w:p>
    <w:p>
      <w:pPr>
        <w:jc w:val="both"/>
      </w:pPr>
      <w:r>
        <w:t>1239</w:t>
      </w:r>
    </w:p>
    <w:p>
      <w:pPr>
        <w:jc w:val="both"/>
      </w:pPr>
      <w:r>
        <w:t>1224</w:t>
      </w:r>
    </w:p>
    <w:p>
      <w:pPr>
        <w:jc w:val="both"/>
      </w:pPr>
      <w:r>
        <w:t>DCIP test (Dichlorophenol- Indolphenol- test dùng sàng lọc huyết sắc tố E)</w:t>
      </w:r>
    </w:p>
    <w:p>
      <w:pPr>
        <w:jc w:val="both"/>
      </w:pPr>
      <w:r>
        <w:t>62.900</w:t>
      </w:r>
    </w:p>
    <w:p>
      <w:pPr>
        <w:jc w:val="both"/>
      </w:pPr>
      <w:r>
        <w:t>70.900</w:t>
      </w:r>
    </w:p>
    <w:p>
      <w:pPr>
        <w:jc w:val="both"/>
      </w:pPr>
      <w:r>
        <w:t>1240</w:t>
      </w:r>
    </w:p>
    <w:p>
      <w:pPr>
        <w:jc w:val="both"/>
      </w:pPr>
      <w:r>
        <w:t>1225</w:t>
      </w:r>
    </w:p>
    <w:p>
      <w:pPr>
        <w:jc w:val="both"/>
      </w:pPr>
      <w:r>
        <w:t>03C3.1.HH51</w:t>
      </w:r>
    </w:p>
    <w:p>
      <w:pPr>
        <w:jc w:val="both"/>
      </w:pPr>
      <w:r>
        <w:t>Đếm số lượng CD3 hoặc CD4 hoặc CD8</w:t>
      </w:r>
    </w:p>
    <w:p>
      <w:pPr>
        <w:jc w:val="both"/>
      </w:pPr>
      <w:r>
        <w:t>404.000</w:t>
      </w:r>
    </w:p>
    <w:p>
      <w:pPr>
        <w:jc w:val="both"/>
      </w:pPr>
      <w:r>
        <w:t>457.000</w:t>
      </w:r>
    </w:p>
    <w:p>
      <w:pPr>
        <w:jc w:val="both"/>
      </w:pPr>
      <w:r>
        <w:t>124r</w:t>
      </w:r>
    </w:p>
    <w:p>
      <w:pPr>
        <w:jc w:val="both"/>
      </w:pPr>
      <w:r>
        <w:t>1226</w:t>
      </w:r>
    </w:p>
    <w:p>
      <w:pPr>
        <w:jc w:val="both"/>
      </w:pPr>
      <w:r>
        <w:t>04C5.1.354</w:t>
      </w:r>
    </w:p>
    <w:p>
      <w:pPr>
        <w:jc w:val="both"/>
      </w:pPr>
      <w:r>
        <w:t>Điện di có tính thành phần huyết sắc tố (định tính)</w:t>
      </w:r>
    </w:p>
    <w:p>
      <w:pPr>
        <w:jc w:val="both"/>
      </w:pPr>
      <w:r>
        <w:t>193.000</w:t>
      </w:r>
    </w:p>
    <w:p>
      <w:pPr>
        <w:jc w:val="both"/>
      </w:pPr>
      <w:r>
        <w:t>218.000</w:t>
      </w:r>
    </w:p>
    <w:p>
      <w:pPr>
        <w:jc w:val="both"/>
      </w:pPr>
      <w:r>
        <w:t>1242</w:t>
      </w:r>
    </w:p>
    <w:p>
      <w:pPr>
        <w:jc w:val="both"/>
      </w:pPr>
      <w:r>
        <w:t>1227</w:t>
      </w:r>
    </w:p>
    <w:p>
      <w:pPr>
        <w:jc w:val="both"/>
      </w:pPr>
      <w:r>
        <w:t>04C5.1.355</w:t>
      </w:r>
    </w:p>
    <w:p>
      <w:pPr>
        <w:jc w:val="both"/>
      </w:pPr>
      <w:r>
        <w:t>Điện di huyết sắc tố (định lượng)</w:t>
      </w:r>
    </w:p>
    <w:p>
      <w:pPr>
        <w:jc w:val="both"/>
      </w:pPr>
      <w:r>
        <w:t>366.000</w:t>
      </w:r>
    </w:p>
    <w:p>
      <w:pPr>
        <w:jc w:val="both"/>
      </w:pPr>
      <w:r>
        <w:t>415.000</w:t>
      </w:r>
    </w:p>
    <w:p>
      <w:pPr>
        <w:jc w:val="both"/>
      </w:pPr>
      <w:r>
        <w:t>1243</w:t>
      </w:r>
    </w:p>
    <w:p>
      <w:pPr>
        <w:jc w:val="both"/>
      </w:pPr>
      <w:r>
        <w:t>1228</w:t>
      </w:r>
    </w:p>
    <w:p>
      <w:pPr>
        <w:jc w:val="both"/>
      </w:pPr>
      <w:r>
        <w:t>04C5.1.352</w:t>
      </w:r>
    </w:p>
    <w:p>
      <w:pPr>
        <w:jc w:val="both"/>
      </w:pPr>
      <w:r>
        <w:t>Điện di miễn dịch huyết thanh</w:t>
      </w:r>
    </w:p>
    <w:p>
      <w:pPr>
        <w:jc w:val="both"/>
      </w:pPr>
      <w:r>
        <w:t>1.027.000</w:t>
      </w:r>
    </w:p>
    <w:p>
      <w:pPr>
        <w:jc w:val="both"/>
      </w:pPr>
      <w:r>
        <w:t>1.173.000</w:t>
      </w:r>
    </w:p>
    <w:p>
      <w:pPr>
        <w:jc w:val="both"/>
      </w:pPr>
      <w:r>
        <w:t>1244</w:t>
      </w:r>
    </w:p>
    <w:p>
      <w:pPr>
        <w:jc w:val="both"/>
      </w:pPr>
      <w:r>
        <w:t>1229</w:t>
      </w:r>
    </w:p>
    <w:p>
      <w:pPr>
        <w:jc w:val="both"/>
      </w:pPr>
      <w:r>
        <w:t>04C5.1.353</w:t>
      </w:r>
    </w:p>
    <w:p>
      <w:pPr>
        <w:jc w:val="both"/>
      </w:pPr>
      <w:r>
        <w:t>Điện di protein huyết thanh</w:t>
      </w:r>
    </w:p>
    <w:p>
      <w:pPr>
        <w:jc w:val="both"/>
      </w:pPr>
      <w:r>
        <w:t>382.000</w:t>
      </w:r>
    </w:p>
    <w:p>
      <w:pPr>
        <w:jc w:val="both"/>
      </w:pPr>
      <w:r>
        <w:t>430.000</w:t>
      </w:r>
    </w:p>
    <w:p>
      <w:pPr>
        <w:jc w:val="both"/>
      </w:pPr>
      <w:r>
        <w:t>1245</w:t>
      </w:r>
    </w:p>
    <w:p>
      <w:pPr>
        <w:jc w:val="both"/>
      </w:pPr>
      <w:r>
        <w:t>1230</w:t>
      </w:r>
    </w:p>
    <w:p>
      <w:pPr>
        <w:jc w:val="both"/>
      </w:pPr>
      <w:r>
        <w:t>03C3.1.HH111</w:t>
      </w:r>
    </w:p>
    <w:p>
      <w:pPr>
        <w:jc w:val="both"/>
      </w:pPr>
      <w:r>
        <w:t>Điều chế và lưu trữ tế bào gốc từ máu cuống rốn hoặc từ tủy xương</w:t>
      </w:r>
    </w:p>
    <w:p>
      <w:pPr>
        <w:jc w:val="both"/>
      </w:pPr>
      <w:r>
        <w:t>16.469.000</w:t>
      </w:r>
    </w:p>
    <w:p>
      <w:pPr>
        <w:jc w:val="both"/>
      </w:pPr>
      <w:r>
        <w:t>18.890.000</w:t>
      </w:r>
    </w:p>
    <w:p>
      <w:pPr>
        <w:jc w:val="both"/>
      </w:pPr>
      <w:r>
        <w:t>1246</w:t>
      </w:r>
    </w:p>
    <w:p>
      <w:pPr>
        <w:jc w:val="both"/>
      </w:pPr>
      <w:r>
        <w:t>1231</w:t>
      </w:r>
    </w:p>
    <w:p>
      <w:pPr>
        <w:jc w:val="both"/>
      </w:pPr>
      <w:r>
        <w:t>03C3.1.HH110</w:t>
      </w:r>
    </w:p>
    <w:p>
      <w:pPr>
        <w:jc w:val="both"/>
      </w:pPr>
      <w:r>
        <w:t>Điều chế và lưu trữ tế bào gốc từ máu ngoại vi</w:t>
      </w:r>
    </w:p>
    <w:p>
      <w:pPr>
        <w:jc w:val="both"/>
      </w:pPr>
      <w:r>
        <w:t>16.469.000</w:t>
      </w:r>
    </w:p>
    <w:p>
      <w:pPr>
        <w:jc w:val="both"/>
      </w:pPr>
      <w:r>
        <w:t>18.890.000</w:t>
      </w:r>
    </w:p>
    <w:p>
      <w:pPr>
        <w:jc w:val="both"/>
      </w:pPr>
      <w:r>
        <w:t>1247</w:t>
      </w:r>
    </w:p>
    <w:p>
      <w:pPr>
        <w:jc w:val="both"/>
      </w:pPr>
      <w:r>
        <w:t>1232</w:t>
      </w:r>
    </w:p>
    <w:p>
      <w:pPr>
        <w:jc w:val="both"/>
      </w:pPr>
      <w:r>
        <w:t>Định danh kháng thể Anti- HLA bằng kỹ thuật luminex</w:t>
      </w:r>
    </w:p>
    <w:p>
      <w:pPr>
        <w:jc w:val="both"/>
      </w:pPr>
      <w:r>
        <w:t>3.735.000</w:t>
      </w:r>
    </w:p>
    <w:p>
      <w:pPr>
        <w:jc w:val="both"/>
      </w:pPr>
      <w:r>
        <w:t>4.277.000</w:t>
      </w:r>
    </w:p>
    <w:p>
      <w:pPr>
        <w:jc w:val="both"/>
      </w:pPr>
      <w:r>
        <w:t>1248</w:t>
      </w:r>
    </w:p>
    <w:p>
      <w:pPr>
        <w:jc w:val="both"/>
      </w:pPr>
      <w:r>
        <w:t>1233</w:t>
      </w:r>
    </w:p>
    <w:p>
      <w:pPr>
        <w:jc w:val="both"/>
      </w:pPr>
      <w:r>
        <w:t>03C3.1.HH103</w:t>
      </w:r>
    </w:p>
    <w:p>
      <w:pPr>
        <w:jc w:val="both"/>
      </w:pPr>
      <w:r>
        <w:t>Định danh kháng thể bất thường</w:t>
      </w:r>
    </w:p>
    <w:p>
      <w:pPr>
        <w:jc w:val="both"/>
      </w:pPr>
      <w:r>
        <w:t>1.178.000</w:t>
      </w:r>
    </w:p>
    <w:p>
      <w:pPr>
        <w:jc w:val="both"/>
      </w:pPr>
      <w:r>
        <w:t>1.344.000</w:t>
      </w:r>
    </w:p>
    <w:p>
      <w:pPr>
        <w:jc w:val="both"/>
      </w:pPr>
      <w:r>
        <w:t>1249</w:t>
      </w:r>
    </w:p>
    <w:p>
      <w:pPr>
        <w:jc w:val="both"/>
      </w:pPr>
      <w:r>
        <w:t>1234</w:t>
      </w:r>
    </w:p>
    <w:p>
      <w:pPr>
        <w:jc w:val="both"/>
      </w:pPr>
      <w:r>
        <w:t>Định danh kháng thể kháng HLA bằng kỹ thuật ELISA</w:t>
      </w:r>
    </w:p>
    <w:p>
      <w:pPr>
        <w:jc w:val="both"/>
      </w:pPr>
      <w:r>
        <w:t>4.404.000</w:t>
      </w:r>
    </w:p>
    <w:p>
      <w:pPr>
        <w:jc w:val="both"/>
      </w:pPr>
      <w:r>
        <w:t>5.047.000</w:t>
      </w:r>
    </w:p>
    <w:p>
      <w:pPr>
        <w:jc w:val="both"/>
      </w:pPr>
      <w:r>
        <w:t>1250</w:t>
      </w:r>
    </w:p>
    <w:p>
      <w:pPr>
        <w:jc w:val="both"/>
      </w:pPr>
      <w:r>
        <w:t>1235</w:t>
      </w:r>
    </w:p>
    <w:p>
      <w:pPr>
        <w:jc w:val="both"/>
      </w:pPr>
      <w:r>
        <w:t>03C3.1.HH41</w:t>
      </w:r>
    </w:p>
    <w:p>
      <w:pPr>
        <w:jc w:val="both"/>
      </w:pPr>
      <w:r>
        <w:t>Định lượng anti Thrombin III</w:t>
      </w:r>
    </w:p>
    <w:p>
      <w:pPr>
        <w:jc w:val="both"/>
      </w:pPr>
      <w:r>
        <w:t>141.000</w:t>
      </w:r>
    </w:p>
    <w:p>
      <w:pPr>
        <w:jc w:val="both"/>
      </w:pPr>
      <w:r>
        <w:t>160.000</w:t>
      </w:r>
    </w:p>
    <w:p>
      <w:pPr>
        <w:jc w:val="both"/>
      </w:pPr>
      <w:r>
        <w:t>1251</w:t>
      </w:r>
    </w:p>
    <w:p>
      <w:pPr>
        <w:jc w:val="both"/>
      </w:pPr>
      <w:r>
        <w:t>1236</w:t>
      </w:r>
    </w:p>
    <w:p>
      <w:pPr>
        <w:jc w:val="both"/>
      </w:pPr>
      <w:r>
        <w:t>Định lượng CD25 (IL-2R) hòa tan trong huyết thanh</w:t>
      </w:r>
    </w:p>
    <w:p>
      <w:pPr>
        <w:jc w:val="both"/>
      </w:pPr>
      <w:r>
        <w:t>2.241.000</w:t>
      </w:r>
    </w:p>
    <w:p>
      <w:pPr>
        <w:jc w:val="both"/>
      </w:pPr>
      <w:r>
        <w:t>2.568.000</w:t>
      </w:r>
    </w:p>
    <w:p>
      <w:pPr>
        <w:jc w:val="both"/>
      </w:pPr>
      <w:r>
        <w:t>1252</w:t>
      </w:r>
    </w:p>
    <w:p>
      <w:pPr>
        <w:jc w:val="both"/>
      </w:pPr>
      <w:r>
        <w:t>1237</w:t>
      </w:r>
    </w:p>
    <w:p>
      <w:pPr>
        <w:jc w:val="both"/>
      </w:pPr>
      <w:r>
        <w:t>03C3.1.HH43</w:t>
      </w:r>
    </w:p>
    <w:p>
      <w:pPr>
        <w:jc w:val="both"/>
      </w:pPr>
      <w:r>
        <w:t>Định lượng chất ức chế C1</w:t>
      </w:r>
    </w:p>
    <w:p>
      <w:pPr>
        <w:jc w:val="both"/>
      </w:pPr>
      <w:r>
        <w:t>212.000</w:t>
      </w:r>
    </w:p>
    <w:p>
      <w:pPr>
        <w:jc w:val="both"/>
      </w:pPr>
      <w:r>
        <w:t>240.000</w:t>
      </w:r>
    </w:p>
    <w:p>
      <w:pPr>
        <w:jc w:val="both"/>
      </w:pPr>
      <w:r>
        <w:t>1253</w:t>
      </w:r>
    </w:p>
    <w:p>
      <w:pPr>
        <w:jc w:val="both"/>
      </w:pPr>
      <w:r>
        <w:t>1238</w:t>
      </w:r>
    </w:p>
    <w:p>
      <w:pPr>
        <w:jc w:val="both"/>
      </w:pPr>
      <w:r>
        <w:t>Định lượng D - Dimer bằng kỹ thuật miễn dịch hoá phát quang</w:t>
      </w:r>
    </w:p>
    <w:p>
      <w:pPr>
        <w:jc w:val="both"/>
      </w:pPr>
      <w:r>
        <w:t>527.000</w:t>
      </w:r>
    </w:p>
    <w:p>
      <w:pPr>
        <w:jc w:val="both"/>
      </w:pPr>
      <w:r>
        <w:t>597.000</w:t>
      </w:r>
    </w:p>
    <w:p>
      <w:pPr>
        <w:jc w:val="both"/>
      </w:pPr>
      <w:r>
        <w:t>1254</w:t>
      </w:r>
    </w:p>
    <w:p>
      <w:pPr>
        <w:jc w:val="both"/>
      </w:pPr>
      <w:r>
        <w:t>1239</w:t>
      </w:r>
    </w:p>
    <w:p>
      <w:pPr>
        <w:jc w:val="both"/>
      </w:pPr>
      <w:r>
        <w:t>03C3.1.HH30</w:t>
      </w:r>
    </w:p>
    <w:p>
      <w:pPr>
        <w:jc w:val="both"/>
      </w:pPr>
      <w:r>
        <w:t>Định lượng D- Dimer</w:t>
      </w:r>
    </w:p>
    <w:p>
      <w:pPr>
        <w:jc w:val="both"/>
      </w:pPr>
      <w:r>
        <w:t>260.000</w:t>
      </w:r>
    </w:p>
    <w:p>
      <w:pPr>
        <w:jc w:val="both"/>
      </w:pPr>
      <w:r>
        <w:t>293.000</w:t>
      </w:r>
    </w:p>
    <w:p>
      <w:pPr>
        <w:jc w:val="both"/>
      </w:pPr>
      <w:r>
        <w:t>1255</w:t>
      </w:r>
    </w:p>
    <w:p>
      <w:pPr>
        <w:jc w:val="both"/>
      </w:pPr>
      <w:r>
        <w:t>1240</w:t>
      </w:r>
    </w:p>
    <w:p>
      <w:pPr>
        <w:jc w:val="both"/>
      </w:pPr>
      <w:r>
        <w:t>03C3.1.HH34</w:t>
      </w:r>
    </w:p>
    <w:p>
      <w:pPr>
        <w:jc w:val="both"/>
      </w:pPr>
      <w:r>
        <w:t>Định lượng đồng yếu tố Ristocetin</w:t>
      </w:r>
    </w:p>
    <w:p>
      <w:pPr>
        <w:jc w:val="both"/>
      </w:pPr>
      <w:r>
        <w:t>212.000</w:t>
      </w:r>
    </w:p>
    <w:p>
      <w:pPr>
        <w:jc w:val="both"/>
      </w:pPr>
      <w:r>
        <w:t>240.000</w:t>
      </w:r>
    </w:p>
    <w:p>
      <w:pPr>
        <w:jc w:val="both"/>
      </w:pPr>
      <w:r>
        <w:t>1256</w:t>
      </w:r>
    </w:p>
    <w:p>
      <w:pPr>
        <w:jc w:val="both"/>
      </w:pPr>
      <w:r>
        <w:t>1241</w:t>
      </w:r>
    </w:p>
    <w:p>
      <w:pPr>
        <w:jc w:val="both"/>
      </w:pPr>
      <w:r>
        <w:t>03C3.1.HH47</w:t>
      </w:r>
    </w:p>
    <w:p>
      <w:pPr>
        <w:jc w:val="both"/>
      </w:pPr>
      <w:r>
        <w:t>Định lượng FDP</w:t>
      </w:r>
    </w:p>
    <w:p>
      <w:pPr>
        <w:jc w:val="both"/>
      </w:pPr>
      <w:r>
        <w:t>141.000</w:t>
      </w:r>
    </w:p>
    <w:p>
      <w:pPr>
        <w:jc w:val="both"/>
      </w:pPr>
      <w:r>
        <w:t>160.000</w:t>
      </w:r>
    </w:p>
    <w:p>
      <w:pPr>
        <w:jc w:val="both"/>
      </w:pPr>
      <w:r>
        <w:t>1257</w:t>
      </w:r>
    </w:p>
    <w:p>
      <w:pPr>
        <w:jc w:val="both"/>
      </w:pPr>
      <w:r>
        <w:t>1242</w:t>
      </w:r>
    </w:p>
    <w:p>
      <w:pPr>
        <w:jc w:val="both"/>
      </w:pPr>
      <w:r>
        <w:t>04C5.1.300</w:t>
      </w:r>
    </w:p>
    <w:p>
      <w:pPr>
        <w:jc w:val="both"/>
      </w:pPr>
      <w:r>
        <w:t>Định lượng Fibrinogen (Yếu tố I) bằng phương pháp trực tiếp</w:t>
      </w:r>
    </w:p>
    <w:p>
      <w:pPr>
        <w:jc w:val="both"/>
      </w:pPr>
      <w:r>
        <w:t>105.000</w:t>
      </w:r>
    </w:p>
    <w:p>
      <w:pPr>
        <w:jc w:val="both"/>
      </w:pPr>
      <w:r>
        <w:t>119.000</w:t>
      </w:r>
    </w:p>
    <w:p>
      <w:pPr>
        <w:jc w:val="both"/>
      </w:pPr>
      <w:r>
        <w:t>1258</w:t>
      </w:r>
    </w:p>
    <w:p>
      <w:pPr>
        <w:jc w:val="both"/>
      </w:pPr>
      <w:r>
        <w:t>1243</w:t>
      </w:r>
    </w:p>
    <w:p>
      <w:pPr>
        <w:jc w:val="both"/>
      </w:pPr>
      <w:r>
        <w:t>Định lượng gen bệnh máu ác tính</w:t>
      </w:r>
    </w:p>
    <w:p>
      <w:pPr>
        <w:jc w:val="both"/>
      </w:pPr>
      <w:r>
        <w:t>4.156.000</w:t>
      </w:r>
    </w:p>
    <w:p>
      <w:pPr>
        <w:jc w:val="both"/>
      </w:pPr>
      <w:r>
        <w:t>4.761.000</w:t>
      </w:r>
    </w:p>
    <w:p>
      <w:pPr>
        <w:jc w:val="both"/>
      </w:pPr>
      <w:r>
        <w:t>1259</w:t>
      </w:r>
    </w:p>
    <w:p>
      <w:pPr>
        <w:jc w:val="both"/>
      </w:pPr>
      <w:r>
        <w:t>1244</w:t>
      </w:r>
    </w:p>
    <w:p>
      <w:pPr>
        <w:jc w:val="both"/>
      </w:pPr>
      <w:r>
        <w:t>03C3.1.HH57</w:t>
      </w:r>
    </w:p>
    <w:p>
      <w:pPr>
        <w:jc w:val="both"/>
      </w:pPr>
      <w:r>
        <w:t>Định lượng men G6PD</w:t>
      </w:r>
    </w:p>
    <w:p>
      <w:pPr>
        <w:jc w:val="both"/>
      </w:pPr>
      <w:r>
        <w:t>83.100</w:t>
      </w:r>
    </w:p>
    <w:p>
      <w:pPr>
        <w:jc w:val="both"/>
      </w:pPr>
      <w:r>
        <w:t>93.700</w:t>
      </w:r>
    </w:p>
    <w:p>
      <w:pPr>
        <w:jc w:val="both"/>
      </w:pPr>
      <w:r>
        <w:t>1260</w:t>
      </w:r>
    </w:p>
    <w:p>
      <w:pPr>
        <w:jc w:val="both"/>
      </w:pPr>
      <w:r>
        <w:t>1245</w:t>
      </w:r>
    </w:p>
    <w:p>
      <w:pPr>
        <w:jc w:val="both"/>
      </w:pPr>
      <w:r>
        <w:t>03C3.1.HH58</w:t>
      </w:r>
    </w:p>
    <w:p>
      <w:pPr>
        <w:jc w:val="both"/>
      </w:pPr>
      <w:r>
        <w:t>Định lượng men Pyruvat kinase</w:t>
      </w:r>
    </w:p>
    <w:p>
      <w:pPr>
        <w:jc w:val="both"/>
      </w:pPr>
      <w:r>
        <w:t>178.000</w:t>
      </w:r>
    </w:p>
    <w:p>
      <w:pPr>
        <w:jc w:val="both"/>
      </w:pPr>
      <w:r>
        <w:t>200.000</w:t>
      </w:r>
    </w:p>
    <w:p>
      <w:pPr>
        <w:jc w:val="both"/>
      </w:pPr>
      <w:r>
        <w:t>1261</w:t>
      </w:r>
    </w:p>
    <w:p>
      <w:pPr>
        <w:jc w:val="both"/>
      </w:pPr>
      <w:r>
        <w:t>1246</w:t>
      </w:r>
    </w:p>
    <w:p>
      <w:pPr>
        <w:jc w:val="both"/>
      </w:pPr>
      <w:r>
        <w:t>03C3.1.HH37</w:t>
      </w:r>
    </w:p>
    <w:p>
      <w:pPr>
        <w:jc w:val="both"/>
      </w:pPr>
      <w:r>
        <w:t>Định lượng Plasminogen</w:t>
      </w:r>
    </w:p>
    <w:p>
      <w:pPr>
        <w:jc w:val="both"/>
      </w:pPr>
      <w:r>
        <w:t>212.000</w:t>
      </w:r>
    </w:p>
    <w:p>
      <w:pPr>
        <w:jc w:val="both"/>
      </w:pPr>
      <w:r>
        <w:t>240.000</w:t>
      </w:r>
    </w:p>
    <w:p>
      <w:pPr>
        <w:jc w:val="both"/>
      </w:pPr>
      <w:r>
        <w:t>1262</w:t>
      </w:r>
    </w:p>
    <w:p>
      <w:pPr>
        <w:jc w:val="both"/>
      </w:pPr>
      <w:r>
        <w:t>1247</w:t>
      </w:r>
    </w:p>
    <w:p>
      <w:pPr>
        <w:jc w:val="both"/>
      </w:pPr>
      <w:r>
        <w:t>03C3.1.HH32</w:t>
      </w:r>
    </w:p>
    <w:p>
      <w:pPr>
        <w:jc w:val="both"/>
      </w:pPr>
      <w:r>
        <w:t>Định lượng Protein C</w:t>
      </w:r>
    </w:p>
    <w:p>
      <w:pPr>
        <w:jc w:val="both"/>
      </w:pPr>
      <w:r>
        <w:t>237.000</w:t>
      </w:r>
    </w:p>
    <w:p>
      <w:pPr>
        <w:jc w:val="both"/>
      </w:pPr>
      <w:r>
        <w:t>267.000</w:t>
      </w:r>
    </w:p>
    <w:p>
      <w:pPr>
        <w:jc w:val="both"/>
      </w:pPr>
      <w:r>
        <w:t>1263</w:t>
      </w:r>
    </w:p>
    <w:p>
      <w:pPr>
        <w:jc w:val="both"/>
      </w:pPr>
      <w:r>
        <w:t>1248</w:t>
      </w:r>
    </w:p>
    <w:p>
      <w:pPr>
        <w:jc w:val="both"/>
      </w:pPr>
      <w:r>
        <w:t>03C3.1.HH31</w:t>
      </w:r>
    </w:p>
    <w:p>
      <w:pPr>
        <w:jc w:val="both"/>
      </w:pPr>
      <w:r>
        <w:t>Định lượng Protein S</w:t>
      </w:r>
    </w:p>
    <w:p>
      <w:pPr>
        <w:jc w:val="both"/>
      </w:pPr>
      <w:r>
        <w:t>237.000</w:t>
      </w:r>
    </w:p>
    <w:p>
      <w:pPr>
        <w:jc w:val="both"/>
      </w:pPr>
      <w:r>
        <w:t>267.000</w:t>
      </w:r>
    </w:p>
    <w:p>
      <w:pPr>
        <w:jc w:val="both"/>
      </w:pPr>
      <w:r>
        <w:t>1264</w:t>
      </w:r>
    </w:p>
    <w:p>
      <w:pPr>
        <w:jc w:val="both"/>
      </w:pPr>
      <w:r>
        <w:t>1249</w:t>
      </w:r>
    </w:p>
    <w:p>
      <w:pPr>
        <w:jc w:val="both"/>
      </w:pPr>
      <w:r>
        <w:t>03C3.1.HH40</w:t>
      </w:r>
    </w:p>
    <w:p>
      <w:pPr>
        <w:jc w:val="both"/>
      </w:pPr>
      <w:r>
        <w:t>Định lượng t- PA</w:t>
      </w:r>
    </w:p>
    <w:p>
      <w:pPr>
        <w:jc w:val="both"/>
      </w:pPr>
      <w:r>
        <w:t>212.000</w:t>
      </w:r>
    </w:p>
    <w:p>
      <w:pPr>
        <w:jc w:val="both"/>
      </w:pPr>
      <w:r>
        <w:t>240.000</w:t>
      </w:r>
    </w:p>
    <w:p>
      <w:pPr>
        <w:jc w:val="both"/>
      </w:pPr>
      <w:r>
        <w:t>1265</w:t>
      </w:r>
    </w:p>
    <w:p>
      <w:pPr>
        <w:jc w:val="both"/>
      </w:pPr>
      <w:r>
        <w:t>1250</w:t>
      </w:r>
    </w:p>
    <w:p>
      <w:pPr>
        <w:jc w:val="both"/>
      </w:pPr>
      <w:r>
        <w:t>Định lượng tế bào người cho ở người nhận sau ghép tế bào gốc tạo máu</w:t>
      </w:r>
    </w:p>
    <w:p>
      <w:pPr>
        <w:jc w:val="both"/>
      </w:pPr>
      <w:r>
        <w:t>5.434.000</w:t>
      </w:r>
    </w:p>
    <w:p>
      <w:pPr>
        <w:jc w:val="both"/>
      </w:pPr>
      <w:r>
        <w:t>6.221.000</w:t>
      </w:r>
    </w:p>
    <w:p>
      <w:pPr>
        <w:jc w:val="both"/>
      </w:pPr>
      <w:r>
        <w:t>1266</w:t>
      </w:r>
    </w:p>
    <w:p>
      <w:pPr>
        <w:jc w:val="both"/>
      </w:pPr>
      <w:r>
        <w:t>1251</w:t>
      </w:r>
    </w:p>
    <w:p>
      <w:pPr>
        <w:jc w:val="both"/>
      </w:pPr>
      <w:r>
        <w:t>Định lượng ức chế yếu tố IX</w:t>
      </w:r>
    </w:p>
    <w:p>
      <w:pPr>
        <w:jc w:val="both"/>
      </w:pPr>
      <w:r>
        <w:t>269.000</w:t>
      </w:r>
    </w:p>
    <w:p>
      <w:pPr>
        <w:jc w:val="both"/>
      </w:pPr>
      <w:r>
        <w:t>303.000</w:t>
      </w:r>
    </w:p>
    <w:p>
      <w:pPr>
        <w:jc w:val="both"/>
      </w:pPr>
      <w:r>
        <w:t>1267</w:t>
      </w:r>
    </w:p>
    <w:p>
      <w:pPr>
        <w:jc w:val="both"/>
      </w:pPr>
      <w:r>
        <w:t>1252</w:t>
      </w:r>
    </w:p>
    <w:p>
      <w:pPr>
        <w:jc w:val="both"/>
      </w:pPr>
      <w:r>
        <w:t>Định lượng ức chế yếu tố VIII</w:t>
      </w:r>
    </w:p>
    <w:p>
      <w:pPr>
        <w:jc w:val="both"/>
      </w:pPr>
      <w:r>
        <w:t>153.000</w:t>
      </w:r>
    </w:p>
    <w:p>
      <w:pPr>
        <w:jc w:val="both"/>
      </w:pPr>
      <w:r>
        <w:t>173.000</w:t>
      </w:r>
    </w:p>
    <w:p>
      <w:pPr>
        <w:jc w:val="both"/>
      </w:pPr>
      <w:r>
        <w:t>1268</w:t>
      </w:r>
    </w:p>
    <w:p>
      <w:pPr>
        <w:jc w:val="both"/>
      </w:pPr>
      <w:r>
        <w:t>1253</w:t>
      </w:r>
    </w:p>
    <w:p>
      <w:pPr>
        <w:jc w:val="both"/>
      </w:pPr>
      <w:r>
        <w:t>03C3.1.HH44</w:t>
      </w:r>
    </w:p>
    <w:p>
      <w:pPr>
        <w:jc w:val="both"/>
      </w:pPr>
      <w:r>
        <w:t>Định lượng yếu tố Heparin</w:t>
      </w:r>
    </w:p>
    <w:p>
      <w:pPr>
        <w:jc w:val="both"/>
      </w:pPr>
      <w:r>
        <w:t>212.000</w:t>
      </w:r>
    </w:p>
    <w:p>
      <w:pPr>
        <w:jc w:val="both"/>
      </w:pPr>
      <w:r>
        <w:t>240.000</w:t>
      </w:r>
    </w:p>
    <w:p>
      <w:pPr>
        <w:jc w:val="both"/>
      </w:pPr>
      <w:r>
        <w:t>1269</w:t>
      </w:r>
    </w:p>
    <w:p>
      <w:pPr>
        <w:jc w:val="both"/>
      </w:pPr>
      <w:r>
        <w:t>1254</w:t>
      </w:r>
    </w:p>
    <w:p>
      <w:pPr>
        <w:jc w:val="both"/>
      </w:pPr>
      <w:r>
        <w:t>04C5.1.299</w:t>
      </w:r>
    </w:p>
    <w:p>
      <w:pPr>
        <w:jc w:val="both"/>
      </w:pPr>
      <w:r>
        <w:t>Định lượng yếu tố I (fibrinogen)</w:t>
      </w:r>
    </w:p>
    <w:p>
      <w:pPr>
        <w:jc w:val="both"/>
      </w:pPr>
      <w:r>
        <w:t>58.000</w:t>
      </w:r>
    </w:p>
    <w:p>
      <w:pPr>
        <w:jc w:val="both"/>
      </w:pPr>
      <w:r>
        <w:t>65.400</w:t>
      </w:r>
    </w:p>
    <w:p>
      <w:pPr>
        <w:jc w:val="both"/>
      </w:pPr>
      <w:r>
        <w:t>1270</w:t>
      </w:r>
    </w:p>
    <w:p>
      <w:pPr>
        <w:jc w:val="both"/>
      </w:pPr>
      <w:r>
        <w:t>1255</w:t>
      </w:r>
    </w:p>
    <w:p>
      <w:pPr>
        <w:jc w:val="both"/>
      </w:pPr>
      <w:r>
        <w:t>04C5.1.327</w:t>
      </w:r>
    </w:p>
    <w:p>
      <w:pPr>
        <w:jc w:val="both"/>
      </w:pPr>
      <w:r>
        <w:t>Định lượng yếu tố II hoặc XII hoặc VonWillebrand (kháng nguyên) hoặc VonWillebrand (hoạt tính)</w:t>
      </w:r>
    </w:p>
    <w:p>
      <w:pPr>
        <w:jc w:val="both"/>
      </w:pPr>
      <w:r>
        <w:t>466.000</w:t>
      </w:r>
    </w:p>
    <w:p>
      <w:pPr>
        <w:jc w:val="both"/>
      </w:pPr>
      <w:r>
        <w:t>530.000</w:t>
      </w:r>
    </w:p>
    <w:p>
      <w:pPr>
        <w:jc w:val="both"/>
      </w:pPr>
      <w:r>
        <w:t>Giá cho mỗi yếu tố.</w:t>
      </w:r>
    </w:p>
    <w:p>
      <w:pPr>
        <w:jc w:val="both"/>
      </w:pPr>
      <w:r>
        <w:t>1271</w:t>
      </w:r>
    </w:p>
    <w:p>
      <w:pPr>
        <w:jc w:val="both"/>
      </w:pPr>
      <w:r>
        <w:t>1256</w:t>
      </w:r>
    </w:p>
    <w:p>
      <w:pPr>
        <w:jc w:val="both"/>
      </w:pPr>
      <w:r>
        <w:t>03C3.1.HH45</w:t>
      </w:r>
    </w:p>
    <w:p>
      <w:pPr>
        <w:jc w:val="both"/>
      </w:pPr>
      <w:r>
        <w:t>Định lượng yếu tố kháng Xa</w:t>
      </w:r>
    </w:p>
    <w:p>
      <w:pPr>
        <w:jc w:val="both"/>
      </w:pPr>
      <w:r>
        <w:t>260.000</w:t>
      </w:r>
    </w:p>
    <w:p>
      <w:pPr>
        <w:jc w:val="both"/>
      </w:pPr>
      <w:r>
        <w:t>293.000</w:t>
      </w:r>
    </w:p>
    <w:p>
      <w:pPr>
        <w:jc w:val="both"/>
      </w:pPr>
      <w:r>
        <w:t>1272</w:t>
      </w:r>
    </w:p>
    <w:p>
      <w:pPr>
        <w:jc w:val="both"/>
      </w:pPr>
      <w:r>
        <w:t>1257</w:t>
      </w:r>
    </w:p>
    <w:p>
      <w:pPr>
        <w:jc w:val="both"/>
      </w:pPr>
      <w:r>
        <w:t>03C3.1.HH33</w:t>
      </w:r>
    </w:p>
    <w:p>
      <w:pPr>
        <w:jc w:val="both"/>
      </w:pPr>
      <w:r>
        <w:t>Định lượng yếu tố Thrombomodulin</w:t>
      </w:r>
    </w:p>
    <w:p>
      <w:pPr>
        <w:jc w:val="both"/>
      </w:pPr>
      <w:r>
        <w:t>212.000</w:t>
      </w:r>
    </w:p>
    <w:p>
      <w:pPr>
        <w:jc w:val="both"/>
      </w:pPr>
      <w:r>
        <w:t>240.000</w:t>
      </w:r>
    </w:p>
    <w:p>
      <w:pPr>
        <w:jc w:val="both"/>
      </w:pPr>
      <w:r>
        <w:t>1273</w:t>
      </w:r>
    </w:p>
    <w:p>
      <w:pPr>
        <w:jc w:val="both"/>
      </w:pPr>
      <w:r>
        <w:t>1258</w:t>
      </w:r>
    </w:p>
    <w:p>
      <w:pPr>
        <w:jc w:val="both"/>
      </w:pPr>
      <w:r>
        <w:t>04C5.1.325</w:t>
      </w:r>
    </w:p>
    <w:p>
      <w:pPr>
        <w:jc w:val="both"/>
      </w:pPr>
      <w:r>
        <w:t>Định lượng yếu tố V hoặc yếu tố VII hoặc yếu tố X (Định lượng hoạt tính yếu tố V/yếu tố Vll/yếu tố X) (Định lượng yếu tố V; yếu tố VII, yếu tố X, yếu tố XI)</w:t>
      </w:r>
    </w:p>
    <w:p>
      <w:pPr>
        <w:jc w:val="both"/>
      </w:pPr>
      <w:r>
        <w:t>326.000</w:t>
      </w:r>
    </w:p>
    <w:p>
      <w:pPr>
        <w:jc w:val="both"/>
      </w:pPr>
      <w:r>
        <w:t>369.000</w:t>
      </w:r>
    </w:p>
    <w:p>
      <w:pPr>
        <w:jc w:val="both"/>
      </w:pPr>
      <w:r>
        <w:t>Giá cho mỗi yếu tố.</w:t>
      </w:r>
    </w:p>
    <w:p>
      <w:pPr>
        <w:jc w:val="both"/>
      </w:pPr>
      <w:r>
        <w:t>1274</w:t>
      </w:r>
    </w:p>
    <w:p>
      <w:pPr>
        <w:jc w:val="both"/>
      </w:pPr>
      <w:r>
        <w:t>1259</w:t>
      </w:r>
    </w:p>
    <w:p>
      <w:pPr>
        <w:jc w:val="both"/>
      </w:pPr>
      <w:r>
        <w:t>04C5.1.326</w:t>
      </w:r>
    </w:p>
    <w:p>
      <w:pPr>
        <w:jc w:val="both"/>
      </w:pPr>
      <w:r>
        <w:t>Định lượng yếu tố VIII/yếu tố IX; định lượng hoạt tính yếu tố IX</w:t>
      </w:r>
    </w:p>
    <w:p>
      <w:pPr>
        <w:jc w:val="both"/>
      </w:pPr>
      <w:r>
        <w:t>237.000</w:t>
      </w:r>
    </w:p>
    <w:p>
      <w:pPr>
        <w:jc w:val="both"/>
      </w:pPr>
      <w:r>
        <w:t>267.000</w:t>
      </w:r>
    </w:p>
    <w:p>
      <w:pPr>
        <w:jc w:val="both"/>
      </w:pPr>
      <w:r>
        <w:t>Giá cho mỗi yếu tố.</w:t>
      </w:r>
    </w:p>
    <w:p>
      <w:pPr>
        <w:jc w:val="both"/>
      </w:pPr>
      <w:r>
        <w:t>1275</w:t>
      </w:r>
    </w:p>
    <w:p>
      <w:pPr>
        <w:jc w:val="both"/>
      </w:pPr>
      <w:r>
        <w:t>1260</w:t>
      </w:r>
    </w:p>
    <w:p>
      <w:pPr>
        <w:jc w:val="both"/>
      </w:pPr>
      <w:r>
        <w:t>04C5.1.324</w:t>
      </w:r>
    </w:p>
    <w:p>
      <w:pPr>
        <w:jc w:val="both"/>
      </w:pPr>
      <w:r>
        <w:t>Định lượng yếu tố VIIIc hoặc yếu tố XI (yếu tố VIII hoặc yếu tố XI; Định lượng hoạt tính yếu tố VIII hoặc yếu tố XI</w:t>
      </w:r>
    </w:p>
    <w:p>
      <w:pPr>
        <w:jc w:val="both"/>
      </w:pPr>
      <w:r>
        <w:t>296.000</w:t>
      </w:r>
    </w:p>
    <w:p>
      <w:pPr>
        <w:jc w:val="both"/>
      </w:pPr>
      <w:r>
        <w:t>334.000</w:t>
      </w:r>
    </w:p>
    <w:p>
      <w:pPr>
        <w:jc w:val="both"/>
      </w:pPr>
      <w:r>
        <w:t>Giá cho mỗi yếu tố.</w:t>
      </w:r>
    </w:p>
    <w:p>
      <w:pPr>
        <w:jc w:val="both"/>
      </w:pPr>
      <w:r>
        <w:t>1276</w:t>
      </w:r>
    </w:p>
    <w:p>
      <w:pPr>
        <w:jc w:val="both"/>
      </w:pPr>
      <w:r>
        <w:t>1262</w:t>
      </w:r>
    </w:p>
    <w:p>
      <w:pPr>
        <w:jc w:val="both"/>
      </w:pPr>
      <w:r>
        <w:t>04C5.1.328</w:t>
      </w:r>
    </w:p>
    <w:p>
      <w:pPr>
        <w:jc w:val="both"/>
      </w:pPr>
      <w:r>
        <w:t>Định lượng yếu tố XIII (hoặc yếu tố ổn định sợi huyết)</w:t>
      </w:r>
    </w:p>
    <w:p>
      <w:pPr>
        <w:jc w:val="both"/>
      </w:pPr>
      <w:r>
        <w:t>1.068.000</w:t>
      </w:r>
    </w:p>
    <w:p>
      <w:pPr>
        <w:jc w:val="both"/>
      </w:pPr>
      <w:r>
        <w:t>1.218.000</w:t>
      </w:r>
    </w:p>
    <w:p>
      <w:pPr>
        <w:jc w:val="both"/>
      </w:pPr>
      <w:r>
        <w:t>1277</w:t>
      </w:r>
    </w:p>
    <w:p>
      <w:pPr>
        <w:jc w:val="both"/>
      </w:pPr>
      <w:r>
        <w:t>1263</w:t>
      </w:r>
    </w:p>
    <w:p>
      <w:pPr>
        <w:jc w:val="both"/>
      </w:pPr>
      <w:r>
        <w:t>03C3.1.HH36</w:t>
      </w:r>
    </w:p>
    <w:p>
      <w:pPr>
        <w:jc w:val="both"/>
      </w:pPr>
      <w:r>
        <w:t>Định lượng yếu tố: PAI- l/PAI-2</w:t>
      </w:r>
    </w:p>
    <w:p>
      <w:pPr>
        <w:jc w:val="both"/>
      </w:pPr>
      <w:r>
        <w:t>212.000</w:t>
      </w:r>
    </w:p>
    <w:p>
      <w:pPr>
        <w:jc w:val="both"/>
      </w:pPr>
      <w:r>
        <w:t>240.000</w:t>
      </w:r>
    </w:p>
    <w:p>
      <w:pPr>
        <w:jc w:val="both"/>
      </w:pPr>
      <w:r>
        <w:t>1278</w:t>
      </w:r>
    </w:p>
    <w:p>
      <w:pPr>
        <w:jc w:val="both"/>
      </w:pPr>
      <w:r>
        <w:t>1264</w:t>
      </w:r>
    </w:p>
    <w:p>
      <w:pPr>
        <w:jc w:val="both"/>
      </w:pPr>
      <w:r>
        <w:t>03C3.1.HH38</w:t>
      </w:r>
    </w:p>
    <w:p>
      <w:pPr>
        <w:jc w:val="both"/>
      </w:pPr>
      <w:r>
        <w:t>Định lượng α2 anti -plasmin (α2 AP)</w:t>
      </w:r>
    </w:p>
    <w:p>
      <w:pPr>
        <w:jc w:val="both"/>
      </w:pPr>
      <w:r>
        <w:t>212.000</w:t>
      </w:r>
    </w:p>
    <w:p>
      <w:pPr>
        <w:jc w:val="both"/>
      </w:pPr>
      <w:r>
        <w:t>240.000</w:t>
      </w:r>
    </w:p>
    <w:p>
      <w:pPr>
        <w:jc w:val="both"/>
      </w:pPr>
      <w:r>
        <w:t>1279</w:t>
      </w:r>
    </w:p>
    <w:p>
      <w:pPr>
        <w:jc w:val="both"/>
      </w:pPr>
      <w:r>
        <w:t>1265</w:t>
      </w:r>
    </w:p>
    <w:p>
      <w:pPr>
        <w:jc w:val="both"/>
      </w:pPr>
      <w:r>
        <w:t>03C3.1.HH39</w:t>
      </w:r>
    </w:p>
    <w:p>
      <w:pPr>
        <w:jc w:val="both"/>
      </w:pPr>
      <w:r>
        <w:t>Định lượng β Thromboglobulin (βTG)</w:t>
      </w:r>
    </w:p>
    <w:p>
      <w:pPr>
        <w:jc w:val="both"/>
      </w:pPr>
      <w:r>
        <w:t>212.000</w:t>
      </w:r>
    </w:p>
    <w:p>
      <w:pPr>
        <w:jc w:val="both"/>
      </w:pPr>
      <w:r>
        <w:t>240.000</w:t>
      </w:r>
    </w:p>
    <w:p>
      <w:pPr>
        <w:jc w:val="both"/>
      </w:pPr>
      <w:r>
        <w:t>1280</w:t>
      </w:r>
    </w:p>
    <w:p>
      <w:pPr>
        <w:jc w:val="both"/>
      </w:pPr>
      <w:r>
        <w:t>1266</w:t>
      </w:r>
    </w:p>
    <w:p>
      <w:pPr>
        <w:jc w:val="both"/>
      </w:pPr>
      <w:r>
        <w:t>03C3.1.HH90</w:t>
      </w:r>
    </w:p>
    <w:p>
      <w:pPr>
        <w:jc w:val="both"/>
      </w:pPr>
      <w:r>
        <w:t>Định nhóm máu A 1</w:t>
      </w:r>
    </w:p>
    <w:p>
      <w:pPr>
        <w:jc w:val="both"/>
      </w:pPr>
      <w:r>
        <w:t>35.600</w:t>
      </w:r>
    </w:p>
    <w:p>
      <w:pPr>
        <w:jc w:val="both"/>
      </w:pPr>
      <w:r>
        <w:t>40.100</w:t>
      </w:r>
    </w:p>
    <w:p>
      <w:pPr>
        <w:jc w:val="both"/>
      </w:pPr>
      <w:r>
        <w:t>1281</w:t>
      </w:r>
    </w:p>
    <w:p>
      <w:pPr>
        <w:jc w:val="both"/>
      </w:pPr>
      <w:r>
        <w:t>1267</w:t>
      </w:r>
    </w:p>
    <w:p>
      <w:pPr>
        <w:jc w:val="both"/>
      </w:pPr>
      <w:r>
        <w:t>04C5.1.287</w:t>
      </w:r>
    </w:p>
    <w:p>
      <w:pPr>
        <w:jc w:val="both"/>
      </w:pPr>
      <w:r>
        <w:t>Định nhóm máu hệ ABO bằng giấy định nhóm máu để truyền máu toàn phần: khối hồng cầu, khối bạch cầu</w:t>
      </w:r>
    </w:p>
    <w:p>
      <w:pPr>
        <w:jc w:val="both"/>
      </w:pPr>
      <w:r>
        <w:t>23.700</w:t>
      </w:r>
    </w:p>
    <w:p>
      <w:pPr>
        <w:jc w:val="both"/>
      </w:pPr>
      <w:r>
        <w:t>26.700</w:t>
      </w:r>
    </w:p>
    <w:p>
      <w:pPr>
        <w:jc w:val="both"/>
      </w:pPr>
      <w:r>
        <w:t>1282</w:t>
      </w:r>
    </w:p>
    <w:p>
      <w:pPr>
        <w:jc w:val="both"/>
      </w:pPr>
      <w:r>
        <w:t>1268</w:t>
      </w:r>
    </w:p>
    <w:p>
      <w:pPr>
        <w:jc w:val="both"/>
      </w:pPr>
      <w:r>
        <w:t>04C5.1.288</w:t>
      </w:r>
    </w:p>
    <w:p>
      <w:pPr>
        <w:jc w:val="both"/>
      </w:pPr>
      <w:r>
        <w:t>Định nhóm máu hệ ABO bằng giấy định nhóm máu để truyền: chế phẩm tiểu cầu hoặc huyết tương</w:t>
      </w:r>
    </w:p>
    <w:p>
      <w:pPr>
        <w:jc w:val="both"/>
      </w:pPr>
      <w:r>
        <w:t>21.200</w:t>
      </w:r>
    </w:p>
    <w:p>
      <w:pPr>
        <w:jc w:val="both"/>
      </w:pPr>
      <w:r>
        <w:t>24.000</w:t>
      </w:r>
    </w:p>
    <w:p>
      <w:pPr>
        <w:jc w:val="both"/>
      </w:pPr>
      <w:r>
        <w:t>1283</w:t>
      </w:r>
    </w:p>
    <w:p>
      <w:pPr>
        <w:jc w:val="both"/>
      </w:pPr>
      <w:r>
        <w:t>1269</w:t>
      </w:r>
    </w:p>
    <w:p>
      <w:pPr>
        <w:jc w:val="both"/>
      </w:pPr>
      <w:r>
        <w:t>04C5.1.286</w:t>
      </w:r>
    </w:p>
    <w:p>
      <w:pPr>
        <w:jc w:val="both"/>
      </w:pPr>
      <w:r>
        <w:t>Định nhóm máu hệ ABO bằng phương pháp ống nghiệm; trên phiến đá hoặc trên giấy</w:t>
      </w:r>
    </w:p>
    <w:p>
      <w:pPr>
        <w:jc w:val="both"/>
      </w:pPr>
      <w:r>
        <w:t>40.200</w:t>
      </w:r>
    </w:p>
    <w:p>
      <w:pPr>
        <w:jc w:val="both"/>
      </w:pPr>
      <w:r>
        <w:t>45.400</w:t>
      </w:r>
    </w:p>
    <w:p>
      <w:pPr>
        <w:jc w:val="both"/>
      </w:pPr>
      <w:r>
        <w:t>1284</w:t>
      </w:r>
    </w:p>
    <w:p>
      <w:pPr>
        <w:jc w:val="both"/>
      </w:pPr>
      <w:r>
        <w:t>1270</w:t>
      </w:r>
    </w:p>
    <w:p>
      <w:pPr>
        <w:jc w:val="both"/>
      </w:pPr>
      <w:r>
        <w:t>04C5.1.347</w:t>
      </w:r>
    </w:p>
    <w:p>
      <w:pPr>
        <w:jc w:val="both"/>
      </w:pPr>
      <w:r>
        <w:t>Định nhóm máu hệ ABO bằng thẻ định nhóm máu</w:t>
      </w:r>
    </w:p>
    <w:p>
      <w:pPr>
        <w:jc w:val="both"/>
      </w:pPr>
      <w:r>
        <w:t>59.300</w:t>
      </w:r>
    </w:p>
    <w:p>
      <w:pPr>
        <w:jc w:val="both"/>
      </w:pPr>
      <w:r>
        <w:t>66.900</w:t>
      </w:r>
    </w:p>
    <w:p>
      <w:pPr>
        <w:jc w:val="both"/>
      </w:pPr>
      <w:r>
        <w:t>1285</w:t>
      </w:r>
    </w:p>
    <w:p>
      <w:pPr>
        <w:jc w:val="both"/>
      </w:pPr>
      <w:r>
        <w:t>1271</w:t>
      </w:r>
    </w:p>
    <w:p>
      <w:pPr>
        <w:jc w:val="both"/>
      </w:pPr>
      <w:r>
        <w:t>04C5.1.291</w:t>
      </w:r>
    </w:p>
    <w:p>
      <w:pPr>
        <w:jc w:val="both"/>
      </w:pPr>
      <w:r>
        <w:t>Định nhóm máu hệ ABO trên thẻ định nhóm máu (đã có sẵn huyết thanh mẫu) để truyền chế phẩm tiểu cầu hoặc huyết tương</w:t>
      </w:r>
    </w:p>
    <w:p>
      <w:pPr>
        <w:jc w:val="both"/>
      </w:pPr>
      <w:r>
        <w:t>29.600</w:t>
      </w:r>
    </w:p>
    <w:p>
      <w:pPr>
        <w:jc w:val="both"/>
      </w:pPr>
      <w:r>
        <w:t>33.400</w:t>
      </w:r>
    </w:p>
    <w:p>
      <w:pPr>
        <w:jc w:val="both"/>
      </w:pPr>
      <w:r>
        <w:t>1286</w:t>
      </w:r>
    </w:p>
    <w:p>
      <w:pPr>
        <w:jc w:val="both"/>
      </w:pPr>
      <w:r>
        <w:t>1272</w:t>
      </w:r>
    </w:p>
    <w:p>
      <w:pPr>
        <w:jc w:val="both"/>
      </w:pPr>
      <w:r>
        <w:t>04C5.1.290</w:t>
      </w:r>
    </w:p>
    <w:p>
      <w:pPr>
        <w:jc w:val="both"/>
      </w:pPr>
      <w:r>
        <w:t>Định nhóm máu hệ ABO trên thẻ định nhóm máu (đã có sẵn huyết thanh mẫu) để truyền máu toàn phần, khối hồng cầu, bạch cầu</w:t>
      </w:r>
    </w:p>
    <w:p>
      <w:pPr>
        <w:jc w:val="both"/>
      </w:pPr>
      <w:r>
        <w:t>47.500</w:t>
      </w:r>
    </w:p>
    <w:p>
      <w:pPr>
        <w:jc w:val="both"/>
      </w:pPr>
      <w:r>
        <w:t>53.500</w:t>
      </w:r>
    </w:p>
    <w:p>
      <w:pPr>
        <w:jc w:val="both"/>
      </w:pPr>
      <w:r>
        <w:t>1287</w:t>
      </w:r>
    </w:p>
    <w:p>
      <w:pPr>
        <w:jc w:val="both"/>
      </w:pPr>
      <w:r>
        <w:t>1273</w:t>
      </w:r>
    </w:p>
    <w:p>
      <w:pPr>
        <w:jc w:val="both"/>
      </w:pPr>
      <w:r>
        <w:t>04C5.1.289</w:t>
      </w:r>
    </w:p>
    <w:p>
      <w:pPr>
        <w:jc w:val="both"/>
      </w:pPr>
      <w:r>
        <w:t>Định nhóm máu hệ ABO, Rh(D) trên máy tự động</w:t>
      </w:r>
    </w:p>
    <w:p>
      <w:pPr>
        <w:jc w:val="both"/>
      </w:pPr>
      <w:r>
        <w:t>39.100</w:t>
      </w:r>
    </w:p>
    <w:p>
      <w:pPr>
        <w:jc w:val="both"/>
      </w:pPr>
      <w:r>
        <w:t>44.000</w:t>
      </w:r>
    </w:p>
    <w:p>
      <w:pPr>
        <w:jc w:val="both"/>
      </w:pPr>
      <w:r>
        <w:t>1288</w:t>
      </w:r>
    </w:p>
    <w:p>
      <w:pPr>
        <w:jc w:val="both"/>
      </w:pPr>
      <w:r>
        <w:t>1274</w:t>
      </w:r>
    </w:p>
    <w:p>
      <w:pPr>
        <w:jc w:val="both"/>
      </w:pPr>
      <w:r>
        <w:t>04C5.1.337</w:t>
      </w:r>
    </w:p>
    <w:p>
      <w:pPr>
        <w:jc w:val="both"/>
      </w:pPr>
      <w:r>
        <w:t>Định nhóm máu hệ ABO, Rh(D) bằng công nghệ hồng cầu gắn từ</w:t>
      </w:r>
    </w:p>
    <w:p>
      <w:pPr>
        <w:jc w:val="both"/>
      </w:pPr>
      <w:r>
        <w:t>53.400</w:t>
      </w:r>
    </w:p>
    <w:p>
      <w:pPr>
        <w:jc w:val="both"/>
      </w:pPr>
      <w:r>
        <w:t>60.200</w:t>
      </w:r>
    </w:p>
    <w:p>
      <w:pPr>
        <w:jc w:val="both"/>
      </w:pPr>
      <w:r>
        <w:t>1289</w:t>
      </w:r>
    </w:p>
    <w:p>
      <w:pPr>
        <w:jc w:val="both"/>
      </w:pPr>
      <w:r>
        <w:t>1275</w:t>
      </w:r>
    </w:p>
    <w:p>
      <w:pPr>
        <w:jc w:val="both"/>
      </w:pPr>
      <w:r>
        <w:t>04C5.1.336</w:t>
      </w:r>
    </w:p>
    <w:p>
      <w:pPr>
        <w:jc w:val="both"/>
      </w:pPr>
      <w:r>
        <w:t>Định nhóm máu hệ ABO, Rh(D) bằng phương pháp gelcard/Scangel</w:t>
      </w:r>
    </w:p>
    <w:p>
      <w:pPr>
        <w:jc w:val="both"/>
      </w:pPr>
      <w:r>
        <w:t>89.000</w:t>
      </w:r>
    </w:p>
    <w:p>
      <w:pPr>
        <w:jc w:val="both"/>
      </w:pPr>
      <w:r>
        <w:t>100.000</w:t>
      </w:r>
    </w:p>
    <w:p>
      <w:pPr>
        <w:jc w:val="both"/>
      </w:pPr>
      <w:r>
        <w:t>1290</w:t>
      </w:r>
    </w:p>
    <w:p>
      <w:pPr>
        <w:jc w:val="both"/>
      </w:pPr>
      <w:r>
        <w:t>1276</w:t>
      </w:r>
    </w:p>
    <w:p>
      <w:pPr>
        <w:jc w:val="both"/>
      </w:pPr>
      <w:r>
        <w:t>03C3.1.HH101</w:t>
      </w:r>
    </w:p>
    <w:p>
      <w:pPr>
        <w:jc w:val="both"/>
      </w:pPr>
      <w:r>
        <w:t>Định nhóm máu hệ Diego (xác định kháng nguyên Diego)</w:t>
      </w:r>
    </w:p>
    <w:p>
      <w:pPr>
        <w:jc w:val="both"/>
      </w:pPr>
      <w:r>
        <w:t>189.000</w:t>
      </w:r>
    </w:p>
    <w:p>
      <w:pPr>
        <w:jc w:val="both"/>
      </w:pPr>
      <w:r>
        <w:t>213.000</w:t>
      </w:r>
    </w:p>
    <w:p>
      <w:pPr>
        <w:jc w:val="both"/>
      </w:pPr>
      <w:r>
        <w:t>1291</w:t>
      </w:r>
    </w:p>
    <w:p>
      <w:pPr>
        <w:jc w:val="both"/>
      </w:pPr>
      <w:r>
        <w:t>1277</w:t>
      </w:r>
    </w:p>
    <w:p>
      <w:pPr>
        <w:jc w:val="both"/>
      </w:pPr>
      <w:r>
        <w:t>03C3.1.HH100</w:t>
      </w:r>
    </w:p>
    <w:p>
      <w:pPr>
        <w:jc w:val="both"/>
      </w:pPr>
      <w:r>
        <w:t>Định nhóm máu hệ MNSs (xác định kháng nguyên Mi a )</w:t>
      </w:r>
    </w:p>
    <w:p>
      <w:pPr>
        <w:jc w:val="both"/>
      </w:pPr>
      <w:r>
        <w:t>160.000</w:t>
      </w:r>
    </w:p>
    <w:p>
      <w:pPr>
        <w:jc w:val="both"/>
      </w:pPr>
      <w:r>
        <w:t>180.000</w:t>
      </w:r>
    </w:p>
    <w:p>
      <w:pPr>
        <w:jc w:val="both"/>
      </w:pPr>
      <w:r>
        <w:t>1292</w:t>
      </w:r>
    </w:p>
    <w:p>
      <w:pPr>
        <w:jc w:val="both"/>
      </w:pPr>
      <w:r>
        <w:t>1278</w:t>
      </w:r>
    </w:p>
    <w:p>
      <w:pPr>
        <w:jc w:val="both"/>
      </w:pPr>
      <w:r>
        <w:t>03C3.1.HH94</w:t>
      </w:r>
    </w:p>
    <w:p>
      <w:pPr>
        <w:jc w:val="both"/>
      </w:pPr>
      <w:r>
        <w:t>Định nhóm máu hệ P (xác định kháng nguyên P 1 )</w:t>
      </w:r>
    </w:p>
    <w:p>
      <w:pPr>
        <w:jc w:val="both"/>
      </w:pPr>
      <w:r>
        <w:t>201.000</w:t>
      </w:r>
    </w:p>
    <w:p>
      <w:pPr>
        <w:jc w:val="both"/>
      </w:pPr>
      <w:r>
        <w:t>227.000</w:t>
      </w:r>
    </w:p>
    <w:p>
      <w:pPr>
        <w:jc w:val="both"/>
      </w:pPr>
      <w:r>
        <w:t>1293</w:t>
      </w:r>
    </w:p>
    <w:p>
      <w:pPr>
        <w:jc w:val="both"/>
      </w:pPr>
      <w:r>
        <w:t>1279</w:t>
      </w:r>
    </w:p>
    <w:p>
      <w:pPr>
        <w:jc w:val="both"/>
      </w:pPr>
      <w:r>
        <w:t>03C3.1.HH89</w:t>
      </w:r>
    </w:p>
    <w:p>
      <w:pPr>
        <w:jc w:val="both"/>
      </w:pPr>
      <w:r>
        <w:t>Định nhóm máu hệ Rh (D yếu , D từng phần)</w:t>
      </w:r>
    </w:p>
    <w:p>
      <w:pPr>
        <w:jc w:val="both"/>
      </w:pPr>
      <w:r>
        <w:t>178.000</w:t>
      </w:r>
    </w:p>
    <w:p>
      <w:pPr>
        <w:jc w:val="both"/>
      </w:pPr>
      <w:r>
        <w:t>200.000</w:t>
      </w:r>
    </w:p>
    <w:p>
      <w:pPr>
        <w:jc w:val="both"/>
      </w:pPr>
      <w:r>
        <w:t>1294</w:t>
      </w:r>
    </w:p>
    <w:p>
      <w:pPr>
        <w:jc w:val="both"/>
      </w:pPr>
      <w:r>
        <w:t>1280</w:t>
      </w:r>
    </w:p>
    <w:p>
      <w:pPr>
        <w:jc w:val="both"/>
      </w:pPr>
      <w:r>
        <w:t>04C5.1.292</w:t>
      </w:r>
    </w:p>
    <w:p>
      <w:pPr>
        <w:jc w:val="both"/>
      </w:pPr>
      <w:r>
        <w:t>Định nhóm máu hệ Rh(D) bằng phương pháp ống nghiệm, phiến đá</w:t>
      </w:r>
    </w:p>
    <w:p>
      <w:pPr>
        <w:jc w:val="both"/>
      </w:pPr>
      <w:r>
        <w:t>32.000</w:t>
      </w:r>
    </w:p>
    <w:p>
      <w:pPr>
        <w:jc w:val="both"/>
      </w:pPr>
      <w:r>
        <w:t>36.000</w:t>
      </w:r>
    </w:p>
    <w:p>
      <w:pPr>
        <w:jc w:val="both"/>
      </w:pPr>
      <w:r>
        <w:t>1295</w:t>
      </w:r>
    </w:p>
    <w:p>
      <w:pPr>
        <w:jc w:val="both"/>
      </w:pPr>
      <w:r>
        <w:t>1281</w:t>
      </w:r>
    </w:p>
    <w:p>
      <w:pPr>
        <w:jc w:val="both"/>
      </w:pPr>
      <w:r>
        <w:t>03C3.1.HH88</w:t>
      </w:r>
    </w:p>
    <w:p>
      <w:pPr>
        <w:jc w:val="both"/>
      </w:pPr>
      <w:r>
        <w:t>Định nhóm máu khó hệ ABO</w:t>
      </w:r>
    </w:p>
    <w:p>
      <w:pPr>
        <w:jc w:val="both"/>
      </w:pPr>
      <w:r>
        <w:t>212.000</w:t>
      </w:r>
    </w:p>
    <w:p>
      <w:pPr>
        <w:jc w:val="both"/>
      </w:pPr>
      <w:r>
        <w:t>240.000</w:t>
      </w:r>
    </w:p>
    <w:p>
      <w:pPr>
        <w:jc w:val="both"/>
      </w:pPr>
      <w:r>
        <w:t>1296</w:t>
      </w:r>
    </w:p>
    <w:p>
      <w:pPr>
        <w:jc w:val="both"/>
      </w:pPr>
      <w:r>
        <w:t>1282</w:t>
      </w:r>
    </w:p>
    <w:p>
      <w:pPr>
        <w:jc w:val="both"/>
      </w:pPr>
      <w:r>
        <w:t>Định tính ức chế yếu tố VIIIc/IX</w:t>
      </w:r>
    </w:p>
    <w:p>
      <w:pPr>
        <w:jc w:val="both"/>
      </w:pPr>
      <w:r>
        <w:t>237.000</w:t>
      </w:r>
    </w:p>
    <w:p>
      <w:pPr>
        <w:jc w:val="both"/>
      </w:pPr>
      <w:r>
        <w:t>267.000</w:t>
      </w:r>
    </w:p>
    <w:p>
      <w:pPr>
        <w:jc w:val="both"/>
      </w:pPr>
      <w:r>
        <w:t>1297</w:t>
      </w:r>
    </w:p>
    <w:p>
      <w:pPr>
        <w:jc w:val="both"/>
      </w:pPr>
      <w:r>
        <w:t>1283</w:t>
      </w:r>
    </w:p>
    <w:p>
      <w:pPr>
        <w:jc w:val="both"/>
      </w:pPr>
      <w:r>
        <w:t>Định type HLA cho 1 locus (Locus A, hoặc Locus B, hoặc Locus C, hoặc Locus DR, hoặc Locus DQ) bằng kỹ thuật PCR-SSP</w:t>
      </w:r>
    </w:p>
    <w:p>
      <w:pPr>
        <w:jc w:val="both"/>
      </w:pPr>
      <w:r>
        <w:t>1.278.000</w:t>
      </w:r>
    </w:p>
    <w:p>
      <w:pPr>
        <w:jc w:val="both"/>
      </w:pPr>
      <w:r>
        <w:t>1.459.000</w:t>
      </w:r>
    </w:p>
    <w:p>
      <w:pPr>
        <w:jc w:val="both"/>
      </w:pPr>
      <w:r>
        <w:t>1298</w:t>
      </w:r>
    </w:p>
    <w:p>
      <w:pPr>
        <w:jc w:val="both"/>
      </w:pPr>
      <w:r>
        <w:t>1284</w:t>
      </w:r>
    </w:p>
    <w:p>
      <w:pPr>
        <w:jc w:val="both"/>
      </w:pPr>
      <w:r>
        <w:t>Định type HLA độ phân giải cao cho 1 locus (A, B, C, DR, DQ, DP) bằng kỹ thuật PCR-SSO</w:t>
      </w:r>
    </w:p>
    <w:p>
      <w:pPr>
        <w:jc w:val="both"/>
      </w:pPr>
      <w:r>
        <w:t>1.912.000</w:t>
      </w:r>
    </w:p>
    <w:p>
      <w:pPr>
        <w:jc w:val="both"/>
      </w:pPr>
      <w:r>
        <w:t>2.189.000</w:t>
      </w:r>
    </w:p>
    <w:p>
      <w:pPr>
        <w:jc w:val="both"/>
      </w:pPr>
      <w:r>
        <w:t>1299</w:t>
      </w:r>
    </w:p>
    <w:p>
      <w:pPr>
        <w:jc w:val="both"/>
      </w:pPr>
      <w:r>
        <w:t>1285</w:t>
      </w:r>
    </w:p>
    <w:p>
      <w:pPr>
        <w:jc w:val="both"/>
      </w:pPr>
      <w:r>
        <w:t>Đo độ đàn hồi cục máu (ROTEM: Rotation ThromboElastoMetry) ức chế tiểu cầu (ROTEM- FIBTEM)/ ức chế tiêu sợi huyết (ROTEM-APTEM)/ trung hòa heparin (ROTEM- HEPTEM)</w:t>
      </w:r>
    </w:p>
    <w:p>
      <w:pPr>
        <w:jc w:val="both"/>
      </w:pPr>
      <w:r>
        <w:t>552.000</w:t>
      </w:r>
    </w:p>
    <w:p>
      <w:pPr>
        <w:jc w:val="both"/>
      </w:pPr>
      <w:r>
        <w:t>626.000</w:t>
      </w:r>
    </w:p>
    <w:p>
      <w:pPr>
        <w:jc w:val="both"/>
      </w:pPr>
      <w:r>
        <w:t>1300</w:t>
      </w:r>
    </w:p>
    <w:p>
      <w:pPr>
        <w:jc w:val="both"/>
      </w:pPr>
      <w:r>
        <w:t>1286</w:t>
      </w:r>
    </w:p>
    <w:p>
      <w:pPr>
        <w:jc w:val="both"/>
      </w:pPr>
      <w:r>
        <w:t>Đo độ đàn hồi cục máu (ROTEM: Rotation ThromboElastoMetry) nội sinh (ROTEM-INTEM)/ ngoại sinh (ROTEM- EXTEM)</w:t>
      </w:r>
    </w:p>
    <w:p>
      <w:pPr>
        <w:jc w:val="both"/>
      </w:pPr>
      <w:r>
        <w:t>426.000</w:t>
      </w:r>
    </w:p>
    <w:p>
      <w:pPr>
        <w:jc w:val="both"/>
      </w:pPr>
      <w:r>
        <w:t>481.000</w:t>
      </w:r>
    </w:p>
    <w:p>
      <w:pPr>
        <w:jc w:val="both"/>
      </w:pPr>
      <w:r>
        <w:t>1301</w:t>
      </w:r>
    </w:p>
    <w:p>
      <w:pPr>
        <w:jc w:val="both"/>
      </w:pPr>
      <w:r>
        <w:t>1287</w:t>
      </w:r>
    </w:p>
    <w:p>
      <w:pPr>
        <w:jc w:val="both"/>
      </w:pPr>
      <w:r>
        <w:t>04C5.1.329</w:t>
      </w:r>
    </w:p>
    <w:p>
      <w:pPr>
        <w:jc w:val="both"/>
      </w:pPr>
      <w:r>
        <w:t>Đo độ ngưng tập tiểu cầu với ADP/Collgen</w:t>
      </w:r>
    </w:p>
    <w:p>
      <w:pPr>
        <w:jc w:val="both"/>
      </w:pPr>
      <w:r>
        <w:t>112.000</w:t>
      </w:r>
    </w:p>
    <w:p>
      <w:pPr>
        <w:jc w:val="both"/>
      </w:pPr>
      <w:r>
        <w:t>126.000</w:t>
      </w:r>
    </w:p>
    <w:p>
      <w:pPr>
        <w:jc w:val="both"/>
      </w:pPr>
      <w:r>
        <w:t>Giá cho mỗi chất kích tập.</w:t>
      </w:r>
    </w:p>
    <w:p>
      <w:pPr>
        <w:jc w:val="both"/>
      </w:pPr>
      <w:r>
        <w:t>1302</w:t>
      </w:r>
    </w:p>
    <w:p>
      <w:pPr>
        <w:jc w:val="both"/>
      </w:pPr>
      <w:r>
        <w:t>1288</w:t>
      </w:r>
    </w:p>
    <w:p>
      <w:pPr>
        <w:jc w:val="both"/>
      </w:pPr>
      <w:r>
        <w:t>04C5.1.330</w:t>
      </w:r>
    </w:p>
    <w:p>
      <w:pPr>
        <w:jc w:val="both"/>
      </w:pPr>
      <w:r>
        <w:t>Đo độ ngưng tập tiểu cầu với Ristocetin/ Epinephrin/ ArachidonicAcide/ thrombin</w:t>
      </w:r>
    </w:p>
    <w:p>
      <w:pPr>
        <w:jc w:val="both"/>
      </w:pPr>
      <w:r>
        <w:t>212.000</w:t>
      </w:r>
    </w:p>
    <w:p>
      <w:pPr>
        <w:jc w:val="both"/>
      </w:pPr>
      <w:r>
        <w:t>240.000</w:t>
      </w:r>
    </w:p>
    <w:p>
      <w:pPr>
        <w:jc w:val="both"/>
      </w:pPr>
      <w:r>
        <w:t>Giá cho mỗi yếu tố.</w:t>
      </w:r>
    </w:p>
    <w:p>
      <w:pPr>
        <w:jc w:val="both"/>
      </w:pPr>
      <w:r>
        <w:t>1303</w:t>
      </w:r>
    </w:p>
    <w:p>
      <w:pPr>
        <w:jc w:val="both"/>
      </w:pPr>
      <w:r>
        <w:t>1289</w:t>
      </w:r>
    </w:p>
    <w:p>
      <w:pPr>
        <w:jc w:val="both"/>
      </w:pPr>
      <w:r>
        <w:t>Đo độ nhớt (độ quánh) máu toàn phần/huyết tương/ dịch khác (tính cho một loại)</w:t>
      </w:r>
    </w:p>
    <w:p>
      <w:pPr>
        <w:jc w:val="both"/>
      </w:pPr>
      <w:r>
        <w:t>53.400</w:t>
      </w:r>
    </w:p>
    <w:p>
      <w:pPr>
        <w:jc w:val="both"/>
      </w:pPr>
      <w:r>
        <w:t>60.200</w:t>
      </w:r>
    </w:p>
    <w:p>
      <w:pPr>
        <w:jc w:val="both"/>
      </w:pPr>
      <w:r>
        <w:t>1304</w:t>
      </w:r>
    </w:p>
    <w:p>
      <w:pPr>
        <w:jc w:val="both"/>
      </w:pPr>
      <w:r>
        <w:t>1290</w:t>
      </w:r>
    </w:p>
    <w:p>
      <w:pPr>
        <w:jc w:val="both"/>
      </w:pPr>
      <w:r>
        <w:t>Giải trình tự gen bằng phương pháp NGS (giá tính cho 01 gen)</w:t>
      </w:r>
    </w:p>
    <w:p>
      <w:pPr>
        <w:jc w:val="both"/>
      </w:pPr>
      <w:r>
        <w:t>8.113.000</w:t>
      </w:r>
    </w:p>
    <w:p>
      <w:pPr>
        <w:jc w:val="both"/>
      </w:pPr>
      <w:r>
        <w:t>9.293.000</w:t>
      </w:r>
    </w:p>
    <w:p>
      <w:pPr>
        <w:jc w:val="both"/>
      </w:pPr>
      <w:r>
        <w:t>1305</w:t>
      </w:r>
    </w:p>
    <w:p>
      <w:pPr>
        <w:jc w:val="both"/>
      </w:pPr>
      <w:r>
        <w:t>1291</w:t>
      </w:r>
    </w:p>
    <w:p>
      <w:pPr>
        <w:jc w:val="both"/>
      </w:pPr>
      <w:r>
        <w:t>Giải trình tự gen bằng phương pháp Sanger (giá tính cho 01 gen)</w:t>
      </w:r>
    </w:p>
    <w:p>
      <w:pPr>
        <w:jc w:val="both"/>
      </w:pPr>
      <w:r>
        <w:t>6.813.000</w:t>
      </w:r>
    </w:p>
    <w:p>
      <w:pPr>
        <w:jc w:val="both"/>
      </w:pPr>
      <w:r>
        <w:t>7.796.000</w:t>
      </w:r>
    </w:p>
    <w:p>
      <w:pPr>
        <w:jc w:val="both"/>
      </w:pPr>
      <w:r>
        <w:t>1306</w:t>
      </w:r>
    </w:p>
    <w:p>
      <w:pPr>
        <w:jc w:val="both"/>
      </w:pPr>
      <w:r>
        <w:t>1292</w:t>
      </w:r>
    </w:p>
    <w:p>
      <w:pPr>
        <w:jc w:val="both"/>
      </w:pPr>
      <w:r>
        <w:t>04C5.1.279</w:t>
      </w:r>
    </w:p>
    <w:p>
      <w:pPr>
        <w:jc w:val="both"/>
      </w:pPr>
      <w:r>
        <w:t>Hemoglobin Định lượng (bằng máy quang kế)</w:t>
      </w:r>
    </w:p>
    <w:p>
      <w:pPr>
        <w:jc w:val="both"/>
      </w:pPr>
      <w:r>
        <w:t>30.800</w:t>
      </w:r>
    </w:p>
    <w:p>
      <w:pPr>
        <w:jc w:val="both"/>
      </w:pPr>
      <w:r>
        <w:t>34.700</w:t>
      </w:r>
    </w:p>
    <w:p>
      <w:pPr>
        <w:jc w:val="both"/>
      </w:pPr>
      <w:r>
        <w:t>1307</w:t>
      </w:r>
    </w:p>
    <w:p>
      <w:pPr>
        <w:jc w:val="both"/>
      </w:pPr>
      <w:r>
        <w:t>1293</w:t>
      </w:r>
    </w:p>
    <w:p>
      <w:pPr>
        <w:jc w:val="both"/>
      </w:pPr>
      <w:r>
        <w:t>Hiệu giá kháng thể miễn dịch (Kỹ thuật Scangel/Gelcard trên máy bán tự động/tự động)</w:t>
      </w:r>
    </w:p>
    <w:p>
      <w:pPr>
        <w:jc w:val="both"/>
      </w:pPr>
      <w:r>
        <w:t>459.000</w:t>
      </w:r>
    </w:p>
    <w:p>
      <w:pPr>
        <w:jc w:val="both"/>
      </w:pPr>
      <w:r>
        <w:t>522.000</w:t>
      </w:r>
    </w:p>
    <w:p>
      <w:pPr>
        <w:jc w:val="both"/>
      </w:pPr>
      <w:r>
        <w:t>1308</w:t>
      </w:r>
    </w:p>
    <w:p>
      <w:pPr>
        <w:jc w:val="both"/>
      </w:pPr>
      <w:r>
        <w:t>1294</w:t>
      </w:r>
    </w:p>
    <w:p>
      <w:pPr>
        <w:jc w:val="both"/>
      </w:pPr>
      <w:r>
        <w:t>03C3.1.HH104</w:t>
      </w:r>
    </w:p>
    <w:p>
      <w:pPr>
        <w:jc w:val="both"/>
      </w:pPr>
      <w:r>
        <w:t>Hiệu giá kháng thể tự nhiên chống A, B/ Hiệu giá kháng thể bất thường 30-50)</w:t>
      </w:r>
    </w:p>
    <w:p>
      <w:pPr>
        <w:jc w:val="both"/>
      </w:pPr>
      <w:r>
        <w:t>41.500</w:t>
      </w:r>
    </w:p>
    <w:p>
      <w:pPr>
        <w:jc w:val="both"/>
      </w:pPr>
      <w:r>
        <w:t>46.800</w:t>
      </w:r>
    </w:p>
    <w:p>
      <w:pPr>
        <w:jc w:val="both"/>
      </w:pPr>
      <w:r>
        <w:t>1309</w:t>
      </w:r>
    </w:p>
    <w:p>
      <w:pPr>
        <w:jc w:val="both"/>
      </w:pPr>
      <w:r>
        <w:t>1295</w:t>
      </w:r>
    </w:p>
    <w:p>
      <w:pPr>
        <w:jc w:val="both"/>
      </w:pPr>
      <w:r>
        <w:t>03C3.1.HH21</w:t>
      </w:r>
    </w:p>
    <w:p>
      <w:pPr>
        <w:jc w:val="both"/>
      </w:pPr>
      <w:r>
        <w:t>Hoá mô miễn dịch tủy xương (01 marker)</w:t>
      </w:r>
    </w:p>
    <w:p>
      <w:pPr>
        <w:jc w:val="both"/>
      </w:pPr>
      <w:r>
        <w:t>189.000</w:t>
      </w:r>
    </w:p>
    <w:p>
      <w:pPr>
        <w:jc w:val="both"/>
      </w:pPr>
      <w:r>
        <w:t>213.000</w:t>
      </w:r>
    </w:p>
    <w:p>
      <w:pPr>
        <w:jc w:val="both"/>
      </w:pPr>
      <w:r>
        <w:t>1310</w:t>
      </w:r>
    </w:p>
    <w:p>
      <w:pPr>
        <w:jc w:val="both"/>
      </w:pPr>
      <w:r>
        <w:t>1296</w:t>
      </w:r>
    </w:p>
    <w:p>
      <w:pPr>
        <w:jc w:val="both"/>
      </w:pPr>
      <w:r>
        <w:t>04C5.1.281</w:t>
      </w:r>
    </w:p>
    <w:p>
      <w:pPr>
        <w:jc w:val="both"/>
      </w:pPr>
      <w:r>
        <w:t>Hồng cầu lưới (bằng phương pháp thủ công)</w:t>
      </w:r>
    </w:p>
    <w:p>
      <w:pPr>
        <w:jc w:val="both"/>
      </w:pPr>
      <w:r>
        <w:t>27.200</w:t>
      </w:r>
    </w:p>
    <w:p>
      <w:pPr>
        <w:jc w:val="both"/>
      </w:pPr>
      <w:r>
        <w:t>30.700</w:t>
      </w:r>
    </w:p>
    <w:p>
      <w:pPr>
        <w:jc w:val="both"/>
      </w:pPr>
      <w:r>
        <w:t>1311</w:t>
      </w:r>
    </w:p>
    <w:p>
      <w:pPr>
        <w:jc w:val="both"/>
      </w:pPr>
      <w:r>
        <w:t>1297</w:t>
      </w:r>
    </w:p>
    <w:p>
      <w:pPr>
        <w:jc w:val="both"/>
      </w:pPr>
      <w:r>
        <w:t>04C5.1.278</w:t>
      </w:r>
    </w:p>
    <w:p>
      <w:pPr>
        <w:jc w:val="both"/>
      </w:pPr>
      <w:r>
        <w:t>Huyết đồ (bằng phương pháp thủ công)</w:t>
      </w:r>
    </w:p>
    <w:p>
      <w:pPr>
        <w:jc w:val="both"/>
      </w:pPr>
      <w:r>
        <w:t>67.600</w:t>
      </w:r>
    </w:p>
    <w:p>
      <w:pPr>
        <w:jc w:val="both"/>
      </w:pPr>
      <w:r>
        <w:t>76.200</w:t>
      </w:r>
    </w:p>
    <w:p>
      <w:pPr>
        <w:jc w:val="both"/>
      </w:pPr>
      <w:r>
        <w:t>1312</w:t>
      </w:r>
    </w:p>
    <w:p>
      <w:pPr>
        <w:jc w:val="both"/>
      </w:pPr>
      <w:r>
        <w:t>1298</w:t>
      </w:r>
    </w:p>
    <w:p>
      <w:pPr>
        <w:jc w:val="both"/>
      </w:pPr>
      <w:r>
        <w:t>03C3.1.HH5</w:t>
      </w:r>
    </w:p>
    <w:p>
      <w:pPr>
        <w:jc w:val="both"/>
      </w:pPr>
      <w:r>
        <w:t>Huyết đồ (sử dụng máy đếm tự động)</w:t>
      </w:r>
    </w:p>
    <w:p>
      <w:pPr>
        <w:jc w:val="both"/>
      </w:pPr>
      <w:r>
        <w:t>71.200</w:t>
      </w:r>
    </w:p>
    <w:p>
      <w:pPr>
        <w:jc w:val="both"/>
      </w:pPr>
      <w:r>
        <w:t>80.300</w:t>
      </w:r>
    </w:p>
    <w:p>
      <w:pPr>
        <w:jc w:val="both"/>
      </w:pPr>
      <w:r>
        <w:t>1313</w:t>
      </w:r>
    </w:p>
    <w:p>
      <w:pPr>
        <w:jc w:val="both"/>
      </w:pPr>
      <w:r>
        <w:t>1299</w:t>
      </w:r>
    </w:p>
    <w:p>
      <w:pPr>
        <w:jc w:val="both"/>
      </w:pPr>
      <w:r>
        <w:t>Huyết đồ bằng hệ thống tự động hoàn toàn (có nhuộm lam)</w:t>
      </w:r>
    </w:p>
    <w:p>
      <w:pPr>
        <w:jc w:val="both"/>
      </w:pPr>
      <w:r>
        <w:t>154.000</w:t>
      </w:r>
    </w:p>
    <w:p>
      <w:pPr>
        <w:jc w:val="both"/>
      </w:pPr>
      <w:r>
        <w:t>173.000</w:t>
      </w:r>
    </w:p>
    <w:p>
      <w:pPr>
        <w:jc w:val="both"/>
      </w:pPr>
      <w:r>
        <w:t>1314</w:t>
      </w:r>
    </w:p>
    <w:p>
      <w:pPr>
        <w:jc w:val="both"/>
      </w:pPr>
      <w:r>
        <w:t>1300</w:t>
      </w:r>
    </w:p>
    <w:p>
      <w:pPr>
        <w:jc w:val="both"/>
      </w:pPr>
      <w:r>
        <w:t>03C3.1.HH20</w:t>
      </w:r>
    </w:p>
    <w:p>
      <w:pPr>
        <w:jc w:val="both"/>
      </w:pPr>
      <w:r>
        <w:t>Lách đồ</w:t>
      </w:r>
    </w:p>
    <w:p>
      <w:pPr>
        <w:jc w:val="both"/>
      </w:pPr>
      <w:r>
        <w:t>59.300</w:t>
      </w:r>
    </w:p>
    <w:p>
      <w:pPr>
        <w:jc w:val="both"/>
      </w:pPr>
      <w:r>
        <w:t>66.900</w:t>
      </w:r>
    </w:p>
    <w:p>
      <w:pPr>
        <w:jc w:val="both"/>
      </w:pPr>
      <w:r>
        <w:t>1315</w:t>
      </w:r>
    </w:p>
    <w:p>
      <w:pPr>
        <w:jc w:val="both"/>
      </w:pPr>
      <w:r>
        <w:t>1301</w:t>
      </w:r>
    </w:p>
    <w:p>
      <w:pPr>
        <w:jc w:val="both"/>
      </w:pPr>
      <w:r>
        <w:t>Lọc bạch cầu trong khối hồng cầu</w:t>
      </w:r>
    </w:p>
    <w:p>
      <w:pPr>
        <w:jc w:val="both"/>
      </w:pPr>
      <w:r>
        <w:t>577.000</w:t>
      </w:r>
    </w:p>
    <w:p>
      <w:pPr>
        <w:jc w:val="both"/>
      </w:pPr>
      <w:r>
        <w:t>658.000</w:t>
      </w:r>
    </w:p>
    <w:p>
      <w:pPr>
        <w:jc w:val="both"/>
      </w:pPr>
      <w:r>
        <w:t>Chưa bao gồm phin lọc bạch cầu</w:t>
      </w:r>
    </w:p>
    <w:p>
      <w:pPr>
        <w:jc w:val="both"/>
      </w:pPr>
      <w:r>
        <w:t>1316</w:t>
      </w:r>
    </w:p>
    <w:p>
      <w:pPr>
        <w:jc w:val="both"/>
      </w:pPr>
      <w:r>
        <w:t>1302</w:t>
      </w:r>
    </w:p>
    <w:p>
      <w:pPr>
        <w:jc w:val="both"/>
      </w:pPr>
      <w:r>
        <w:t>Lympho cross match bằng kỹ thuật Flow-cytometry</w:t>
      </w:r>
    </w:p>
    <w:p>
      <w:pPr>
        <w:jc w:val="both"/>
      </w:pPr>
      <w:r>
        <w:t>2.202.000</w:t>
      </w:r>
    </w:p>
    <w:p>
      <w:pPr>
        <w:jc w:val="both"/>
      </w:pPr>
      <w:r>
        <w:t>2.523.000</w:t>
      </w:r>
    </w:p>
    <w:p>
      <w:pPr>
        <w:jc w:val="both"/>
      </w:pPr>
      <w:r>
        <w:t>1317</w:t>
      </w:r>
    </w:p>
    <w:p>
      <w:pPr>
        <w:jc w:val="both"/>
      </w:pPr>
      <w:r>
        <w:t>1303</w:t>
      </w:r>
    </w:p>
    <w:p>
      <w:pPr>
        <w:jc w:val="both"/>
      </w:pPr>
      <w:r>
        <w:t>03C3.1.HH12</w:t>
      </w:r>
    </w:p>
    <w:p>
      <w:pPr>
        <w:jc w:val="both"/>
      </w:pPr>
      <w:r>
        <w:t>Máu lắng (bằng máy tự động)</w:t>
      </w:r>
    </w:p>
    <w:p>
      <w:pPr>
        <w:jc w:val="both"/>
      </w:pPr>
      <w:r>
        <w:t>35.600</w:t>
      </w:r>
    </w:p>
    <w:p>
      <w:pPr>
        <w:jc w:val="both"/>
      </w:pPr>
      <w:r>
        <w:t>40.100</w:t>
      </w:r>
    </w:p>
    <w:p>
      <w:pPr>
        <w:jc w:val="both"/>
      </w:pPr>
      <w:r>
        <w:t>1318</w:t>
      </w:r>
    </w:p>
    <w:p>
      <w:pPr>
        <w:jc w:val="both"/>
      </w:pPr>
      <w:r>
        <w:t>1304</w:t>
      </w:r>
    </w:p>
    <w:p>
      <w:pPr>
        <w:jc w:val="both"/>
      </w:pPr>
      <w:r>
        <w:t>04C5.1.283</w:t>
      </w:r>
    </w:p>
    <w:p>
      <w:pPr>
        <w:jc w:val="both"/>
      </w:pPr>
      <w:r>
        <w:t>Máu lắng (bằng phương pháp thủ công)</w:t>
      </w:r>
    </w:p>
    <w:p>
      <w:pPr>
        <w:jc w:val="both"/>
      </w:pPr>
      <w:r>
        <w:t>23.700</w:t>
      </w:r>
    </w:p>
    <w:p>
      <w:pPr>
        <w:jc w:val="both"/>
      </w:pPr>
      <w:r>
        <w:t>26.700</w:t>
      </w:r>
    </w:p>
    <w:p>
      <w:pPr>
        <w:jc w:val="both"/>
      </w:pPr>
      <w:r>
        <w:t>1319</w:t>
      </w:r>
    </w:p>
    <w:p>
      <w:pPr>
        <w:jc w:val="both"/>
      </w:pPr>
      <w:r>
        <w:t>1305</w:t>
      </w:r>
    </w:p>
    <w:p>
      <w:pPr>
        <w:jc w:val="both"/>
      </w:pPr>
      <w:r>
        <w:t>04C5.1.334</w:t>
      </w:r>
    </w:p>
    <w:p>
      <w:pPr>
        <w:jc w:val="both"/>
      </w:pPr>
      <w:r>
        <w:t>Nghiệm pháp Coombs gián tiếp (phương pháp hồng cầu gắn từ trên máy bán tự động)</w:t>
      </w:r>
    </w:p>
    <w:p>
      <w:pPr>
        <w:jc w:val="both"/>
      </w:pPr>
      <w:r>
        <w:t>115.000</w:t>
      </w:r>
    </w:p>
    <w:p>
      <w:pPr>
        <w:jc w:val="both"/>
      </w:pPr>
      <w:r>
        <w:t>130.000</w:t>
      </w:r>
    </w:p>
    <w:p>
      <w:pPr>
        <w:jc w:val="both"/>
      </w:pPr>
      <w:r>
        <w:t>1320</w:t>
      </w:r>
    </w:p>
    <w:p>
      <w:pPr>
        <w:jc w:val="both"/>
      </w:pPr>
      <w:r>
        <w:t>1306</w:t>
      </w:r>
    </w:p>
    <w:p>
      <w:pPr>
        <w:jc w:val="both"/>
      </w:pPr>
      <w:r>
        <w:t>04C5.1.332</w:t>
      </w:r>
    </w:p>
    <w:p>
      <w:pPr>
        <w:jc w:val="both"/>
      </w:pPr>
      <w:r>
        <w:t>Nghiệm pháp Coombs gián tiếp hoặc trực tiếp (bằng một trong các phương pháp: ống nghiệm, Gelcard/ Scangel);</w:t>
      </w:r>
    </w:p>
    <w:p>
      <w:pPr>
        <w:jc w:val="both"/>
      </w:pPr>
      <w:r>
        <w:t>83.100</w:t>
      </w:r>
    </w:p>
    <w:p>
      <w:pPr>
        <w:jc w:val="both"/>
      </w:pPr>
      <w:r>
        <w:t>93.700</w:t>
      </w:r>
    </w:p>
    <w:p>
      <w:pPr>
        <w:jc w:val="both"/>
      </w:pPr>
      <w:r>
        <w:t>1321</w:t>
      </w:r>
    </w:p>
    <w:p>
      <w:pPr>
        <w:jc w:val="both"/>
      </w:pPr>
      <w:r>
        <w:t>1307</w:t>
      </w:r>
    </w:p>
    <w:p>
      <w:pPr>
        <w:jc w:val="both"/>
      </w:pPr>
      <w:r>
        <w:t>04C5.1.333</w:t>
      </w:r>
    </w:p>
    <w:p>
      <w:pPr>
        <w:jc w:val="both"/>
      </w:pPr>
      <w:r>
        <w:t>Nghiệm pháp Coombs trực tiếp (phương pháp hồng cầu gắn từ trên máy bán tự động)</w:t>
      </w:r>
    </w:p>
    <w:p>
      <w:pPr>
        <w:jc w:val="both"/>
      </w:pPr>
      <w:r>
        <w:t>123.000</w:t>
      </w:r>
    </w:p>
    <w:p>
      <w:pPr>
        <w:jc w:val="both"/>
      </w:pPr>
      <w:r>
        <w:t>139.000</w:t>
      </w:r>
    </w:p>
    <w:p>
      <w:pPr>
        <w:jc w:val="both"/>
      </w:pPr>
      <w:r>
        <w:t>1322</w:t>
      </w:r>
    </w:p>
    <w:p>
      <w:pPr>
        <w:jc w:val="both"/>
      </w:pPr>
      <w:r>
        <w:t>1308</w:t>
      </w:r>
    </w:p>
    <w:p>
      <w:pPr>
        <w:jc w:val="both"/>
      </w:pPr>
      <w:r>
        <w:t>03C3.1.HH27</w:t>
      </w:r>
    </w:p>
    <w:p>
      <w:pPr>
        <w:jc w:val="both"/>
      </w:pPr>
      <w:r>
        <w:t>Nghiệm pháp rượu (nghiệm pháp Ethanol)</w:t>
      </w:r>
    </w:p>
    <w:p>
      <w:pPr>
        <w:jc w:val="both"/>
      </w:pPr>
      <w:r>
        <w:t>29.600</w:t>
      </w:r>
    </w:p>
    <w:p>
      <w:pPr>
        <w:jc w:val="both"/>
      </w:pPr>
      <w:r>
        <w:t>33.400</w:t>
      </w:r>
    </w:p>
    <w:p>
      <w:pPr>
        <w:jc w:val="both"/>
      </w:pPr>
      <w:r>
        <w:t>1323</w:t>
      </w:r>
    </w:p>
    <w:p>
      <w:pPr>
        <w:jc w:val="both"/>
      </w:pPr>
      <w:r>
        <w:t>1309</w:t>
      </w:r>
    </w:p>
    <w:p>
      <w:pPr>
        <w:jc w:val="both"/>
      </w:pPr>
      <w:r>
        <w:t>Nghiệm pháp sinh Thromboplastin (T.G.T: Thromboplastin Generation Test)</w:t>
      </w:r>
    </w:p>
    <w:p>
      <w:pPr>
        <w:jc w:val="both"/>
      </w:pPr>
      <w:r>
        <w:t>305.000</w:t>
      </w:r>
    </w:p>
    <w:p>
      <w:pPr>
        <w:jc w:val="both"/>
      </w:pPr>
      <w:r>
        <w:t>345.000</w:t>
      </w:r>
    </w:p>
    <w:p>
      <w:pPr>
        <w:jc w:val="both"/>
      </w:pPr>
      <w:r>
        <w:t>1324</w:t>
      </w:r>
    </w:p>
    <w:p>
      <w:pPr>
        <w:jc w:val="both"/>
      </w:pPr>
      <w:r>
        <w:t>1310</w:t>
      </w:r>
    </w:p>
    <w:p>
      <w:pPr>
        <w:jc w:val="both"/>
      </w:pPr>
      <w:r>
        <w:t>03C3.1.HH28</w:t>
      </w:r>
    </w:p>
    <w:p>
      <w:pPr>
        <w:jc w:val="both"/>
      </w:pPr>
      <w:r>
        <w:t>Nghiệm pháp von-Kaulla</w:t>
      </w:r>
    </w:p>
    <w:p>
      <w:pPr>
        <w:jc w:val="both"/>
      </w:pPr>
      <w:r>
        <w:t>53.400</w:t>
      </w:r>
    </w:p>
    <w:p>
      <w:pPr>
        <w:jc w:val="both"/>
      </w:pPr>
      <w:r>
        <w:t>60.200</w:t>
      </w:r>
    </w:p>
    <w:p>
      <w:pPr>
        <w:jc w:val="both"/>
      </w:pPr>
      <w:r>
        <w:t>1325</w:t>
      </w:r>
    </w:p>
    <w:p>
      <w:pPr>
        <w:jc w:val="both"/>
      </w:pPr>
      <w:r>
        <w:t>1311</w:t>
      </w:r>
    </w:p>
    <w:p>
      <w:pPr>
        <w:jc w:val="both"/>
      </w:pPr>
      <w:r>
        <w:t>04C5.1.307</w:t>
      </w:r>
    </w:p>
    <w:p>
      <w:pPr>
        <w:jc w:val="both"/>
      </w:pPr>
      <w:r>
        <w:t>Nhuộm Esterase không đặc hiệu</w:t>
      </w:r>
    </w:p>
    <w:p>
      <w:pPr>
        <w:jc w:val="both"/>
      </w:pPr>
      <w:r>
        <w:t>95.000</w:t>
      </w:r>
    </w:p>
    <w:p>
      <w:pPr>
        <w:jc w:val="both"/>
      </w:pPr>
      <w:r>
        <w:t>107.000</w:t>
      </w:r>
    </w:p>
    <w:p>
      <w:pPr>
        <w:jc w:val="both"/>
      </w:pPr>
      <w:r>
        <w:t>1326</w:t>
      </w:r>
    </w:p>
    <w:p>
      <w:pPr>
        <w:jc w:val="both"/>
      </w:pPr>
      <w:r>
        <w:t>1312</w:t>
      </w:r>
    </w:p>
    <w:p>
      <w:pPr>
        <w:jc w:val="both"/>
      </w:pPr>
      <w:r>
        <w:t>04C5.1.308</w:t>
      </w:r>
    </w:p>
    <w:p>
      <w:pPr>
        <w:jc w:val="both"/>
      </w:pPr>
      <w:r>
        <w:t>Nhuộm Esterase không đặc hiệu có ức chế Naf</w:t>
      </w:r>
    </w:p>
    <w:p>
      <w:pPr>
        <w:jc w:val="both"/>
      </w:pPr>
      <w:r>
        <w:t>105.000</w:t>
      </w:r>
    </w:p>
    <w:p>
      <w:pPr>
        <w:jc w:val="both"/>
      </w:pPr>
      <w:r>
        <w:t>119.000</w:t>
      </w:r>
    </w:p>
    <w:p>
      <w:pPr>
        <w:jc w:val="both"/>
      </w:pPr>
      <w:r>
        <w:t>1327</w:t>
      </w:r>
    </w:p>
    <w:p>
      <w:pPr>
        <w:jc w:val="both"/>
      </w:pPr>
      <w:r>
        <w:t>1313</w:t>
      </w:r>
    </w:p>
    <w:p>
      <w:pPr>
        <w:jc w:val="both"/>
      </w:pPr>
      <w:r>
        <w:t>03C3.1.HH4</w:t>
      </w:r>
    </w:p>
    <w:p>
      <w:pPr>
        <w:jc w:val="both"/>
      </w:pPr>
      <w:r>
        <w:t>Nhuộm hồng cầu lưới trên máy tự động</w:t>
      </w:r>
    </w:p>
    <w:p>
      <w:pPr>
        <w:jc w:val="both"/>
      </w:pPr>
      <w:r>
        <w:t>41.500</w:t>
      </w:r>
    </w:p>
    <w:p>
      <w:pPr>
        <w:jc w:val="both"/>
      </w:pPr>
      <w:r>
        <w:t>46.800</w:t>
      </w:r>
    </w:p>
    <w:p>
      <w:pPr>
        <w:jc w:val="both"/>
      </w:pPr>
      <w:r>
        <w:t>1328</w:t>
      </w:r>
    </w:p>
    <w:p>
      <w:pPr>
        <w:jc w:val="both"/>
      </w:pPr>
      <w:r>
        <w:t>1314</w:t>
      </w:r>
    </w:p>
    <w:p>
      <w:pPr>
        <w:jc w:val="both"/>
      </w:pPr>
      <w:r>
        <w:t>03C3.1.HH13</w:t>
      </w:r>
    </w:p>
    <w:p>
      <w:pPr>
        <w:jc w:val="both"/>
      </w:pPr>
      <w:r>
        <w:t>Nhuộm hồng cầu sắt (Nhuộm Perls)</w:t>
      </w:r>
    </w:p>
    <w:p>
      <w:pPr>
        <w:jc w:val="both"/>
      </w:pPr>
      <w:r>
        <w:t>35.600</w:t>
      </w:r>
    </w:p>
    <w:p>
      <w:pPr>
        <w:jc w:val="both"/>
      </w:pPr>
      <w:r>
        <w:t>40.100</w:t>
      </w:r>
    </w:p>
    <w:p>
      <w:pPr>
        <w:jc w:val="both"/>
      </w:pPr>
      <w:r>
        <w:t>1329</w:t>
      </w:r>
    </w:p>
    <w:p>
      <w:pPr>
        <w:jc w:val="both"/>
      </w:pPr>
      <w:r>
        <w:t>1315</w:t>
      </w:r>
    </w:p>
    <w:p>
      <w:pPr>
        <w:jc w:val="both"/>
      </w:pPr>
      <w:r>
        <w:t>04C5.1.309</w:t>
      </w:r>
    </w:p>
    <w:p>
      <w:pPr>
        <w:jc w:val="both"/>
      </w:pPr>
      <w:r>
        <w:t>Nhuộm Periodic Acide Schiff (PAS)</w:t>
      </w:r>
    </w:p>
    <w:p>
      <w:pPr>
        <w:jc w:val="both"/>
      </w:pPr>
      <w:r>
        <w:t>95.000</w:t>
      </w:r>
    </w:p>
    <w:p>
      <w:pPr>
        <w:jc w:val="both"/>
      </w:pPr>
      <w:r>
        <w:t>107.000</w:t>
      </w:r>
    </w:p>
    <w:p>
      <w:pPr>
        <w:jc w:val="both"/>
      </w:pPr>
      <w:r>
        <w:t>1330</w:t>
      </w:r>
    </w:p>
    <w:p>
      <w:pPr>
        <w:jc w:val="both"/>
      </w:pPr>
      <w:r>
        <w:t>1316</w:t>
      </w:r>
    </w:p>
    <w:p>
      <w:pPr>
        <w:jc w:val="both"/>
      </w:pPr>
      <w:r>
        <w:t>04C5.1.305</w:t>
      </w:r>
    </w:p>
    <w:p>
      <w:pPr>
        <w:jc w:val="both"/>
      </w:pPr>
      <w:r>
        <w:t>Nhuộm Peroxydase (MPO)</w:t>
      </w:r>
    </w:p>
    <w:p>
      <w:pPr>
        <w:jc w:val="both"/>
      </w:pPr>
      <w:r>
        <w:t>79.500</w:t>
      </w:r>
    </w:p>
    <w:p>
      <w:pPr>
        <w:jc w:val="both"/>
      </w:pPr>
      <w:r>
        <w:t>89.600</w:t>
      </w:r>
    </w:p>
    <w:p>
      <w:pPr>
        <w:jc w:val="both"/>
      </w:pPr>
      <w:r>
        <w:t>1331</w:t>
      </w:r>
    </w:p>
    <w:p>
      <w:pPr>
        <w:jc w:val="both"/>
      </w:pPr>
      <w:r>
        <w:t>1317</w:t>
      </w:r>
    </w:p>
    <w:p>
      <w:pPr>
        <w:jc w:val="both"/>
      </w:pPr>
      <w:r>
        <w:t>03C3.1.HH15</w:t>
      </w:r>
    </w:p>
    <w:p>
      <w:pPr>
        <w:jc w:val="both"/>
      </w:pPr>
      <w:r>
        <w:t>Nhuộm Phosphatase acid</w:t>
      </w:r>
    </w:p>
    <w:p>
      <w:pPr>
        <w:jc w:val="both"/>
      </w:pPr>
      <w:r>
        <w:t>77.200</w:t>
      </w:r>
    </w:p>
    <w:p>
      <w:pPr>
        <w:jc w:val="both"/>
      </w:pPr>
      <w:r>
        <w:t>87.000</w:t>
      </w:r>
    </w:p>
    <w:p>
      <w:pPr>
        <w:jc w:val="both"/>
      </w:pPr>
      <w:r>
        <w:t>1332</w:t>
      </w:r>
    </w:p>
    <w:p>
      <w:pPr>
        <w:jc w:val="both"/>
      </w:pPr>
      <w:r>
        <w:t>1318</w:t>
      </w:r>
    </w:p>
    <w:p>
      <w:pPr>
        <w:jc w:val="both"/>
      </w:pPr>
      <w:r>
        <w:t>03C3.1.HH14</w:t>
      </w:r>
    </w:p>
    <w:p>
      <w:pPr>
        <w:jc w:val="both"/>
      </w:pPr>
      <w:r>
        <w:t>Nhuộm Phosphatase kiềm bạch cầu</w:t>
      </w:r>
    </w:p>
    <w:p>
      <w:pPr>
        <w:jc w:val="both"/>
      </w:pPr>
      <w:r>
        <w:t>71.200</w:t>
      </w:r>
    </w:p>
    <w:p>
      <w:pPr>
        <w:jc w:val="both"/>
      </w:pPr>
      <w:r>
        <w:t>80.300</w:t>
      </w:r>
    </w:p>
    <w:p>
      <w:pPr>
        <w:jc w:val="both"/>
      </w:pPr>
      <w:r>
        <w:t>1333</w:t>
      </w:r>
    </w:p>
    <w:p>
      <w:pPr>
        <w:jc w:val="both"/>
      </w:pPr>
      <w:r>
        <w:t>1319</w:t>
      </w:r>
    </w:p>
    <w:p>
      <w:pPr>
        <w:jc w:val="both"/>
      </w:pPr>
      <w:r>
        <w:t>03C3.1.HH19</w:t>
      </w:r>
    </w:p>
    <w:p>
      <w:pPr>
        <w:jc w:val="both"/>
      </w:pPr>
      <w:r>
        <w:t>Nhuộm sợi xơ liên võng trong mô tủy xương</w:t>
      </w:r>
    </w:p>
    <w:p>
      <w:pPr>
        <w:jc w:val="both"/>
      </w:pPr>
      <w:r>
        <w:t>83.100</w:t>
      </w:r>
    </w:p>
    <w:p>
      <w:pPr>
        <w:jc w:val="both"/>
      </w:pPr>
      <w:r>
        <w:t>93.700</w:t>
      </w:r>
    </w:p>
    <w:p>
      <w:pPr>
        <w:jc w:val="both"/>
      </w:pPr>
      <w:r>
        <w:t>1334</w:t>
      </w:r>
    </w:p>
    <w:p>
      <w:pPr>
        <w:jc w:val="both"/>
      </w:pPr>
      <w:r>
        <w:t>1320</w:t>
      </w:r>
    </w:p>
    <w:p>
      <w:pPr>
        <w:jc w:val="both"/>
      </w:pPr>
      <w:r>
        <w:t>03C3.1.HH18</w:t>
      </w:r>
    </w:p>
    <w:p>
      <w:pPr>
        <w:jc w:val="both"/>
      </w:pPr>
      <w:r>
        <w:t>Nhuộm sợi xơ trong mô tủy xương</w:t>
      </w:r>
    </w:p>
    <w:p>
      <w:pPr>
        <w:jc w:val="both"/>
      </w:pPr>
      <w:r>
        <w:t>83.100</w:t>
      </w:r>
    </w:p>
    <w:p>
      <w:pPr>
        <w:jc w:val="both"/>
      </w:pPr>
      <w:r>
        <w:t>93.700</w:t>
      </w:r>
    </w:p>
    <w:p>
      <w:pPr>
        <w:jc w:val="both"/>
      </w:pPr>
      <w:r>
        <w:t>1335</w:t>
      </w:r>
    </w:p>
    <w:p>
      <w:pPr>
        <w:jc w:val="both"/>
      </w:pPr>
      <w:r>
        <w:t>1321</w:t>
      </w:r>
    </w:p>
    <w:p>
      <w:pPr>
        <w:jc w:val="both"/>
      </w:pPr>
      <w:r>
        <w:t>04C5.1.306</w:t>
      </w:r>
    </w:p>
    <w:p>
      <w:pPr>
        <w:jc w:val="both"/>
      </w:pPr>
      <w:r>
        <w:t>Nhuộm sudan den</w:t>
      </w:r>
    </w:p>
    <w:p>
      <w:pPr>
        <w:jc w:val="both"/>
      </w:pPr>
      <w:r>
        <w:t>79.500</w:t>
      </w:r>
    </w:p>
    <w:p>
      <w:pPr>
        <w:jc w:val="both"/>
      </w:pPr>
      <w:r>
        <w:t>89.600</w:t>
      </w:r>
    </w:p>
    <w:p>
      <w:pPr>
        <w:jc w:val="both"/>
      </w:pPr>
      <w:r>
        <w:t>1336</w:t>
      </w:r>
    </w:p>
    <w:p>
      <w:pPr>
        <w:jc w:val="both"/>
      </w:pPr>
      <w:r>
        <w:t>1322</w:t>
      </w:r>
    </w:p>
    <w:p>
      <w:pPr>
        <w:jc w:val="both"/>
      </w:pPr>
      <w:r>
        <w:t>Nuôi cấy cụm tế bào gốc (colony forming culture)</w:t>
      </w:r>
    </w:p>
    <w:p>
      <w:pPr>
        <w:jc w:val="both"/>
      </w:pPr>
      <w:r>
        <w:t>1.301.000</w:t>
      </w:r>
    </w:p>
    <w:p>
      <w:pPr>
        <w:jc w:val="both"/>
      </w:pPr>
      <w:r>
        <w:t>1.486.000</w:t>
      </w:r>
    </w:p>
    <w:p>
      <w:pPr>
        <w:jc w:val="both"/>
      </w:pPr>
      <w:r>
        <w:t>1337</w:t>
      </w:r>
    </w:p>
    <w:p>
      <w:pPr>
        <w:jc w:val="both"/>
      </w:pPr>
      <w:r>
        <w:t>1323</w:t>
      </w:r>
    </w:p>
    <w:p>
      <w:pPr>
        <w:jc w:val="both"/>
      </w:pPr>
      <w:r>
        <w:t>OF test (test sàng lọc Thalassemia)</w:t>
      </w:r>
    </w:p>
    <w:p>
      <w:pPr>
        <w:jc w:val="both"/>
      </w:pPr>
      <w:r>
        <w:t>48.800</w:t>
      </w:r>
    </w:p>
    <w:p>
      <w:pPr>
        <w:jc w:val="both"/>
      </w:pPr>
      <w:r>
        <w:t>55.100</w:t>
      </w:r>
    </w:p>
    <w:p>
      <w:pPr>
        <w:jc w:val="both"/>
      </w:pPr>
      <w:r>
        <w:t>1338</w:t>
      </w:r>
    </w:p>
    <w:p>
      <w:pPr>
        <w:jc w:val="both"/>
      </w:pPr>
      <w:r>
        <w:t>1324</w:t>
      </w:r>
    </w:p>
    <w:p>
      <w:pPr>
        <w:jc w:val="both"/>
      </w:pPr>
      <w:r>
        <w:t>Phân tích dấu ấn/CD/marker miễn dịch máu ngoại vi, hoặc dịch khác bằng kỹ thuật flow cytometry (cho 1 dấu ấn/CD/marker)</w:t>
      </w:r>
    </w:p>
    <w:p>
      <w:pPr>
        <w:jc w:val="both"/>
      </w:pPr>
      <w:r>
        <w:t>400.000</w:t>
      </w:r>
    </w:p>
    <w:p>
      <w:pPr>
        <w:jc w:val="both"/>
      </w:pPr>
      <w:r>
        <w:t>454.000</w:t>
      </w:r>
    </w:p>
    <w:p>
      <w:pPr>
        <w:jc w:val="both"/>
      </w:pPr>
      <w:r>
        <w:t>1339</w:t>
      </w:r>
    </w:p>
    <w:p>
      <w:pPr>
        <w:jc w:val="both"/>
      </w:pPr>
      <w:r>
        <w:t>1325</w:t>
      </w:r>
    </w:p>
    <w:p>
      <w:pPr>
        <w:jc w:val="both"/>
      </w:pPr>
      <w:r>
        <w:t>Phân tích dấu ấn/CD/marker miễn dịch mẫu tủy xương, hoặc mẫu hạch, hoặc mẫu tổ chức khác bằng kỹ thuật flow cytometry (cho 1 dấu ấn/CD/marker)</w:t>
      </w:r>
    </w:p>
    <w:p>
      <w:pPr>
        <w:jc w:val="both"/>
      </w:pPr>
      <w:r>
        <w:t>439.000</w:t>
      </w:r>
    </w:p>
    <w:p>
      <w:pPr>
        <w:jc w:val="both"/>
      </w:pPr>
      <w:r>
        <w:t>496.000</w:t>
      </w:r>
    </w:p>
    <w:p>
      <w:pPr>
        <w:jc w:val="both"/>
      </w:pPr>
      <w:r>
        <w:t>1340</w:t>
      </w:r>
    </w:p>
    <w:p>
      <w:pPr>
        <w:jc w:val="both"/>
      </w:pPr>
      <w:r>
        <w:t>1326</w:t>
      </w:r>
    </w:p>
    <w:p>
      <w:pPr>
        <w:jc w:val="both"/>
      </w:pPr>
      <w:r>
        <w:t>Phản ứng hòa hợp có sử dụng kháng globulin người (Kỹ thuật ống nghiệm)</w:t>
      </w:r>
    </w:p>
    <w:p>
      <w:pPr>
        <w:jc w:val="both"/>
      </w:pPr>
      <w:r>
        <w:t>76.900</w:t>
      </w:r>
    </w:p>
    <w:p>
      <w:pPr>
        <w:jc w:val="both"/>
      </w:pPr>
      <w:r>
        <w:t>86.700</w:t>
      </w:r>
    </w:p>
    <w:p>
      <w:pPr>
        <w:jc w:val="both"/>
      </w:pPr>
      <w:r>
        <w:t>1341</w:t>
      </w:r>
    </w:p>
    <w:p>
      <w:pPr>
        <w:jc w:val="both"/>
      </w:pPr>
      <w:r>
        <w:t>1327</w:t>
      </w:r>
    </w:p>
    <w:p>
      <w:pPr>
        <w:jc w:val="both"/>
      </w:pPr>
      <w:r>
        <w:t>Phản ứng hòa hợp có sử dụng kháng globulin người (Kỹ thuật Scangel/ Gelcard trên máy bán tự động/ tự động)</w:t>
      </w:r>
    </w:p>
    <w:p>
      <w:pPr>
        <w:jc w:val="both"/>
      </w:pPr>
      <w:r>
        <w:t>76.900</w:t>
      </w:r>
    </w:p>
    <w:p>
      <w:pPr>
        <w:jc w:val="both"/>
      </w:pPr>
      <w:r>
        <w:t>86.700</w:t>
      </w:r>
    </w:p>
    <w:p>
      <w:pPr>
        <w:jc w:val="both"/>
      </w:pPr>
      <w:r>
        <w:t>1342</w:t>
      </w:r>
    </w:p>
    <w:p>
      <w:pPr>
        <w:jc w:val="both"/>
      </w:pPr>
      <w:r>
        <w:t>1328</w:t>
      </w:r>
    </w:p>
    <w:p>
      <w:pPr>
        <w:jc w:val="both"/>
      </w:pPr>
      <w:r>
        <w:t>Phản ứng hòa hợp tiểu cầu (Kỹ thuật pha rắn)</w:t>
      </w:r>
    </w:p>
    <w:p>
      <w:pPr>
        <w:jc w:val="both"/>
      </w:pPr>
      <w:r>
        <w:t>56.900</w:t>
      </w:r>
    </w:p>
    <w:p>
      <w:pPr>
        <w:jc w:val="both"/>
      </w:pPr>
      <w:r>
        <w:t>64.100</w:t>
      </w:r>
    </w:p>
    <w:p>
      <w:pPr>
        <w:jc w:val="both"/>
      </w:pPr>
      <w:r>
        <w:t>1343</w:t>
      </w:r>
    </w:p>
    <w:p>
      <w:pPr>
        <w:jc w:val="both"/>
      </w:pPr>
      <w:r>
        <w:t>1329</w:t>
      </w:r>
    </w:p>
    <w:p>
      <w:pPr>
        <w:jc w:val="both"/>
      </w:pPr>
      <w:r>
        <w:t>Phản ứng hòa hợp trong môi trường nước muối ở 22°C (Kỹ thuật Scangel/ Gelcard trên máy bán tự động/ tự động)</w:t>
      </w:r>
    </w:p>
    <w:p>
      <w:pPr>
        <w:jc w:val="both"/>
      </w:pPr>
      <w:r>
        <w:t>69.900</w:t>
      </w:r>
    </w:p>
    <w:p>
      <w:pPr>
        <w:jc w:val="both"/>
      </w:pPr>
      <w:r>
        <w:t>78.800</w:t>
      </w:r>
    </w:p>
    <w:p>
      <w:pPr>
        <w:jc w:val="both"/>
      </w:pPr>
      <w:r>
        <w:t>1344</w:t>
      </w:r>
    </w:p>
    <w:p>
      <w:pPr>
        <w:jc w:val="both"/>
      </w:pPr>
      <w:r>
        <w:t>1330</w:t>
      </w:r>
    </w:p>
    <w:p>
      <w:pPr>
        <w:jc w:val="both"/>
      </w:pPr>
      <w:r>
        <w:t>03C3.1.HH17</w:t>
      </w:r>
    </w:p>
    <w:p>
      <w:pPr>
        <w:jc w:val="both"/>
      </w:pPr>
      <w:r>
        <w:t>Phản ứng hòa hợp trong môi trường nước muối ở 22°C (kỹ thuật ống nghiệm)</w:t>
      </w:r>
    </w:p>
    <w:p>
      <w:pPr>
        <w:jc w:val="both"/>
      </w:pPr>
      <w:r>
        <w:t>29.600</w:t>
      </w:r>
    </w:p>
    <w:p>
      <w:pPr>
        <w:jc w:val="both"/>
      </w:pPr>
      <w:r>
        <w:t>33.400</w:t>
      </w:r>
    </w:p>
    <w:p>
      <w:pPr>
        <w:jc w:val="both"/>
      </w:pPr>
      <w:r>
        <w:t>1345</w:t>
      </w:r>
    </w:p>
    <w:p>
      <w:pPr>
        <w:jc w:val="both"/>
      </w:pPr>
      <w:r>
        <w:t>1331</w:t>
      </w:r>
    </w:p>
    <w:p>
      <w:pPr>
        <w:jc w:val="both"/>
      </w:pPr>
      <w:r>
        <w:t>Phát hiện chất ức chế đường đông máu nội sinh không phụ thuộc thời gian và nhiệt độ</w:t>
      </w:r>
    </w:p>
    <w:p>
      <w:pPr>
        <w:jc w:val="both"/>
      </w:pPr>
      <w:r>
        <w:t>296.000</w:t>
      </w:r>
    </w:p>
    <w:p>
      <w:pPr>
        <w:jc w:val="both"/>
      </w:pPr>
      <w:r>
        <w:t>334.000</w:t>
      </w:r>
    </w:p>
    <w:p>
      <w:pPr>
        <w:jc w:val="both"/>
      </w:pPr>
      <w:r>
        <w:t>1346</w:t>
      </w:r>
    </w:p>
    <w:p>
      <w:pPr>
        <w:jc w:val="both"/>
      </w:pPr>
      <w:r>
        <w:t>1332</w:t>
      </w:r>
    </w:p>
    <w:p>
      <w:pPr>
        <w:jc w:val="both"/>
      </w:pPr>
      <w:r>
        <w:t>Phát hiện chất ức chế đường đông máu nội sinh phụ thuộc thời gian và nhiệt độ</w:t>
      </w:r>
    </w:p>
    <w:p>
      <w:pPr>
        <w:jc w:val="both"/>
      </w:pPr>
      <w:r>
        <w:t>366.000</w:t>
      </w:r>
    </w:p>
    <w:p>
      <w:pPr>
        <w:jc w:val="both"/>
      </w:pPr>
      <w:r>
        <w:t>415.000</w:t>
      </w:r>
    </w:p>
    <w:p>
      <w:pPr>
        <w:jc w:val="both"/>
      </w:pPr>
      <w:r>
        <w:t>1347</w:t>
      </w:r>
    </w:p>
    <w:p>
      <w:pPr>
        <w:jc w:val="both"/>
      </w:pPr>
      <w:r>
        <w:t>1333</w:t>
      </w:r>
    </w:p>
    <w:p>
      <w:pPr>
        <w:jc w:val="both"/>
      </w:pPr>
      <w:r>
        <w:t>Phát hiện đảo đoạn intron22 của gen yếu tố VIII bệnh Hemophilia bằng kỹ thuật longrange PCR</w:t>
      </w:r>
    </w:p>
    <w:p>
      <w:pPr>
        <w:jc w:val="both"/>
      </w:pPr>
      <w:r>
        <w:t>1.391.000</w:t>
      </w:r>
    </w:p>
    <w:p>
      <w:pPr>
        <w:jc w:val="both"/>
      </w:pPr>
      <w:r>
        <w:t>1.588.000</w:t>
      </w:r>
    </w:p>
    <w:p>
      <w:pPr>
        <w:jc w:val="both"/>
      </w:pPr>
      <w:r>
        <w:t>1348</w:t>
      </w:r>
    </w:p>
    <w:p>
      <w:pPr>
        <w:jc w:val="both"/>
      </w:pPr>
      <w:r>
        <w:t>1334</w:t>
      </w:r>
    </w:p>
    <w:p>
      <w:pPr>
        <w:jc w:val="both"/>
      </w:pPr>
      <w:r>
        <w:t>Phát hiện gen bệnh Thalassemia bằng kỹ thuật PCR-RFLP</w:t>
      </w:r>
    </w:p>
    <w:p>
      <w:pPr>
        <w:jc w:val="both"/>
      </w:pPr>
      <w:r>
        <w:t>600.000</w:t>
      </w:r>
    </w:p>
    <w:p>
      <w:pPr>
        <w:jc w:val="both"/>
      </w:pPr>
      <w:r>
        <w:t>684.000</w:t>
      </w:r>
    </w:p>
    <w:p>
      <w:pPr>
        <w:jc w:val="both"/>
      </w:pPr>
      <w:r>
        <w:t>1349</w:t>
      </w:r>
    </w:p>
    <w:p>
      <w:pPr>
        <w:jc w:val="both"/>
      </w:pPr>
      <w:r>
        <w:t>1335</w:t>
      </w:r>
    </w:p>
    <w:p>
      <w:pPr>
        <w:jc w:val="both"/>
      </w:pPr>
      <w:r>
        <w:t>Phát hiện kháng đông đường chung</w:t>
      </w:r>
    </w:p>
    <w:p>
      <w:pPr>
        <w:jc w:val="both"/>
      </w:pPr>
      <w:r>
        <w:t>91.100</w:t>
      </w:r>
    </w:p>
    <w:p>
      <w:pPr>
        <w:jc w:val="both"/>
      </w:pPr>
      <w:r>
        <w:t>102.000</w:t>
      </w:r>
    </w:p>
    <w:p>
      <w:pPr>
        <w:jc w:val="both"/>
      </w:pPr>
      <w:r>
        <w:t>1350</w:t>
      </w:r>
    </w:p>
    <w:p>
      <w:pPr>
        <w:jc w:val="both"/>
      </w:pPr>
      <w:r>
        <w:t>1336</w:t>
      </w:r>
    </w:p>
    <w:p>
      <w:pPr>
        <w:jc w:val="both"/>
      </w:pPr>
      <w:r>
        <w:t>Phát hiện kháng đông lupus (LAC/ LA screen: Lupus Anticoagulant screen)</w:t>
      </w:r>
    </w:p>
    <w:p>
      <w:pPr>
        <w:jc w:val="both"/>
      </w:pPr>
      <w:r>
        <w:t>251.000</w:t>
      </w:r>
    </w:p>
    <w:p>
      <w:pPr>
        <w:jc w:val="both"/>
      </w:pPr>
      <w:r>
        <w:t>283.000</w:t>
      </w:r>
    </w:p>
    <w:p>
      <w:pPr>
        <w:jc w:val="both"/>
      </w:pPr>
      <w:r>
        <w:t>1351</w:t>
      </w:r>
    </w:p>
    <w:p>
      <w:pPr>
        <w:jc w:val="both"/>
      </w:pPr>
      <w:r>
        <w:t>1337</w:t>
      </w:r>
    </w:p>
    <w:p>
      <w:pPr>
        <w:jc w:val="both"/>
      </w:pPr>
      <w:r>
        <w:t>Phát hiện kháng thể kháng tiểu cầu bằng kỹ thuật Flow-cytometry</w:t>
      </w:r>
    </w:p>
    <w:p>
      <w:pPr>
        <w:jc w:val="both"/>
      </w:pPr>
      <w:r>
        <w:t>2.143.000</w:t>
      </w:r>
    </w:p>
    <w:p>
      <w:pPr>
        <w:jc w:val="both"/>
      </w:pPr>
      <w:r>
        <w:t>2.455.000</w:t>
      </w:r>
    </w:p>
    <w:p>
      <w:pPr>
        <w:jc w:val="both"/>
      </w:pPr>
      <w:r>
        <w:t>1352</w:t>
      </w:r>
    </w:p>
    <w:p>
      <w:pPr>
        <w:jc w:val="both"/>
      </w:pPr>
      <w:r>
        <w:t>1338</w:t>
      </w:r>
    </w:p>
    <w:p>
      <w:pPr>
        <w:jc w:val="both"/>
      </w:pPr>
      <w:r>
        <w:t>Rửa hồng cầu/tiểu cầu bằng máy ly tâm lạnh</w:t>
      </w:r>
    </w:p>
    <w:p>
      <w:pPr>
        <w:jc w:val="both"/>
      </w:pPr>
      <w:r>
        <w:t>139.000</w:t>
      </w:r>
    </w:p>
    <w:p>
      <w:pPr>
        <w:jc w:val="both"/>
      </w:pPr>
      <w:r>
        <w:t>157.000</w:t>
      </w:r>
    </w:p>
    <w:p>
      <w:pPr>
        <w:jc w:val="both"/>
      </w:pPr>
      <w:r>
        <w:t>1353</w:t>
      </w:r>
    </w:p>
    <w:p>
      <w:pPr>
        <w:jc w:val="both"/>
      </w:pPr>
      <w:r>
        <w:t>1339</w:t>
      </w:r>
    </w:p>
    <w:p>
      <w:pPr>
        <w:jc w:val="both"/>
      </w:pPr>
      <w:r>
        <w:t>03C3.1.HH102</w:t>
      </w:r>
    </w:p>
    <w:p>
      <w:pPr>
        <w:jc w:val="both"/>
      </w:pPr>
      <w:r>
        <w:t>Sàng lọc kháng thể bất thường (kỹ thuật ống nghiệm)</w:t>
      </w:r>
    </w:p>
    <w:p>
      <w:pPr>
        <w:jc w:val="both"/>
      </w:pPr>
      <w:r>
        <w:t>95.000</w:t>
      </w:r>
    </w:p>
    <w:p>
      <w:pPr>
        <w:jc w:val="both"/>
      </w:pPr>
      <w:r>
        <w:t>107.000</w:t>
      </w:r>
    </w:p>
    <w:p>
      <w:pPr>
        <w:jc w:val="both"/>
      </w:pPr>
      <w:r>
        <w:t>1354</w:t>
      </w:r>
    </w:p>
    <w:p>
      <w:pPr>
        <w:jc w:val="both"/>
      </w:pPr>
      <w:r>
        <w:t>1340</w:t>
      </w:r>
    </w:p>
    <w:p>
      <w:pPr>
        <w:jc w:val="both"/>
      </w:pPr>
      <w:r>
        <w:t>Sàng lọc kháng thể bất thường (Kỹ thuật Scangel/ Gelcard trên máy bán tự động/ tự động)</w:t>
      </w:r>
    </w:p>
    <w:p>
      <w:pPr>
        <w:jc w:val="both"/>
      </w:pPr>
      <w:r>
        <w:t>251.000</w:t>
      </w:r>
    </w:p>
    <w:p>
      <w:pPr>
        <w:jc w:val="both"/>
      </w:pPr>
      <w:r>
        <w:t>283.000</w:t>
      </w:r>
    </w:p>
    <w:p>
      <w:pPr>
        <w:jc w:val="both"/>
      </w:pPr>
      <w:r>
        <w:t>1355</w:t>
      </w:r>
    </w:p>
    <w:p>
      <w:pPr>
        <w:jc w:val="both"/>
      </w:pPr>
      <w:r>
        <w:t>1341</w:t>
      </w:r>
    </w:p>
    <w:p>
      <w:pPr>
        <w:jc w:val="both"/>
      </w:pPr>
      <w:r>
        <w:t>04C5.1.284</w:t>
      </w:r>
    </w:p>
    <w:p>
      <w:pPr>
        <w:jc w:val="both"/>
      </w:pPr>
      <w:r>
        <w:t>Sức bền thẩm thấu hồng cầu</w:t>
      </w:r>
    </w:p>
    <w:p>
      <w:pPr>
        <w:jc w:val="both"/>
      </w:pPr>
      <w:r>
        <w:t>39.100</w:t>
      </w:r>
    </w:p>
    <w:p>
      <w:pPr>
        <w:jc w:val="both"/>
      </w:pPr>
      <w:r>
        <w:t>44.000</w:t>
      </w:r>
    </w:p>
    <w:p>
      <w:pPr>
        <w:jc w:val="both"/>
      </w:pPr>
      <w:r>
        <w:t>1356</w:t>
      </w:r>
    </w:p>
    <w:p>
      <w:pPr>
        <w:jc w:val="both"/>
      </w:pPr>
      <w:r>
        <w:t>1342</w:t>
      </w:r>
    </w:p>
    <w:p>
      <w:pPr>
        <w:jc w:val="both"/>
      </w:pPr>
      <w:r>
        <w:t>03C3.1.HH106</w:t>
      </w:r>
    </w:p>
    <w:p>
      <w:pPr>
        <w:jc w:val="both"/>
      </w:pPr>
      <w:r>
        <w:t>Gạn tế bào máu/ huyết tương điều trị</w:t>
      </w:r>
    </w:p>
    <w:p>
      <w:pPr>
        <w:jc w:val="both"/>
      </w:pPr>
      <w:r>
        <w:t>878.000</w:t>
      </w:r>
    </w:p>
    <w:p>
      <w:pPr>
        <w:jc w:val="both"/>
      </w:pPr>
      <w:r>
        <w:t>999.000</w:t>
      </w:r>
    </w:p>
    <w:p>
      <w:pPr>
        <w:jc w:val="both"/>
      </w:pPr>
      <w:r>
        <w:t>Chưa bao gồm kít tách tế bào máu</w:t>
      </w:r>
    </w:p>
    <w:p>
      <w:pPr>
        <w:jc w:val="both"/>
      </w:pPr>
      <w:r>
        <w:t>1357</w:t>
      </w:r>
    </w:p>
    <w:p>
      <w:pPr>
        <w:jc w:val="both"/>
      </w:pPr>
      <w:r>
        <w:t>1343</w:t>
      </w:r>
    </w:p>
    <w:p>
      <w:pPr>
        <w:jc w:val="both"/>
      </w:pPr>
      <w:r>
        <w:t>03C3.1.HH11</w:t>
      </w:r>
    </w:p>
    <w:p>
      <w:pPr>
        <w:jc w:val="both"/>
      </w:pPr>
      <w:r>
        <w:t>Tập trung bạch cầu</w:t>
      </w:r>
    </w:p>
    <w:p>
      <w:pPr>
        <w:jc w:val="both"/>
      </w:pPr>
      <w:r>
        <w:t>29.600</w:t>
      </w:r>
    </w:p>
    <w:p>
      <w:pPr>
        <w:jc w:val="both"/>
      </w:pPr>
      <w:r>
        <w:t>33.400</w:t>
      </w:r>
    </w:p>
    <w:p>
      <w:pPr>
        <w:jc w:val="both"/>
      </w:pPr>
      <w:r>
        <w:t>1358</w:t>
      </w:r>
    </w:p>
    <w:p>
      <w:pPr>
        <w:jc w:val="both"/>
      </w:pPr>
      <w:r>
        <w:t>1344</w:t>
      </w:r>
    </w:p>
    <w:p>
      <w:pPr>
        <w:jc w:val="both"/>
      </w:pPr>
      <w:r>
        <w:t>03C3.1.HH50</w:t>
      </w:r>
    </w:p>
    <w:p>
      <w:pPr>
        <w:jc w:val="both"/>
      </w:pPr>
      <w:r>
        <w:t>Test đường + Ham</w:t>
      </w:r>
    </w:p>
    <w:p>
      <w:pPr>
        <w:jc w:val="both"/>
      </w:pPr>
      <w:r>
        <w:t>71.200</w:t>
      </w:r>
    </w:p>
    <w:p>
      <w:pPr>
        <w:jc w:val="both"/>
      </w:pPr>
      <w:r>
        <w:t>80.300</w:t>
      </w:r>
    </w:p>
    <w:p>
      <w:pPr>
        <w:jc w:val="both"/>
      </w:pPr>
      <w:r>
        <w:t>1359</w:t>
      </w:r>
    </w:p>
    <w:p>
      <w:pPr>
        <w:jc w:val="both"/>
      </w:pPr>
      <w:r>
        <w:t>1345</w:t>
      </w:r>
    </w:p>
    <w:p>
      <w:pPr>
        <w:jc w:val="both"/>
      </w:pPr>
      <w:r>
        <w:t>04C5.1.282</w:t>
      </w:r>
    </w:p>
    <w:p>
      <w:pPr>
        <w:jc w:val="both"/>
      </w:pPr>
      <w:r>
        <w:t>Thể tích khối hồng cầu (Hematocrit)</w:t>
      </w:r>
    </w:p>
    <w:p>
      <w:pPr>
        <w:jc w:val="both"/>
      </w:pPr>
      <w:r>
        <w:t>17.800</w:t>
      </w:r>
    </w:p>
    <w:p>
      <w:pPr>
        <w:jc w:val="both"/>
      </w:pPr>
      <w:r>
        <w:t>20.000</w:t>
      </w:r>
    </w:p>
    <w:p>
      <w:pPr>
        <w:jc w:val="both"/>
      </w:pPr>
      <w:r>
        <w:t>1360</w:t>
      </w:r>
    </w:p>
    <w:p>
      <w:pPr>
        <w:jc w:val="both"/>
      </w:pPr>
      <w:r>
        <w:t>1346</w:t>
      </w:r>
    </w:p>
    <w:p>
      <w:pPr>
        <w:jc w:val="both"/>
      </w:pPr>
      <w:r>
        <w:t>04C5.1.297</w:t>
      </w:r>
    </w:p>
    <w:p>
      <w:pPr>
        <w:jc w:val="both"/>
      </w:pPr>
      <w:r>
        <w:t>Thời gian Howell</w:t>
      </w:r>
    </w:p>
    <w:p>
      <w:pPr>
        <w:jc w:val="both"/>
      </w:pPr>
      <w:r>
        <w:t>32.000</w:t>
      </w:r>
    </w:p>
    <w:p>
      <w:pPr>
        <w:jc w:val="both"/>
      </w:pPr>
      <w:r>
        <w:t>36.000</w:t>
      </w:r>
    </w:p>
    <w:p>
      <w:pPr>
        <w:jc w:val="both"/>
      </w:pPr>
      <w:r>
        <w:t>1361</w:t>
      </w:r>
    </w:p>
    <w:p>
      <w:pPr>
        <w:jc w:val="both"/>
      </w:pPr>
      <w:r>
        <w:t>1347</w:t>
      </w:r>
    </w:p>
    <w:p>
      <w:pPr>
        <w:jc w:val="both"/>
      </w:pPr>
      <w:r>
        <w:t>04C5.1.348</w:t>
      </w:r>
    </w:p>
    <w:p>
      <w:pPr>
        <w:jc w:val="both"/>
      </w:pPr>
      <w:r>
        <w:t>Thời gian máu chảy (phương pháp Ivy)</w:t>
      </w:r>
    </w:p>
    <w:p>
      <w:pPr>
        <w:jc w:val="both"/>
      </w:pPr>
      <w:r>
        <w:t>49.800</w:t>
      </w:r>
    </w:p>
    <w:p>
      <w:pPr>
        <w:jc w:val="both"/>
      </w:pPr>
      <w:r>
        <w:t>56.100</w:t>
      </w:r>
    </w:p>
    <w:p>
      <w:pPr>
        <w:jc w:val="both"/>
      </w:pPr>
      <w:r>
        <w:t>1362</w:t>
      </w:r>
    </w:p>
    <w:p>
      <w:pPr>
        <w:jc w:val="both"/>
      </w:pPr>
      <w:r>
        <w:t>1348</w:t>
      </w:r>
    </w:p>
    <w:p>
      <w:pPr>
        <w:jc w:val="both"/>
      </w:pPr>
      <w:r>
        <w:t>04C5.1.295</w:t>
      </w:r>
    </w:p>
    <w:p>
      <w:pPr>
        <w:jc w:val="both"/>
      </w:pPr>
      <w:r>
        <w:t>Thời gian máu chảy/(phương pháp Duke)</w:t>
      </w:r>
    </w:p>
    <w:p>
      <w:pPr>
        <w:jc w:val="both"/>
      </w:pPr>
      <w:r>
        <w:t>13.000</w:t>
      </w:r>
    </w:p>
    <w:p>
      <w:pPr>
        <w:jc w:val="both"/>
      </w:pPr>
      <w:r>
        <w:t>14.600</w:t>
      </w:r>
    </w:p>
    <w:p>
      <w:pPr>
        <w:jc w:val="both"/>
      </w:pPr>
      <w:r>
        <w:t>1363</w:t>
      </w:r>
    </w:p>
    <w:p>
      <w:pPr>
        <w:jc w:val="both"/>
      </w:pPr>
      <w:r>
        <w:t>1349</w:t>
      </w:r>
    </w:p>
    <w:p>
      <w:pPr>
        <w:jc w:val="both"/>
      </w:pPr>
      <w:r>
        <w:t>Thời gian máu đông</w:t>
      </w:r>
    </w:p>
    <w:p>
      <w:pPr>
        <w:jc w:val="both"/>
      </w:pPr>
      <w:r>
        <w:t>13.000</w:t>
      </w:r>
    </w:p>
    <w:p>
      <w:pPr>
        <w:jc w:val="both"/>
      </w:pPr>
      <w:r>
        <w:t>14.600</w:t>
      </w:r>
    </w:p>
    <w:p>
      <w:pPr>
        <w:jc w:val="both"/>
      </w:pPr>
      <w:r>
        <w:t>1364</w:t>
      </w:r>
    </w:p>
    <w:p>
      <w:pPr>
        <w:jc w:val="both"/>
      </w:pPr>
      <w:r>
        <w:t>1350</w:t>
      </w:r>
    </w:p>
    <w:p>
      <w:pPr>
        <w:jc w:val="both"/>
      </w:pPr>
      <w:r>
        <w:t>03C3.1.HH22</w:t>
      </w:r>
    </w:p>
    <w:p>
      <w:pPr>
        <w:jc w:val="both"/>
      </w:pPr>
      <w:r>
        <w:t>Thời gian Prothombin (PT%, PTs, INR)</w:t>
      </w:r>
    </w:p>
    <w:p>
      <w:pPr>
        <w:jc w:val="both"/>
      </w:pPr>
      <w:r>
        <w:t>41.500</w:t>
      </w:r>
    </w:p>
    <w:p>
      <w:pPr>
        <w:jc w:val="both"/>
      </w:pPr>
      <w:r>
        <w:t>46.800</w:t>
      </w:r>
    </w:p>
    <w:p>
      <w:pPr>
        <w:jc w:val="both"/>
      </w:pPr>
      <w:r>
        <w:t>1365</w:t>
      </w:r>
    </w:p>
    <w:p>
      <w:pPr>
        <w:jc w:val="both"/>
      </w:pPr>
      <w:r>
        <w:t>1351</w:t>
      </w:r>
    </w:p>
    <w:p>
      <w:pPr>
        <w:jc w:val="both"/>
      </w:pPr>
      <w:r>
        <w:t>04C5.1.301</w:t>
      </w:r>
    </w:p>
    <w:p>
      <w:pPr>
        <w:jc w:val="both"/>
      </w:pPr>
      <w:r>
        <w:t>Thời gian Prothrombin (PT,TQ) bằng thủ công</w:t>
      </w:r>
    </w:p>
    <w:p>
      <w:pPr>
        <w:jc w:val="both"/>
      </w:pPr>
      <w:r>
        <w:t>56.900</w:t>
      </w:r>
    </w:p>
    <w:p>
      <w:pPr>
        <w:jc w:val="both"/>
      </w:pPr>
      <w:r>
        <w:t>64.100</w:t>
      </w:r>
    </w:p>
    <w:p>
      <w:pPr>
        <w:jc w:val="both"/>
      </w:pPr>
      <w:r>
        <w:t>1366</w:t>
      </w:r>
    </w:p>
    <w:p>
      <w:pPr>
        <w:jc w:val="both"/>
      </w:pPr>
      <w:r>
        <w:t>1352</w:t>
      </w:r>
    </w:p>
    <w:p>
      <w:pPr>
        <w:jc w:val="both"/>
      </w:pPr>
      <w:r>
        <w:t>04C5.1.302</w:t>
      </w:r>
    </w:p>
    <w:p>
      <w:pPr>
        <w:jc w:val="both"/>
      </w:pPr>
      <w:r>
        <w:t>Thời gian Prothrombin (PT,TQ) bằng máy bán tự động, tự động</w:t>
      </w:r>
    </w:p>
    <w:p>
      <w:pPr>
        <w:jc w:val="both"/>
      </w:pPr>
      <w:r>
        <w:t>65.300</w:t>
      </w:r>
    </w:p>
    <w:p>
      <w:pPr>
        <w:jc w:val="both"/>
      </w:pPr>
      <w:r>
        <w:t>73.600</w:t>
      </w:r>
    </w:p>
    <w:p>
      <w:pPr>
        <w:jc w:val="both"/>
      </w:pPr>
      <w:r>
        <w:t>1367</w:t>
      </w:r>
    </w:p>
    <w:p>
      <w:pPr>
        <w:jc w:val="both"/>
      </w:pPr>
      <w:r>
        <w:t>1353</w:t>
      </w:r>
    </w:p>
    <w:p>
      <w:pPr>
        <w:jc w:val="both"/>
      </w:pPr>
      <w:r>
        <w:t>03C3.1.HH24</w:t>
      </w:r>
    </w:p>
    <w:p>
      <w:pPr>
        <w:jc w:val="both"/>
      </w:pPr>
      <w:r>
        <w:t>Thời gian thrombin (TT)</w:t>
      </w:r>
    </w:p>
    <w:p>
      <w:pPr>
        <w:jc w:val="both"/>
      </w:pPr>
      <w:r>
        <w:t>41.500</w:t>
      </w:r>
    </w:p>
    <w:p>
      <w:pPr>
        <w:jc w:val="both"/>
      </w:pPr>
      <w:r>
        <w:t>46.800</w:t>
      </w:r>
    </w:p>
    <w:p>
      <w:pPr>
        <w:jc w:val="both"/>
      </w:pPr>
      <w:r>
        <w:t>1368</w:t>
      </w:r>
    </w:p>
    <w:p>
      <w:pPr>
        <w:jc w:val="both"/>
      </w:pPr>
      <w:r>
        <w:t>1354</w:t>
      </w:r>
    </w:p>
    <w:p>
      <w:pPr>
        <w:jc w:val="both"/>
      </w:pPr>
      <w:r>
        <w:t>03C3.1.HH23</w:t>
      </w:r>
    </w:p>
    <w:p>
      <w:pPr>
        <w:jc w:val="both"/>
      </w:pPr>
      <w:r>
        <w:t>Thời gian thromboplastin hoạt hóa từng phần (APTT)</w:t>
      </w:r>
    </w:p>
    <w:p>
      <w:pPr>
        <w:jc w:val="both"/>
      </w:pPr>
      <w:r>
        <w:t>41.500</w:t>
      </w:r>
    </w:p>
    <w:p>
      <w:pPr>
        <w:jc w:val="both"/>
      </w:pPr>
      <w:r>
        <w:t>46.800</w:t>
      </w:r>
    </w:p>
    <w:p>
      <w:pPr>
        <w:jc w:val="both"/>
      </w:pPr>
      <w:r>
        <w:t>1369</w:t>
      </w:r>
    </w:p>
    <w:p>
      <w:pPr>
        <w:jc w:val="both"/>
      </w:pPr>
      <w:r>
        <w:t>1356</w:t>
      </w:r>
    </w:p>
    <w:p>
      <w:pPr>
        <w:jc w:val="both"/>
      </w:pPr>
      <w:r>
        <w:t>03C3.1.HH108</w:t>
      </w:r>
    </w:p>
    <w:p>
      <w:pPr>
        <w:jc w:val="both"/>
      </w:pPr>
      <w:r>
        <w:t>Thu thập và chiết tách tế bào gốc từ máu cuống rốn</w:t>
      </w:r>
    </w:p>
    <w:p>
      <w:pPr>
        <w:jc w:val="both"/>
      </w:pPr>
      <w:r>
        <w:t>2.578.000</w:t>
      </w:r>
    </w:p>
    <w:p>
      <w:pPr>
        <w:jc w:val="both"/>
      </w:pPr>
      <w:r>
        <w:t>2.956.000</w:t>
      </w:r>
    </w:p>
    <w:p>
      <w:pPr>
        <w:jc w:val="both"/>
      </w:pPr>
      <w:r>
        <w:t>Chưa bao gồm kít tách tế bào máu.</w:t>
      </w:r>
    </w:p>
    <w:p>
      <w:pPr>
        <w:jc w:val="both"/>
      </w:pPr>
      <w:r>
        <w:t>1370</w:t>
      </w:r>
    </w:p>
    <w:p>
      <w:pPr>
        <w:jc w:val="both"/>
      </w:pPr>
      <w:r>
        <w:t>1357</w:t>
      </w:r>
    </w:p>
    <w:p>
      <w:pPr>
        <w:jc w:val="both"/>
      </w:pPr>
      <w:r>
        <w:t>03C3.1.HH107</w:t>
      </w:r>
    </w:p>
    <w:p>
      <w:pPr>
        <w:jc w:val="both"/>
      </w:pPr>
      <w:r>
        <w:t>Thu thập và chiết tách tế bào gốc từ máu ngoại vi</w:t>
      </w:r>
    </w:p>
    <w:p>
      <w:pPr>
        <w:jc w:val="both"/>
      </w:pPr>
      <w:r>
        <w:t>2.578.000</w:t>
      </w:r>
    </w:p>
    <w:p>
      <w:pPr>
        <w:jc w:val="both"/>
      </w:pPr>
      <w:r>
        <w:t>2.956.000</w:t>
      </w:r>
    </w:p>
    <w:p>
      <w:pPr>
        <w:jc w:val="both"/>
      </w:pPr>
      <w:r>
        <w:t>Chưa bao gồm kít tách tế bào máu.</w:t>
      </w:r>
    </w:p>
    <w:p>
      <w:pPr>
        <w:jc w:val="both"/>
      </w:pPr>
      <w:r>
        <w:t>1371</w:t>
      </w:r>
    </w:p>
    <w:p>
      <w:pPr>
        <w:jc w:val="both"/>
      </w:pPr>
      <w:r>
        <w:t>1358</w:t>
      </w:r>
    </w:p>
    <w:p>
      <w:pPr>
        <w:jc w:val="both"/>
      </w:pPr>
      <w:r>
        <w:t>03C3.1.HH109</w:t>
      </w:r>
    </w:p>
    <w:p>
      <w:pPr>
        <w:jc w:val="both"/>
      </w:pPr>
      <w:r>
        <w:t>Thu thập và chiết tách tế bào gốc từ tủy xương</w:t>
      </w:r>
    </w:p>
    <w:p>
      <w:pPr>
        <w:jc w:val="both"/>
      </w:pPr>
      <w:r>
        <w:t>3.078.000</w:t>
      </w:r>
    </w:p>
    <w:p>
      <w:pPr>
        <w:jc w:val="both"/>
      </w:pPr>
      <w:r>
        <w:t>3.532.000</w:t>
      </w:r>
    </w:p>
    <w:p>
      <w:pPr>
        <w:jc w:val="both"/>
      </w:pPr>
      <w:r>
        <w:t>Chưa bao gồm kít tách tế bào.</w:t>
      </w:r>
    </w:p>
    <w:p>
      <w:pPr>
        <w:jc w:val="both"/>
      </w:pPr>
      <w:r>
        <w:t>1372</w:t>
      </w:r>
    </w:p>
    <w:p>
      <w:pPr>
        <w:jc w:val="both"/>
      </w:pPr>
      <w:r>
        <w:t>1359</w:t>
      </w:r>
    </w:p>
    <w:p>
      <w:pPr>
        <w:jc w:val="both"/>
      </w:pPr>
      <w:r>
        <w:t>Tinh dịch đồ</w:t>
      </w:r>
    </w:p>
    <w:p>
      <w:pPr>
        <w:jc w:val="both"/>
      </w:pPr>
      <w:r>
        <w:t>324.000</w:t>
      </w:r>
    </w:p>
    <w:p>
      <w:pPr>
        <w:jc w:val="both"/>
      </w:pPr>
      <w:r>
        <w:t>367.000</w:t>
      </w:r>
    </w:p>
    <w:p>
      <w:pPr>
        <w:jc w:val="both"/>
      </w:pPr>
      <w:r>
        <w:t>1373</w:t>
      </w:r>
    </w:p>
    <w:p>
      <w:pPr>
        <w:jc w:val="both"/>
      </w:pPr>
      <w:r>
        <w:t>1360</w:t>
      </w:r>
    </w:p>
    <w:p>
      <w:pPr>
        <w:jc w:val="both"/>
      </w:pPr>
      <w:r>
        <w:t>03C3.1.HH10</w:t>
      </w:r>
    </w:p>
    <w:p>
      <w:pPr>
        <w:jc w:val="both"/>
      </w:pPr>
      <w:r>
        <w:t>Tìm ấu trùng giun chỉ trong máu</w:t>
      </w:r>
    </w:p>
    <w:p>
      <w:pPr>
        <w:jc w:val="both"/>
      </w:pPr>
      <w:r>
        <w:t>35.600</w:t>
      </w:r>
    </w:p>
    <w:p>
      <w:pPr>
        <w:jc w:val="both"/>
      </w:pPr>
      <w:r>
        <w:t>40.100</w:t>
      </w:r>
    </w:p>
    <w:p>
      <w:pPr>
        <w:jc w:val="both"/>
      </w:pPr>
      <w:r>
        <w:t>1374</w:t>
      </w:r>
    </w:p>
    <w:p>
      <w:pPr>
        <w:jc w:val="both"/>
      </w:pPr>
      <w:r>
        <w:t>1361</w:t>
      </w:r>
    </w:p>
    <w:p>
      <w:pPr>
        <w:jc w:val="both"/>
      </w:pPr>
      <w:r>
        <w:t>03C3.1.HH9</w:t>
      </w:r>
    </w:p>
    <w:p>
      <w:pPr>
        <w:jc w:val="both"/>
      </w:pPr>
      <w:r>
        <w:t>Tìm hồng cầu có chấm ưa base (bằng máy)</w:t>
      </w:r>
    </w:p>
    <w:p>
      <w:pPr>
        <w:jc w:val="both"/>
      </w:pPr>
      <w:r>
        <w:t>17.800</w:t>
      </w:r>
    </w:p>
    <w:p>
      <w:pPr>
        <w:jc w:val="both"/>
      </w:pPr>
      <w:r>
        <w:t>20.000</w:t>
      </w:r>
    </w:p>
    <w:p>
      <w:pPr>
        <w:jc w:val="both"/>
      </w:pPr>
      <w:r>
        <w:t>1375</w:t>
      </w:r>
    </w:p>
    <w:p>
      <w:pPr>
        <w:jc w:val="both"/>
      </w:pPr>
      <w:r>
        <w:t>1362</w:t>
      </w:r>
    </w:p>
    <w:p>
      <w:pPr>
        <w:jc w:val="both"/>
      </w:pPr>
      <w:r>
        <w:t>04C5.1.319</w:t>
      </w:r>
    </w:p>
    <w:p>
      <w:pPr>
        <w:jc w:val="both"/>
      </w:pPr>
      <w:r>
        <w:t>Tìm ký sinh trùng sốt rét trong máu bằng phương pháp thủ công</w:t>
      </w:r>
    </w:p>
    <w:p>
      <w:pPr>
        <w:jc w:val="both"/>
      </w:pPr>
      <w:r>
        <w:t>37.900</w:t>
      </w:r>
    </w:p>
    <w:p>
      <w:pPr>
        <w:jc w:val="both"/>
      </w:pPr>
      <w:r>
        <w:t>42.700</w:t>
      </w:r>
    </w:p>
    <w:p>
      <w:pPr>
        <w:jc w:val="both"/>
      </w:pPr>
      <w:r>
        <w:t>1376</w:t>
      </w:r>
    </w:p>
    <w:p>
      <w:pPr>
        <w:jc w:val="both"/>
      </w:pPr>
      <w:r>
        <w:t>1363</w:t>
      </w:r>
    </w:p>
    <w:p>
      <w:pPr>
        <w:jc w:val="both"/>
      </w:pPr>
      <w:r>
        <w:t>03C3.1.HH8</w:t>
      </w:r>
    </w:p>
    <w:p>
      <w:pPr>
        <w:jc w:val="both"/>
      </w:pPr>
      <w:r>
        <w:t>Tìm mảnh vỡ hồng cầu (bằng máy)</w:t>
      </w:r>
    </w:p>
    <w:p>
      <w:pPr>
        <w:jc w:val="both"/>
      </w:pPr>
      <w:r>
        <w:t>17.800</w:t>
      </w:r>
    </w:p>
    <w:p>
      <w:pPr>
        <w:jc w:val="both"/>
      </w:pPr>
      <w:r>
        <w:t>20.000</w:t>
      </w:r>
    </w:p>
    <w:p>
      <w:pPr>
        <w:jc w:val="both"/>
      </w:pPr>
      <w:r>
        <w:t>1377</w:t>
      </w:r>
    </w:p>
    <w:p>
      <w:pPr>
        <w:jc w:val="both"/>
      </w:pPr>
      <w:r>
        <w:t>1364</w:t>
      </w:r>
    </w:p>
    <w:p>
      <w:pPr>
        <w:jc w:val="both"/>
      </w:pPr>
      <w:r>
        <w:t>04C5.1.294</w:t>
      </w:r>
    </w:p>
    <w:p>
      <w:pPr>
        <w:jc w:val="both"/>
      </w:pPr>
      <w:r>
        <w:t>Tìm tế bào Hargraves</w:t>
      </w:r>
    </w:p>
    <w:p>
      <w:pPr>
        <w:jc w:val="both"/>
      </w:pPr>
      <w:r>
        <w:t>66.400</w:t>
      </w:r>
    </w:p>
    <w:p>
      <w:pPr>
        <w:jc w:val="both"/>
      </w:pPr>
      <w:r>
        <w:t>74.900</w:t>
      </w:r>
    </w:p>
    <w:p>
      <w:pPr>
        <w:jc w:val="both"/>
      </w:pPr>
      <w:r>
        <w:t>1378</w:t>
      </w:r>
    </w:p>
    <w:p>
      <w:pPr>
        <w:jc w:val="both"/>
      </w:pPr>
      <w:r>
        <w:t>1365</w:t>
      </w:r>
    </w:p>
    <w:p>
      <w:pPr>
        <w:jc w:val="both"/>
      </w:pPr>
      <w:r>
        <w:t>03C3.1.HH25</w:t>
      </w:r>
    </w:p>
    <w:p>
      <w:pPr>
        <w:jc w:val="both"/>
      </w:pPr>
      <w:r>
        <w:t>Tìm yếu tố kháng đông đường ngoại sinh</w:t>
      </w:r>
    </w:p>
    <w:p>
      <w:pPr>
        <w:jc w:val="both"/>
      </w:pPr>
      <w:r>
        <w:t>83.100</w:t>
      </w:r>
    </w:p>
    <w:p>
      <w:pPr>
        <w:jc w:val="both"/>
      </w:pPr>
      <w:r>
        <w:t>93.700</w:t>
      </w:r>
    </w:p>
    <w:p>
      <w:pPr>
        <w:jc w:val="both"/>
      </w:pPr>
      <w:r>
        <w:t>1379</w:t>
      </w:r>
    </w:p>
    <w:p>
      <w:pPr>
        <w:jc w:val="both"/>
      </w:pPr>
      <w:r>
        <w:t>1366</w:t>
      </w:r>
    </w:p>
    <w:p>
      <w:pPr>
        <w:jc w:val="both"/>
      </w:pPr>
      <w:r>
        <w:t>03C3.1.HH26</w:t>
      </w:r>
    </w:p>
    <w:p>
      <w:pPr>
        <w:jc w:val="both"/>
      </w:pPr>
      <w:r>
        <w:t>Tìm yếu tố kháng đông đường nội sinh</w:t>
      </w:r>
    </w:p>
    <w:p>
      <w:pPr>
        <w:jc w:val="both"/>
      </w:pPr>
      <w:r>
        <w:t>118.000</w:t>
      </w:r>
    </w:p>
    <w:p>
      <w:pPr>
        <w:jc w:val="both"/>
      </w:pPr>
      <w:r>
        <w:t>133.000</w:t>
      </w:r>
    </w:p>
    <w:p>
      <w:pPr>
        <w:jc w:val="both"/>
      </w:pPr>
      <w:r>
        <w:t>1380</w:t>
      </w:r>
    </w:p>
    <w:p>
      <w:pPr>
        <w:jc w:val="both"/>
      </w:pPr>
      <w:r>
        <w:t>1367</w:t>
      </w:r>
    </w:p>
    <w:p>
      <w:pPr>
        <w:jc w:val="both"/>
      </w:pPr>
      <w:r>
        <w:t>04C5.1.323</w:t>
      </w:r>
    </w:p>
    <w:p>
      <w:pPr>
        <w:jc w:val="both"/>
      </w:pPr>
      <w:r>
        <w:t>Tổng phân tích tế bào máu ngoại vi (bằng hệ thống tự động hoàn toàn)</w:t>
      </w:r>
    </w:p>
    <w:p>
      <w:pPr>
        <w:jc w:val="both"/>
      </w:pPr>
      <w:r>
        <w:t>109.000</w:t>
      </w:r>
    </w:p>
    <w:p>
      <w:pPr>
        <w:jc w:val="both"/>
      </w:pPr>
      <w:r>
        <w:t>123.000</w:t>
      </w:r>
    </w:p>
    <w:p>
      <w:pPr>
        <w:jc w:val="both"/>
      </w:pPr>
      <w:r>
        <w:t>Cho tất cả các thông số. Áp dụng trong trường hợp thực hiện xét nghiệm bằng hệ thống 2 máy gồm máy đếm tự động được kết nối với máy kéo lam kính tự động.</w:t>
      </w:r>
    </w:p>
    <w:p>
      <w:pPr>
        <w:jc w:val="both"/>
      </w:pPr>
      <w:r>
        <w:t>1381</w:t>
      </w:r>
    </w:p>
    <w:p>
      <w:pPr>
        <w:jc w:val="both"/>
      </w:pPr>
      <w:r>
        <w:t>1368</w:t>
      </w:r>
    </w:p>
    <w:p>
      <w:pPr>
        <w:jc w:val="both"/>
      </w:pPr>
      <w:r>
        <w:t>04C5.1.280</w:t>
      </w:r>
    </w:p>
    <w:p>
      <w:pPr>
        <w:jc w:val="both"/>
      </w:pPr>
      <w:r>
        <w:t>Tổng phân tích tế bào máu ngoại vi (bằng phương pháp thủ công)</w:t>
      </w:r>
    </w:p>
    <w:p>
      <w:pPr>
        <w:jc w:val="both"/>
      </w:pPr>
      <w:r>
        <w:t>37.900</w:t>
      </w:r>
    </w:p>
    <w:p>
      <w:pPr>
        <w:jc w:val="both"/>
      </w:pPr>
      <w:r>
        <w:t>42.700</w:t>
      </w:r>
    </w:p>
    <w:p>
      <w:pPr>
        <w:jc w:val="both"/>
      </w:pPr>
      <w:r>
        <w:t>1382</w:t>
      </w:r>
    </w:p>
    <w:p>
      <w:pPr>
        <w:jc w:val="both"/>
      </w:pPr>
      <w:r>
        <w:t>1369</w:t>
      </w:r>
    </w:p>
    <w:p>
      <w:pPr>
        <w:jc w:val="both"/>
      </w:pPr>
      <w:r>
        <w:t>03C3.1.HH3</w:t>
      </w:r>
    </w:p>
    <w:p>
      <w:pPr>
        <w:jc w:val="both"/>
      </w:pPr>
      <w:r>
        <w:t>Tổng phân tích tế bào máu ngoại vi bằng máy đếm laser</w:t>
      </w:r>
    </w:p>
    <w:p>
      <w:pPr>
        <w:jc w:val="both"/>
      </w:pPr>
      <w:r>
        <w:t>47.500</w:t>
      </w:r>
    </w:p>
    <w:p>
      <w:pPr>
        <w:jc w:val="both"/>
      </w:pPr>
      <w:r>
        <w:t>53.500</w:t>
      </w:r>
    </w:p>
    <w:p>
      <w:pPr>
        <w:jc w:val="both"/>
      </w:pPr>
      <w:r>
        <w:t>1383</w:t>
      </w:r>
    </w:p>
    <w:p>
      <w:pPr>
        <w:jc w:val="both"/>
      </w:pPr>
      <w:r>
        <w:t>1370</w:t>
      </w:r>
    </w:p>
    <w:p>
      <w:pPr>
        <w:jc w:val="both"/>
      </w:pPr>
      <w:r>
        <w:t>Tổng phân tích tế bào máu ngoại vi bằng máy đếm tự động</w:t>
      </w:r>
    </w:p>
    <w:p>
      <w:pPr>
        <w:jc w:val="both"/>
      </w:pPr>
      <w:r>
        <w:t>41.500</w:t>
      </w:r>
    </w:p>
    <w:p>
      <w:pPr>
        <w:jc w:val="both"/>
      </w:pPr>
      <w:r>
        <w:t>46.800</w:t>
      </w:r>
    </w:p>
    <w:p>
      <w:pPr>
        <w:jc w:val="both"/>
      </w:pPr>
      <w:r>
        <w:t>1384</w:t>
      </w:r>
    </w:p>
    <w:p>
      <w:pPr>
        <w:jc w:val="both"/>
      </w:pPr>
      <w:r>
        <w:t>1371</w:t>
      </w:r>
    </w:p>
    <w:p>
      <w:pPr>
        <w:jc w:val="both"/>
      </w:pPr>
      <w:r>
        <w:t>04C5.1.335</w:t>
      </w:r>
    </w:p>
    <w:p>
      <w:pPr>
        <w:jc w:val="both"/>
      </w:pPr>
      <w:r>
        <w:t>Xác định bản chất kháng thể đặc hiệu (IgG, IgA, IgM, C3d, C3c) (phương pháp gelcard/ scangel khi nghiệm pháp Coombs trực tiếp/ gián tiếp dương tính)</w:t>
      </w:r>
    </w:p>
    <w:p>
      <w:pPr>
        <w:jc w:val="both"/>
      </w:pPr>
      <w:r>
        <w:t>446.000</w:t>
      </w:r>
    </w:p>
    <w:p>
      <w:pPr>
        <w:jc w:val="both"/>
      </w:pPr>
      <w:r>
        <w:t>507.000</w:t>
      </w:r>
    </w:p>
    <w:p>
      <w:pPr>
        <w:jc w:val="both"/>
      </w:pPr>
      <w:r>
        <w:t>1385</w:t>
      </w:r>
    </w:p>
    <w:p>
      <w:pPr>
        <w:jc w:val="both"/>
      </w:pPr>
      <w:r>
        <w:t>1372</w:t>
      </w:r>
    </w:p>
    <w:p>
      <w:pPr>
        <w:jc w:val="both"/>
      </w:pPr>
      <w:r>
        <w:t>03C3.1.HH105</w:t>
      </w:r>
    </w:p>
    <w:p>
      <w:pPr>
        <w:jc w:val="both"/>
      </w:pPr>
      <w:r>
        <w:t>Xác định bất đồng nhóm máu mẹ con</w:t>
      </w:r>
    </w:p>
    <w:p>
      <w:pPr>
        <w:jc w:val="both"/>
      </w:pPr>
      <w:r>
        <w:t>95.000</w:t>
      </w:r>
    </w:p>
    <w:p>
      <w:pPr>
        <w:jc w:val="both"/>
      </w:pPr>
      <w:r>
        <w:t>107.000</w:t>
      </w:r>
    </w:p>
    <w:p>
      <w:pPr>
        <w:jc w:val="both"/>
      </w:pPr>
      <w:r>
        <w:t>1386</w:t>
      </w:r>
    </w:p>
    <w:p>
      <w:pPr>
        <w:jc w:val="both"/>
      </w:pPr>
      <w:r>
        <w:t>1373</w:t>
      </w:r>
    </w:p>
    <w:p>
      <w:pPr>
        <w:jc w:val="both"/>
      </w:pPr>
      <w:r>
        <w:t>03C3.1.HH121</w:t>
      </w:r>
    </w:p>
    <w:p>
      <w:pPr>
        <w:jc w:val="both"/>
      </w:pPr>
      <w:r>
        <w:t>Xác định gen bằng kỹ thuật FISH</w:t>
      </w:r>
    </w:p>
    <w:p>
      <w:pPr>
        <w:jc w:val="both"/>
      </w:pPr>
      <w:r>
        <w:t>3.356.000</w:t>
      </w:r>
    </w:p>
    <w:p>
      <w:pPr>
        <w:jc w:val="both"/>
      </w:pPr>
      <w:r>
        <w:t>3.840.000</w:t>
      </w:r>
    </w:p>
    <w:p>
      <w:pPr>
        <w:jc w:val="both"/>
      </w:pPr>
      <w:r>
        <w:t>1387</w:t>
      </w:r>
    </w:p>
    <w:p>
      <w:pPr>
        <w:jc w:val="both"/>
      </w:pPr>
      <w:r>
        <w:t>1374</w:t>
      </w:r>
    </w:p>
    <w:p>
      <w:pPr>
        <w:jc w:val="both"/>
      </w:pPr>
      <w:r>
        <w:t>03C3.1.HH61</w:t>
      </w:r>
    </w:p>
    <w:p>
      <w:pPr>
        <w:jc w:val="both"/>
      </w:pPr>
      <w:r>
        <w:t>Xác định gen bệnh máu ác tính bằng RT-PCR</w:t>
      </w:r>
    </w:p>
    <w:p>
      <w:pPr>
        <w:jc w:val="both"/>
      </w:pPr>
      <w:r>
        <w:t>878.000</w:t>
      </w:r>
    </w:p>
    <w:p>
      <w:pPr>
        <w:jc w:val="both"/>
      </w:pPr>
      <w:r>
        <w:t>999.000</w:t>
      </w:r>
    </w:p>
    <w:p>
      <w:pPr>
        <w:jc w:val="both"/>
      </w:pPr>
      <w:r>
        <w:t>Cho 1 gen</w:t>
      </w:r>
    </w:p>
    <w:p>
      <w:pPr>
        <w:jc w:val="both"/>
      </w:pPr>
      <w:r>
        <w:t>1388</w:t>
      </w:r>
    </w:p>
    <w:p>
      <w:pPr>
        <w:jc w:val="both"/>
      </w:pPr>
      <w:r>
        <w:t>1375</w:t>
      </w:r>
    </w:p>
    <w:p>
      <w:pPr>
        <w:jc w:val="both"/>
      </w:pPr>
      <w:r>
        <w:t>Xác định gen bệnh máu bằng kỹ thuật cIg FISH (giá tính cho 1 gen)</w:t>
      </w:r>
    </w:p>
    <w:p>
      <w:pPr>
        <w:jc w:val="both"/>
      </w:pPr>
      <w:r>
        <w:t>4.155.000</w:t>
      </w:r>
    </w:p>
    <w:p>
      <w:pPr>
        <w:jc w:val="both"/>
      </w:pPr>
      <w:r>
        <w:t>4.767.000</w:t>
      </w:r>
    </w:p>
    <w:p>
      <w:pPr>
        <w:jc w:val="both"/>
      </w:pPr>
      <w:r>
        <w:t>1389</w:t>
      </w:r>
    </w:p>
    <w:p>
      <w:pPr>
        <w:jc w:val="both"/>
      </w:pPr>
      <w:r>
        <w:t>1376</w:t>
      </w:r>
    </w:p>
    <w:p>
      <w:pPr>
        <w:jc w:val="both"/>
      </w:pPr>
      <w:r>
        <w:t>Xác định kháng nguyên c của hệ của nhóm máu Rh (Kỹ thuật Scangel/ Gelcard trên máy tự động)</w:t>
      </w:r>
    </w:p>
    <w:p>
      <w:pPr>
        <w:jc w:val="both"/>
      </w:pPr>
      <w:r>
        <w:t>113.000</w:t>
      </w:r>
    </w:p>
    <w:p>
      <w:pPr>
        <w:jc w:val="both"/>
      </w:pPr>
      <w:r>
        <w:t>127.000</w:t>
      </w:r>
    </w:p>
    <w:p>
      <w:pPr>
        <w:jc w:val="both"/>
      </w:pPr>
      <w:r>
        <w:t>1390</w:t>
      </w:r>
    </w:p>
    <w:p>
      <w:pPr>
        <w:jc w:val="both"/>
      </w:pPr>
      <w:r>
        <w:t>1377</w:t>
      </w:r>
    </w:p>
    <w:p>
      <w:pPr>
        <w:jc w:val="both"/>
      </w:pPr>
      <w:r>
        <w:t>Xác định kháng nguyên C của hệ nhóm máu Rh (Kỹ thuật ống nghiệm)</w:t>
      </w:r>
    </w:p>
    <w:p>
      <w:pPr>
        <w:jc w:val="both"/>
      </w:pPr>
      <w:r>
        <w:t>117.000</w:t>
      </w:r>
    </w:p>
    <w:p>
      <w:pPr>
        <w:jc w:val="both"/>
      </w:pPr>
      <w:r>
        <w:t>132.000</w:t>
      </w:r>
    </w:p>
    <w:p>
      <w:pPr>
        <w:jc w:val="both"/>
      </w:pPr>
      <w:r>
        <w:t>1391</w:t>
      </w:r>
    </w:p>
    <w:p>
      <w:pPr>
        <w:jc w:val="both"/>
      </w:pPr>
      <w:r>
        <w:t>1378</w:t>
      </w:r>
    </w:p>
    <w:p>
      <w:pPr>
        <w:jc w:val="both"/>
      </w:pPr>
      <w:r>
        <w:t>Xác định kháng nguyên c của hệ nhóm máu Rh (Kỹ thuật ống nghiệm)</w:t>
      </w:r>
    </w:p>
    <w:p>
      <w:pPr>
        <w:jc w:val="both"/>
      </w:pPr>
      <w:r>
        <w:t>87.200</w:t>
      </w:r>
    </w:p>
    <w:p>
      <w:pPr>
        <w:jc w:val="both"/>
      </w:pPr>
      <w:r>
        <w:t>98.300</w:t>
      </w:r>
    </w:p>
    <w:p>
      <w:pPr>
        <w:jc w:val="both"/>
      </w:pPr>
      <w:r>
        <w:t>1392</w:t>
      </w:r>
    </w:p>
    <w:p>
      <w:pPr>
        <w:jc w:val="both"/>
      </w:pPr>
      <w:r>
        <w:t>1379</w:t>
      </w:r>
    </w:p>
    <w:p>
      <w:pPr>
        <w:jc w:val="both"/>
      </w:pPr>
      <w:r>
        <w:t>Xác định kháng nguyên C của hệ nhóm máu Rh (Kỹ thuật Scangel/Gelcard trên máy tự động)</w:t>
      </w:r>
    </w:p>
    <w:p>
      <w:pPr>
        <w:jc w:val="both"/>
      </w:pPr>
      <w:r>
        <w:t>132.000</w:t>
      </w:r>
    </w:p>
    <w:p>
      <w:pPr>
        <w:jc w:val="both"/>
      </w:pPr>
      <w:r>
        <w:t>149.000</w:t>
      </w:r>
    </w:p>
    <w:p>
      <w:pPr>
        <w:jc w:val="both"/>
      </w:pPr>
      <w:r>
        <w:t>1393</w:t>
      </w:r>
    </w:p>
    <w:p>
      <w:pPr>
        <w:jc w:val="both"/>
      </w:pPr>
      <w:r>
        <w:t>1381</w:t>
      </w:r>
    </w:p>
    <w:p>
      <w:pPr>
        <w:jc w:val="both"/>
      </w:pPr>
      <w:r>
        <w:t>Xác định kháng nguyên E của hệ nhóm máu Rh (Kỹ thuật ống nghiệm)</w:t>
      </w:r>
    </w:p>
    <w:p>
      <w:pPr>
        <w:jc w:val="both"/>
      </w:pPr>
      <w:r>
        <w:t>92.600</w:t>
      </w:r>
    </w:p>
    <w:p>
      <w:pPr>
        <w:jc w:val="both"/>
      </w:pPr>
      <w:r>
        <w:t>104.000</w:t>
      </w:r>
    </w:p>
    <w:p>
      <w:pPr>
        <w:jc w:val="both"/>
      </w:pPr>
      <w:r>
        <w:t>1394</w:t>
      </w:r>
    </w:p>
    <w:p>
      <w:pPr>
        <w:jc w:val="both"/>
      </w:pPr>
      <w:r>
        <w:t>1382</w:t>
      </w:r>
    </w:p>
    <w:p>
      <w:pPr>
        <w:jc w:val="both"/>
      </w:pPr>
      <w:r>
        <w:t>Xác định kháng nguyên e của hệ nhóm máu Rh (Kỹ thuật ống nghiệm)</w:t>
      </w:r>
    </w:p>
    <w:p>
      <w:pPr>
        <w:jc w:val="both"/>
      </w:pPr>
      <w:r>
        <w:t>117.000</w:t>
      </w:r>
    </w:p>
    <w:p>
      <w:pPr>
        <w:jc w:val="both"/>
      </w:pPr>
      <w:r>
        <w:t>132.000</w:t>
      </w:r>
    </w:p>
    <w:p>
      <w:pPr>
        <w:jc w:val="both"/>
      </w:pPr>
      <w:r>
        <w:t>1395</w:t>
      </w:r>
    </w:p>
    <w:p>
      <w:pPr>
        <w:jc w:val="both"/>
      </w:pPr>
      <w:r>
        <w:t>1383</w:t>
      </w:r>
    </w:p>
    <w:p>
      <w:pPr>
        <w:jc w:val="both"/>
      </w:pPr>
      <w:r>
        <w:t>Xác định kháng nguyên E của hệ nhóm máu Rh (Kỹ thuật Scangel/Gelcard trên máy tự động)</w:t>
      </w:r>
    </w:p>
    <w:p>
      <w:pPr>
        <w:jc w:val="both"/>
      </w:pPr>
      <w:r>
        <w:t>116.000</w:t>
      </w:r>
    </w:p>
    <w:p>
      <w:pPr>
        <w:jc w:val="both"/>
      </w:pPr>
      <w:r>
        <w:t>131.000</w:t>
      </w:r>
    </w:p>
    <w:p>
      <w:pPr>
        <w:jc w:val="both"/>
      </w:pPr>
      <w:r>
        <w:t>1396</w:t>
      </w:r>
    </w:p>
    <w:p>
      <w:pPr>
        <w:jc w:val="both"/>
      </w:pPr>
      <w:r>
        <w:t>1384</w:t>
      </w:r>
    </w:p>
    <w:p>
      <w:pPr>
        <w:jc w:val="both"/>
      </w:pPr>
      <w:r>
        <w:t>Xác định kháng nguyên e của hệ nhóm máu Rh (Kỹ thuật Scangel/ Gelcard trên máy tự động)</w:t>
      </w:r>
    </w:p>
    <w:p>
      <w:pPr>
        <w:jc w:val="both"/>
      </w:pPr>
      <w:r>
        <w:t>132.000</w:t>
      </w:r>
    </w:p>
    <w:p>
      <w:pPr>
        <w:jc w:val="both"/>
      </w:pPr>
      <w:r>
        <w:t>149.000</w:t>
      </w:r>
    </w:p>
    <w:p>
      <w:pPr>
        <w:jc w:val="both"/>
      </w:pPr>
      <w:r>
        <w:t>1397</w:t>
      </w:r>
    </w:p>
    <w:p>
      <w:pPr>
        <w:jc w:val="both"/>
      </w:pPr>
      <w:r>
        <w:t>1385</w:t>
      </w:r>
    </w:p>
    <w:p>
      <w:pPr>
        <w:jc w:val="both"/>
      </w:pPr>
      <w:r>
        <w:t>Xác định kháng nguyên Fy a của hệ nhóm máu Duffy (Kỹ thuật Scangel/ Gelcard trên máy tự động)</w:t>
      </w:r>
    </w:p>
    <w:p>
      <w:pPr>
        <w:jc w:val="both"/>
      </w:pPr>
      <w:r>
        <w:t>121.000</w:t>
      </w:r>
    </w:p>
    <w:p>
      <w:pPr>
        <w:jc w:val="both"/>
      </w:pPr>
      <w:r>
        <w:t>137.000</w:t>
      </w:r>
    </w:p>
    <w:p>
      <w:pPr>
        <w:jc w:val="both"/>
      </w:pPr>
      <w:r>
        <w:t>1398</w:t>
      </w:r>
    </w:p>
    <w:p>
      <w:pPr>
        <w:jc w:val="both"/>
      </w:pPr>
      <w:r>
        <w:t>1386</w:t>
      </w:r>
    </w:p>
    <w:p>
      <w:pPr>
        <w:jc w:val="both"/>
      </w:pPr>
      <w:r>
        <w:t>Xác định kháng nguyên Fy b của hệ nhóm máu Duffy (Kỹ thuật Scangel/ Gelcard trên máy tự động)</w:t>
      </w:r>
    </w:p>
    <w:p>
      <w:pPr>
        <w:jc w:val="both"/>
      </w:pPr>
      <w:r>
        <w:t>158.000</w:t>
      </w:r>
    </w:p>
    <w:p>
      <w:pPr>
        <w:jc w:val="both"/>
      </w:pPr>
      <w:r>
        <w:t>178.000</w:t>
      </w:r>
    </w:p>
    <w:p>
      <w:pPr>
        <w:jc w:val="both"/>
      </w:pPr>
      <w:r>
        <w:t>1399</w:t>
      </w:r>
    </w:p>
    <w:p>
      <w:pPr>
        <w:jc w:val="both"/>
      </w:pPr>
      <w:r>
        <w:t>1387</w:t>
      </w:r>
    </w:p>
    <w:p>
      <w:pPr>
        <w:jc w:val="both"/>
      </w:pPr>
      <w:r>
        <w:t>03C3.1.HH91</w:t>
      </w:r>
    </w:p>
    <w:p>
      <w:pPr>
        <w:jc w:val="both"/>
      </w:pPr>
      <w:r>
        <w:t>Xác định kháng nguyên H</w:t>
      </w:r>
    </w:p>
    <w:p>
      <w:pPr>
        <w:jc w:val="both"/>
      </w:pPr>
      <w:r>
        <w:t>35.600</w:t>
      </w:r>
    </w:p>
    <w:p>
      <w:pPr>
        <w:jc w:val="both"/>
      </w:pPr>
      <w:r>
        <w:t>40.100</w:t>
      </w:r>
    </w:p>
    <w:p>
      <w:pPr>
        <w:jc w:val="both"/>
      </w:pPr>
      <w:r>
        <w:t>1400</w:t>
      </w:r>
    </w:p>
    <w:p>
      <w:pPr>
        <w:jc w:val="both"/>
      </w:pPr>
      <w:r>
        <w:t>1388</w:t>
      </w:r>
    </w:p>
    <w:p>
      <w:pPr>
        <w:jc w:val="both"/>
      </w:pPr>
      <w:r>
        <w:t>Xác định kháng nguyên Jk a của hệ nhóm máu Kidd</w:t>
      </w:r>
    </w:p>
    <w:p>
      <w:pPr>
        <w:jc w:val="both"/>
      </w:pPr>
      <w:r>
        <w:t>213.000</w:t>
      </w:r>
    </w:p>
    <w:p>
      <w:pPr>
        <w:jc w:val="both"/>
      </w:pPr>
      <w:r>
        <w:t>240.000</w:t>
      </w:r>
    </w:p>
    <w:p>
      <w:pPr>
        <w:jc w:val="both"/>
      </w:pPr>
      <w:r>
        <w:t>1401</w:t>
      </w:r>
    </w:p>
    <w:p>
      <w:pPr>
        <w:jc w:val="both"/>
      </w:pPr>
      <w:r>
        <w:t>1389</w:t>
      </w:r>
    </w:p>
    <w:p>
      <w:pPr>
        <w:jc w:val="both"/>
      </w:pPr>
      <w:r>
        <w:t>Xác định kháng nguyên Jk b của hệ nhóm máu Kidd</w:t>
      </w:r>
    </w:p>
    <w:p>
      <w:pPr>
        <w:jc w:val="both"/>
      </w:pPr>
      <w:r>
        <w:t>211.000</w:t>
      </w:r>
    </w:p>
    <w:p>
      <w:pPr>
        <w:jc w:val="both"/>
      </w:pPr>
      <w:r>
        <w:t>238.000</w:t>
      </w:r>
    </w:p>
    <w:p>
      <w:pPr>
        <w:jc w:val="both"/>
      </w:pPr>
      <w:r>
        <w:t>1402</w:t>
      </w:r>
    </w:p>
    <w:p>
      <w:pPr>
        <w:jc w:val="both"/>
      </w:pPr>
      <w:r>
        <w:t>1390</w:t>
      </w:r>
    </w:p>
    <w:p>
      <w:pPr>
        <w:jc w:val="both"/>
      </w:pPr>
      <w:r>
        <w:t>Xác định kháng nguyên k của hệ nhóm máu Kell</w:t>
      </w:r>
    </w:p>
    <w:p>
      <w:pPr>
        <w:jc w:val="both"/>
      </w:pPr>
      <w:r>
        <w:t>61.900</w:t>
      </w:r>
    </w:p>
    <w:p>
      <w:pPr>
        <w:jc w:val="both"/>
      </w:pPr>
      <w:r>
        <w:t>69.800</w:t>
      </w:r>
    </w:p>
    <w:p>
      <w:pPr>
        <w:jc w:val="both"/>
      </w:pPr>
      <w:r>
        <w:t>1403</w:t>
      </w:r>
    </w:p>
    <w:p>
      <w:pPr>
        <w:jc w:val="both"/>
      </w:pPr>
      <w:r>
        <w:t>1391</w:t>
      </w:r>
    </w:p>
    <w:p>
      <w:pPr>
        <w:jc w:val="both"/>
      </w:pPr>
      <w:r>
        <w:t>Xác định kháng nguyên K của hệ nhóm máu Kell</w:t>
      </w:r>
    </w:p>
    <w:p>
      <w:pPr>
        <w:jc w:val="both"/>
      </w:pPr>
      <w:r>
        <w:t>107.000</w:t>
      </w:r>
    </w:p>
    <w:p>
      <w:pPr>
        <w:jc w:val="both"/>
      </w:pPr>
      <w:r>
        <w:t>121.000</w:t>
      </w:r>
    </w:p>
    <w:p>
      <w:pPr>
        <w:jc w:val="both"/>
      </w:pPr>
      <w:r>
        <w:t>1404</w:t>
      </w:r>
    </w:p>
    <w:p>
      <w:pPr>
        <w:jc w:val="both"/>
      </w:pPr>
      <w:r>
        <w:t>1392</w:t>
      </w:r>
    </w:p>
    <w:p>
      <w:pPr>
        <w:jc w:val="both"/>
      </w:pPr>
      <w:r>
        <w:t>Xác định kháng nguyên Le a của hệ nhóm máu Lewis</w:t>
      </w:r>
    </w:p>
    <w:p>
      <w:pPr>
        <w:jc w:val="both"/>
      </w:pPr>
      <w:r>
        <w:t>181.000</w:t>
      </w:r>
    </w:p>
    <w:p>
      <w:pPr>
        <w:jc w:val="both"/>
      </w:pPr>
      <w:r>
        <w:t>204.000</w:t>
      </w:r>
    </w:p>
    <w:p>
      <w:pPr>
        <w:jc w:val="both"/>
      </w:pPr>
      <w:r>
        <w:t>1405</w:t>
      </w:r>
    </w:p>
    <w:p>
      <w:pPr>
        <w:jc w:val="both"/>
      </w:pPr>
      <w:r>
        <w:t>1393</w:t>
      </w:r>
    </w:p>
    <w:p>
      <w:pPr>
        <w:jc w:val="both"/>
      </w:pPr>
      <w:r>
        <w:t>Xác định kháng nguyên Le b của hệ, nhóm máu Lewis</w:t>
      </w:r>
    </w:p>
    <w:p>
      <w:pPr>
        <w:jc w:val="both"/>
      </w:pPr>
      <w:r>
        <w:t>211.000</w:t>
      </w:r>
    </w:p>
    <w:p>
      <w:pPr>
        <w:jc w:val="both"/>
      </w:pPr>
      <w:r>
        <w:t>238.000</w:t>
      </w:r>
    </w:p>
    <w:p>
      <w:pPr>
        <w:jc w:val="both"/>
      </w:pPr>
      <w:r>
        <w:t>1406</w:t>
      </w:r>
    </w:p>
    <w:p>
      <w:pPr>
        <w:jc w:val="both"/>
      </w:pPr>
      <w:r>
        <w:t>1394</w:t>
      </w:r>
    </w:p>
    <w:p>
      <w:pPr>
        <w:jc w:val="both"/>
      </w:pPr>
      <w:r>
        <w:t>Xác định kháng nguyên Lu a của hệ nhóm máu Lutheran</w:t>
      </w:r>
    </w:p>
    <w:p>
      <w:pPr>
        <w:jc w:val="both"/>
      </w:pPr>
      <w:r>
        <w:t>168.000</w:t>
      </w:r>
    </w:p>
    <w:p>
      <w:pPr>
        <w:jc w:val="both"/>
      </w:pPr>
      <w:r>
        <w:t>190.000</w:t>
      </w:r>
    </w:p>
    <w:p>
      <w:pPr>
        <w:jc w:val="both"/>
      </w:pPr>
      <w:r>
        <w:t>1407</w:t>
      </w:r>
    </w:p>
    <w:p>
      <w:pPr>
        <w:jc w:val="both"/>
      </w:pPr>
      <w:r>
        <w:t>1395</w:t>
      </w:r>
    </w:p>
    <w:p>
      <w:pPr>
        <w:jc w:val="both"/>
      </w:pPr>
      <w:r>
        <w:t>Xác định kháng nguyên Lu b của hệ nhóm máu Lutheran</w:t>
      </w:r>
    </w:p>
    <w:p>
      <w:pPr>
        <w:jc w:val="both"/>
      </w:pPr>
      <w:r>
        <w:t>95.000</w:t>
      </w:r>
    </w:p>
    <w:p>
      <w:pPr>
        <w:jc w:val="both"/>
      </w:pPr>
      <w:r>
        <w:t>107.000</w:t>
      </w:r>
    </w:p>
    <w:p>
      <w:pPr>
        <w:jc w:val="both"/>
      </w:pPr>
      <w:r>
        <w:t>1408</w:t>
      </w:r>
    </w:p>
    <w:p>
      <w:pPr>
        <w:jc w:val="both"/>
      </w:pPr>
      <w:r>
        <w:t>1396</w:t>
      </w:r>
    </w:p>
    <w:p>
      <w:pPr>
        <w:jc w:val="both"/>
      </w:pPr>
      <w:r>
        <w:t>Xác định kháng nguyên M của hệ nhóm máu MNS</w:t>
      </w:r>
    </w:p>
    <w:p>
      <w:pPr>
        <w:jc w:val="both"/>
      </w:pPr>
      <w:r>
        <w:t>156.000</w:t>
      </w:r>
    </w:p>
    <w:p>
      <w:pPr>
        <w:jc w:val="both"/>
      </w:pPr>
      <w:r>
        <w:t>175.000</w:t>
      </w:r>
    </w:p>
    <w:p>
      <w:pPr>
        <w:jc w:val="both"/>
      </w:pPr>
      <w:r>
        <w:t>1409</w:t>
      </w:r>
    </w:p>
    <w:p>
      <w:pPr>
        <w:jc w:val="both"/>
      </w:pPr>
      <w:r>
        <w:t>1397</w:t>
      </w:r>
    </w:p>
    <w:p>
      <w:pPr>
        <w:jc w:val="both"/>
      </w:pPr>
      <w:r>
        <w:t>Xác định kháng nguyên N của hệ nhóm máu MNS</w:t>
      </w:r>
    </w:p>
    <w:p>
      <w:pPr>
        <w:jc w:val="both"/>
      </w:pPr>
      <w:r>
        <w:t>174.000</w:t>
      </w:r>
    </w:p>
    <w:p>
      <w:pPr>
        <w:jc w:val="both"/>
      </w:pPr>
      <w:r>
        <w:t>196.000</w:t>
      </w:r>
    </w:p>
    <w:p>
      <w:pPr>
        <w:jc w:val="both"/>
      </w:pPr>
      <w:r>
        <w:t>1410</w:t>
      </w:r>
    </w:p>
    <w:p>
      <w:pPr>
        <w:jc w:val="both"/>
      </w:pPr>
      <w:r>
        <w:t>1398</w:t>
      </w:r>
    </w:p>
    <w:p>
      <w:pPr>
        <w:jc w:val="both"/>
      </w:pPr>
      <w:r>
        <w:t>Xác định kháng nguyên nhóm máu hệ hồng cầu bằng phương pháp sinh học phân tử (giá cho một loại kháng nguyên)</w:t>
      </w:r>
    </w:p>
    <w:p>
      <w:pPr>
        <w:jc w:val="both"/>
      </w:pPr>
      <w:r>
        <w:t>1.494.000</w:t>
      </w:r>
    </w:p>
    <w:p>
      <w:pPr>
        <w:jc w:val="both"/>
      </w:pPr>
      <w:r>
        <w:t>1.708.000</w:t>
      </w:r>
    </w:p>
    <w:p>
      <w:pPr>
        <w:jc w:val="both"/>
      </w:pPr>
      <w:r>
        <w:t>1411</w:t>
      </w:r>
    </w:p>
    <w:p>
      <w:pPr>
        <w:jc w:val="both"/>
      </w:pPr>
      <w:r>
        <w:t>1399</w:t>
      </w:r>
    </w:p>
    <w:p>
      <w:pPr>
        <w:jc w:val="both"/>
      </w:pPr>
      <w:r>
        <w:t>Xác định kháng nguyên S của hệ nhóm máu MNS</w:t>
      </w:r>
    </w:p>
    <w:p>
      <w:pPr>
        <w:jc w:val="both"/>
      </w:pPr>
      <w:r>
        <w:t>226.000</w:t>
      </w:r>
    </w:p>
    <w:p>
      <w:pPr>
        <w:jc w:val="both"/>
      </w:pPr>
      <w:r>
        <w:t>254.000</w:t>
      </w:r>
    </w:p>
    <w:p>
      <w:pPr>
        <w:jc w:val="both"/>
      </w:pPr>
      <w:r>
        <w:t>1412</w:t>
      </w:r>
    </w:p>
    <w:p>
      <w:pPr>
        <w:jc w:val="both"/>
      </w:pPr>
      <w:r>
        <w:t>1400</w:t>
      </w:r>
    </w:p>
    <w:p>
      <w:pPr>
        <w:jc w:val="both"/>
      </w:pPr>
      <w:r>
        <w:t>Xác định kháng nguyên S của hệ nhóm máu MNS</w:t>
      </w:r>
    </w:p>
    <w:p>
      <w:pPr>
        <w:jc w:val="both"/>
      </w:pPr>
      <w:r>
        <w:t>59.000</w:t>
      </w:r>
    </w:p>
    <w:p>
      <w:pPr>
        <w:jc w:val="both"/>
      </w:pPr>
      <w:r>
        <w:t>66.600</w:t>
      </w:r>
    </w:p>
    <w:p>
      <w:pPr>
        <w:jc w:val="both"/>
      </w:pPr>
      <w:r>
        <w:t>1413</w:t>
      </w:r>
    </w:p>
    <w:p>
      <w:pPr>
        <w:jc w:val="both"/>
      </w:pPr>
      <w:r>
        <w:t>1401</w:t>
      </w:r>
    </w:p>
    <w:p>
      <w:pPr>
        <w:jc w:val="both"/>
      </w:pPr>
      <w:r>
        <w:t>Xét nghiệm CD55/59 bạch cầu (chẩn đoán bệnh Đái huyết sắc tố) niệu kịch phát ban đêm)</w:t>
      </w:r>
    </w:p>
    <w:p>
      <w:pPr>
        <w:jc w:val="both"/>
      </w:pPr>
      <w:r>
        <w:t>889.000</w:t>
      </w:r>
    </w:p>
    <w:p>
      <w:pPr>
        <w:jc w:val="both"/>
      </w:pPr>
      <w:r>
        <w:t>1.011.000</w:t>
      </w:r>
    </w:p>
    <w:p>
      <w:pPr>
        <w:jc w:val="both"/>
      </w:pPr>
      <w:r>
        <w:t>1414</w:t>
      </w:r>
    </w:p>
    <w:p>
      <w:pPr>
        <w:jc w:val="both"/>
      </w:pPr>
      <w:r>
        <w:t>1402</w:t>
      </w:r>
    </w:p>
    <w:p>
      <w:pPr>
        <w:jc w:val="both"/>
      </w:pPr>
      <w:r>
        <w:t>Xét nghiệm CD55/59 hồng cầu (chẩn đoán bệnh Đái huyết sắc tố) niệu kịch phát ban đêm)</w:t>
      </w:r>
    </w:p>
    <w:p>
      <w:pPr>
        <w:jc w:val="both"/>
      </w:pPr>
      <w:r>
        <w:t>574.000</w:t>
      </w:r>
    </w:p>
    <w:p>
      <w:pPr>
        <w:jc w:val="both"/>
      </w:pPr>
      <w:r>
        <w:t>654.000</w:t>
      </w:r>
    </w:p>
    <w:p>
      <w:pPr>
        <w:jc w:val="both"/>
      </w:pPr>
      <w:r>
        <w:t>1415</w:t>
      </w:r>
    </w:p>
    <w:p>
      <w:pPr>
        <w:jc w:val="both"/>
      </w:pPr>
      <w:r>
        <w:t>1403</w:t>
      </w:r>
    </w:p>
    <w:p>
      <w:pPr>
        <w:jc w:val="both"/>
      </w:pPr>
      <w:r>
        <w:t>03C3.1.HH63</w:t>
      </w:r>
    </w:p>
    <w:p>
      <w:pPr>
        <w:jc w:val="both"/>
      </w:pPr>
      <w:r>
        <w:t>Xét nghiệm chuyển dạng lympho với PHA</w:t>
      </w:r>
    </w:p>
    <w:p>
      <w:pPr>
        <w:jc w:val="both"/>
      </w:pPr>
      <w:r>
        <w:t>296.000</w:t>
      </w:r>
    </w:p>
    <w:p>
      <w:pPr>
        <w:jc w:val="both"/>
      </w:pPr>
      <w:r>
        <w:t>334.000</w:t>
      </w:r>
    </w:p>
    <w:p>
      <w:pPr>
        <w:jc w:val="both"/>
      </w:pPr>
      <w:r>
        <w:t>1416</w:t>
      </w:r>
    </w:p>
    <w:p>
      <w:pPr>
        <w:jc w:val="both"/>
      </w:pPr>
      <w:r>
        <w:t>1404</w:t>
      </w:r>
    </w:p>
    <w:p>
      <w:pPr>
        <w:jc w:val="both"/>
      </w:pPr>
      <w:r>
        <w:t>03C3.1.HH113</w:t>
      </w:r>
    </w:p>
    <w:p>
      <w:pPr>
        <w:jc w:val="both"/>
      </w:pPr>
      <w:r>
        <w:t>Xét nghiệm độ chéo (Cross-Match) trong ghép cơ quan</w:t>
      </w:r>
    </w:p>
    <w:p>
      <w:pPr>
        <w:jc w:val="both"/>
      </w:pPr>
      <w:r>
        <w:t>446.000</w:t>
      </w:r>
    </w:p>
    <w:p>
      <w:pPr>
        <w:jc w:val="both"/>
      </w:pPr>
      <w:r>
        <w:t>507.000</w:t>
      </w:r>
    </w:p>
    <w:p>
      <w:pPr>
        <w:jc w:val="both"/>
      </w:pPr>
      <w:r>
        <w:t>1417</w:t>
      </w:r>
    </w:p>
    <w:p>
      <w:pPr>
        <w:jc w:val="both"/>
      </w:pPr>
      <w:r>
        <w:t>1405</w:t>
      </w:r>
    </w:p>
    <w:p>
      <w:pPr>
        <w:jc w:val="both"/>
      </w:pPr>
      <w:r>
        <w:t>Xét nghiệm HIT (Heparin Induced Thrombocytopenia) - Ab)</w:t>
      </w:r>
    </w:p>
    <w:p>
      <w:pPr>
        <w:jc w:val="both"/>
      </w:pPr>
      <w:r>
        <w:t>1.789.000</w:t>
      </w:r>
    </w:p>
    <w:p>
      <w:pPr>
        <w:jc w:val="both"/>
      </w:pPr>
      <w:r>
        <w:t>2.048.000</w:t>
      </w:r>
    </w:p>
    <w:p>
      <w:pPr>
        <w:jc w:val="both"/>
      </w:pPr>
      <w:r>
        <w:t>1418</w:t>
      </w:r>
    </w:p>
    <w:p>
      <w:pPr>
        <w:jc w:val="both"/>
      </w:pPr>
      <w:r>
        <w:t>1406</w:t>
      </w:r>
    </w:p>
    <w:p>
      <w:pPr>
        <w:jc w:val="both"/>
      </w:pPr>
      <w:r>
        <w:t>Xét nghiệm HIT (Heparin Induced Thrombocytopenia)- IgG)</w:t>
      </w:r>
    </w:p>
    <w:p>
      <w:pPr>
        <w:jc w:val="both"/>
      </w:pPr>
      <w:r>
        <w:t>1.789.000</w:t>
      </w:r>
    </w:p>
    <w:p>
      <w:pPr>
        <w:jc w:val="both"/>
      </w:pPr>
      <w:r>
        <w:t>2.048.000</w:t>
      </w:r>
    </w:p>
    <w:p>
      <w:pPr>
        <w:jc w:val="both"/>
      </w:pPr>
      <w:r>
        <w:t>1419</w:t>
      </w:r>
    </w:p>
    <w:p>
      <w:pPr>
        <w:jc w:val="both"/>
      </w:pPr>
      <w:r>
        <w:t>1407</w:t>
      </w:r>
    </w:p>
    <w:p>
      <w:pPr>
        <w:jc w:val="both"/>
      </w:pPr>
      <w:r>
        <w:t>Xét nghiệm HLA-B27 bằng kỹ thuật Flow-cytometry</w:t>
      </w:r>
    </w:p>
    <w:p>
      <w:pPr>
        <w:jc w:val="both"/>
      </w:pPr>
      <w:r>
        <w:t>400.000</w:t>
      </w:r>
    </w:p>
    <w:p>
      <w:pPr>
        <w:jc w:val="both"/>
      </w:pPr>
      <w:r>
        <w:t>454.000</w:t>
      </w:r>
    </w:p>
    <w:p>
      <w:pPr>
        <w:jc w:val="both"/>
      </w:pPr>
      <w:r>
        <w:t>1420</w:t>
      </w:r>
    </w:p>
    <w:p>
      <w:pPr>
        <w:jc w:val="both"/>
      </w:pPr>
      <w:r>
        <w:t>1408</w:t>
      </w:r>
    </w:p>
    <w:p>
      <w:pPr>
        <w:jc w:val="both"/>
      </w:pPr>
      <w:r>
        <w:t>Xét nghiệm lựa chọn đơn vị máu phù hợp (10 đơn vị máu trong 3 điều kiện 22°C, 37°C, kháng globulin người) bằng phương pháp Scangel/Gelcard</w:t>
      </w:r>
    </w:p>
    <w:p>
      <w:pPr>
        <w:jc w:val="both"/>
      </w:pPr>
      <w:r>
        <w:t>475.000</w:t>
      </w:r>
    </w:p>
    <w:p>
      <w:pPr>
        <w:jc w:val="both"/>
      </w:pPr>
      <w:r>
        <w:t>538.000</w:t>
      </w:r>
    </w:p>
    <w:p>
      <w:pPr>
        <w:jc w:val="both"/>
      </w:pPr>
      <w:r>
        <w:t>1421</w:t>
      </w:r>
    </w:p>
    <w:p>
      <w:pPr>
        <w:jc w:val="both"/>
      </w:pPr>
      <w:r>
        <w:t>1409</w:t>
      </w:r>
    </w:p>
    <w:p>
      <w:pPr>
        <w:jc w:val="both"/>
      </w:pPr>
      <w:r>
        <w:t>04C5.1.349</w:t>
      </w:r>
    </w:p>
    <w:p>
      <w:pPr>
        <w:jc w:val="both"/>
      </w:pPr>
      <w:r>
        <w:t>Xét nghiệm mô bệnh học tủy xương</w:t>
      </w:r>
    </w:p>
    <w:p>
      <w:pPr>
        <w:jc w:val="both"/>
      </w:pPr>
      <w:r>
        <w:t>346.000</w:t>
      </w:r>
    </w:p>
    <w:p>
      <w:pPr>
        <w:jc w:val="both"/>
      </w:pPr>
      <w:r>
        <w:t>392.000</w:t>
      </w:r>
    </w:p>
    <w:p>
      <w:pPr>
        <w:jc w:val="both"/>
      </w:pPr>
      <w:r>
        <w:t>1422</w:t>
      </w:r>
    </w:p>
    <w:p>
      <w:pPr>
        <w:jc w:val="both"/>
      </w:pPr>
      <w:r>
        <w:t>1410</w:t>
      </w:r>
    </w:p>
    <w:p>
      <w:pPr>
        <w:jc w:val="both"/>
      </w:pPr>
      <w:r>
        <w:t>Xét nghiệm PFA (Platelet Funtion Analyzer) bằng Collagen/ADP trên máy tự động (Tên khác: PFA bằng Col/ADP)</w:t>
      </w:r>
    </w:p>
    <w:p>
      <w:pPr>
        <w:jc w:val="both"/>
      </w:pPr>
      <w:r>
        <w:t>880.000</w:t>
      </w:r>
    </w:p>
    <w:p>
      <w:pPr>
        <w:jc w:val="both"/>
      </w:pPr>
      <w:r>
        <w:t>1.001.000</w:t>
      </w:r>
    </w:p>
    <w:p>
      <w:pPr>
        <w:jc w:val="both"/>
      </w:pPr>
      <w:r>
        <w:t>1423</w:t>
      </w:r>
    </w:p>
    <w:p>
      <w:pPr>
        <w:jc w:val="both"/>
      </w:pPr>
      <w:r>
        <w:t>1411</w:t>
      </w:r>
    </w:p>
    <w:p>
      <w:pPr>
        <w:jc w:val="both"/>
      </w:pPr>
      <w:r>
        <w:t>Xét nghiệm PFA (Platelet Funtion Analyzer) bằng Collagen/Epinephrine trên máy tự động (Tên khác: PFA bằng Col/Epi)</w:t>
      </w:r>
    </w:p>
    <w:p>
      <w:pPr>
        <w:jc w:val="both"/>
      </w:pPr>
      <w:r>
        <w:t>880.000</w:t>
      </w:r>
    </w:p>
    <w:p>
      <w:pPr>
        <w:jc w:val="both"/>
      </w:pPr>
      <w:r>
        <w:t>1.001.000</w:t>
      </w:r>
    </w:p>
    <w:p>
      <w:pPr>
        <w:jc w:val="both"/>
      </w:pPr>
      <w:r>
        <w:t>1424</w:t>
      </w:r>
    </w:p>
    <w:p>
      <w:pPr>
        <w:jc w:val="both"/>
      </w:pPr>
      <w:r>
        <w:t>1412</w:t>
      </w:r>
    </w:p>
    <w:p>
      <w:pPr>
        <w:jc w:val="both"/>
      </w:pPr>
      <w:r>
        <w:t>04C5.1.285</w:t>
      </w:r>
    </w:p>
    <w:p>
      <w:pPr>
        <w:jc w:val="both"/>
      </w:pPr>
      <w:r>
        <w:t>Xét nghiệm số lượng tiểu cầu (thủ công)</w:t>
      </w:r>
    </w:p>
    <w:p>
      <w:pPr>
        <w:jc w:val="both"/>
      </w:pPr>
      <w:r>
        <w:t>35.600</w:t>
      </w:r>
    </w:p>
    <w:p>
      <w:pPr>
        <w:jc w:val="both"/>
      </w:pPr>
      <w:r>
        <w:t>40.100</w:t>
      </w:r>
    </w:p>
    <w:p>
      <w:pPr>
        <w:jc w:val="both"/>
      </w:pPr>
      <w:r>
        <w:t>1425</w:t>
      </w:r>
    </w:p>
    <w:p>
      <w:pPr>
        <w:jc w:val="both"/>
      </w:pPr>
      <w:r>
        <w:t>1413</w:t>
      </w:r>
    </w:p>
    <w:p>
      <w:pPr>
        <w:jc w:val="both"/>
      </w:pPr>
      <w:r>
        <w:t>03C3.1.HH115</w:t>
      </w:r>
    </w:p>
    <w:p>
      <w:pPr>
        <w:jc w:val="both"/>
      </w:pPr>
      <w:r>
        <w:t>Xét nghiệm tế bào gốc CD 34+</w:t>
      </w:r>
    </w:p>
    <w:p>
      <w:pPr>
        <w:jc w:val="both"/>
      </w:pPr>
      <w:r>
        <w:t>1.778.000</w:t>
      </w:r>
    </w:p>
    <w:p>
      <w:pPr>
        <w:jc w:val="both"/>
      </w:pPr>
      <w:r>
        <w:t>2.035.000</w:t>
      </w:r>
    </w:p>
    <w:p>
      <w:pPr>
        <w:jc w:val="both"/>
      </w:pPr>
      <w:r>
        <w:t>1426</w:t>
      </w:r>
    </w:p>
    <w:p>
      <w:pPr>
        <w:jc w:val="both"/>
      </w:pPr>
      <w:r>
        <w:t>1414</w:t>
      </w:r>
    </w:p>
    <w:p>
      <w:pPr>
        <w:jc w:val="both"/>
      </w:pPr>
      <w:r>
        <w:t>04C5.1.304</w:t>
      </w:r>
    </w:p>
    <w:p>
      <w:pPr>
        <w:jc w:val="both"/>
      </w:pPr>
      <w:r>
        <w:t>Xét nghiệm tế bào hạch</w:t>
      </w:r>
    </w:p>
    <w:p>
      <w:pPr>
        <w:jc w:val="both"/>
      </w:pPr>
      <w:r>
        <w:t>49.800</w:t>
      </w:r>
    </w:p>
    <w:p>
      <w:pPr>
        <w:jc w:val="both"/>
      </w:pPr>
      <w:r>
        <w:t>56.100</w:t>
      </w:r>
    </w:p>
    <w:p>
      <w:pPr>
        <w:jc w:val="both"/>
      </w:pPr>
      <w:r>
        <w:t>1427</w:t>
      </w:r>
    </w:p>
    <w:p>
      <w:pPr>
        <w:jc w:val="both"/>
      </w:pPr>
      <w:r>
        <w:t>1415</w:t>
      </w:r>
    </w:p>
    <w:p>
      <w:pPr>
        <w:jc w:val="both"/>
      </w:pPr>
      <w:r>
        <w:t>04C5.1.303</w:t>
      </w:r>
    </w:p>
    <w:p>
      <w:pPr>
        <w:jc w:val="both"/>
      </w:pPr>
      <w:r>
        <w:t>Xét nghiệm tế bào học tủy xương</w:t>
      </w:r>
    </w:p>
    <w:p>
      <w:pPr>
        <w:jc w:val="both"/>
      </w:pPr>
      <w:r>
        <w:t>151.000</w:t>
      </w:r>
    </w:p>
    <w:p>
      <w:pPr>
        <w:jc w:val="both"/>
      </w:pPr>
      <w:r>
        <w:t>170.000</w:t>
      </w:r>
    </w:p>
    <w:p>
      <w:pPr>
        <w:jc w:val="both"/>
      </w:pPr>
      <w:r>
        <w:t>1428</w:t>
      </w:r>
    </w:p>
    <w:p>
      <w:pPr>
        <w:jc w:val="both"/>
      </w:pPr>
      <w:r>
        <w:t>1416</w:t>
      </w:r>
    </w:p>
    <w:p>
      <w:pPr>
        <w:jc w:val="both"/>
      </w:pPr>
      <w:r>
        <w:t>03C3.1.HH59</w:t>
      </w:r>
    </w:p>
    <w:p>
      <w:pPr>
        <w:jc w:val="both"/>
      </w:pPr>
      <w:r>
        <w:t>Xét nghiệm trao đổi nhiễm sắc thể chị em</w:t>
      </w:r>
    </w:p>
    <w:p>
      <w:pPr>
        <w:jc w:val="both"/>
      </w:pPr>
      <w:r>
        <w:t>512.000</w:t>
      </w:r>
    </w:p>
    <w:p>
      <w:pPr>
        <w:jc w:val="both"/>
      </w:pPr>
      <w:r>
        <w:t>580.000</w:t>
      </w:r>
    </w:p>
    <w:p>
      <w:pPr>
        <w:jc w:val="both"/>
      </w:pPr>
      <w:r>
        <w:t>1429</w:t>
      </w:r>
    </w:p>
    <w:p>
      <w:pPr>
        <w:jc w:val="both"/>
      </w:pPr>
      <w:r>
        <w:t>1417</w:t>
      </w:r>
    </w:p>
    <w:p>
      <w:pPr>
        <w:jc w:val="both"/>
      </w:pPr>
      <w:r>
        <w:t>Xét nghiệm và chẩn đoán hóa mô miễn dịch tủy xương cho một dấu ấn (marker) trên máy nhuộm tự động.</w:t>
      </w:r>
    </w:p>
    <w:p>
      <w:pPr>
        <w:jc w:val="both"/>
      </w:pPr>
      <w:r>
        <w:t>965.000</w:t>
      </w:r>
    </w:p>
    <w:p>
      <w:pPr>
        <w:jc w:val="both"/>
      </w:pPr>
      <w:r>
        <w:t>1.099.000</w:t>
      </w:r>
    </w:p>
    <w:p>
      <w:pPr>
        <w:jc w:val="both"/>
      </w:pPr>
      <w:r>
        <w:t>1430</w:t>
      </w:r>
    </w:p>
    <w:p>
      <w:pPr>
        <w:jc w:val="both"/>
      </w:pPr>
      <w:r>
        <w:t>1418</w:t>
      </w:r>
    </w:p>
    <w:p>
      <w:pPr>
        <w:jc w:val="both"/>
      </w:pPr>
      <w:r>
        <w:t>Xét nghiệm và chẩn đoán mô bệnh học tủy xương trên máy nhuộm tự động.</w:t>
      </w:r>
    </w:p>
    <w:p>
      <w:pPr>
        <w:jc w:val="both"/>
      </w:pPr>
      <w:r>
        <w:t>303.000</w:t>
      </w:r>
    </w:p>
    <w:p>
      <w:pPr>
        <w:jc w:val="both"/>
      </w:pPr>
      <w:r>
        <w:t>342.000</w:t>
      </w:r>
    </w:p>
    <w:p>
      <w:pPr>
        <w:jc w:val="both"/>
      </w:pPr>
      <w:r>
        <w:t>1431</w:t>
      </w:r>
    </w:p>
    <w:p>
      <w:pPr>
        <w:jc w:val="both"/>
      </w:pPr>
      <w:r>
        <w:t>1419</w:t>
      </w:r>
    </w:p>
    <w:p>
      <w:pPr>
        <w:jc w:val="both"/>
      </w:pPr>
      <w:r>
        <w:t>Xét nghiệm xác định đột biến thalassemia (phát hiện đồng thời 21 đột biến alpha-thalassemia hoặc 22 đột biến β-thalasemia)</w:t>
      </w:r>
    </w:p>
    <w:p>
      <w:pPr>
        <w:jc w:val="both"/>
      </w:pPr>
      <w:r>
        <w:t>4.405.000</w:t>
      </w:r>
    </w:p>
    <w:p>
      <w:pPr>
        <w:jc w:val="both"/>
      </w:pPr>
      <w:r>
        <w:t>5.048.000</w:t>
      </w:r>
    </w:p>
    <w:p>
      <w:pPr>
        <w:jc w:val="both"/>
      </w:pPr>
      <w:r>
        <w:t>1432</w:t>
      </w:r>
    </w:p>
    <w:p>
      <w:pPr>
        <w:jc w:val="both"/>
      </w:pPr>
      <w:r>
        <w:t>1420</w:t>
      </w:r>
    </w:p>
    <w:p>
      <w:pPr>
        <w:jc w:val="both"/>
      </w:pPr>
      <w:r>
        <w:t>03C3.1.HH62</w:t>
      </w:r>
    </w:p>
    <w:p>
      <w:pPr>
        <w:jc w:val="both"/>
      </w:pPr>
      <w:r>
        <w:t>Xét nghiệm xác định gen Hemophilia</w:t>
      </w:r>
    </w:p>
    <w:p>
      <w:pPr>
        <w:jc w:val="both"/>
      </w:pPr>
      <w:r>
        <w:t>1.078.000</w:t>
      </w:r>
    </w:p>
    <w:p>
      <w:pPr>
        <w:jc w:val="both"/>
      </w:pPr>
      <w:r>
        <w:t>1.229.000</w:t>
      </w:r>
    </w:p>
    <w:p>
      <w:pPr>
        <w:jc w:val="both"/>
      </w:pPr>
      <w:r>
        <w:t>II</w:t>
      </w:r>
    </w:p>
    <w:p>
      <w:pPr>
        <w:jc w:val="both"/>
      </w:pPr>
      <w:r>
        <w:t>II</w:t>
      </w:r>
    </w:p>
    <w:p>
      <w:pPr>
        <w:jc w:val="both"/>
      </w:pPr>
      <w:r>
        <w:t>Dị ứng miễn dịch</w:t>
      </w:r>
    </w:p>
    <w:p>
      <w:pPr>
        <w:jc w:val="both"/>
      </w:pPr>
      <w:r>
        <w:t>1433</w:t>
      </w:r>
    </w:p>
    <w:p>
      <w:pPr>
        <w:jc w:val="both"/>
      </w:pPr>
      <w:r>
        <w:t>1421</w:t>
      </w:r>
    </w:p>
    <w:p>
      <w:pPr>
        <w:jc w:val="both"/>
      </w:pPr>
      <w:r>
        <w:t>DƯ-MDLS</w:t>
      </w:r>
    </w:p>
    <w:p>
      <w:pPr>
        <w:jc w:val="both"/>
      </w:pPr>
      <w:r>
        <w:t>Định lượng ELISA chẩn đoán dị ứng thuốc (Đối với 1 loại thuốc)</w:t>
      </w:r>
    </w:p>
    <w:p>
      <w:pPr>
        <w:jc w:val="both"/>
      </w:pPr>
      <w:r>
        <w:t>446.000</w:t>
      </w:r>
    </w:p>
    <w:p>
      <w:pPr>
        <w:jc w:val="both"/>
      </w:pPr>
      <w:r>
        <w:t>507.000</w:t>
      </w:r>
    </w:p>
    <w:p>
      <w:pPr>
        <w:jc w:val="both"/>
      </w:pPr>
      <w:r>
        <w:t>1434</w:t>
      </w:r>
    </w:p>
    <w:p>
      <w:pPr>
        <w:jc w:val="both"/>
      </w:pPr>
      <w:r>
        <w:t>1422</w:t>
      </w:r>
    </w:p>
    <w:p>
      <w:pPr>
        <w:jc w:val="both"/>
      </w:pPr>
      <w:r>
        <w:t>DƯ-MDLS</w:t>
      </w:r>
    </w:p>
    <w:p>
      <w:pPr>
        <w:jc w:val="both"/>
      </w:pPr>
      <w:r>
        <w:t>Định lượng ERYTHROPOIETIN (EPO)</w:t>
      </w:r>
    </w:p>
    <w:p>
      <w:pPr>
        <w:jc w:val="both"/>
      </w:pPr>
      <w:r>
        <w:t>416.000</w:t>
      </w:r>
    </w:p>
    <w:p>
      <w:pPr>
        <w:jc w:val="both"/>
      </w:pPr>
      <w:r>
        <w:t>473.000</w:t>
      </w:r>
    </w:p>
    <w:p>
      <w:pPr>
        <w:jc w:val="both"/>
      </w:pPr>
      <w:r>
        <w:t>1435</w:t>
      </w:r>
    </w:p>
    <w:p>
      <w:pPr>
        <w:jc w:val="both"/>
      </w:pPr>
      <w:r>
        <w:t>1423</w:t>
      </w:r>
    </w:p>
    <w:p>
      <w:pPr>
        <w:jc w:val="both"/>
      </w:pPr>
      <w:r>
        <w:t>DƯ-MDLS</w:t>
      </w:r>
    </w:p>
    <w:p>
      <w:pPr>
        <w:jc w:val="both"/>
      </w:pPr>
      <w:r>
        <w:t>Định lượng Histamine</w:t>
      </w:r>
    </w:p>
    <w:p>
      <w:pPr>
        <w:jc w:val="both"/>
      </w:pPr>
      <w:r>
        <w:t>1.003.000</w:t>
      </w:r>
    </w:p>
    <w:p>
      <w:pPr>
        <w:jc w:val="both"/>
      </w:pPr>
      <w:r>
        <w:t>1.143.000</w:t>
      </w:r>
    </w:p>
    <w:p>
      <w:pPr>
        <w:jc w:val="both"/>
      </w:pPr>
      <w:r>
        <w:t>1436</w:t>
      </w:r>
    </w:p>
    <w:p>
      <w:pPr>
        <w:jc w:val="both"/>
      </w:pPr>
      <w:r>
        <w:t>1424</w:t>
      </w:r>
    </w:p>
    <w:p>
      <w:pPr>
        <w:jc w:val="both"/>
      </w:pPr>
      <w:r>
        <w:t>DƯ-MDLS</w:t>
      </w:r>
    </w:p>
    <w:p>
      <w:pPr>
        <w:jc w:val="both"/>
      </w:pPr>
      <w:r>
        <w:t>Định lượng IgE đặc hiệu với 1 loại dị nguyên</w:t>
      </w:r>
    </w:p>
    <w:p>
      <w:pPr>
        <w:jc w:val="both"/>
      </w:pPr>
      <w:r>
        <w:t>572.000</w:t>
      </w:r>
    </w:p>
    <w:p>
      <w:pPr>
        <w:jc w:val="both"/>
      </w:pPr>
      <w:r>
        <w:t>650.000</w:t>
      </w:r>
    </w:p>
    <w:p>
      <w:pPr>
        <w:jc w:val="both"/>
      </w:pPr>
      <w:r>
        <w:t>1437</w:t>
      </w:r>
    </w:p>
    <w:p>
      <w:pPr>
        <w:jc w:val="both"/>
      </w:pPr>
      <w:r>
        <w:t>1425</w:t>
      </w:r>
    </w:p>
    <w:p>
      <w:pPr>
        <w:jc w:val="both"/>
      </w:pPr>
      <w:r>
        <w:t>DƯ-MDLS</w:t>
      </w:r>
    </w:p>
    <w:p>
      <w:pPr>
        <w:jc w:val="both"/>
      </w:pPr>
      <w:r>
        <w:t>Định lượng Interleukin</w:t>
      </w:r>
    </w:p>
    <w:p>
      <w:pPr>
        <w:jc w:val="both"/>
      </w:pPr>
      <w:r>
        <w:t>781.000</w:t>
      </w:r>
    </w:p>
    <w:p>
      <w:pPr>
        <w:jc w:val="both"/>
      </w:pPr>
      <w:r>
        <w:t>887.000</w:t>
      </w:r>
    </w:p>
    <w:p>
      <w:pPr>
        <w:jc w:val="both"/>
      </w:pPr>
      <w:r>
        <w:t>1438</w:t>
      </w:r>
    </w:p>
    <w:p>
      <w:pPr>
        <w:jc w:val="both"/>
      </w:pPr>
      <w:r>
        <w:t>1426</w:t>
      </w:r>
    </w:p>
    <w:p>
      <w:pPr>
        <w:jc w:val="both"/>
      </w:pPr>
      <w:r>
        <w:t>DƯ-MDLS</w:t>
      </w:r>
    </w:p>
    <w:p>
      <w:pPr>
        <w:jc w:val="both"/>
      </w:pPr>
      <w:r>
        <w:t>Định lượng kháng thể C1INH/ kháng thể GBM ab/ Tryptase</w:t>
      </w:r>
    </w:p>
    <w:p>
      <w:pPr>
        <w:jc w:val="both"/>
      </w:pPr>
      <w:r>
        <w:t>757.000</w:t>
      </w:r>
    </w:p>
    <w:p>
      <w:pPr>
        <w:jc w:val="both"/>
      </w:pPr>
      <w:r>
        <w:t>860.000</w:t>
      </w:r>
    </w:p>
    <w:p>
      <w:pPr>
        <w:jc w:val="both"/>
      </w:pPr>
      <w:r>
        <w:t>1439</w:t>
      </w:r>
    </w:p>
    <w:p>
      <w:pPr>
        <w:jc w:val="both"/>
      </w:pPr>
      <w:r>
        <w:t>1427</w:t>
      </w:r>
    </w:p>
    <w:p>
      <w:pPr>
        <w:jc w:val="both"/>
      </w:pPr>
      <w:r>
        <w:t>DƯ-MDLS</w:t>
      </w:r>
    </w:p>
    <w:p>
      <w:pPr>
        <w:jc w:val="both"/>
      </w:pPr>
      <w:r>
        <w:t>Định lượng kháng thể IgG1/IgG2/IgG3/IgG4</w:t>
      </w:r>
    </w:p>
    <w:p>
      <w:pPr>
        <w:jc w:val="both"/>
      </w:pPr>
      <w:r>
        <w:t>704.000</w:t>
      </w:r>
    </w:p>
    <w:p>
      <w:pPr>
        <w:jc w:val="both"/>
      </w:pPr>
      <w:r>
        <w:t>800.000</w:t>
      </w:r>
    </w:p>
    <w:p>
      <w:pPr>
        <w:jc w:val="both"/>
      </w:pPr>
      <w:r>
        <w:t>1440</w:t>
      </w:r>
    </w:p>
    <w:p>
      <w:pPr>
        <w:jc w:val="both"/>
      </w:pPr>
      <w:r>
        <w:t>1428</w:t>
      </w:r>
    </w:p>
    <w:p>
      <w:pPr>
        <w:jc w:val="both"/>
      </w:pPr>
      <w:r>
        <w:t>DƯ-MDLS</w:t>
      </w:r>
    </w:p>
    <w:p>
      <w:pPr>
        <w:jc w:val="both"/>
      </w:pPr>
      <w:r>
        <w:t>Định lượng kháng thể kháng C5a</w:t>
      </w:r>
    </w:p>
    <w:p>
      <w:pPr>
        <w:jc w:val="both"/>
      </w:pPr>
      <w:r>
        <w:t>842.000</w:t>
      </w:r>
    </w:p>
    <w:p>
      <w:pPr>
        <w:jc w:val="both"/>
      </w:pPr>
      <w:r>
        <w:t>957.000</w:t>
      </w:r>
    </w:p>
    <w:p>
      <w:pPr>
        <w:jc w:val="both"/>
      </w:pPr>
      <w:r>
        <w:t>1441</w:t>
      </w:r>
    </w:p>
    <w:p>
      <w:pPr>
        <w:jc w:val="both"/>
      </w:pPr>
      <w:r>
        <w:t>1429</w:t>
      </w:r>
    </w:p>
    <w:p>
      <w:pPr>
        <w:jc w:val="both"/>
      </w:pPr>
      <w:r>
        <w:t>DƯ-MDLS</w:t>
      </w:r>
    </w:p>
    <w:p>
      <w:pPr>
        <w:jc w:val="both"/>
      </w:pPr>
      <w:r>
        <w:t>Định lượng kháng thể kháng C1q</w:t>
      </w:r>
    </w:p>
    <w:p>
      <w:pPr>
        <w:jc w:val="both"/>
      </w:pPr>
      <w:r>
        <w:t>442.000</w:t>
      </w:r>
    </w:p>
    <w:p>
      <w:pPr>
        <w:jc w:val="both"/>
      </w:pPr>
      <w:r>
        <w:t>503.000</w:t>
      </w:r>
    </w:p>
    <w:p>
      <w:pPr>
        <w:jc w:val="both"/>
      </w:pPr>
      <w:r>
        <w:t>1442</w:t>
      </w:r>
    </w:p>
    <w:p>
      <w:pPr>
        <w:jc w:val="both"/>
      </w:pPr>
      <w:r>
        <w:t>1430</w:t>
      </w:r>
    </w:p>
    <w:p>
      <w:pPr>
        <w:jc w:val="both"/>
      </w:pPr>
      <w:r>
        <w:t>DƯ-MDLS</w:t>
      </w:r>
    </w:p>
    <w:p>
      <w:pPr>
        <w:jc w:val="both"/>
      </w:pPr>
      <w:r>
        <w:t>Định lượng kháng thể kháng C3a/C3bi/C3d/C4a</w:t>
      </w:r>
    </w:p>
    <w:p>
      <w:pPr>
        <w:jc w:val="both"/>
      </w:pPr>
      <w:r>
        <w:t>1.077.000</w:t>
      </w:r>
    </w:p>
    <w:p>
      <w:pPr>
        <w:jc w:val="both"/>
      </w:pPr>
      <w:r>
        <w:t>1.228.000</w:t>
      </w:r>
    </w:p>
    <w:p>
      <w:pPr>
        <w:jc w:val="both"/>
      </w:pPr>
      <w:r>
        <w:t>1443</w:t>
      </w:r>
    </w:p>
    <w:p>
      <w:pPr>
        <w:jc w:val="both"/>
      </w:pPr>
      <w:r>
        <w:t>1431</w:t>
      </w:r>
    </w:p>
    <w:p>
      <w:pPr>
        <w:jc w:val="both"/>
      </w:pPr>
      <w:r>
        <w:t>DƯ-MDLS</w:t>
      </w:r>
    </w:p>
    <w:p>
      <w:pPr>
        <w:jc w:val="both"/>
      </w:pPr>
      <w:r>
        <w:t>Định lượng kháng thể kháng CCP</w:t>
      </w:r>
    </w:p>
    <w:p>
      <w:pPr>
        <w:jc w:val="both"/>
      </w:pPr>
      <w:r>
        <w:t>603.000</w:t>
      </w:r>
    </w:p>
    <w:p>
      <w:pPr>
        <w:jc w:val="both"/>
      </w:pPr>
      <w:r>
        <w:t>685.000</w:t>
      </w:r>
    </w:p>
    <w:p>
      <w:pPr>
        <w:jc w:val="both"/>
      </w:pPr>
      <w:r>
        <w:t>1444</w:t>
      </w:r>
    </w:p>
    <w:p>
      <w:pPr>
        <w:jc w:val="both"/>
      </w:pPr>
      <w:r>
        <w:t>1432</w:t>
      </w:r>
    </w:p>
    <w:p>
      <w:pPr>
        <w:jc w:val="both"/>
      </w:pPr>
      <w:r>
        <w:t>DƯ-MDLS</w:t>
      </w:r>
    </w:p>
    <w:p>
      <w:pPr>
        <w:jc w:val="both"/>
      </w:pPr>
      <w:r>
        <w:t>Định lượng kháng thể kháng Centromere</w:t>
      </w:r>
    </w:p>
    <w:p>
      <w:pPr>
        <w:jc w:val="both"/>
      </w:pPr>
      <w:r>
        <w:t>459.000</w:t>
      </w:r>
    </w:p>
    <w:p>
      <w:pPr>
        <w:jc w:val="both"/>
      </w:pPr>
      <w:r>
        <w:t>522.000</w:t>
      </w:r>
    </w:p>
    <w:p>
      <w:pPr>
        <w:jc w:val="both"/>
      </w:pPr>
      <w:r>
        <w:t>1445</w:t>
      </w:r>
    </w:p>
    <w:p>
      <w:pPr>
        <w:jc w:val="both"/>
      </w:pPr>
      <w:r>
        <w:t>1433</w:t>
      </w:r>
    </w:p>
    <w:p>
      <w:pPr>
        <w:jc w:val="both"/>
      </w:pPr>
      <w:r>
        <w:t>DƯ-MDLS</w:t>
      </w:r>
    </w:p>
    <w:p>
      <w:pPr>
        <w:jc w:val="both"/>
      </w:pPr>
      <w:r>
        <w:t>Định lượng kháng thể kháng ENA</w:t>
      </w:r>
    </w:p>
    <w:p>
      <w:pPr>
        <w:jc w:val="both"/>
      </w:pPr>
      <w:r>
        <w:t>430.000</w:t>
      </w:r>
    </w:p>
    <w:p>
      <w:pPr>
        <w:jc w:val="both"/>
      </w:pPr>
      <w:r>
        <w:t>489.000</w:t>
      </w:r>
    </w:p>
    <w:p>
      <w:pPr>
        <w:jc w:val="both"/>
      </w:pPr>
      <w:r>
        <w:t>1446</w:t>
      </w:r>
    </w:p>
    <w:p>
      <w:pPr>
        <w:jc w:val="both"/>
      </w:pPr>
      <w:r>
        <w:t>1434</w:t>
      </w:r>
    </w:p>
    <w:p>
      <w:pPr>
        <w:jc w:val="both"/>
      </w:pPr>
      <w:r>
        <w:t>DƯ-MDLS</w:t>
      </w:r>
    </w:p>
    <w:p>
      <w:pPr>
        <w:jc w:val="both"/>
      </w:pPr>
      <w:r>
        <w:t>Định lượng kháng thể kháng Histone</w:t>
      </w:r>
    </w:p>
    <w:p>
      <w:pPr>
        <w:jc w:val="both"/>
      </w:pPr>
      <w:r>
        <w:t>378.000</w:t>
      </w:r>
    </w:p>
    <w:p>
      <w:pPr>
        <w:jc w:val="both"/>
      </w:pPr>
      <w:r>
        <w:t>430.000</w:t>
      </w:r>
    </w:p>
    <w:p>
      <w:pPr>
        <w:jc w:val="both"/>
      </w:pPr>
      <w:r>
        <w:t>1447</w:t>
      </w:r>
    </w:p>
    <w:p>
      <w:pPr>
        <w:jc w:val="both"/>
      </w:pPr>
      <w:r>
        <w:t>1435</w:t>
      </w:r>
    </w:p>
    <w:p>
      <w:pPr>
        <w:jc w:val="both"/>
      </w:pPr>
      <w:r>
        <w:t>DƯ-MDLS</w:t>
      </w:r>
    </w:p>
    <w:p>
      <w:pPr>
        <w:jc w:val="both"/>
      </w:pPr>
      <w:r>
        <w:t>Định lượng kháng thể kháng Insulin</w:t>
      </w:r>
    </w:p>
    <w:p>
      <w:pPr>
        <w:jc w:val="both"/>
      </w:pPr>
      <w:r>
        <w:t>394.000</w:t>
      </w:r>
    </w:p>
    <w:p>
      <w:pPr>
        <w:jc w:val="both"/>
      </w:pPr>
      <w:r>
        <w:t>447.000</w:t>
      </w:r>
    </w:p>
    <w:p>
      <w:pPr>
        <w:jc w:val="both"/>
      </w:pPr>
      <w:r>
        <w:t>1448</w:t>
      </w:r>
    </w:p>
    <w:p>
      <w:pPr>
        <w:jc w:val="both"/>
      </w:pPr>
      <w:r>
        <w:t>1436</w:t>
      </w:r>
    </w:p>
    <w:p>
      <w:pPr>
        <w:jc w:val="both"/>
      </w:pPr>
      <w:r>
        <w:t>DƯ-MDLS</w:t>
      </w:r>
    </w:p>
    <w:p>
      <w:pPr>
        <w:jc w:val="both"/>
      </w:pPr>
      <w:r>
        <w:t>Định lượng kháng thể kháng Jo - 1</w:t>
      </w:r>
    </w:p>
    <w:p>
      <w:pPr>
        <w:jc w:val="both"/>
      </w:pPr>
      <w:r>
        <w:t>441.000</w:t>
      </w:r>
    </w:p>
    <w:p>
      <w:pPr>
        <w:jc w:val="both"/>
      </w:pPr>
      <w:r>
        <w:t>502.000</w:t>
      </w:r>
    </w:p>
    <w:p>
      <w:pPr>
        <w:jc w:val="both"/>
      </w:pPr>
      <w:r>
        <w:t>1449</w:t>
      </w:r>
    </w:p>
    <w:p>
      <w:pPr>
        <w:jc w:val="both"/>
      </w:pPr>
      <w:r>
        <w:t>1437</w:t>
      </w:r>
    </w:p>
    <w:p>
      <w:pPr>
        <w:jc w:val="both"/>
      </w:pPr>
      <w:r>
        <w:t>DƯ-MDLS</w:t>
      </w:r>
    </w:p>
    <w:p>
      <w:pPr>
        <w:jc w:val="both"/>
      </w:pPr>
      <w:r>
        <w:t>Định lượng kháng thể kháng nhân và kháng thể kháng chuỗi kép (ANA&amp;DsDNA)</w:t>
      </w:r>
    </w:p>
    <w:p>
      <w:pPr>
        <w:jc w:val="both"/>
      </w:pPr>
      <w:r>
        <w:t>526.000</w:t>
      </w:r>
    </w:p>
    <w:p>
      <w:pPr>
        <w:jc w:val="both"/>
      </w:pPr>
      <w:r>
        <w:t>596.000</w:t>
      </w:r>
    </w:p>
    <w:p>
      <w:pPr>
        <w:jc w:val="both"/>
      </w:pPr>
      <w:r>
        <w:t>1450</w:t>
      </w:r>
    </w:p>
    <w:p>
      <w:pPr>
        <w:jc w:val="both"/>
      </w:pPr>
      <w:r>
        <w:t>1438</w:t>
      </w:r>
    </w:p>
    <w:p>
      <w:pPr>
        <w:jc w:val="both"/>
      </w:pPr>
      <w:r>
        <w:t>Định lượng kháng thể kháng DNA chuỗi kép (Anti dsDNA) bằng máy tự động/bán tự động</w:t>
      </w:r>
    </w:p>
    <w:p>
      <w:pPr>
        <w:jc w:val="both"/>
      </w:pPr>
      <w:r>
        <w:t>260.000</w:t>
      </w:r>
    </w:p>
    <w:p>
      <w:pPr>
        <w:jc w:val="both"/>
      </w:pPr>
      <w:r>
        <w:t>293.000</w:t>
      </w:r>
    </w:p>
    <w:p>
      <w:pPr>
        <w:jc w:val="both"/>
      </w:pPr>
      <w:r>
        <w:t>1451</w:t>
      </w:r>
    </w:p>
    <w:p>
      <w:pPr>
        <w:jc w:val="both"/>
      </w:pPr>
      <w:r>
        <w:t>1439</w:t>
      </w:r>
    </w:p>
    <w:p>
      <w:pPr>
        <w:jc w:val="both"/>
      </w:pPr>
      <w:r>
        <w:t>Định lượng kháng thể kháng DNA chuỗi kép (Anti dsDNA) test nhanh</w:t>
      </w:r>
    </w:p>
    <w:p>
      <w:pPr>
        <w:jc w:val="both"/>
      </w:pPr>
      <w:r>
        <w:t>118.000</w:t>
      </w:r>
    </w:p>
    <w:p>
      <w:pPr>
        <w:jc w:val="both"/>
      </w:pPr>
      <w:r>
        <w:t>133.000</w:t>
      </w:r>
    </w:p>
    <w:p>
      <w:pPr>
        <w:jc w:val="both"/>
      </w:pPr>
      <w:r>
        <w:t>1452</w:t>
      </w:r>
    </w:p>
    <w:p>
      <w:pPr>
        <w:jc w:val="both"/>
      </w:pPr>
      <w:r>
        <w:t>1440</w:t>
      </w:r>
    </w:p>
    <w:p>
      <w:pPr>
        <w:jc w:val="both"/>
      </w:pPr>
      <w:r>
        <w:t>Định lượng kháng thể kháng nhân (ANA) bằng máy tự động/bán tự động</w:t>
      </w:r>
    </w:p>
    <w:p>
      <w:pPr>
        <w:jc w:val="both"/>
      </w:pPr>
      <w:r>
        <w:t>296.000</w:t>
      </w:r>
    </w:p>
    <w:p>
      <w:pPr>
        <w:jc w:val="both"/>
      </w:pPr>
      <w:r>
        <w:t>334.000</w:t>
      </w:r>
    </w:p>
    <w:p>
      <w:pPr>
        <w:jc w:val="both"/>
      </w:pPr>
      <w:r>
        <w:t>1453</w:t>
      </w:r>
    </w:p>
    <w:p>
      <w:pPr>
        <w:jc w:val="both"/>
      </w:pPr>
      <w:r>
        <w:t>1441</w:t>
      </w:r>
    </w:p>
    <w:p>
      <w:pPr>
        <w:jc w:val="both"/>
      </w:pPr>
      <w:r>
        <w:t>Định lượng kháng thể kháng nhân (ANA) test nhanh</w:t>
      </w:r>
    </w:p>
    <w:p>
      <w:pPr>
        <w:jc w:val="both"/>
      </w:pPr>
      <w:r>
        <w:t>178.000</w:t>
      </w:r>
    </w:p>
    <w:p>
      <w:pPr>
        <w:jc w:val="both"/>
      </w:pPr>
      <w:r>
        <w:t>200.000</w:t>
      </w:r>
    </w:p>
    <w:p>
      <w:pPr>
        <w:jc w:val="both"/>
      </w:pPr>
      <w:r>
        <w:t>1454</w:t>
      </w:r>
    </w:p>
    <w:p>
      <w:pPr>
        <w:jc w:val="both"/>
      </w:pPr>
      <w:r>
        <w:t>1442</w:t>
      </w:r>
    </w:p>
    <w:p>
      <w:pPr>
        <w:jc w:val="both"/>
      </w:pPr>
      <w:r>
        <w:t>DƯ-MDLS</w:t>
      </w:r>
    </w:p>
    <w:p>
      <w:pPr>
        <w:jc w:val="both"/>
      </w:pPr>
      <w:r>
        <w:t>Định lượng kháng thể kháng Phospholipid (IgG/IgM)/ Cardiolipin (IgG/IgM)/ Beta2-Glycoprotein (IgG/IgM)</w:t>
      </w:r>
    </w:p>
    <w:p>
      <w:pPr>
        <w:jc w:val="both"/>
      </w:pPr>
      <w:r>
        <w:t>590.000</w:t>
      </w:r>
    </w:p>
    <w:p>
      <w:pPr>
        <w:jc w:val="both"/>
      </w:pPr>
      <w:r>
        <w:t>671.000</w:t>
      </w:r>
    </w:p>
    <w:p>
      <w:pPr>
        <w:jc w:val="both"/>
      </w:pPr>
      <w:r>
        <w:t>1455</w:t>
      </w:r>
    </w:p>
    <w:p>
      <w:pPr>
        <w:jc w:val="both"/>
      </w:pPr>
      <w:r>
        <w:t>1443</w:t>
      </w:r>
    </w:p>
    <w:p>
      <w:pPr>
        <w:jc w:val="both"/>
      </w:pPr>
      <w:r>
        <w:t>DƯ-MDLS</w:t>
      </w:r>
    </w:p>
    <w:p>
      <w:pPr>
        <w:jc w:val="both"/>
      </w:pPr>
      <w:r>
        <w:t>Định lượng kháng thể kháng Prothrombin</w:t>
      </w:r>
    </w:p>
    <w:p>
      <w:pPr>
        <w:jc w:val="both"/>
      </w:pPr>
      <w:r>
        <w:t>456.000</w:t>
      </w:r>
    </w:p>
    <w:p>
      <w:pPr>
        <w:jc w:val="both"/>
      </w:pPr>
      <w:r>
        <w:t>518.000</w:t>
      </w:r>
    </w:p>
    <w:p>
      <w:pPr>
        <w:jc w:val="both"/>
      </w:pPr>
      <w:r>
        <w:t>1456</w:t>
      </w:r>
    </w:p>
    <w:p>
      <w:pPr>
        <w:jc w:val="both"/>
      </w:pPr>
      <w:r>
        <w:t>1444</w:t>
      </w:r>
    </w:p>
    <w:p>
      <w:pPr>
        <w:jc w:val="both"/>
      </w:pPr>
      <w:r>
        <w:t>DƯ-MDLS</w:t>
      </w:r>
    </w:p>
    <w:p>
      <w:pPr>
        <w:jc w:val="both"/>
      </w:pPr>
      <w:r>
        <w:t>Định lượng kháng thể kháng RNP-70</w:t>
      </w:r>
    </w:p>
    <w:p>
      <w:pPr>
        <w:jc w:val="both"/>
      </w:pPr>
      <w:r>
        <w:t>426.000</w:t>
      </w:r>
    </w:p>
    <w:p>
      <w:pPr>
        <w:jc w:val="both"/>
      </w:pPr>
      <w:r>
        <w:t>484.000</w:t>
      </w:r>
    </w:p>
    <w:p>
      <w:pPr>
        <w:jc w:val="both"/>
      </w:pPr>
      <w:r>
        <w:t>1457</w:t>
      </w:r>
    </w:p>
    <w:p>
      <w:pPr>
        <w:jc w:val="both"/>
      </w:pPr>
      <w:r>
        <w:t>1445</w:t>
      </w:r>
    </w:p>
    <w:p>
      <w:pPr>
        <w:jc w:val="both"/>
      </w:pPr>
      <w:r>
        <w:t>DƯ-MDLS</w:t>
      </w:r>
    </w:p>
    <w:p>
      <w:pPr>
        <w:jc w:val="both"/>
      </w:pPr>
      <w:r>
        <w:t>Định lượng kháng thể kháng Scl-70</w:t>
      </w:r>
    </w:p>
    <w:p>
      <w:pPr>
        <w:jc w:val="both"/>
      </w:pPr>
      <w:r>
        <w:t>378.000</w:t>
      </w:r>
    </w:p>
    <w:p>
      <w:pPr>
        <w:jc w:val="both"/>
      </w:pPr>
      <w:r>
        <w:t>430.000</w:t>
      </w:r>
    </w:p>
    <w:p>
      <w:pPr>
        <w:jc w:val="both"/>
      </w:pPr>
      <w:r>
        <w:t>1458</w:t>
      </w:r>
    </w:p>
    <w:p>
      <w:pPr>
        <w:jc w:val="both"/>
      </w:pPr>
      <w:r>
        <w:t>1446</w:t>
      </w:r>
    </w:p>
    <w:p>
      <w:pPr>
        <w:jc w:val="both"/>
      </w:pPr>
      <w:r>
        <w:t>DƯ-MDLS</w:t>
      </w:r>
    </w:p>
    <w:p>
      <w:pPr>
        <w:jc w:val="both"/>
      </w:pPr>
      <w:r>
        <w:t>Định lượng kháng thể kháng Sm</w:t>
      </w:r>
    </w:p>
    <w:p>
      <w:pPr>
        <w:jc w:val="both"/>
      </w:pPr>
      <w:r>
        <w:t>407.000</w:t>
      </w:r>
    </w:p>
    <w:p>
      <w:pPr>
        <w:jc w:val="both"/>
      </w:pPr>
      <w:r>
        <w:t>462.000</w:t>
      </w:r>
    </w:p>
    <w:p>
      <w:pPr>
        <w:jc w:val="both"/>
      </w:pPr>
      <w:r>
        <w:t>1459</w:t>
      </w:r>
    </w:p>
    <w:p>
      <w:pPr>
        <w:jc w:val="both"/>
      </w:pPr>
      <w:r>
        <w:t>1447</w:t>
      </w:r>
    </w:p>
    <w:p>
      <w:pPr>
        <w:jc w:val="both"/>
      </w:pPr>
      <w:r>
        <w:t>DƯ-MDLS</w:t>
      </w:r>
    </w:p>
    <w:p>
      <w:pPr>
        <w:jc w:val="both"/>
      </w:pPr>
      <w:r>
        <w:t>Định lượng kháng thể kháng SSA(Ro)/SSB(La)/SSA-p200</w:t>
      </w:r>
    </w:p>
    <w:p>
      <w:pPr>
        <w:jc w:val="both"/>
      </w:pPr>
      <w:r>
        <w:t>441.000</w:t>
      </w:r>
    </w:p>
    <w:p>
      <w:pPr>
        <w:jc w:val="both"/>
      </w:pPr>
      <w:r>
        <w:t>502.000</w:t>
      </w:r>
    </w:p>
    <w:p>
      <w:pPr>
        <w:jc w:val="both"/>
      </w:pPr>
      <w:r>
        <w:t>1460</w:t>
      </w:r>
    </w:p>
    <w:p>
      <w:pPr>
        <w:jc w:val="both"/>
      </w:pPr>
      <w:r>
        <w:t>1448</w:t>
      </w:r>
    </w:p>
    <w:p>
      <w:pPr>
        <w:jc w:val="both"/>
      </w:pPr>
      <w:r>
        <w:t>DƯ-MDLS</w:t>
      </w:r>
    </w:p>
    <w:p>
      <w:pPr>
        <w:jc w:val="both"/>
      </w:pPr>
      <w:r>
        <w:t>Định lượng kháng thể kháng tiểu cầu</w:t>
      </w:r>
    </w:p>
    <w:p>
      <w:pPr>
        <w:jc w:val="both"/>
      </w:pPr>
      <w:r>
        <w:t>721.000</w:t>
      </w:r>
    </w:p>
    <w:p>
      <w:pPr>
        <w:jc w:val="both"/>
      </w:pPr>
      <w:r>
        <w:t>819.000</w:t>
      </w:r>
    </w:p>
    <w:p>
      <w:pPr>
        <w:jc w:val="both"/>
      </w:pPr>
      <w:r>
        <w:t>1461</w:t>
      </w:r>
    </w:p>
    <w:p>
      <w:pPr>
        <w:jc w:val="both"/>
      </w:pPr>
      <w:r>
        <w:t>1449</w:t>
      </w:r>
    </w:p>
    <w:p>
      <w:pPr>
        <w:jc w:val="both"/>
      </w:pPr>
      <w:r>
        <w:t>DƯ-MDLS</w:t>
      </w:r>
    </w:p>
    <w:p>
      <w:pPr>
        <w:jc w:val="both"/>
      </w:pPr>
      <w:r>
        <w:t>Định lượng kháng thể kháng tinh trùng</w:t>
      </w:r>
    </w:p>
    <w:p>
      <w:pPr>
        <w:jc w:val="both"/>
      </w:pPr>
      <w:r>
        <w:t>1.030.000</w:t>
      </w:r>
    </w:p>
    <w:p>
      <w:pPr>
        <w:jc w:val="both"/>
      </w:pPr>
      <w:r>
        <w:t>1.174.000</w:t>
      </w:r>
    </w:p>
    <w:p>
      <w:pPr>
        <w:jc w:val="both"/>
      </w:pPr>
      <w:r>
        <w:t>1462</w:t>
      </w:r>
    </w:p>
    <w:p>
      <w:pPr>
        <w:jc w:val="both"/>
      </w:pPr>
      <w:r>
        <w:t>1450</w:t>
      </w:r>
    </w:p>
    <w:p>
      <w:pPr>
        <w:jc w:val="both"/>
      </w:pPr>
      <w:r>
        <w:t>DƯ-MDLS</w:t>
      </w:r>
    </w:p>
    <w:p>
      <w:pPr>
        <w:jc w:val="both"/>
      </w:pPr>
      <w:r>
        <w:t>Định lượng kháng thể kháng tương bào bạch cầu đa nhân trung tính (ANCA)</w:t>
      </w:r>
    </w:p>
    <w:p>
      <w:pPr>
        <w:jc w:val="both"/>
      </w:pPr>
      <w:r>
        <w:t>500.000</w:t>
      </w:r>
    </w:p>
    <w:p>
      <w:pPr>
        <w:jc w:val="both"/>
      </w:pPr>
      <w:r>
        <w:t>569.000</w:t>
      </w:r>
    </w:p>
    <w:p>
      <w:pPr>
        <w:jc w:val="both"/>
      </w:pPr>
      <w:r>
        <w:t>1463</w:t>
      </w:r>
    </w:p>
    <w:p>
      <w:pPr>
        <w:jc w:val="both"/>
      </w:pPr>
      <w:r>
        <w:t>1451</w:t>
      </w:r>
    </w:p>
    <w:p>
      <w:pPr>
        <w:jc w:val="both"/>
      </w:pPr>
      <w:r>
        <w:t>DƯ-MDLS</w:t>
      </w:r>
    </w:p>
    <w:p>
      <w:pPr>
        <w:jc w:val="both"/>
      </w:pPr>
      <w:r>
        <w:t>Định lượng kháng thể kháng ty lạp thể (AMA-M2) /kháng thể kháng tương bào gan typel (LC1) / kháng thể kháng tiểu vi thể gan thận type 1 (LKM1) / kháng thể kháng thụ thể GLYCOPROTEIN trên màng tế bào gan người châu Á (ASGPR)</w:t>
      </w:r>
    </w:p>
    <w:p>
      <w:pPr>
        <w:jc w:val="both"/>
      </w:pPr>
      <w:r>
        <w:t>492.000</w:t>
      </w:r>
    </w:p>
    <w:p>
      <w:pPr>
        <w:jc w:val="both"/>
      </w:pPr>
      <w:r>
        <w:t>559.000</w:t>
      </w:r>
    </w:p>
    <w:p>
      <w:pPr>
        <w:jc w:val="both"/>
      </w:pPr>
      <w:r>
        <w:t>1464</w:t>
      </w:r>
    </w:p>
    <w:p>
      <w:pPr>
        <w:jc w:val="both"/>
      </w:pPr>
      <w:r>
        <w:t>1452</w:t>
      </w:r>
    </w:p>
    <w:p>
      <w:pPr>
        <w:jc w:val="both"/>
      </w:pPr>
      <w:r>
        <w:t>DƯ-MDLS</w:t>
      </w:r>
    </w:p>
    <w:p>
      <w:pPr>
        <w:jc w:val="both"/>
      </w:pPr>
      <w:r>
        <w:t>Định lượng MPO (pANCA)/PR3 (cANCA)</w:t>
      </w:r>
    </w:p>
    <w:p>
      <w:pPr>
        <w:jc w:val="both"/>
      </w:pPr>
      <w:r>
        <w:t>441.000</w:t>
      </w:r>
    </w:p>
    <w:p>
      <w:pPr>
        <w:jc w:val="both"/>
      </w:pPr>
      <w:r>
        <w:t>502.000</w:t>
      </w:r>
    </w:p>
    <w:p>
      <w:pPr>
        <w:jc w:val="both"/>
      </w:pPr>
      <w:r>
        <w:t>1465</w:t>
      </w:r>
    </w:p>
    <w:p>
      <w:pPr>
        <w:jc w:val="both"/>
      </w:pPr>
      <w:r>
        <w:t>1453</w:t>
      </w:r>
    </w:p>
    <w:p>
      <w:pPr>
        <w:jc w:val="both"/>
      </w:pPr>
      <w:r>
        <w:t>Khẳng định kháng đông lupus (LAC/ LA confirm: Lupus Anticoagulant confirm)</w:t>
      </w:r>
    </w:p>
    <w:p>
      <w:pPr>
        <w:jc w:val="both"/>
      </w:pPr>
      <w:r>
        <w:t>251.000</w:t>
      </w:r>
    </w:p>
    <w:p>
      <w:pPr>
        <w:jc w:val="both"/>
      </w:pPr>
      <w:r>
        <w:t>283.000</w:t>
      </w:r>
    </w:p>
    <w:p>
      <w:pPr>
        <w:jc w:val="both"/>
      </w:pPr>
      <w:r>
        <w:t>III</w:t>
      </w:r>
    </w:p>
    <w:p>
      <w:pPr>
        <w:jc w:val="both"/>
      </w:pPr>
      <w:r>
        <w:t>III</w:t>
      </w:r>
    </w:p>
    <w:p>
      <w:pPr>
        <w:jc w:val="both"/>
      </w:pPr>
      <w:r>
        <w:t>Hóa sinh</w:t>
      </w:r>
    </w:p>
    <w:p>
      <w:pPr>
        <w:jc w:val="both"/>
      </w:pPr>
      <w:r>
        <w:t>Máu</w:t>
      </w:r>
    </w:p>
    <w:p>
      <w:pPr>
        <w:jc w:val="both"/>
      </w:pPr>
      <w:r>
        <w:t>1466</w:t>
      </w:r>
    </w:p>
    <w:p>
      <w:pPr>
        <w:jc w:val="both"/>
      </w:pPr>
      <w:r>
        <w:t>1454</w:t>
      </w:r>
    </w:p>
    <w:p>
      <w:pPr>
        <w:jc w:val="both"/>
      </w:pPr>
      <w:r>
        <w:t>03C3.1.HS5</w:t>
      </w:r>
    </w:p>
    <w:p>
      <w:pPr>
        <w:jc w:val="both"/>
      </w:pPr>
      <w:r>
        <w:t>ACTH</w:t>
      </w:r>
    </w:p>
    <w:p>
      <w:pPr>
        <w:jc w:val="both"/>
      </w:pPr>
      <w:r>
        <w:t>82.000</w:t>
      </w:r>
    </w:p>
    <w:p>
      <w:pPr>
        <w:jc w:val="both"/>
      </w:pPr>
      <w:r>
        <w:t>93.300</w:t>
      </w:r>
    </w:p>
    <w:p>
      <w:pPr>
        <w:jc w:val="both"/>
      </w:pPr>
      <w:r>
        <w:t>1467</w:t>
      </w:r>
    </w:p>
    <w:p>
      <w:pPr>
        <w:jc w:val="both"/>
      </w:pPr>
      <w:r>
        <w:t>1455</w:t>
      </w:r>
    </w:p>
    <w:p>
      <w:pPr>
        <w:jc w:val="both"/>
      </w:pPr>
      <w:r>
        <w:t>03C3.1.HS6</w:t>
      </w:r>
    </w:p>
    <w:p>
      <w:pPr>
        <w:jc w:val="both"/>
      </w:pPr>
      <w:r>
        <w:t>ADH</w:t>
      </w:r>
    </w:p>
    <w:p>
      <w:pPr>
        <w:jc w:val="both"/>
      </w:pPr>
      <w:r>
        <w:t>147.000</w:t>
      </w:r>
    </w:p>
    <w:p>
      <w:pPr>
        <w:jc w:val="both"/>
      </w:pPr>
      <w:r>
        <w:t>167.000</w:t>
      </w:r>
    </w:p>
    <w:p>
      <w:pPr>
        <w:jc w:val="both"/>
      </w:pPr>
      <w:r>
        <w:t>1468</w:t>
      </w:r>
    </w:p>
    <w:p>
      <w:pPr>
        <w:jc w:val="both"/>
      </w:pPr>
      <w:r>
        <w:t>1456</w:t>
      </w:r>
    </w:p>
    <w:p>
      <w:pPr>
        <w:jc w:val="both"/>
      </w:pPr>
      <w:r>
        <w:t>03C3.1.HS23</w:t>
      </w:r>
    </w:p>
    <w:p>
      <w:pPr>
        <w:jc w:val="both"/>
      </w:pPr>
      <w:r>
        <w:t>ALA</w:t>
      </w:r>
    </w:p>
    <w:p>
      <w:pPr>
        <w:jc w:val="both"/>
      </w:pPr>
      <w:r>
        <w:t>92.900</w:t>
      </w:r>
    </w:p>
    <w:p>
      <w:pPr>
        <w:jc w:val="both"/>
      </w:pPr>
      <w:r>
        <w:t>105.000</w:t>
      </w:r>
    </w:p>
    <w:p>
      <w:pPr>
        <w:jc w:val="both"/>
      </w:pPr>
      <w:r>
        <w:t>1469</w:t>
      </w:r>
    </w:p>
    <w:p>
      <w:pPr>
        <w:jc w:val="both"/>
      </w:pPr>
      <w:r>
        <w:t>1457</w:t>
      </w:r>
    </w:p>
    <w:p>
      <w:pPr>
        <w:jc w:val="both"/>
      </w:pPr>
      <w:r>
        <w:t>03C3.1.HS46</w:t>
      </w:r>
    </w:p>
    <w:p>
      <w:pPr>
        <w:jc w:val="both"/>
      </w:pPr>
      <w:r>
        <w:t>Alpha FP (AFP)</w:t>
      </w:r>
    </w:p>
    <w:p>
      <w:pPr>
        <w:jc w:val="both"/>
      </w:pPr>
      <w:r>
        <w:t>92.900</w:t>
      </w:r>
    </w:p>
    <w:p>
      <w:pPr>
        <w:jc w:val="both"/>
      </w:pPr>
      <w:r>
        <w:t>105.000</w:t>
      </w:r>
    </w:p>
    <w:p>
      <w:pPr>
        <w:jc w:val="both"/>
      </w:pPr>
      <w:r>
        <w:t>1470</w:t>
      </w:r>
    </w:p>
    <w:p>
      <w:pPr>
        <w:jc w:val="both"/>
      </w:pPr>
      <w:r>
        <w:t>1458</w:t>
      </w:r>
    </w:p>
    <w:p>
      <w:pPr>
        <w:jc w:val="both"/>
      </w:pPr>
      <w:r>
        <w:t>03C3.1.HS78</w:t>
      </w:r>
    </w:p>
    <w:p>
      <w:pPr>
        <w:jc w:val="both"/>
      </w:pPr>
      <w:r>
        <w:t>Alpha Microglobulin</w:t>
      </w:r>
    </w:p>
    <w:p>
      <w:pPr>
        <w:jc w:val="both"/>
      </w:pPr>
      <w:r>
        <w:t>98.400</w:t>
      </w:r>
    </w:p>
    <w:p>
      <w:pPr>
        <w:jc w:val="both"/>
      </w:pPr>
      <w:r>
        <w:t>112.000</w:t>
      </w:r>
    </w:p>
    <w:p>
      <w:pPr>
        <w:jc w:val="both"/>
      </w:pPr>
      <w:r>
        <w:t>1471</w:t>
      </w:r>
    </w:p>
    <w:p>
      <w:pPr>
        <w:jc w:val="both"/>
      </w:pPr>
      <w:r>
        <w:t>1459</w:t>
      </w:r>
    </w:p>
    <w:p>
      <w:pPr>
        <w:jc w:val="both"/>
      </w:pPr>
      <w:r>
        <w:t>03C3.1.HS3</w:t>
      </w:r>
    </w:p>
    <w:p>
      <w:pPr>
        <w:jc w:val="both"/>
      </w:pPr>
      <w:r>
        <w:t>Amoniac</w:t>
      </w:r>
    </w:p>
    <w:p>
      <w:pPr>
        <w:jc w:val="both"/>
      </w:pPr>
      <w:r>
        <w:t>76.500</w:t>
      </w:r>
    </w:p>
    <w:p>
      <w:pPr>
        <w:jc w:val="both"/>
      </w:pPr>
      <w:r>
        <w:t>87.100</w:t>
      </w:r>
    </w:p>
    <w:p>
      <w:pPr>
        <w:jc w:val="both"/>
      </w:pPr>
      <w:r>
        <w:t>1472</w:t>
      </w:r>
    </w:p>
    <w:p>
      <w:pPr>
        <w:jc w:val="both"/>
      </w:pPr>
      <w:r>
        <w:t>1460</w:t>
      </w:r>
    </w:p>
    <w:p>
      <w:pPr>
        <w:jc w:val="both"/>
      </w:pPr>
      <w:r>
        <w:t>03C3.1.HS70</w:t>
      </w:r>
    </w:p>
    <w:p>
      <w:pPr>
        <w:jc w:val="both"/>
      </w:pPr>
      <w:r>
        <w:t>Anti - TG</w:t>
      </w:r>
    </w:p>
    <w:p>
      <w:pPr>
        <w:jc w:val="both"/>
      </w:pPr>
      <w:r>
        <w:t>273.000</w:t>
      </w:r>
    </w:p>
    <w:p>
      <w:pPr>
        <w:jc w:val="both"/>
      </w:pPr>
      <w:r>
        <w:t>311.000</w:t>
      </w:r>
    </w:p>
    <w:p>
      <w:pPr>
        <w:jc w:val="both"/>
      </w:pPr>
      <w:r>
        <w:t>1473</w:t>
      </w:r>
    </w:p>
    <w:p>
      <w:pPr>
        <w:jc w:val="both"/>
      </w:pPr>
      <w:r>
        <w:t>1461</w:t>
      </w:r>
    </w:p>
    <w:p>
      <w:pPr>
        <w:jc w:val="both"/>
      </w:pPr>
      <w:r>
        <w:t>Anti - TPO (Anti- thyroid Peroxidase antibodies) định lượng</w:t>
      </w:r>
    </w:p>
    <w:p>
      <w:pPr>
        <w:jc w:val="both"/>
      </w:pPr>
      <w:r>
        <w:t>207.000</w:t>
      </w:r>
    </w:p>
    <w:p>
      <w:pPr>
        <w:jc w:val="both"/>
      </w:pPr>
      <w:r>
        <w:t>235.000</w:t>
      </w:r>
    </w:p>
    <w:p>
      <w:pPr>
        <w:jc w:val="both"/>
      </w:pPr>
      <w:r>
        <w:t>1474</w:t>
      </w:r>
    </w:p>
    <w:p>
      <w:pPr>
        <w:jc w:val="both"/>
      </w:pPr>
      <w:r>
        <w:t>1462</w:t>
      </w:r>
    </w:p>
    <w:p>
      <w:pPr>
        <w:jc w:val="both"/>
      </w:pPr>
      <w:r>
        <w:t>03C3.1.HS34</w:t>
      </w:r>
    </w:p>
    <w:p>
      <w:pPr>
        <w:jc w:val="both"/>
      </w:pPr>
      <w:r>
        <w:t>Apolipoprotein A/B (1 loại)</w:t>
      </w:r>
    </w:p>
    <w:p>
      <w:pPr>
        <w:jc w:val="both"/>
      </w:pPr>
      <w:r>
        <w:t>49.200</w:t>
      </w:r>
    </w:p>
    <w:p>
      <w:pPr>
        <w:jc w:val="both"/>
      </w:pPr>
      <w:r>
        <w:t>56.000</w:t>
      </w:r>
    </w:p>
    <w:p>
      <w:pPr>
        <w:jc w:val="both"/>
      </w:pPr>
      <w:r>
        <w:t>1475</w:t>
      </w:r>
    </w:p>
    <w:p>
      <w:pPr>
        <w:jc w:val="both"/>
      </w:pPr>
      <w:r>
        <w:t>1463</w:t>
      </w:r>
    </w:p>
    <w:p>
      <w:pPr>
        <w:jc w:val="both"/>
      </w:pPr>
      <w:r>
        <w:t>03C3.1.HS20</w:t>
      </w:r>
    </w:p>
    <w:p>
      <w:pPr>
        <w:jc w:val="both"/>
      </w:pPr>
      <w:r>
        <w:t>Benzodiazepam (BZD)</w:t>
      </w:r>
    </w:p>
    <w:p>
      <w:pPr>
        <w:jc w:val="both"/>
      </w:pPr>
      <w:r>
        <w:t>38.200</w:t>
      </w:r>
    </w:p>
    <w:p>
      <w:pPr>
        <w:jc w:val="both"/>
      </w:pPr>
      <w:r>
        <w:t>43.500</w:t>
      </w:r>
    </w:p>
    <w:p>
      <w:pPr>
        <w:jc w:val="both"/>
      </w:pPr>
      <w:r>
        <w:t>1476</w:t>
      </w:r>
    </w:p>
    <w:p>
      <w:pPr>
        <w:jc w:val="both"/>
      </w:pPr>
      <w:r>
        <w:t>1464</w:t>
      </w:r>
    </w:p>
    <w:p>
      <w:pPr>
        <w:jc w:val="both"/>
      </w:pPr>
      <w:r>
        <w:t>03C3.1.HS51</w:t>
      </w:r>
    </w:p>
    <w:p>
      <w:pPr>
        <w:jc w:val="both"/>
      </w:pPr>
      <w:r>
        <w:t>Beta - HCG</w:t>
      </w:r>
    </w:p>
    <w:p>
      <w:pPr>
        <w:jc w:val="both"/>
      </w:pPr>
      <w:r>
        <w:t>87.500</w:t>
      </w:r>
    </w:p>
    <w:p>
      <w:pPr>
        <w:jc w:val="both"/>
      </w:pPr>
      <w:r>
        <w:t>99.600</w:t>
      </w:r>
    </w:p>
    <w:p>
      <w:pPr>
        <w:jc w:val="both"/>
      </w:pPr>
      <w:r>
        <w:t>1477</w:t>
      </w:r>
    </w:p>
    <w:p>
      <w:pPr>
        <w:jc w:val="both"/>
      </w:pPr>
      <w:r>
        <w:t>1465</w:t>
      </w:r>
    </w:p>
    <w:p>
      <w:pPr>
        <w:jc w:val="both"/>
      </w:pPr>
      <w:r>
        <w:t>03C3.1.HS38</w:t>
      </w:r>
    </w:p>
    <w:p>
      <w:pPr>
        <w:jc w:val="both"/>
      </w:pPr>
      <w:r>
        <w:t>Beta2 Microglobulin</w:t>
      </w:r>
    </w:p>
    <w:p>
      <w:pPr>
        <w:jc w:val="both"/>
      </w:pPr>
      <w:r>
        <w:t>76.500</w:t>
      </w:r>
    </w:p>
    <w:p>
      <w:pPr>
        <w:jc w:val="both"/>
      </w:pPr>
      <w:r>
        <w:t>87.100</w:t>
      </w:r>
    </w:p>
    <w:p>
      <w:pPr>
        <w:jc w:val="both"/>
      </w:pPr>
      <w:r>
        <w:t>1478</w:t>
      </w:r>
    </w:p>
    <w:p>
      <w:pPr>
        <w:jc w:val="both"/>
      </w:pPr>
      <w:r>
        <w:t>1466</w:t>
      </w:r>
    </w:p>
    <w:p>
      <w:pPr>
        <w:jc w:val="both"/>
      </w:pPr>
      <w:r>
        <w:t>04C5.1.340</w:t>
      </w:r>
    </w:p>
    <w:p>
      <w:pPr>
        <w:jc w:val="both"/>
      </w:pPr>
      <w:r>
        <w:t>BNP (B - Type Natriuretic Peptide)</w:t>
      </w:r>
    </w:p>
    <w:p>
      <w:pPr>
        <w:jc w:val="both"/>
      </w:pPr>
      <w:r>
        <w:t>590.000</w:t>
      </w:r>
    </w:p>
    <w:p>
      <w:pPr>
        <w:jc w:val="both"/>
      </w:pPr>
      <w:r>
        <w:t>671.000</w:t>
      </w:r>
    </w:p>
    <w:p>
      <w:pPr>
        <w:jc w:val="both"/>
      </w:pPr>
      <w:r>
        <w:t>1479</w:t>
      </w:r>
    </w:p>
    <w:p>
      <w:pPr>
        <w:jc w:val="both"/>
      </w:pPr>
      <w:r>
        <w:t>1467</w:t>
      </w:r>
    </w:p>
    <w:p>
      <w:pPr>
        <w:jc w:val="both"/>
      </w:pPr>
      <w:r>
        <w:t>04C5.1.320</w:t>
      </w:r>
    </w:p>
    <w:p>
      <w:pPr>
        <w:jc w:val="both"/>
      </w:pPr>
      <w:r>
        <w:t>Bổ thể trong huyết thanh</w:t>
      </w:r>
    </w:p>
    <w:p>
      <w:pPr>
        <w:jc w:val="both"/>
      </w:pPr>
      <w:r>
        <w:t>32.800</w:t>
      </w:r>
    </w:p>
    <w:p>
      <w:pPr>
        <w:jc w:val="both"/>
      </w:pPr>
      <w:r>
        <w:t>37.300</w:t>
      </w:r>
    </w:p>
    <w:p>
      <w:pPr>
        <w:jc w:val="both"/>
      </w:pPr>
      <w:r>
        <w:t>1480</w:t>
      </w:r>
    </w:p>
    <w:p>
      <w:pPr>
        <w:jc w:val="both"/>
      </w:pPr>
      <w:r>
        <w:t>1468</w:t>
      </w:r>
    </w:p>
    <w:p>
      <w:pPr>
        <w:jc w:val="both"/>
      </w:pPr>
      <w:r>
        <w:t>03C3.1.HS65</w:t>
      </w:r>
    </w:p>
    <w:p>
      <w:pPr>
        <w:jc w:val="both"/>
      </w:pPr>
      <w:r>
        <w:t>CA 125</w:t>
      </w:r>
    </w:p>
    <w:p>
      <w:pPr>
        <w:jc w:val="both"/>
      </w:pPr>
      <w:r>
        <w:t>140.000</w:t>
      </w:r>
    </w:p>
    <w:p>
      <w:pPr>
        <w:jc w:val="both"/>
      </w:pPr>
      <w:r>
        <w:t>160.000</w:t>
      </w:r>
    </w:p>
    <w:p>
      <w:pPr>
        <w:jc w:val="both"/>
      </w:pPr>
      <w:r>
        <w:t>1481</w:t>
      </w:r>
    </w:p>
    <w:p>
      <w:pPr>
        <w:jc w:val="both"/>
      </w:pPr>
      <w:r>
        <w:t>1469</w:t>
      </w:r>
    </w:p>
    <w:p>
      <w:pPr>
        <w:jc w:val="both"/>
      </w:pPr>
      <w:r>
        <w:t>03C3.1.HS63</w:t>
      </w:r>
    </w:p>
    <w:p>
      <w:pPr>
        <w:jc w:val="both"/>
      </w:pPr>
      <w:r>
        <w:t>CA 15 - 3</w:t>
      </w:r>
    </w:p>
    <w:p>
      <w:pPr>
        <w:jc w:val="both"/>
      </w:pPr>
      <w:r>
        <w:t>152.000</w:t>
      </w:r>
    </w:p>
    <w:p>
      <w:pPr>
        <w:jc w:val="both"/>
      </w:pPr>
      <w:r>
        <w:t>173.000</w:t>
      </w:r>
    </w:p>
    <w:p>
      <w:pPr>
        <w:jc w:val="both"/>
      </w:pPr>
      <w:r>
        <w:t>1482</w:t>
      </w:r>
    </w:p>
    <w:p>
      <w:pPr>
        <w:jc w:val="both"/>
      </w:pPr>
      <w:r>
        <w:t>1470</w:t>
      </w:r>
    </w:p>
    <w:p>
      <w:pPr>
        <w:jc w:val="both"/>
      </w:pPr>
      <w:r>
        <w:t>03C3.1.HS62</w:t>
      </w:r>
    </w:p>
    <w:p>
      <w:pPr>
        <w:jc w:val="both"/>
      </w:pPr>
      <w:r>
        <w:t>CA 19-9</w:t>
      </w:r>
    </w:p>
    <w:p>
      <w:pPr>
        <w:jc w:val="both"/>
      </w:pPr>
      <w:r>
        <w:t>140.000</w:t>
      </w:r>
    </w:p>
    <w:p>
      <w:pPr>
        <w:jc w:val="both"/>
      </w:pPr>
      <w:r>
        <w:t>160.000</w:t>
      </w:r>
    </w:p>
    <w:p>
      <w:pPr>
        <w:jc w:val="both"/>
      </w:pPr>
      <w:r>
        <w:t>1483</w:t>
      </w:r>
    </w:p>
    <w:p>
      <w:pPr>
        <w:jc w:val="both"/>
      </w:pPr>
      <w:r>
        <w:t>1471</w:t>
      </w:r>
    </w:p>
    <w:p>
      <w:pPr>
        <w:jc w:val="both"/>
      </w:pPr>
      <w:r>
        <w:t>03C3.1.HS64</w:t>
      </w:r>
    </w:p>
    <w:p>
      <w:pPr>
        <w:jc w:val="both"/>
      </w:pPr>
      <w:r>
        <w:t>CA 72 -4</w:t>
      </w:r>
    </w:p>
    <w:p>
      <w:pPr>
        <w:jc w:val="both"/>
      </w:pPr>
      <w:r>
        <w:t>135.000</w:t>
      </w:r>
    </w:p>
    <w:p>
      <w:pPr>
        <w:jc w:val="both"/>
      </w:pPr>
      <w:r>
        <w:t>154.000</w:t>
      </w:r>
    </w:p>
    <w:p>
      <w:pPr>
        <w:jc w:val="both"/>
      </w:pPr>
      <w:r>
        <w:t>1484</w:t>
      </w:r>
    </w:p>
    <w:p>
      <w:pPr>
        <w:jc w:val="both"/>
      </w:pPr>
      <w:r>
        <w:t>1472</w:t>
      </w:r>
    </w:p>
    <w:p>
      <w:pPr>
        <w:jc w:val="both"/>
      </w:pPr>
      <w:r>
        <w:t>04C5.1.312</w:t>
      </w:r>
    </w:p>
    <w:p>
      <w:pPr>
        <w:jc w:val="both"/>
      </w:pPr>
      <w:r>
        <w:t>Ca++ máu</w:t>
      </w:r>
    </w:p>
    <w:p>
      <w:pPr>
        <w:jc w:val="both"/>
      </w:pPr>
      <w:r>
        <w:t>16.400</w:t>
      </w:r>
    </w:p>
    <w:p>
      <w:pPr>
        <w:jc w:val="both"/>
      </w:pPr>
      <w:r>
        <w:t>18.600</w:t>
      </w:r>
    </w:p>
    <w:p>
      <w:pPr>
        <w:jc w:val="both"/>
      </w:pPr>
      <w:r>
        <w:t>Chỉ thanh toán khi định lượng trực tiếp.</w:t>
      </w:r>
    </w:p>
    <w:p>
      <w:pPr>
        <w:jc w:val="both"/>
      </w:pPr>
      <w:r>
        <w:t>1485</w:t>
      </w:r>
    </w:p>
    <w:p>
      <w:pPr>
        <w:jc w:val="both"/>
      </w:pPr>
      <w:r>
        <w:t>1473</w:t>
      </w:r>
    </w:p>
    <w:p>
      <w:pPr>
        <w:jc w:val="both"/>
      </w:pPr>
      <w:r>
        <w:t>03C3.1.HS25</w:t>
      </w:r>
    </w:p>
    <w:p>
      <w:pPr>
        <w:jc w:val="both"/>
      </w:pPr>
      <w:r>
        <w:t>Calci</w:t>
      </w:r>
    </w:p>
    <w:p>
      <w:pPr>
        <w:jc w:val="both"/>
      </w:pPr>
      <w:r>
        <w:t>13.000</w:t>
      </w:r>
    </w:p>
    <w:p>
      <w:pPr>
        <w:jc w:val="both"/>
      </w:pPr>
      <w:r>
        <w:t>14.900</w:t>
      </w:r>
    </w:p>
    <w:p>
      <w:pPr>
        <w:jc w:val="both"/>
      </w:pPr>
      <w:r>
        <w:t>1486</w:t>
      </w:r>
    </w:p>
    <w:p>
      <w:pPr>
        <w:jc w:val="both"/>
      </w:pPr>
      <w:r>
        <w:t>1474</w:t>
      </w:r>
    </w:p>
    <w:p>
      <w:pPr>
        <w:jc w:val="both"/>
      </w:pPr>
      <w:r>
        <w:t>03C3.1.HS12</w:t>
      </w:r>
    </w:p>
    <w:p>
      <w:pPr>
        <w:jc w:val="both"/>
      </w:pPr>
      <w:r>
        <w:t>Calcitonin</w:t>
      </w:r>
    </w:p>
    <w:p>
      <w:pPr>
        <w:jc w:val="both"/>
      </w:pPr>
      <w:r>
        <w:t>135.000</w:t>
      </w:r>
    </w:p>
    <w:p>
      <w:pPr>
        <w:jc w:val="both"/>
      </w:pPr>
      <w:r>
        <w:t>154.000</w:t>
      </w:r>
    </w:p>
    <w:p>
      <w:pPr>
        <w:jc w:val="both"/>
      </w:pPr>
      <w:r>
        <w:t>1487</w:t>
      </w:r>
    </w:p>
    <w:p>
      <w:pPr>
        <w:jc w:val="both"/>
      </w:pPr>
      <w:r>
        <w:t>1475</w:t>
      </w:r>
    </w:p>
    <w:p>
      <w:pPr>
        <w:jc w:val="both"/>
      </w:pPr>
      <w:r>
        <w:t>03C3.1.HS43</w:t>
      </w:r>
    </w:p>
    <w:p>
      <w:pPr>
        <w:jc w:val="both"/>
      </w:pPr>
      <w:r>
        <w:t>Catecholamin</w:t>
      </w:r>
    </w:p>
    <w:p>
      <w:pPr>
        <w:jc w:val="both"/>
      </w:pPr>
      <w:r>
        <w:t>218.000</w:t>
      </w:r>
    </w:p>
    <w:p>
      <w:pPr>
        <w:jc w:val="both"/>
      </w:pPr>
      <w:r>
        <w:t>249.000</w:t>
      </w:r>
    </w:p>
    <w:p>
      <w:pPr>
        <w:jc w:val="both"/>
      </w:pPr>
      <w:r>
        <w:t>1488</w:t>
      </w:r>
    </w:p>
    <w:p>
      <w:pPr>
        <w:jc w:val="both"/>
      </w:pPr>
      <w:r>
        <w:t>1476</w:t>
      </w:r>
    </w:p>
    <w:p>
      <w:pPr>
        <w:jc w:val="both"/>
      </w:pPr>
      <w:r>
        <w:t>03C3.1.HS50</w:t>
      </w:r>
    </w:p>
    <w:p>
      <w:pPr>
        <w:jc w:val="both"/>
      </w:pPr>
      <w:r>
        <w:t>CEA</w:t>
      </w:r>
    </w:p>
    <w:p>
      <w:pPr>
        <w:jc w:val="both"/>
      </w:pPr>
      <w:r>
        <w:t>87.500</w:t>
      </w:r>
    </w:p>
    <w:p>
      <w:pPr>
        <w:jc w:val="both"/>
      </w:pPr>
      <w:r>
        <w:t>99.600</w:t>
      </w:r>
    </w:p>
    <w:p>
      <w:pPr>
        <w:jc w:val="both"/>
      </w:pPr>
      <w:r>
        <w:t>1489</w:t>
      </w:r>
    </w:p>
    <w:p>
      <w:pPr>
        <w:jc w:val="both"/>
      </w:pPr>
      <w:r>
        <w:t>1477</w:t>
      </w:r>
    </w:p>
    <w:p>
      <w:pPr>
        <w:jc w:val="both"/>
      </w:pPr>
      <w:r>
        <w:t>03C3.1.HS32</w:t>
      </w:r>
    </w:p>
    <w:p>
      <w:pPr>
        <w:jc w:val="both"/>
      </w:pPr>
      <w:r>
        <w:t>Ceruloplasmin</w:t>
      </w:r>
    </w:p>
    <w:p>
      <w:pPr>
        <w:jc w:val="both"/>
      </w:pPr>
      <w:r>
        <w:t>71.100</w:t>
      </w:r>
    </w:p>
    <w:p>
      <w:pPr>
        <w:jc w:val="both"/>
      </w:pPr>
      <w:r>
        <w:t>80.900</w:t>
      </w:r>
    </w:p>
    <w:p>
      <w:pPr>
        <w:jc w:val="both"/>
      </w:pPr>
      <w:r>
        <w:t>1490</w:t>
      </w:r>
    </w:p>
    <w:p>
      <w:pPr>
        <w:jc w:val="both"/>
      </w:pPr>
      <w:r>
        <w:t>1478</w:t>
      </w:r>
    </w:p>
    <w:p>
      <w:pPr>
        <w:jc w:val="both"/>
      </w:pPr>
      <w:r>
        <w:t>03C3.1.HS28</w:t>
      </w:r>
    </w:p>
    <w:p>
      <w:pPr>
        <w:jc w:val="both"/>
      </w:pPr>
      <w:r>
        <w:t>CK-MB</w:t>
      </w:r>
    </w:p>
    <w:p>
      <w:pPr>
        <w:jc w:val="both"/>
      </w:pPr>
      <w:r>
        <w:t>38.200</w:t>
      </w:r>
    </w:p>
    <w:p>
      <w:pPr>
        <w:jc w:val="both"/>
      </w:pPr>
      <w:r>
        <w:t>43.500</w:t>
      </w:r>
    </w:p>
    <w:p>
      <w:pPr>
        <w:jc w:val="both"/>
      </w:pPr>
      <w:r>
        <w:t>1491</w:t>
      </w:r>
    </w:p>
    <w:p>
      <w:pPr>
        <w:jc w:val="both"/>
      </w:pPr>
      <w:r>
        <w:t>1479</w:t>
      </w:r>
    </w:p>
    <w:p>
      <w:pPr>
        <w:jc w:val="both"/>
      </w:pPr>
      <w:r>
        <w:t>03C3.1.HS37</w:t>
      </w:r>
    </w:p>
    <w:p>
      <w:pPr>
        <w:jc w:val="both"/>
      </w:pPr>
      <w:r>
        <w:t>Complement 3 (C3)/4 (C4) (1 loại)</w:t>
      </w:r>
    </w:p>
    <w:p>
      <w:pPr>
        <w:jc w:val="both"/>
      </w:pPr>
      <w:r>
        <w:t>60.100</w:t>
      </w:r>
    </w:p>
    <w:p>
      <w:pPr>
        <w:jc w:val="both"/>
      </w:pPr>
      <w:r>
        <w:t>68.400</w:t>
      </w:r>
    </w:p>
    <w:p>
      <w:pPr>
        <w:jc w:val="both"/>
      </w:pPr>
      <w:r>
        <w:t>1492</w:t>
      </w:r>
    </w:p>
    <w:p>
      <w:pPr>
        <w:jc w:val="both"/>
      </w:pPr>
      <w:r>
        <w:t>1480</w:t>
      </w:r>
    </w:p>
    <w:p>
      <w:pPr>
        <w:jc w:val="both"/>
      </w:pPr>
      <w:r>
        <w:t>03C3.1.HS7</w:t>
      </w:r>
    </w:p>
    <w:p>
      <w:pPr>
        <w:jc w:val="both"/>
      </w:pPr>
      <w:r>
        <w:t>Cortison</w:t>
      </w:r>
    </w:p>
    <w:p>
      <w:pPr>
        <w:jc w:val="both"/>
      </w:pPr>
      <w:r>
        <w:t>92.900</w:t>
      </w:r>
    </w:p>
    <w:p>
      <w:pPr>
        <w:jc w:val="both"/>
      </w:pPr>
      <w:r>
        <w:t>105.000</w:t>
      </w:r>
    </w:p>
    <w:p>
      <w:pPr>
        <w:jc w:val="both"/>
      </w:pPr>
      <w:r>
        <w:t>1493</w:t>
      </w:r>
    </w:p>
    <w:p>
      <w:pPr>
        <w:jc w:val="both"/>
      </w:pPr>
      <w:r>
        <w:t>1481</w:t>
      </w:r>
    </w:p>
    <w:p>
      <w:pPr>
        <w:jc w:val="both"/>
      </w:pPr>
      <w:r>
        <w:t>C-Peptid</w:t>
      </w:r>
    </w:p>
    <w:p>
      <w:pPr>
        <w:jc w:val="both"/>
      </w:pPr>
      <w:r>
        <w:t>174.000</w:t>
      </w:r>
    </w:p>
    <w:p>
      <w:pPr>
        <w:jc w:val="both"/>
      </w:pPr>
      <w:r>
        <w:t>198.000</w:t>
      </w:r>
    </w:p>
    <w:p>
      <w:pPr>
        <w:jc w:val="both"/>
      </w:pPr>
      <w:r>
        <w:t>1494</w:t>
      </w:r>
    </w:p>
    <w:p>
      <w:pPr>
        <w:jc w:val="both"/>
      </w:pPr>
      <w:r>
        <w:t>1482</w:t>
      </w:r>
    </w:p>
    <w:p>
      <w:pPr>
        <w:jc w:val="both"/>
      </w:pPr>
      <w:r>
        <w:t>03C3.1.HS4</w:t>
      </w:r>
    </w:p>
    <w:p>
      <w:pPr>
        <w:jc w:val="both"/>
      </w:pPr>
      <w:r>
        <w:t>CPK</w:t>
      </w:r>
    </w:p>
    <w:p>
      <w:pPr>
        <w:jc w:val="both"/>
      </w:pPr>
      <w:r>
        <w:t>27.300</w:t>
      </w:r>
    </w:p>
    <w:p>
      <w:pPr>
        <w:jc w:val="both"/>
      </w:pPr>
      <w:r>
        <w:t>31.100</w:t>
      </w:r>
    </w:p>
    <w:p>
      <w:pPr>
        <w:jc w:val="both"/>
      </w:pPr>
      <w:r>
        <w:t>1495</w:t>
      </w:r>
    </w:p>
    <w:p>
      <w:pPr>
        <w:jc w:val="both"/>
      </w:pPr>
      <w:r>
        <w:t>1483</w:t>
      </w:r>
    </w:p>
    <w:p>
      <w:pPr>
        <w:jc w:val="both"/>
      </w:pPr>
      <w:r>
        <w:t>CRP định lượng</w:t>
      </w:r>
    </w:p>
    <w:p>
      <w:pPr>
        <w:jc w:val="both"/>
      </w:pPr>
      <w:r>
        <w:t>54.600</w:t>
      </w:r>
    </w:p>
    <w:p>
      <w:pPr>
        <w:jc w:val="both"/>
      </w:pPr>
      <w:r>
        <w:t>62.200</w:t>
      </w:r>
    </w:p>
    <w:p>
      <w:pPr>
        <w:jc w:val="both"/>
      </w:pPr>
      <w:r>
        <w:t>1496</w:t>
      </w:r>
    </w:p>
    <w:p>
      <w:pPr>
        <w:jc w:val="both"/>
      </w:pPr>
      <w:r>
        <w:t>1484</w:t>
      </w:r>
    </w:p>
    <w:p>
      <w:pPr>
        <w:jc w:val="both"/>
      </w:pPr>
      <w:r>
        <w:t>03C3.1.HS31</w:t>
      </w:r>
    </w:p>
    <w:p>
      <w:pPr>
        <w:jc w:val="both"/>
      </w:pPr>
      <w:r>
        <w:t>CRP hs</w:t>
      </w:r>
    </w:p>
    <w:p>
      <w:pPr>
        <w:jc w:val="both"/>
      </w:pPr>
      <w:r>
        <w:t>54.600</w:t>
      </w:r>
    </w:p>
    <w:p>
      <w:pPr>
        <w:jc w:val="both"/>
      </w:pPr>
      <w:r>
        <w:t>62.200</w:t>
      </w:r>
    </w:p>
    <w:p>
      <w:pPr>
        <w:jc w:val="both"/>
      </w:pPr>
      <w:r>
        <w:t>1497</w:t>
      </w:r>
    </w:p>
    <w:p>
      <w:pPr>
        <w:jc w:val="both"/>
      </w:pPr>
      <w:r>
        <w:t>1485</w:t>
      </w:r>
    </w:p>
    <w:p>
      <w:pPr>
        <w:jc w:val="both"/>
      </w:pPr>
      <w:r>
        <w:t>03C3.1.HS60</w:t>
      </w:r>
    </w:p>
    <w:p>
      <w:pPr>
        <w:jc w:val="both"/>
      </w:pPr>
      <w:r>
        <w:t>Cyclosporine</w:t>
      </w:r>
    </w:p>
    <w:p>
      <w:pPr>
        <w:jc w:val="both"/>
      </w:pPr>
      <w:r>
        <w:t>328.000</w:t>
      </w:r>
    </w:p>
    <w:p>
      <w:pPr>
        <w:jc w:val="both"/>
      </w:pPr>
      <w:r>
        <w:t>373.000</w:t>
      </w:r>
    </w:p>
    <w:p>
      <w:pPr>
        <w:jc w:val="both"/>
      </w:pPr>
      <w:r>
        <w:t>1498</w:t>
      </w:r>
    </w:p>
    <w:p>
      <w:pPr>
        <w:jc w:val="both"/>
      </w:pPr>
      <w:r>
        <w:t>1486</w:t>
      </w:r>
    </w:p>
    <w:p>
      <w:pPr>
        <w:jc w:val="both"/>
      </w:pPr>
      <w:r>
        <w:t>03C3.1.HS66</w:t>
      </w:r>
    </w:p>
    <w:p>
      <w:pPr>
        <w:jc w:val="both"/>
      </w:pPr>
      <w:r>
        <w:t>Cyfra 21 - 1</w:t>
      </w:r>
    </w:p>
    <w:p>
      <w:pPr>
        <w:jc w:val="both"/>
      </w:pPr>
      <w:r>
        <w:t>98.400</w:t>
      </w:r>
    </w:p>
    <w:p>
      <w:pPr>
        <w:jc w:val="both"/>
      </w:pPr>
      <w:r>
        <w:t>112.000</w:t>
      </w:r>
    </w:p>
    <w:p>
      <w:pPr>
        <w:jc w:val="both"/>
      </w:pPr>
      <w:r>
        <w:t>1499</w:t>
      </w:r>
    </w:p>
    <w:p>
      <w:pPr>
        <w:jc w:val="both"/>
      </w:pPr>
      <w:r>
        <w:t>1487</w:t>
      </w:r>
    </w:p>
    <w:p>
      <w:pPr>
        <w:jc w:val="both"/>
      </w:pPr>
      <w:r>
        <w:t>04C5.1.311</w:t>
      </w:r>
    </w:p>
    <w:p>
      <w:pPr>
        <w:jc w:val="both"/>
      </w:pPr>
      <w:r>
        <w:t>Điện giải đồ (Na, K, CL)</w:t>
      </w:r>
    </w:p>
    <w:p>
      <w:pPr>
        <w:jc w:val="both"/>
      </w:pPr>
      <w:r>
        <w:t>29.500</w:t>
      </w:r>
    </w:p>
    <w:p>
      <w:pPr>
        <w:jc w:val="both"/>
      </w:pPr>
      <w:r>
        <w:t>33.500</w:t>
      </w:r>
    </w:p>
    <w:p>
      <w:pPr>
        <w:jc w:val="both"/>
      </w:pPr>
      <w:r>
        <w:t>Áp dụng cho cả trường hợp cho kết quả nhiều hơn 3 chỉ số</w:t>
      </w:r>
    </w:p>
    <w:p>
      <w:pPr>
        <w:jc w:val="both"/>
      </w:pPr>
      <w:r>
        <w:t>1500</w:t>
      </w:r>
    </w:p>
    <w:p>
      <w:pPr>
        <w:jc w:val="both"/>
      </w:pPr>
      <w:r>
        <w:t>1488</w:t>
      </w:r>
    </w:p>
    <w:p>
      <w:pPr>
        <w:jc w:val="both"/>
      </w:pPr>
      <w:r>
        <w:t>03C3.1.HS69</w:t>
      </w:r>
    </w:p>
    <w:p>
      <w:pPr>
        <w:jc w:val="both"/>
      </w:pPr>
      <w:r>
        <w:t>Digoxin</w:t>
      </w:r>
    </w:p>
    <w:p>
      <w:pPr>
        <w:jc w:val="both"/>
      </w:pPr>
      <w:r>
        <w:t>87.500</w:t>
      </w:r>
    </w:p>
    <w:p>
      <w:pPr>
        <w:jc w:val="both"/>
      </w:pPr>
      <w:r>
        <w:t>99.600</w:t>
      </w:r>
    </w:p>
    <w:p>
      <w:pPr>
        <w:jc w:val="both"/>
      </w:pPr>
      <w:r>
        <w:t>1501</w:t>
      </w:r>
    </w:p>
    <w:p>
      <w:pPr>
        <w:jc w:val="both"/>
      </w:pPr>
      <w:r>
        <w:t>1489</w:t>
      </w:r>
    </w:p>
    <w:p>
      <w:pPr>
        <w:jc w:val="both"/>
      </w:pPr>
      <w:r>
        <w:t>Định lượng 25OH Vitamin D (D3)</w:t>
      </w:r>
    </w:p>
    <w:p>
      <w:pPr>
        <w:jc w:val="both"/>
      </w:pPr>
      <w:r>
        <w:t>295.000</w:t>
      </w:r>
    </w:p>
    <w:p>
      <w:pPr>
        <w:jc w:val="both"/>
      </w:pPr>
      <w:r>
        <w:t>335.000</w:t>
      </w:r>
    </w:p>
    <w:p>
      <w:pPr>
        <w:jc w:val="both"/>
      </w:pPr>
      <w:r>
        <w:t>1502</w:t>
      </w:r>
    </w:p>
    <w:p>
      <w:pPr>
        <w:jc w:val="both"/>
      </w:pPr>
      <w:r>
        <w:t>1490</w:t>
      </w:r>
    </w:p>
    <w:p>
      <w:pPr>
        <w:jc w:val="both"/>
      </w:pPr>
      <w:r>
        <w:t>Định lượng Alphal Antitrypsin</w:t>
      </w:r>
    </w:p>
    <w:p>
      <w:pPr>
        <w:jc w:val="both"/>
      </w:pPr>
      <w:r>
        <w:t>65.600</w:t>
      </w:r>
    </w:p>
    <w:p>
      <w:pPr>
        <w:jc w:val="both"/>
      </w:pPr>
      <w:r>
        <w:t>74.700</w:t>
      </w:r>
    </w:p>
    <w:p>
      <w:pPr>
        <w:jc w:val="both"/>
      </w:pPr>
      <w:r>
        <w:t>1503</w:t>
      </w:r>
    </w:p>
    <w:p>
      <w:pPr>
        <w:jc w:val="both"/>
      </w:pPr>
      <w:r>
        <w:t>1491</w:t>
      </w:r>
    </w:p>
    <w:p>
      <w:pPr>
        <w:jc w:val="both"/>
      </w:pPr>
      <w:r>
        <w:t>Định lượng Anti CCP</w:t>
      </w:r>
    </w:p>
    <w:p>
      <w:pPr>
        <w:jc w:val="both"/>
      </w:pPr>
      <w:r>
        <w:t>316.000</w:t>
      </w:r>
    </w:p>
    <w:p>
      <w:pPr>
        <w:jc w:val="both"/>
      </w:pPr>
      <w:r>
        <w:t>360.000</w:t>
      </w:r>
    </w:p>
    <w:p>
      <w:pPr>
        <w:jc w:val="both"/>
      </w:pPr>
      <w:r>
        <w:t>1504</w:t>
      </w:r>
    </w:p>
    <w:p>
      <w:pPr>
        <w:jc w:val="both"/>
      </w:pPr>
      <w:r>
        <w:t>1492</w:t>
      </w:r>
    </w:p>
    <w:p>
      <w:pPr>
        <w:jc w:val="both"/>
      </w:pPr>
      <w:r>
        <w:t>Định lượng Beta Crosslap</w:t>
      </w:r>
    </w:p>
    <w:p>
      <w:pPr>
        <w:jc w:val="both"/>
      </w:pPr>
      <w:r>
        <w:t>140.000</w:t>
      </w:r>
    </w:p>
    <w:p>
      <w:pPr>
        <w:jc w:val="both"/>
      </w:pPr>
      <w:r>
        <w:t>160.000</w:t>
      </w:r>
    </w:p>
    <w:p>
      <w:pPr>
        <w:jc w:val="both"/>
      </w:pPr>
      <w:r>
        <w:t>1505</w:t>
      </w:r>
    </w:p>
    <w:p>
      <w:pPr>
        <w:jc w:val="both"/>
      </w:pPr>
      <w:r>
        <w:t>1493</w:t>
      </w:r>
    </w:p>
    <w:p>
      <w:pPr>
        <w:jc w:val="both"/>
      </w:pPr>
      <w:r>
        <w:t>04C5.1.315</w:t>
      </w:r>
    </w:p>
    <w:p>
      <w:pPr>
        <w:jc w:val="both"/>
      </w:pPr>
      <w:r>
        <w:t>Định lượng Bilirubin toàn phần hoặc trực tiếp; các enzym: phosphataze kiềm hoặc GOT hoặc GPT...</w:t>
      </w:r>
    </w:p>
    <w:p>
      <w:pPr>
        <w:jc w:val="both"/>
      </w:pPr>
      <w:r>
        <w:t>21.800</w:t>
      </w:r>
    </w:p>
    <w:p>
      <w:pPr>
        <w:jc w:val="both"/>
      </w:pPr>
      <w:r>
        <w:t>24.900</w:t>
      </w:r>
    </w:p>
    <w:p>
      <w:pPr>
        <w:jc w:val="both"/>
      </w:pPr>
      <w:r>
        <w:t>Không thanh toán đối với các xét nghiệm Bilirubin gián tiếp; Tỷ lệ A/G là những xét nghiệm có thể ngoại suy được.</w:t>
      </w:r>
    </w:p>
    <w:p>
      <w:pPr>
        <w:jc w:val="both"/>
      </w:pPr>
      <w:r>
        <w:t>1506</w:t>
      </w:r>
    </w:p>
    <w:p>
      <w:pPr>
        <w:jc w:val="both"/>
      </w:pPr>
      <w:r>
        <w:t>1494</w:t>
      </w:r>
    </w:p>
    <w:p>
      <w:pPr>
        <w:jc w:val="both"/>
      </w:pPr>
      <w:r>
        <w:t>04C5.1.313</w:t>
      </w:r>
    </w:p>
    <w:p>
      <w:pPr>
        <w:jc w:val="both"/>
      </w:pPr>
      <w:r>
        <w:t>Định lượng các chất Albumine; Creatine; Globuline; Glucose; Phospho, Protein toàn phần, Ure, Axit Uric, Amylase,...</w:t>
      </w:r>
    </w:p>
    <w:p>
      <w:pPr>
        <w:jc w:val="both"/>
      </w:pPr>
      <w:r>
        <w:t>21.800</w:t>
      </w:r>
    </w:p>
    <w:p>
      <w:pPr>
        <w:jc w:val="both"/>
      </w:pPr>
      <w:r>
        <w:t>24.900</w:t>
      </w:r>
    </w:p>
    <w:p>
      <w:pPr>
        <w:jc w:val="both"/>
      </w:pPr>
      <w:r>
        <w:t>Mỗi chất</w:t>
      </w:r>
    </w:p>
    <w:p>
      <w:pPr>
        <w:jc w:val="both"/>
      </w:pPr>
      <w:r>
        <w:t>1507</w:t>
      </w:r>
    </w:p>
    <w:p>
      <w:pPr>
        <w:jc w:val="both"/>
      </w:pPr>
      <w:r>
        <w:t>1495</w:t>
      </w:r>
    </w:p>
    <w:p>
      <w:pPr>
        <w:jc w:val="both"/>
      </w:pPr>
      <w:r>
        <w:t>Định lượng Cystatine C</w:t>
      </w:r>
    </w:p>
    <w:p>
      <w:pPr>
        <w:jc w:val="both"/>
      </w:pPr>
      <w:r>
        <w:t>87.500</w:t>
      </w:r>
    </w:p>
    <w:p>
      <w:pPr>
        <w:jc w:val="both"/>
      </w:pPr>
      <w:r>
        <w:t>99.600</w:t>
      </w:r>
    </w:p>
    <w:p>
      <w:pPr>
        <w:jc w:val="both"/>
      </w:pPr>
      <w:r>
        <w:t>1508</w:t>
      </w:r>
    </w:p>
    <w:p>
      <w:pPr>
        <w:jc w:val="both"/>
      </w:pPr>
      <w:r>
        <w:t>1496</w:t>
      </w:r>
    </w:p>
    <w:p>
      <w:pPr>
        <w:jc w:val="both"/>
      </w:pPr>
      <w:r>
        <w:t>Định lượng Ethanol (cồn)</w:t>
      </w:r>
    </w:p>
    <w:p>
      <w:pPr>
        <w:jc w:val="both"/>
      </w:pPr>
      <w:r>
        <w:t>32.800</w:t>
      </w:r>
    </w:p>
    <w:p>
      <w:pPr>
        <w:jc w:val="both"/>
      </w:pPr>
      <w:r>
        <w:t>37.300</w:t>
      </w:r>
    </w:p>
    <w:p>
      <w:pPr>
        <w:jc w:val="both"/>
      </w:pPr>
      <w:r>
        <w:t>1509</w:t>
      </w:r>
    </w:p>
    <w:p>
      <w:pPr>
        <w:jc w:val="both"/>
      </w:pPr>
      <w:r>
        <w:t>1497</w:t>
      </w:r>
    </w:p>
    <w:p>
      <w:pPr>
        <w:jc w:val="both"/>
      </w:pPr>
      <w:r>
        <w:t>Định lượng Free Kappa niệu/huyết thanh</w:t>
      </w:r>
    </w:p>
    <w:p>
      <w:pPr>
        <w:jc w:val="both"/>
      </w:pPr>
      <w:r>
        <w:t>529.000</w:t>
      </w:r>
    </w:p>
    <w:p>
      <w:pPr>
        <w:jc w:val="both"/>
      </w:pPr>
      <w:r>
        <w:t>602.000</w:t>
      </w:r>
    </w:p>
    <w:p>
      <w:pPr>
        <w:jc w:val="both"/>
      </w:pPr>
      <w:r>
        <w:t>1510</w:t>
      </w:r>
    </w:p>
    <w:p>
      <w:pPr>
        <w:jc w:val="both"/>
      </w:pPr>
      <w:r>
        <w:t>1498</w:t>
      </w:r>
    </w:p>
    <w:p>
      <w:pPr>
        <w:jc w:val="both"/>
      </w:pPr>
      <w:r>
        <w:t>Định lượng Free Lambda niệu/huyết thanh</w:t>
      </w:r>
    </w:p>
    <w:p>
      <w:pPr>
        <w:jc w:val="both"/>
      </w:pPr>
      <w:r>
        <w:t>529.000</w:t>
      </w:r>
    </w:p>
    <w:p>
      <w:pPr>
        <w:jc w:val="both"/>
      </w:pPr>
      <w:r>
        <w:t>602.000</w:t>
      </w:r>
    </w:p>
    <w:p>
      <w:pPr>
        <w:jc w:val="both"/>
      </w:pPr>
      <w:r>
        <w:t>1511</w:t>
      </w:r>
    </w:p>
    <w:p>
      <w:pPr>
        <w:jc w:val="both"/>
      </w:pPr>
      <w:r>
        <w:t>1499</w:t>
      </w:r>
    </w:p>
    <w:p>
      <w:pPr>
        <w:jc w:val="both"/>
      </w:pPr>
      <w:r>
        <w:t>Định lượng Gentamicin</w:t>
      </w:r>
    </w:p>
    <w:p>
      <w:pPr>
        <w:jc w:val="both"/>
      </w:pPr>
      <w:r>
        <w:t>98.400</w:t>
      </w:r>
    </w:p>
    <w:p>
      <w:pPr>
        <w:jc w:val="both"/>
      </w:pPr>
      <w:r>
        <w:t>112.000</w:t>
      </w:r>
    </w:p>
    <w:p>
      <w:pPr>
        <w:jc w:val="both"/>
      </w:pPr>
      <w:r>
        <w:t>1512</w:t>
      </w:r>
    </w:p>
    <w:p>
      <w:pPr>
        <w:jc w:val="both"/>
      </w:pPr>
      <w:r>
        <w:t>1500</w:t>
      </w:r>
    </w:p>
    <w:p>
      <w:pPr>
        <w:jc w:val="both"/>
      </w:pPr>
      <w:r>
        <w:t>Định lượng Methotrexat</w:t>
      </w:r>
    </w:p>
    <w:p>
      <w:pPr>
        <w:jc w:val="both"/>
      </w:pPr>
      <w:r>
        <w:t>404.000</w:t>
      </w:r>
    </w:p>
    <w:p>
      <w:pPr>
        <w:jc w:val="both"/>
      </w:pPr>
      <w:r>
        <w:t>460.000</w:t>
      </w:r>
    </w:p>
    <w:p>
      <w:pPr>
        <w:jc w:val="both"/>
      </w:pPr>
      <w:r>
        <w:t>1513</w:t>
      </w:r>
    </w:p>
    <w:p>
      <w:pPr>
        <w:jc w:val="both"/>
      </w:pPr>
      <w:r>
        <w:t>1501</w:t>
      </w:r>
    </w:p>
    <w:p>
      <w:pPr>
        <w:jc w:val="both"/>
      </w:pPr>
      <w:r>
        <w:t>Định lượng p2PSA</w:t>
      </w:r>
    </w:p>
    <w:p>
      <w:pPr>
        <w:jc w:val="both"/>
      </w:pPr>
      <w:r>
        <w:t>699.000</w:t>
      </w:r>
    </w:p>
    <w:p>
      <w:pPr>
        <w:jc w:val="both"/>
      </w:pPr>
      <w:r>
        <w:t>796.000</w:t>
      </w:r>
    </w:p>
    <w:p>
      <w:pPr>
        <w:jc w:val="both"/>
      </w:pPr>
      <w:r>
        <w:t>1514</w:t>
      </w:r>
    </w:p>
    <w:p>
      <w:pPr>
        <w:jc w:val="both"/>
      </w:pPr>
      <w:r>
        <w:t>1502</w:t>
      </w:r>
    </w:p>
    <w:p>
      <w:pPr>
        <w:jc w:val="both"/>
      </w:pPr>
      <w:r>
        <w:t>Định lượng sắt chưa bão hòa huyết thanh</w:t>
      </w:r>
    </w:p>
    <w:p>
      <w:pPr>
        <w:jc w:val="both"/>
      </w:pPr>
      <w:r>
        <w:t>76.500</w:t>
      </w:r>
    </w:p>
    <w:p>
      <w:pPr>
        <w:jc w:val="both"/>
      </w:pPr>
      <w:r>
        <w:t>87.100</w:t>
      </w:r>
    </w:p>
    <w:p>
      <w:pPr>
        <w:jc w:val="both"/>
      </w:pPr>
      <w:r>
        <w:t>1515</w:t>
      </w:r>
    </w:p>
    <w:p>
      <w:pPr>
        <w:jc w:val="both"/>
      </w:pPr>
      <w:r>
        <w:t>1503</w:t>
      </w:r>
    </w:p>
    <w:p>
      <w:pPr>
        <w:jc w:val="both"/>
      </w:pPr>
      <w:r>
        <w:t>04C5.1.314</w:t>
      </w:r>
    </w:p>
    <w:p>
      <w:pPr>
        <w:jc w:val="both"/>
      </w:pPr>
      <w:r>
        <w:t>Định lượng sắt huyết thanh hoặc Mg ++ huyết thanh</w:t>
      </w:r>
    </w:p>
    <w:p>
      <w:pPr>
        <w:jc w:val="both"/>
      </w:pPr>
      <w:r>
        <w:t>32.800</w:t>
      </w:r>
    </w:p>
    <w:p>
      <w:pPr>
        <w:jc w:val="both"/>
      </w:pPr>
      <w:r>
        <w:t>37.300</w:t>
      </w:r>
    </w:p>
    <w:p>
      <w:pPr>
        <w:jc w:val="both"/>
      </w:pPr>
      <w:r>
        <w:t>1516</w:t>
      </w:r>
    </w:p>
    <w:p>
      <w:pPr>
        <w:jc w:val="both"/>
      </w:pPr>
      <w:r>
        <w:t>1504</w:t>
      </w:r>
    </w:p>
    <w:p>
      <w:pPr>
        <w:jc w:val="both"/>
      </w:pPr>
      <w:r>
        <w:t>Định lượng Tobramycin</w:t>
      </w:r>
    </w:p>
    <w:p>
      <w:pPr>
        <w:jc w:val="both"/>
      </w:pPr>
      <w:r>
        <w:t>98.400</w:t>
      </w:r>
    </w:p>
    <w:p>
      <w:pPr>
        <w:jc w:val="both"/>
      </w:pPr>
      <w:r>
        <w:t>112.000</w:t>
      </w:r>
    </w:p>
    <w:p>
      <w:pPr>
        <w:jc w:val="both"/>
      </w:pPr>
      <w:r>
        <w:t>1517</w:t>
      </w:r>
    </w:p>
    <w:p>
      <w:pPr>
        <w:jc w:val="both"/>
      </w:pPr>
      <w:r>
        <w:t>1505</w:t>
      </w:r>
    </w:p>
    <w:p>
      <w:pPr>
        <w:jc w:val="both"/>
      </w:pPr>
      <w:r>
        <w:t>Định lượng Tranferin Receptor</w:t>
      </w:r>
    </w:p>
    <w:p>
      <w:pPr>
        <w:jc w:val="both"/>
      </w:pPr>
      <w:r>
        <w:t>109.000</w:t>
      </w:r>
    </w:p>
    <w:p>
      <w:pPr>
        <w:jc w:val="both"/>
      </w:pPr>
      <w:r>
        <w:t>124.000</w:t>
      </w:r>
    </w:p>
    <w:p>
      <w:pPr>
        <w:jc w:val="both"/>
      </w:pPr>
      <w:r>
        <w:t>1518</w:t>
      </w:r>
    </w:p>
    <w:p>
      <w:pPr>
        <w:jc w:val="both"/>
      </w:pPr>
      <w:r>
        <w:t>1506</w:t>
      </w:r>
    </w:p>
    <w:p>
      <w:pPr>
        <w:jc w:val="both"/>
      </w:pPr>
      <w:r>
        <w:t>04C5.1.316</w:t>
      </w:r>
    </w:p>
    <w:p>
      <w:pPr>
        <w:jc w:val="both"/>
      </w:pPr>
      <w:r>
        <w:t>Định lượng Tryglyceride hoặc Phospholipid hoặc Lipid toàn phần hoặc Cholesterol toàn phần hoặc HDL-Cholesterol hoặc LDL - Cholesterol</w:t>
      </w:r>
    </w:p>
    <w:p>
      <w:pPr>
        <w:jc w:val="both"/>
      </w:pPr>
      <w:r>
        <w:t>27.300</w:t>
      </w:r>
    </w:p>
    <w:p>
      <w:pPr>
        <w:jc w:val="both"/>
      </w:pPr>
      <w:r>
        <w:t>31.100</w:t>
      </w:r>
    </w:p>
    <w:p>
      <w:pPr>
        <w:jc w:val="both"/>
      </w:pPr>
      <w:r>
        <w:t>1519</w:t>
      </w:r>
    </w:p>
    <w:p>
      <w:pPr>
        <w:jc w:val="both"/>
      </w:pPr>
      <w:r>
        <w:t>1507</w:t>
      </w:r>
    </w:p>
    <w:p>
      <w:pPr>
        <w:jc w:val="both"/>
      </w:pPr>
      <w:r>
        <w:t>Đo hoạt độ Cholinesterase (ChE)</w:t>
      </w:r>
    </w:p>
    <w:p>
      <w:pPr>
        <w:jc w:val="both"/>
      </w:pPr>
      <w:r>
        <w:t>27.300</w:t>
      </w:r>
    </w:p>
    <w:p>
      <w:pPr>
        <w:jc w:val="both"/>
      </w:pPr>
      <w:r>
        <w:t>31.100</w:t>
      </w:r>
    </w:p>
    <w:p>
      <w:pPr>
        <w:jc w:val="both"/>
      </w:pPr>
      <w:r>
        <w:t>1520</w:t>
      </w:r>
    </w:p>
    <w:p>
      <w:pPr>
        <w:jc w:val="both"/>
      </w:pPr>
      <w:r>
        <w:t>1508</w:t>
      </w:r>
    </w:p>
    <w:p>
      <w:pPr>
        <w:jc w:val="both"/>
      </w:pPr>
      <w:r>
        <w:t>Đo hoạt độ P-Amylase</w:t>
      </w:r>
    </w:p>
    <w:p>
      <w:pPr>
        <w:jc w:val="both"/>
      </w:pPr>
      <w:r>
        <w:t>65.600</w:t>
      </w:r>
    </w:p>
    <w:p>
      <w:pPr>
        <w:jc w:val="both"/>
      </w:pPr>
      <w:r>
        <w:t>74.700</w:t>
      </w:r>
    </w:p>
    <w:p>
      <w:pPr>
        <w:jc w:val="both"/>
      </w:pPr>
      <w:r>
        <w:t>1521</w:t>
      </w:r>
    </w:p>
    <w:p>
      <w:pPr>
        <w:jc w:val="both"/>
      </w:pPr>
      <w:r>
        <w:t>1509</w:t>
      </w:r>
    </w:p>
    <w:p>
      <w:pPr>
        <w:jc w:val="both"/>
      </w:pPr>
      <w:r>
        <w:t>Đo khả năng gắn sắt toàn thể</w:t>
      </w:r>
    </w:p>
    <w:p>
      <w:pPr>
        <w:jc w:val="both"/>
      </w:pPr>
      <w:r>
        <w:t>76.500</w:t>
      </w:r>
    </w:p>
    <w:p>
      <w:pPr>
        <w:jc w:val="both"/>
      </w:pPr>
      <w:r>
        <w:t>87.100</w:t>
      </w:r>
    </w:p>
    <w:p>
      <w:pPr>
        <w:jc w:val="both"/>
      </w:pPr>
      <w:r>
        <w:t>1522</w:t>
      </w:r>
    </w:p>
    <w:p>
      <w:pPr>
        <w:jc w:val="both"/>
      </w:pPr>
      <w:r>
        <w:t>1510</w:t>
      </w:r>
    </w:p>
    <w:p>
      <w:pPr>
        <w:jc w:val="both"/>
      </w:pPr>
      <w:r>
        <w:t>04C5.1.346</w:t>
      </w:r>
    </w:p>
    <w:p>
      <w:pPr>
        <w:jc w:val="both"/>
      </w:pPr>
      <w:r>
        <w:t>Đường máu mao mạch</w:t>
      </w:r>
    </w:p>
    <w:p>
      <w:pPr>
        <w:jc w:val="both"/>
      </w:pPr>
      <w:r>
        <w:t>15.500</w:t>
      </w:r>
    </w:p>
    <w:p>
      <w:pPr>
        <w:jc w:val="both"/>
      </w:pPr>
      <w:r>
        <w:t>17.600</w:t>
      </w:r>
    </w:p>
    <w:p>
      <w:pPr>
        <w:jc w:val="both"/>
      </w:pPr>
      <w:r>
        <w:t>1523</w:t>
      </w:r>
    </w:p>
    <w:p>
      <w:pPr>
        <w:jc w:val="both"/>
      </w:pPr>
      <w:r>
        <w:t>1511</w:t>
      </w:r>
    </w:p>
    <w:p>
      <w:pPr>
        <w:jc w:val="both"/>
      </w:pPr>
      <w:r>
        <w:t>E3 không liên hợp (Unconjugated Estriol)</w:t>
      </w:r>
    </w:p>
    <w:p>
      <w:pPr>
        <w:jc w:val="both"/>
      </w:pPr>
      <w:r>
        <w:t>185.000</w:t>
      </w:r>
    </w:p>
    <w:p>
      <w:pPr>
        <w:jc w:val="both"/>
      </w:pPr>
      <w:r>
        <w:t>211.000</w:t>
      </w:r>
    </w:p>
    <w:p>
      <w:pPr>
        <w:jc w:val="both"/>
      </w:pPr>
      <w:r>
        <w:t>1524</w:t>
      </w:r>
    </w:p>
    <w:p>
      <w:pPr>
        <w:jc w:val="both"/>
      </w:pPr>
      <w:r>
        <w:t>1512</w:t>
      </w:r>
    </w:p>
    <w:p>
      <w:pPr>
        <w:jc w:val="both"/>
      </w:pPr>
      <w:r>
        <w:t>03C3.1.HS10</w:t>
      </w:r>
    </w:p>
    <w:p>
      <w:pPr>
        <w:jc w:val="both"/>
      </w:pPr>
      <w:r>
        <w:t>Erythropoietin</w:t>
      </w:r>
    </w:p>
    <w:p>
      <w:pPr>
        <w:jc w:val="both"/>
      </w:pPr>
      <w:r>
        <w:t>82.000</w:t>
      </w:r>
    </w:p>
    <w:p>
      <w:pPr>
        <w:jc w:val="both"/>
      </w:pPr>
      <w:r>
        <w:t>93.300</w:t>
      </w:r>
    </w:p>
    <w:p>
      <w:pPr>
        <w:jc w:val="both"/>
      </w:pPr>
      <w:r>
        <w:t>1525</w:t>
      </w:r>
    </w:p>
    <w:p>
      <w:pPr>
        <w:jc w:val="both"/>
      </w:pPr>
      <w:r>
        <w:t>1513</w:t>
      </w:r>
    </w:p>
    <w:p>
      <w:pPr>
        <w:jc w:val="both"/>
      </w:pPr>
      <w:r>
        <w:t>03C3.1.HS52</w:t>
      </w:r>
    </w:p>
    <w:p>
      <w:pPr>
        <w:jc w:val="both"/>
      </w:pPr>
      <w:r>
        <w:t>Estradiol</w:t>
      </w:r>
    </w:p>
    <w:p>
      <w:pPr>
        <w:jc w:val="both"/>
      </w:pPr>
      <w:r>
        <w:t>82.000</w:t>
      </w:r>
    </w:p>
    <w:p>
      <w:pPr>
        <w:jc w:val="both"/>
      </w:pPr>
      <w:r>
        <w:t>93.300</w:t>
      </w:r>
    </w:p>
    <w:p>
      <w:pPr>
        <w:jc w:val="both"/>
      </w:pPr>
      <w:r>
        <w:t>1526</w:t>
      </w:r>
    </w:p>
    <w:p>
      <w:pPr>
        <w:jc w:val="both"/>
      </w:pPr>
      <w:r>
        <w:t>1514</w:t>
      </w:r>
    </w:p>
    <w:p>
      <w:pPr>
        <w:jc w:val="both"/>
      </w:pPr>
      <w:r>
        <w:t>03C3.1.HS48</w:t>
      </w:r>
    </w:p>
    <w:p>
      <w:pPr>
        <w:jc w:val="both"/>
      </w:pPr>
      <w:r>
        <w:t>Ferritin</w:t>
      </w:r>
    </w:p>
    <w:p>
      <w:pPr>
        <w:jc w:val="both"/>
      </w:pPr>
      <w:r>
        <w:t>82.000</w:t>
      </w:r>
    </w:p>
    <w:p>
      <w:pPr>
        <w:jc w:val="both"/>
      </w:pPr>
      <w:r>
        <w:t>93.300</w:t>
      </w:r>
    </w:p>
    <w:p>
      <w:pPr>
        <w:jc w:val="both"/>
      </w:pPr>
      <w:r>
        <w:t>1527</w:t>
      </w:r>
    </w:p>
    <w:p>
      <w:pPr>
        <w:jc w:val="both"/>
      </w:pPr>
      <w:r>
        <w:t>1515</w:t>
      </w:r>
    </w:p>
    <w:p>
      <w:pPr>
        <w:jc w:val="both"/>
      </w:pPr>
      <w:r>
        <w:t>03C3.1.HS67</w:t>
      </w:r>
    </w:p>
    <w:p>
      <w:pPr>
        <w:jc w:val="both"/>
      </w:pPr>
      <w:r>
        <w:t>Folate</w:t>
      </w:r>
    </w:p>
    <w:p>
      <w:pPr>
        <w:jc w:val="both"/>
      </w:pPr>
      <w:r>
        <w:t>87.500</w:t>
      </w:r>
    </w:p>
    <w:p>
      <w:pPr>
        <w:jc w:val="both"/>
      </w:pPr>
      <w:r>
        <w:t>99.600</w:t>
      </w:r>
    </w:p>
    <w:p>
      <w:pPr>
        <w:jc w:val="both"/>
      </w:pPr>
      <w:r>
        <w:t>1528</w:t>
      </w:r>
    </w:p>
    <w:p>
      <w:pPr>
        <w:jc w:val="both"/>
      </w:pPr>
      <w:r>
        <w:t>1516</w:t>
      </w:r>
    </w:p>
    <w:p>
      <w:pPr>
        <w:jc w:val="both"/>
      </w:pPr>
      <w:r>
        <w:t>Free bHCG (Free Beta Human Chorionic Gonadotropin)</w:t>
      </w:r>
    </w:p>
    <w:p>
      <w:pPr>
        <w:jc w:val="both"/>
      </w:pPr>
      <w:r>
        <w:t>185.000</w:t>
      </w:r>
    </w:p>
    <w:p>
      <w:pPr>
        <w:jc w:val="both"/>
      </w:pPr>
      <w:r>
        <w:t>211.000</w:t>
      </w:r>
    </w:p>
    <w:p>
      <w:pPr>
        <w:jc w:val="both"/>
      </w:pPr>
      <w:r>
        <w:t>1529</w:t>
      </w:r>
    </w:p>
    <w:p>
      <w:pPr>
        <w:jc w:val="both"/>
      </w:pPr>
      <w:r>
        <w:t>1517</w:t>
      </w:r>
    </w:p>
    <w:p>
      <w:pPr>
        <w:jc w:val="both"/>
      </w:pPr>
      <w:r>
        <w:t>03C3.1.HS54</w:t>
      </w:r>
    </w:p>
    <w:p>
      <w:pPr>
        <w:jc w:val="both"/>
      </w:pPr>
      <w:r>
        <w:t>FSH</w:t>
      </w:r>
    </w:p>
    <w:p>
      <w:pPr>
        <w:jc w:val="both"/>
      </w:pPr>
      <w:r>
        <w:t>82.000</w:t>
      </w:r>
    </w:p>
    <w:p>
      <w:pPr>
        <w:jc w:val="both"/>
      </w:pPr>
      <w:r>
        <w:t>93.300</w:t>
      </w:r>
    </w:p>
    <w:p>
      <w:pPr>
        <w:jc w:val="both"/>
      </w:pPr>
      <w:r>
        <w:t>1530</w:t>
      </w:r>
    </w:p>
    <w:p>
      <w:pPr>
        <w:jc w:val="both"/>
      </w:pPr>
      <w:r>
        <w:t>1518</w:t>
      </w:r>
    </w:p>
    <w:p>
      <w:pPr>
        <w:jc w:val="both"/>
      </w:pPr>
      <w:r>
        <w:t>03C3.1.HS30</w:t>
      </w:r>
    </w:p>
    <w:p>
      <w:pPr>
        <w:jc w:val="both"/>
      </w:pPr>
      <w:r>
        <w:t>Gama GT</w:t>
      </w:r>
    </w:p>
    <w:p>
      <w:pPr>
        <w:jc w:val="both"/>
      </w:pPr>
      <w:r>
        <w:t>19.500</w:t>
      </w:r>
    </w:p>
    <w:p>
      <w:pPr>
        <w:jc w:val="both"/>
      </w:pPr>
      <w:r>
        <w:t>22.200</w:t>
      </w:r>
    </w:p>
    <w:p>
      <w:pPr>
        <w:jc w:val="both"/>
      </w:pPr>
      <w:r>
        <w:t>1531</w:t>
      </w:r>
    </w:p>
    <w:p>
      <w:pPr>
        <w:jc w:val="both"/>
      </w:pPr>
      <w:r>
        <w:t>1519</w:t>
      </w:r>
    </w:p>
    <w:p>
      <w:pPr>
        <w:jc w:val="both"/>
      </w:pPr>
      <w:r>
        <w:t>03C3.1.HS8</w:t>
      </w:r>
    </w:p>
    <w:p>
      <w:pPr>
        <w:jc w:val="both"/>
      </w:pPr>
      <w:r>
        <w:t>GH</w:t>
      </w:r>
    </w:p>
    <w:p>
      <w:pPr>
        <w:jc w:val="both"/>
      </w:pPr>
      <w:r>
        <w:t>164.000</w:t>
      </w:r>
    </w:p>
    <w:p>
      <w:pPr>
        <w:jc w:val="both"/>
      </w:pPr>
      <w:r>
        <w:t>186.000</w:t>
      </w:r>
    </w:p>
    <w:p>
      <w:pPr>
        <w:jc w:val="both"/>
      </w:pPr>
      <w:r>
        <w:t>1532</w:t>
      </w:r>
    </w:p>
    <w:p>
      <w:pPr>
        <w:jc w:val="both"/>
      </w:pPr>
      <w:r>
        <w:t>1520</w:t>
      </w:r>
    </w:p>
    <w:p>
      <w:pPr>
        <w:jc w:val="both"/>
      </w:pPr>
      <w:r>
        <w:t>03C3.1.HS77</w:t>
      </w:r>
    </w:p>
    <w:p>
      <w:pPr>
        <w:jc w:val="both"/>
      </w:pPr>
      <w:r>
        <w:t>GLDH</w:t>
      </w:r>
    </w:p>
    <w:p>
      <w:pPr>
        <w:jc w:val="both"/>
      </w:pPr>
      <w:r>
        <w:t>98.400</w:t>
      </w:r>
    </w:p>
    <w:p>
      <w:pPr>
        <w:jc w:val="both"/>
      </w:pPr>
      <w:r>
        <w:t>112.000</w:t>
      </w:r>
    </w:p>
    <w:p>
      <w:pPr>
        <w:jc w:val="both"/>
      </w:pPr>
      <w:r>
        <w:t>1533</w:t>
      </w:r>
    </w:p>
    <w:p>
      <w:pPr>
        <w:jc w:val="both"/>
      </w:pPr>
      <w:r>
        <w:t>1521</w:t>
      </w:r>
    </w:p>
    <w:p>
      <w:pPr>
        <w:jc w:val="both"/>
      </w:pPr>
      <w:r>
        <w:t>03C3.1.HS1</w:t>
      </w:r>
    </w:p>
    <w:p>
      <w:pPr>
        <w:jc w:val="both"/>
      </w:pPr>
      <w:r>
        <w:t>Gross</w:t>
      </w:r>
    </w:p>
    <w:p>
      <w:pPr>
        <w:jc w:val="both"/>
      </w:pPr>
      <w:r>
        <w:t>16.400</w:t>
      </w:r>
    </w:p>
    <w:p>
      <w:pPr>
        <w:jc w:val="both"/>
      </w:pPr>
      <w:r>
        <w:t>18.600</w:t>
      </w:r>
    </w:p>
    <w:p>
      <w:pPr>
        <w:jc w:val="both"/>
      </w:pPr>
      <w:r>
        <w:t>1534</w:t>
      </w:r>
    </w:p>
    <w:p>
      <w:pPr>
        <w:jc w:val="both"/>
      </w:pPr>
      <w:r>
        <w:t>1522</w:t>
      </w:r>
    </w:p>
    <w:p>
      <w:pPr>
        <w:jc w:val="both"/>
      </w:pPr>
      <w:r>
        <w:t>03C3.1.HS76</w:t>
      </w:r>
    </w:p>
    <w:p>
      <w:pPr>
        <w:jc w:val="both"/>
      </w:pPr>
      <w:r>
        <w:t>Haptoglobin</w:t>
      </w:r>
    </w:p>
    <w:p>
      <w:pPr>
        <w:jc w:val="both"/>
      </w:pPr>
      <w:r>
        <w:t>98.400</w:t>
      </w:r>
    </w:p>
    <w:p>
      <w:pPr>
        <w:jc w:val="both"/>
      </w:pPr>
      <w:r>
        <w:t>112.000</w:t>
      </w:r>
    </w:p>
    <w:p>
      <w:pPr>
        <w:jc w:val="both"/>
      </w:pPr>
      <w:r>
        <w:t>1535</w:t>
      </w:r>
    </w:p>
    <w:p>
      <w:pPr>
        <w:jc w:val="both"/>
      </w:pPr>
      <w:r>
        <w:t>1523</w:t>
      </w:r>
    </w:p>
    <w:p>
      <w:pPr>
        <w:jc w:val="both"/>
      </w:pPr>
      <w:r>
        <w:t>04C5.1.351</w:t>
      </w:r>
    </w:p>
    <w:p>
      <w:pPr>
        <w:jc w:val="both"/>
      </w:pPr>
      <w:r>
        <w:t>HbA1C</w:t>
      </w:r>
    </w:p>
    <w:p>
      <w:pPr>
        <w:jc w:val="both"/>
      </w:pPr>
      <w:r>
        <w:t>102.000</w:t>
      </w:r>
    </w:p>
    <w:p>
      <w:pPr>
        <w:jc w:val="both"/>
      </w:pPr>
      <w:r>
        <w:t>116.000</w:t>
      </w:r>
    </w:p>
    <w:p>
      <w:pPr>
        <w:jc w:val="both"/>
      </w:pPr>
      <w:r>
        <w:t>1536</w:t>
      </w:r>
    </w:p>
    <w:p>
      <w:pPr>
        <w:jc w:val="both"/>
      </w:pPr>
      <w:r>
        <w:t>1524</w:t>
      </w:r>
    </w:p>
    <w:p>
      <w:pPr>
        <w:jc w:val="both"/>
      </w:pPr>
      <w:r>
        <w:t>03C3.1.HS75</w:t>
      </w:r>
    </w:p>
    <w:p>
      <w:pPr>
        <w:jc w:val="both"/>
      </w:pPr>
      <w:r>
        <w:t>HBDH</w:t>
      </w:r>
    </w:p>
    <w:p>
      <w:pPr>
        <w:jc w:val="both"/>
      </w:pPr>
      <w:r>
        <w:t>98.400</w:t>
      </w:r>
    </w:p>
    <w:p>
      <w:pPr>
        <w:jc w:val="both"/>
      </w:pPr>
      <w:r>
        <w:t>112.000</w:t>
      </w:r>
    </w:p>
    <w:p>
      <w:pPr>
        <w:jc w:val="both"/>
      </w:pPr>
      <w:r>
        <w:t>1537</w:t>
      </w:r>
    </w:p>
    <w:p>
      <w:pPr>
        <w:jc w:val="both"/>
      </w:pPr>
      <w:r>
        <w:t>1525</w:t>
      </w:r>
    </w:p>
    <w:p>
      <w:pPr>
        <w:jc w:val="both"/>
      </w:pPr>
      <w:r>
        <w:t>HE4</w:t>
      </w:r>
    </w:p>
    <w:p>
      <w:pPr>
        <w:jc w:val="both"/>
      </w:pPr>
      <w:r>
        <w:t>305.000</w:t>
      </w:r>
    </w:p>
    <w:p>
      <w:pPr>
        <w:jc w:val="both"/>
      </w:pPr>
      <w:r>
        <w:t>347.000</w:t>
      </w:r>
    </w:p>
    <w:p>
      <w:pPr>
        <w:jc w:val="both"/>
      </w:pPr>
      <w:r>
        <w:t>1538</w:t>
      </w:r>
    </w:p>
    <w:p>
      <w:pPr>
        <w:jc w:val="both"/>
      </w:pPr>
      <w:r>
        <w:t>1526</w:t>
      </w:r>
    </w:p>
    <w:p>
      <w:pPr>
        <w:jc w:val="both"/>
      </w:pPr>
      <w:r>
        <w:t>03C3.1.HS57</w:t>
      </w:r>
    </w:p>
    <w:p>
      <w:pPr>
        <w:jc w:val="both"/>
      </w:pPr>
      <w:r>
        <w:t>Homocysteine</w:t>
      </w:r>
    </w:p>
    <w:p>
      <w:pPr>
        <w:jc w:val="both"/>
      </w:pPr>
      <w:r>
        <w:t>147.000</w:t>
      </w:r>
    </w:p>
    <w:p>
      <w:pPr>
        <w:jc w:val="both"/>
      </w:pPr>
      <w:r>
        <w:t>167.000</w:t>
      </w:r>
    </w:p>
    <w:p>
      <w:pPr>
        <w:jc w:val="both"/>
      </w:pPr>
      <w:r>
        <w:t>1539</w:t>
      </w:r>
    </w:p>
    <w:p>
      <w:pPr>
        <w:jc w:val="both"/>
      </w:pPr>
      <w:r>
        <w:t>1527</w:t>
      </w:r>
    </w:p>
    <w:p>
      <w:pPr>
        <w:jc w:val="both"/>
      </w:pPr>
      <w:r>
        <w:t>03C3.1.HS35</w:t>
      </w:r>
    </w:p>
    <w:p>
      <w:pPr>
        <w:jc w:val="both"/>
      </w:pPr>
      <w:r>
        <w:t>IgA/IgG/IgM/IgE (1 loại)</w:t>
      </w:r>
    </w:p>
    <w:p>
      <w:pPr>
        <w:jc w:val="both"/>
      </w:pPr>
      <w:r>
        <w:t>65.600</w:t>
      </w:r>
    </w:p>
    <w:p>
      <w:pPr>
        <w:jc w:val="both"/>
      </w:pPr>
      <w:r>
        <w:t>74.700</w:t>
      </w:r>
    </w:p>
    <w:p>
      <w:pPr>
        <w:jc w:val="both"/>
      </w:pPr>
      <w:r>
        <w:t>1540</w:t>
      </w:r>
    </w:p>
    <w:p>
      <w:pPr>
        <w:jc w:val="both"/>
      </w:pPr>
      <w:r>
        <w:t>1528</w:t>
      </w:r>
    </w:p>
    <w:p>
      <w:pPr>
        <w:jc w:val="both"/>
      </w:pPr>
      <w:r>
        <w:t>Inhibin A</w:t>
      </w:r>
    </w:p>
    <w:p>
      <w:pPr>
        <w:jc w:val="both"/>
      </w:pPr>
      <w:r>
        <w:t>240.000</w:t>
      </w:r>
    </w:p>
    <w:p>
      <w:pPr>
        <w:jc w:val="both"/>
      </w:pPr>
      <w:r>
        <w:t>273.000</w:t>
      </w:r>
    </w:p>
    <w:p>
      <w:pPr>
        <w:jc w:val="both"/>
      </w:pPr>
      <w:r>
        <w:t>1541</w:t>
      </w:r>
    </w:p>
    <w:p>
      <w:pPr>
        <w:jc w:val="both"/>
      </w:pPr>
      <w:r>
        <w:t>1529</w:t>
      </w:r>
    </w:p>
    <w:p>
      <w:pPr>
        <w:jc w:val="both"/>
      </w:pPr>
      <w:r>
        <w:t>03C3.1.HS49</w:t>
      </w:r>
    </w:p>
    <w:p>
      <w:pPr>
        <w:jc w:val="both"/>
      </w:pPr>
      <w:r>
        <w:t>Insuline</w:t>
      </w:r>
    </w:p>
    <w:p>
      <w:pPr>
        <w:jc w:val="both"/>
      </w:pPr>
      <w:r>
        <w:t>82.000</w:t>
      </w:r>
    </w:p>
    <w:p>
      <w:pPr>
        <w:jc w:val="both"/>
      </w:pPr>
      <w:r>
        <w:t>93.300</w:t>
      </w:r>
    </w:p>
    <w:p>
      <w:pPr>
        <w:jc w:val="both"/>
      </w:pPr>
      <w:r>
        <w:t>1542</w:t>
      </w:r>
    </w:p>
    <w:p>
      <w:pPr>
        <w:jc w:val="both"/>
      </w:pPr>
      <w:r>
        <w:t>1530</w:t>
      </w:r>
    </w:p>
    <w:p>
      <w:pPr>
        <w:jc w:val="both"/>
      </w:pPr>
      <w:r>
        <w:t>03C3.1.HS74</w:t>
      </w:r>
    </w:p>
    <w:p>
      <w:pPr>
        <w:jc w:val="both"/>
      </w:pPr>
      <w:r>
        <w:t>Kappa định tính</w:t>
      </w:r>
    </w:p>
    <w:p>
      <w:pPr>
        <w:jc w:val="both"/>
      </w:pPr>
      <w:r>
        <w:t>98.400</w:t>
      </w:r>
    </w:p>
    <w:p>
      <w:pPr>
        <w:jc w:val="both"/>
      </w:pPr>
      <w:r>
        <w:t>112.000</w:t>
      </w:r>
    </w:p>
    <w:p>
      <w:pPr>
        <w:jc w:val="both"/>
      </w:pPr>
      <w:r>
        <w:t>1543</w:t>
      </w:r>
    </w:p>
    <w:p>
      <w:pPr>
        <w:jc w:val="both"/>
      </w:pPr>
      <w:r>
        <w:t>1531</w:t>
      </w:r>
    </w:p>
    <w:p>
      <w:pPr>
        <w:jc w:val="both"/>
      </w:pPr>
      <w:r>
        <w:t>03C3.1.HS42</w:t>
      </w:r>
    </w:p>
    <w:p>
      <w:pPr>
        <w:jc w:val="both"/>
      </w:pPr>
      <w:r>
        <w:t>Khí máu</w:t>
      </w:r>
    </w:p>
    <w:p>
      <w:pPr>
        <w:jc w:val="both"/>
      </w:pPr>
      <w:r>
        <w:t>218.000</w:t>
      </w:r>
    </w:p>
    <w:p>
      <w:pPr>
        <w:jc w:val="both"/>
      </w:pPr>
      <w:r>
        <w:t>249.000</w:t>
      </w:r>
    </w:p>
    <w:p>
      <w:pPr>
        <w:jc w:val="both"/>
      </w:pPr>
      <w:r>
        <w:t>1544</w:t>
      </w:r>
    </w:p>
    <w:p>
      <w:pPr>
        <w:jc w:val="both"/>
      </w:pPr>
      <w:r>
        <w:t>1532</w:t>
      </w:r>
    </w:p>
    <w:p>
      <w:pPr>
        <w:jc w:val="both"/>
      </w:pPr>
      <w:r>
        <w:t>03C3.1.HS72</w:t>
      </w:r>
    </w:p>
    <w:p>
      <w:pPr>
        <w:jc w:val="both"/>
      </w:pPr>
      <w:r>
        <w:t>Lactat</w:t>
      </w:r>
    </w:p>
    <w:p>
      <w:pPr>
        <w:jc w:val="both"/>
      </w:pPr>
      <w:r>
        <w:t>98.400</w:t>
      </w:r>
    </w:p>
    <w:p>
      <w:pPr>
        <w:jc w:val="both"/>
      </w:pPr>
      <w:r>
        <w:t>112.000</w:t>
      </w:r>
    </w:p>
    <w:p>
      <w:pPr>
        <w:jc w:val="both"/>
      </w:pPr>
      <w:r>
        <w:t>1545</w:t>
      </w:r>
    </w:p>
    <w:p>
      <w:pPr>
        <w:jc w:val="both"/>
      </w:pPr>
      <w:r>
        <w:t>1533</w:t>
      </w:r>
    </w:p>
    <w:p>
      <w:pPr>
        <w:jc w:val="both"/>
      </w:pPr>
      <w:r>
        <w:t>03C3.1.HS73</w:t>
      </w:r>
    </w:p>
    <w:p>
      <w:pPr>
        <w:jc w:val="both"/>
      </w:pPr>
      <w:r>
        <w:t>Lambda định tính</w:t>
      </w:r>
    </w:p>
    <w:p>
      <w:pPr>
        <w:jc w:val="both"/>
      </w:pPr>
      <w:r>
        <w:t>98.400</w:t>
      </w:r>
    </w:p>
    <w:p>
      <w:pPr>
        <w:jc w:val="both"/>
      </w:pPr>
      <w:r>
        <w:t>112.000</w:t>
      </w:r>
    </w:p>
    <w:p>
      <w:pPr>
        <w:jc w:val="both"/>
      </w:pPr>
      <w:r>
        <w:t>1546</w:t>
      </w:r>
    </w:p>
    <w:p>
      <w:pPr>
        <w:jc w:val="both"/>
      </w:pPr>
      <w:r>
        <w:t>1534</w:t>
      </w:r>
    </w:p>
    <w:p>
      <w:pPr>
        <w:jc w:val="both"/>
      </w:pPr>
      <w:r>
        <w:t>03C3.1.HS29</w:t>
      </w:r>
    </w:p>
    <w:p>
      <w:pPr>
        <w:jc w:val="both"/>
      </w:pPr>
      <w:r>
        <w:t>LDH</w:t>
      </w:r>
    </w:p>
    <w:p>
      <w:pPr>
        <w:jc w:val="both"/>
      </w:pPr>
      <w:r>
        <w:t>27.300</w:t>
      </w:r>
    </w:p>
    <w:p>
      <w:pPr>
        <w:jc w:val="both"/>
      </w:pPr>
      <w:r>
        <w:t>31.100</w:t>
      </w:r>
    </w:p>
    <w:p>
      <w:pPr>
        <w:jc w:val="both"/>
      </w:pPr>
      <w:r>
        <w:t>1547</w:t>
      </w:r>
    </w:p>
    <w:p>
      <w:pPr>
        <w:jc w:val="both"/>
      </w:pPr>
      <w:r>
        <w:t>1535</w:t>
      </w:r>
    </w:p>
    <w:p>
      <w:pPr>
        <w:jc w:val="both"/>
      </w:pPr>
      <w:r>
        <w:t>03C3.1.HS53</w:t>
      </w:r>
    </w:p>
    <w:p>
      <w:pPr>
        <w:jc w:val="both"/>
      </w:pPr>
      <w:r>
        <w:t>LH</w:t>
      </w:r>
    </w:p>
    <w:p>
      <w:pPr>
        <w:jc w:val="both"/>
      </w:pPr>
      <w:r>
        <w:t>82.000</w:t>
      </w:r>
    </w:p>
    <w:p>
      <w:pPr>
        <w:jc w:val="both"/>
      </w:pPr>
      <w:r>
        <w:t>93.300</w:t>
      </w:r>
    </w:p>
    <w:p>
      <w:pPr>
        <w:jc w:val="both"/>
      </w:pPr>
      <w:r>
        <w:t>1548</w:t>
      </w:r>
    </w:p>
    <w:p>
      <w:pPr>
        <w:jc w:val="both"/>
      </w:pPr>
      <w:r>
        <w:t>1536</w:t>
      </w:r>
    </w:p>
    <w:p>
      <w:pPr>
        <w:jc w:val="both"/>
      </w:pPr>
      <w:r>
        <w:t>03C3.1.HS36</w:t>
      </w:r>
    </w:p>
    <w:p>
      <w:pPr>
        <w:jc w:val="both"/>
      </w:pPr>
      <w:r>
        <w:t>Lipase</w:t>
      </w:r>
    </w:p>
    <w:p>
      <w:pPr>
        <w:jc w:val="both"/>
      </w:pPr>
      <w:r>
        <w:t>60.100</w:t>
      </w:r>
    </w:p>
    <w:p>
      <w:pPr>
        <w:jc w:val="both"/>
      </w:pPr>
      <w:r>
        <w:t>68.400</w:t>
      </w:r>
    </w:p>
    <w:p>
      <w:pPr>
        <w:jc w:val="both"/>
      </w:pPr>
      <w:r>
        <w:t>1549</w:t>
      </w:r>
    </w:p>
    <w:p>
      <w:pPr>
        <w:jc w:val="both"/>
      </w:pPr>
      <w:r>
        <w:t>1537</w:t>
      </w:r>
    </w:p>
    <w:p>
      <w:pPr>
        <w:jc w:val="both"/>
      </w:pPr>
      <w:r>
        <w:t>03C3.1.HS2</w:t>
      </w:r>
    </w:p>
    <w:p>
      <w:pPr>
        <w:jc w:val="both"/>
      </w:pPr>
      <w:r>
        <w:t>Maclagan</w:t>
      </w:r>
    </w:p>
    <w:p>
      <w:pPr>
        <w:jc w:val="both"/>
      </w:pPr>
      <w:r>
        <w:t>16.400</w:t>
      </w:r>
    </w:p>
    <w:p>
      <w:pPr>
        <w:jc w:val="both"/>
      </w:pPr>
      <w:r>
        <w:t>18.600</w:t>
      </w:r>
    </w:p>
    <w:p>
      <w:pPr>
        <w:jc w:val="both"/>
      </w:pPr>
      <w:r>
        <w:t>1550</w:t>
      </w:r>
    </w:p>
    <w:p>
      <w:pPr>
        <w:jc w:val="both"/>
      </w:pPr>
      <w:r>
        <w:t>1538</w:t>
      </w:r>
    </w:p>
    <w:p>
      <w:pPr>
        <w:jc w:val="both"/>
      </w:pPr>
      <w:r>
        <w:t>03C3.1.HS58</w:t>
      </w:r>
    </w:p>
    <w:p>
      <w:pPr>
        <w:jc w:val="both"/>
      </w:pPr>
      <w:r>
        <w:t>Myoglobin</w:t>
      </w:r>
    </w:p>
    <w:p>
      <w:pPr>
        <w:jc w:val="both"/>
      </w:pPr>
      <w:r>
        <w:t>92.900</w:t>
      </w:r>
    </w:p>
    <w:p>
      <w:pPr>
        <w:jc w:val="both"/>
      </w:pPr>
      <w:r>
        <w:t>105.000</w:t>
      </w:r>
    </w:p>
    <w:p>
      <w:pPr>
        <w:jc w:val="both"/>
      </w:pPr>
      <w:r>
        <w:t>1551</w:t>
      </w:r>
    </w:p>
    <w:p>
      <w:pPr>
        <w:jc w:val="both"/>
      </w:pPr>
      <w:r>
        <w:t>1539</w:t>
      </w:r>
    </w:p>
    <w:p>
      <w:pPr>
        <w:jc w:val="both"/>
      </w:pPr>
      <w:r>
        <w:t>03C3.1.HS21</w:t>
      </w:r>
    </w:p>
    <w:p>
      <w:pPr>
        <w:jc w:val="both"/>
      </w:pPr>
      <w:r>
        <w:t>Ngộ độc thuốc</w:t>
      </w:r>
    </w:p>
    <w:p>
      <w:pPr>
        <w:jc w:val="both"/>
      </w:pPr>
      <w:r>
        <w:t>65.600</w:t>
      </w:r>
    </w:p>
    <w:p>
      <w:pPr>
        <w:jc w:val="both"/>
      </w:pPr>
      <w:r>
        <w:t>74.700</w:t>
      </w:r>
    </w:p>
    <w:p>
      <w:pPr>
        <w:jc w:val="both"/>
      </w:pPr>
      <w:r>
        <w:t>1552</w:t>
      </w:r>
    </w:p>
    <w:p>
      <w:pPr>
        <w:jc w:val="both"/>
      </w:pPr>
      <w:r>
        <w:t>1540</w:t>
      </w:r>
    </w:p>
    <w:p>
      <w:pPr>
        <w:jc w:val="both"/>
      </w:pPr>
      <w:r>
        <w:t>03C3.1.HS18</w:t>
      </w:r>
    </w:p>
    <w:p>
      <w:pPr>
        <w:jc w:val="both"/>
      </w:pPr>
      <w:r>
        <w:t>Nồng độ rượu trong máu</w:t>
      </w:r>
    </w:p>
    <w:p>
      <w:pPr>
        <w:jc w:val="both"/>
      </w:pPr>
      <w:r>
        <w:t>30.500</w:t>
      </w:r>
    </w:p>
    <w:p>
      <w:pPr>
        <w:jc w:val="both"/>
      </w:pPr>
      <w:r>
        <w:t>34.700</w:t>
      </w:r>
    </w:p>
    <w:p>
      <w:pPr>
        <w:jc w:val="both"/>
      </w:pPr>
      <w:r>
        <w:t>1553</w:t>
      </w:r>
    </w:p>
    <w:p>
      <w:pPr>
        <w:jc w:val="both"/>
      </w:pPr>
      <w:r>
        <w:t>1541</w:t>
      </w:r>
    </w:p>
    <w:p>
      <w:pPr>
        <w:jc w:val="both"/>
      </w:pPr>
      <w:r>
        <w:t>NSE (Neuron Specific Enolase)</w:t>
      </w:r>
    </w:p>
    <w:p>
      <w:pPr>
        <w:jc w:val="both"/>
      </w:pPr>
      <w:r>
        <w:t>195.000</w:t>
      </w:r>
    </w:p>
    <w:p>
      <w:pPr>
        <w:jc w:val="both"/>
      </w:pPr>
      <w:r>
        <w:t>222.000</w:t>
      </w:r>
    </w:p>
    <w:p>
      <w:pPr>
        <w:jc w:val="both"/>
      </w:pPr>
      <w:r>
        <w:t>1554</w:t>
      </w:r>
    </w:p>
    <w:p>
      <w:pPr>
        <w:jc w:val="both"/>
      </w:pPr>
      <w:r>
        <w:t>1542</w:t>
      </w:r>
    </w:p>
    <w:p>
      <w:pPr>
        <w:jc w:val="both"/>
      </w:pPr>
      <w:r>
        <w:t>03C3.1.HS19</w:t>
      </w:r>
    </w:p>
    <w:p>
      <w:pPr>
        <w:jc w:val="both"/>
      </w:pPr>
      <w:r>
        <w:t>Paracetamol</w:t>
      </w:r>
    </w:p>
    <w:p>
      <w:pPr>
        <w:jc w:val="both"/>
      </w:pPr>
      <w:r>
        <w:t>38.200</w:t>
      </w:r>
    </w:p>
    <w:p>
      <w:pPr>
        <w:jc w:val="both"/>
      </w:pPr>
      <w:r>
        <w:t>43.500</w:t>
      </w:r>
    </w:p>
    <w:p>
      <w:pPr>
        <w:jc w:val="both"/>
      </w:pPr>
      <w:r>
        <w:t>1555</w:t>
      </w:r>
    </w:p>
    <w:p>
      <w:pPr>
        <w:jc w:val="both"/>
      </w:pPr>
      <w:r>
        <w:t>1543</w:t>
      </w:r>
    </w:p>
    <w:p>
      <w:pPr>
        <w:jc w:val="both"/>
      </w:pPr>
      <w:r>
        <w:t>04C5.1.321</w:t>
      </w:r>
    </w:p>
    <w:p>
      <w:pPr>
        <w:jc w:val="both"/>
      </w:pPr>
      <w:r>
        <w:t>Phản ứng cố định bổ thể</w:t>
      </w:r>
    </w:p>
    <w:p>
      <w:pPr>
        <w:jc w:val="both"/>
      </w:pPr>
      <w:r>
        <w:t>32.800</w:t>
      </w:r>
    </w:p>
    <w:p>
      <w:pPr>
        <w:jc w:val="both"/>
      </w:pPr>
      <w:r>
        <w:t>37.300</w:t>
      </w:r>
    </w:p>
    <w:p>
      <w:pPr>
        <w:jc w:val="both"/>
      </w:pPr>
      <w:r>
        <w:t>1556</w:t>
      </w:r>
    </w:p>
    <w:p>
      <w:pPr>
        <w:jc w:val="both"/>
      </w:pPr>
      <w:r>
        <w:t>1544</w:t>
      </w:r>
    </w:p>
    <w:p>
      <w:pPr>
        <w:jc w:val="both"/>
      </w:pPr>
      <w:r>
        <w:t>03C3.1.VS7</w:t>
      </w:r>
    </w:p>
    <w:p>
      <w:pPr>
        <w:jc w:val="both"/>
      </w:pPr>
      <w:r>
        <w:t>Phản ứng CRP</w:t>
      </w:r>
    </w:p>
    <w:p>
      <w:pPr>
        <w:jc w:val="both"/>
      </w:pPr>
      <w:r>
        <w:t>21.800</w:t>
      </w:r>
    </w:p>
    <w:p>
      <w:pPr>
        <w:jc w:val="both"/>
      </w:pPr>
      <w:r>
        <w:t>24.900</w:t>
      </w:r>
    </w:p>
    <w:p>
      <w:pPr>
        <w:jc w:val="both"/>
      </w:pPr>
      <w:r>
        <w:t>1557</w:t>
      </w:r>
    </w:p>
    <w:p>
      <w:pPr>
        <w:jc w:val="both"/>
      </w:pPr>
      <w:r>
        <w:t>1545</w:t>
      </w:r>
    </w:p>
    <w:p>
      <w:pPr>
        <w:jc w:val="both"/>
      </w:pPr>
      <w:r>
        <w:t>03C3.1.HS14</w:t>
      </w:r>
    </w:p>
    <w:p>
      <w:pPr>
        <w:jc w:val="both"/>
      </w:pPr>
      <w:r>
        <w:t>Phenytoin</w:t>
      </w:r>
    </w:p>
    <w:p>
      <w:pPr>
        <w:jc w:val="both"/>
      </w:pPr>
      <w:r>
        <w:t>82.000</w:t>
      </w:r>
    </w:p>
    <w:p>
      <w:pPr>
        <w:jc w:val="both"/>
      </w:pPr>
      <w:r>
        <w:t>93.300</w:t>
      </w:r>
    </w:p>
    <w:p>
      <w:pPr>
        <w:jc w:val="both"/>
      </w:pPr>
      <w:r>
        <w:t>1558</w:t>
      </w:r>
    </w:p>
    <w:p>
      <w:pPr>
        <w:jc w:val="both"/>
      </w:pPr>
      <w:r>
        <w:t>1546</w:t>
      </w:r>
    </w:p>
    <w:p>
      <w:pPr>
        <w:jc w:val="both"/>
      </w:pPr>
      <w:r>
        <w:t>04C5.1.344</w:t>
      </w:r>
    </w:p>
    <w:p>
      <w:pPr>
        <w:jc w:val="both"/>
      </w:pPr>
      <w:r>
        <w:t>PLGF</w:t>
      </w:r>
    </w:p>
    <w:p>
      <w:pPr>
        <w:jc w:val="both"/>
      </w:pPr>
      <w:r>
        <w:t>742.000</w:t>
      </w:r>
    </w:p>
    <w:p>
      <w:pPr>
        <w:jc w:val="both"/>
      </w:pPr>
      <w:r>
        <w:t>845.000</w:t>
      </w:r>
    </w:p>
    <w:p>
      <w:pPr>
        <w:jc w:val="both"/>
      </w:pPr>
      <w:r>
        <w:t>1559</w:t>
      </w:r>
    </w:p>
    <w:p>
      <w:pPr>
        <w:jc w:val="both"/>
      </w:pPr>
      <w:r>
        <w:t>1547</w:t>
      </w:r>
    </w:p>
    <w:p>
      <w:pPr>
        <w:jc w:val="both"/>
      </w:pPr>
      <w:r>
        <w:t>03C3.1.HS71</w:t>
      </w:r>
    </w:p>
    <w:p>
      <w:pPr>
        <w:jc w:val="both"/>
      </w:pPr>
      <w:r>
        <w:t>Pre albumin</w:t>
      </w:r>
    </w:p>
    <w:p>
      <w:pPr>
        <w:jc w:val="both"/>
      </w:pPr>
      <w:r>
        <w:t>98.400</w:t>
      </w:r>
    </w:p>
    <w:p>
      <w:pPr>
        <w:jc w:val="both"/>
      </w:pPr>
      <w:r>
        <w:t>112.000</w:t>
      </w:r>
    </w:p>
    <w:p>
      <w:pPr>
        <w:jc w:val="both"/>
      </w:pPr>
      <w:r>
        <w:t>1560</w:t>
      </w:r>
    </w:p>
    <w:p>
      <w:pPr>
        <w:jc w:val="both"/>
      </w:pPr>
      <w:r>
        <w:t>1548</w:t>
      </w:r>
    </w:p>
    <w:p>
      <w:pPr>
        <w:jc w:val="both"/>
      </w:pPr>
      <w:r>
        <w:t>04C5.1.339</w:t>
      </w:r>
    </w:p>
    <w:p>
      <w:pPr>
        <w:jc w:val="both"/>
      </w:pPr>
      <w:r>
        <w:t>Pro-BNP (N-terminal pro B-type natriuretic peptid)</w:t>
      </w:r>
    </w:p>
    <w:p>
      <w:pPr>
        <w:jc w:val="both"/>
      </w:pPr>
      <w:r>
        <w:t>414.000</w:t>
      </w:r>
    </w:p>
    <w:p>
      <w:pPr>
        <w:jc w:val="both"/>
      </w:pPr>
      <w:r>
        <w:t>471.000</w:t>
      </w:r>
    </w:p>
    <w:p>
      <w:pPr>
        <w:jc w:val="both"/>
      </w:pPr>
      <w:r>
        <w:t>1561</w:t>
      </w:r>
    </w:p>
    <w:p>
      <w:pPr>
        <w:jc w:val="both"/>
      </w:pPr>
      <w:r>
        <w:t>1549</w:t>
      </w:r>
    </w:p>
    <w:p>
      <w:pPr>
        <w:jc w:val="both"/>
      </w:pPr>
      <w:r>
        <w:t>04C5.1.338</w:t>
      </w:r>
    </w:p>
    <w:p>
      <w:pPr>
        <w:jc w:val="both"/>
      </w:pPr>
      <w:r>
        <w:t>Pro-calcitonin</w:t>
      </w:r>
    </w:p>
    <w:p>
      <w:pPr>
        <w:jc w:val="both"/>
      </w:pPr>
      <w:r>
        <w:t>404.000</w:t>
      </w:r>
    </w:p>
    <w:p>
      <w:pPr>
        <w:jc w:val="both"/>
      </w:pPr>
      <w:r>
        <w:t>460.000</w:t>
      </w:r>
    </w:p>
    <w:p>
      <w:pPr>
        <w:jc w:val="both"/>
      </w:pPr>
      <w:r>
        <w:t>1562</w:t>
      </w:r>
    </w:p>
    <w:p>
      <w:pPr>
        <w:jc w:val="both"/>
      </w:pPr>
      <w:r>
        <w:t>1550</w:t>
      </w:r>
    </w:p>
    <w:p>
      <w:pPr>
        <w:jc w:val="both"/>
      </w:pPr>
      <w:r>
        <w:t>03C3.1.HS56</w:t>
      </w:r>
    </w:p>
    <w:p>
      <w:pPr>
        <w:jc w:val="both"/>
      </w:pPr>
      <w:r>
        <w:t>Progesteron</w:t>
      </w:r>
    </w:p>
    <w:p>
      <w:pPr>
        <w:jc w:val="both"/>
      </w:pPr>
      <w:r>
        <w:t>82.000</w:t>
      </w:r>
    </w:p>
    <w:p>
      <w:pPr>
        <w:jc w:val="both"/>
      </w:pPr>
      <w:r>
        <w:t>93.300</w:t>
      </w:r>
    </w:p>
    <w:p>
      <w:pPr>
        <w:jc w:val="both"/>
      </w:pPr>
      <w:r>
        <w:t>1563</w:t>
      </w:r>
    </w:p>
    <w:p>
      <w:pPr>
        <w:jc w:val="both"/>
      </w:pPr>
      <w:r>
        <w:t>1551</w:t>
      </w:r>
    </w:p>
    <w:p>
      <w:pPr>
        <w:jc w:val="both"/>
      </w:pPr>
      <w:r>
        <w:t>04C5.1.342</w:t>
      </w:r>
    </w:p>
    <w:p>
      <w:pPr>
        <w:jc w:val="both"/>
      </w:pPr>
      <w:r>
        <w:t>PRO-GRP</w:t>
      </w:r>
    </w:p>
    <w:p>
      <w:pPr>
        <w:jc w:val="both"/>
      </w:pPr>
      <w:r>
        <w:t>354.000</w:t>
      </w:r>
    </w:p>
    <w:p>
      <w:pPr>
        <w:jc w:val="both"/>
      </w:pPr>
      <w:r>
        <w:t>403.000</w:t>
      </w:r>
    </w:p>
    <w:p>
      <w:pPr>
        <w:jc w:val="both"/>
      </w:pPr>
      <w:r>
        <w:t>1564</w:t>
      </w:r>
    </w:p>
    <w:p>
      <w:pPr>
        <w:jc w:val="both"/>
      </w:pPr>
      <w:r>
        <w:t>1552</w:t>
      </w:r>
    </w:p>
    <w:p>
      <w:pPr>
        <w:jc w:val="both"/>
      </w:pPr>
      <w:r>
        <w:t>03C3.1.HS55</w:t>
      </w:r>
    </w:p>
    <w:p>
      <w:pPr>
        <w:jc w:val="both"/>
      </w:pPr>
      <w:r>
        <w:t>Prolactin</w:t>
      </w:r>
    </w:p>
    <w:p>
      <w:pPr>
        <w:jc w:val="both"/>
      </w:pPr>
      <w:r>
        <w:t>76.500</w:t>
      </w:r>
    </w:p>
    <w:p>
      <w:pPr>
        <w:jc w:val="both"/>
      </w:pPr>
      <w:r>
        <w:t>87.100</w:t>
      </w:r>
    </w:p>
    <w:p>
      <w:pPr>
        <w:jc w:val="both"/>
      </w:pPr>
      <w:r>
        <w:t>1565</w:t>
      </w:r>
    </w:p>
    <w:p>
      <w:pPr>
        <w:jc w:val="both"/>
      </w:pPr>
      <w:r>
        <w:t>1553</w:t>
      </w:r>
    </w:p>
    <w:p>
      <w:pPr>
        <w:jc w:val="both"/>
      </w:pPr>
      <w:r>
        <w:t>03C3.1.HS47</w:t>
      </w:r>
    </w:p>
    <w:p>
      <w:pPr>
        <w:jc w:val="both"/>
      </w:pPr>
      <w:r>
        <w:t>PSA</w:t>
      </w:r>
    </w:p>
    <w:p>
      <w:pPr>
        <w:jc w:val="both"/>
      </w:pPr>
      <w:r>
        <w:t>92.900</w:t>
      </w:r>
    </w:p>
    <w:p>
      <w:pPr>
        <w:jc w:val="both"/>
      </w:pPr>
      <w:r>
        <w:t>105.000</w:t>
      </w:r>
    </w:p>
    <w:p>
      <w:pPr>
        <w:jc w:val="both"/>
      </w:pPr>
      <w:r>
        <w:t>1566</w:t>
      </w:r>
    </w:p>
    <w:p>
      <w:pPr>
        <w:jc w:val="both"/>
      </w:pPr>
      <w:r>
        <w:t>1554</w:t>
      </w:r>
    </w:p>
    <w:p>
      <w:pPr>
        <w:jc w:val="both"/>
      </w:pPr>
      <w:r>
        <w:t>PSA tự do (Free prostate- Specific Antigen)</w:t>
      </w:r>
    </w:p>
    <w:p>
      <w:pPr>
        <w:jc w:val="both"/>
      </w:pPr>
      <w:r>
        <w:t>87.500</w:t>
      </w:r>
    </w:p>
    <w:p>
      <w:pPr>
        <w:jc w:val="both"/>
      </w:pPr>
      <w:r>
        <w:t>99.600</w:t>
      </w:r>
    </w:p>
    <w:p>
      <w:pPr>
        <w:jc w:val="both"/>
      </w:pPr>
      <w:r>
        <w:t>1567</w:t>
      </w:r>
    </w:p>
    <w:p>
      <w:pPr>
        <w:jc w:val="both"/>
      </w:pPr>
      <w:r>
        <w:t>1555</w:t>
      </w:r>
    </w:p>
    <w:p>
      <w:pPr>
        <w:jc w:val="both"/>
      </w:pPr>
      <w:r>
        <w:t>03C3.1.HS61</w:t>
      </w:r>
    </w:p>
    <w:p>
      <w:pPr>
        <w:jc w:val="both"/>
      </w:pPr>
      <w:r>
        <w:t>PTH</w:t>
      </w:r>
    </w:p>
    <w:p>
      <w:pPr>
        <w:jc w:val="both"/>
      </w:pPr>
      <w:r>
        <w:t>240.000</w:t>
      </w:r>
    </w:p>
    <w:p>
      <w:pPr>
        <w:jc w:val="both"/>
      </w:pPr>
      <w:r>
        <w:t>273.000</w:t>
      </w:r>
    </w:p>
    <w:p>
      <w:pPr>
        <w:jc w:val="both"/>
      </w:pPr>
      <w:r>
        <w:t>1568</w:t>
      </w:r>
    </w:p>
    <w:p>
      <w:pPr>
        <w:jc w:val="both"/>
      </w:pPr>
      <w:r>
        <w:t>1556</w:t>
      </w:r>
    </w:p>
    <w:p>
      <w:pPr>
        <w:jc w:val="both"/>
      </w:pPr>
      <w:r>
        <w:t>03C3.1.HS17</w:t>
      </w:r>
    </w:p>
    <w:p>
      <w:pPr>
        <w:jc w:val="both"/>
      </w:pPr>
      <w:r>
        <w:t>Quinin/ Cloroquin/ Mefloquin</w:t>
      </w:r>
    </w:p>
    <w:p>
      <w:pPr>
        <w:jc w:val="both"/>
      </w:pPr>
      <w:r>
        <w:t>82.000</w:t>
      </w:r>
    </w:p>
    <w:p>
      <w:pPr>
        <w:jc w:val="both"/>
      </w:pPr>
      <w:r>
        <w:t>93.300</w:t>
      </w:r>
    </w:p>
    <w:p>
      <w:pPr>
        <w:jc w:val="both"/>
      </w:pPr>
      <w:r>
        <w:t>1569</w:t>
      </w:r>
    </w:p>
    <w:p>
      <w:pPr>
        <w:jc w:val="both"/>
      </w:pPr>
      <w:r>
        <w:t>1557</w:t>
      </w:r>
    </w:p>
    <w:p>
      <w:pPr>
        <w:jc w:val="both"/>
      </w:pPr>
      <w:r>
        <w:t>03C3.1.HS39</w:t>
      </w:r>
    </w:p>
    <w:p>
      <w:pPr>
        <w:jc w:val="both"/>
      </w:pPr>
      <w:r>
        <w:t>RF (Rheumatoid Factor)</w:t>
      </w:r>
    </w:p>
    <w:p>
      <w:pPr>
        <w:jc w:val="both"/>
      </w:pPr>
      <w:r>
        <w:t>38.200</w:t>
      </w:r>
    </w:p>
    <w:p>
      <w:pPr>
        <w:jc w:val="both"/>
      </w:pPr>
      <w:r>
        <w:t>43.500</w:t>
      </w:r>
    </w:p>
    <w:p>
      <w:pPr>
        <w:jc w:val="both"/>
      </w:pPr>
      <w:r>
        <w:t>1570</w:t>
      </w:r>
    </w:p>
    <w:p>
      <w:pPr>
        <w:jc w:val="both"/>
      </w:pPr>
      <w:r>
        <w:t>1558</w:t>
      </w:r>
    </w:p>
    <w:p>
      <w:pPr>
        <w:jc w:val="both"/>
      </w:pPr>
      <w:r>
        <w:t>03C3.1.HS22</w:t>
      </w:r>
    </w:p>
    <w:p>
      <w:pPr>
        <w:jc w:val="both"/>
      </w:pPr>
      <w:r>
        <w:t>Salicylate</w:t>
      </w:r>
    </w:p>
    <w:p>
      <w:pPr>
        <w:jc w:val="both"/>
      </w:pPr>
      <w:r>
        <w:t>76.500</w:t>
      </w:r>
    </w:p>
    <w:p>
      <w:pPr>
        <w:jc w:val="both"/>
      </w:pPr>
      <w:r>
        <w:t>87.100</w:t>
      </w:r>
    </w:p>
    <w:p>
      <w:pPr>
        <w:jc w:val="both"/>
      </w:pPr>
      <w:r>
        <w:t>1571</w:t>
      </w:r>
    </w:p>
    <w:p>
      <w:pPr>
        <w:jc w:val="both"/>
      </w:pPr>
      <w:r>
        <w:t>1559</w:t>
      </w:r>
    </w:p>
    <w:p>
      <w:pPr>
        <w:jc w:val="both"/>
      </w:pPr>
      <w:r>
        <w:t>04C5.1.341</w:t>
      </w:r>
    </w:p>
    <w:p>
      <w:pPr>
        <w:jc w:val="both"/>
      </w:pPr>
      <w:r>
        <w:t>SCC</w:t>
      </w:r>
    </w:p>
    <w:p>
      <w:pPr>
        <w:jc w:val="both"/>
      </w:pPr>
      <w:r>
        <w:t>207.000</w:t>
      </w:r>
    </w:p>
    <w:p>
      <w:pPr>
        <w:jc w:val="both"/>
      </w:pPr>
      <w:r>
        <w:t>235.000</w:t>
      </w:r>
    </w:p>
    <w:p>
      <w:pPr>
        <w:jc w:val="both"/>
      </w:pPr>
      <w:r>
        <w:t>1572</w:t>
      </w:r>
    </w:p>
    <w:p>
      <w:pPr>
        <w:jc w:val="both"/>
      </w:pPr>
      <w:r>
        <w:t>1560</w:t>
      </w:r>
    </w:p>
    <w:p>
      <w:pPr>
        <w:jc w:val="both"/>
      </w:pPr>
      <w:r>
        <w:t>04C5.1.345</w:t>
      </w:r>
    </w:p>
    <w:p>
      <w:pPr>
        <w:jc w:val="both"/>
      </w:pPr>
      <w:r>
        <w:t>SFLT1</w:t>
      </w:r>
    </w:p>
    <w:p>
      <w:pPr>
        <w:jc w:val="both"/>
      </w:pPr>
      <w:r>
        <w:t>742.000</w:t>
      </w:r>
    </w:p>
    <w:p>
      <w:pPr>
        <w:jc w:val="both"/>
      </w:pPr>
      <w:r>
        <w:t>845.000</w:t>
      </w:r>
    </w:p>
    <w:p>
      <w:pPr>
        <w:jc w:val="both"/>
      </w:pPr>
      <w:r>
        <w:t>1573</w:t>
      </w:r>
    </w:p>
    <w:p>
      <w:pPr>
        <w:jc w:val="both"/>
      </w:pPr>
      <w:r>
        <w:t>1561</w:t>
      </w:r>
    </w:p>
    <w:p>
      <w:pPr>
        <w:jc w:val="both"/>
      </w:pPr>
      <w:r>
        <w:t>03C3.1.HS44</w:t>
      </w:r>
    </w:p>
    <w:p>
      <w:pPr>
        <w:jc w:val="both"/>
      </w:pPr>
      <w:r>
        <w:t>T3/FT3/T4/FT4 (1 loại)</w:t>
      </w:r>
    </w:p>
    <w:p>
      <w:pPr>
        <w:jc w:val="both"/>
      </w:pPr>
      <w:r>
        <w:t>65.600</w:t>
      </w:r>
    </w:p>
    <w:p>
      <w:pPr>
        <w:jc w:val="both"/>
      </w:pPr>
      <w:r>
        <w:t>74.700</w:t>
      </w:r>
    </w:p>
    <w:p>
      <w:pPr>
        <w:jc w:val="both"/>
      </w:pPr>
      <w:r>
        <w:t>1574</w:t>
      </w:r>
    </w:p>
    <w:p>
      <w:pPr>
        <w:jc w:val="both"/>
      </w:pPr>
      <w:r>
        <w:t>1562</w:t>
      </w:r>
    </w:p>
    <w:p>
      <w:pPr>
        <w:jc w:val="both"/>
      </w:pPr>
      <w:r>
        <w:t>04C5.1.343</w:t>
      </w:r>
    </w:p>
    <w:p>
      <w:pPr>
        <w:jc w:val="both"/>
      </w:pPr>
      <w:r>
        <w:t>Tacrolimus</w:t>
      </w:r>
    </w:p>
    <w:p>
      <w:pPr>
        <w:jc w:val="both"/>
      </w:pPr>
      <w:r>
        <w:t>735.000</w:t>
      </w:r>
    </w:p>
    <w:p>
      <w:pPr>
        <w:jc w:val="both"/>
      </w:pPr>
      <w:r>
        <w:t>837.000</w:t>
      </w:r>
    </w:p>
    <w:p>
      <w:pPr>
        <w:jc w:val="both"/>
      </w:pPr>
      <w:r>
        <w:t>1575</w:t>
      </w:r>
    </w:p>
    <w:p>
      <w:pPr>
        <w:jc w:val="both"/>
      </w:pPr>
      <w:r>
        <w:t>1563</w:t>
      </w:r>
    </w:p>
    <w:p>
      <w:pPr>
        <w:jc w:val="both"/>
      </w:pPr>
      <w:r>
        <w:t>04C5.1.350</w:t>
      </w:r>
    </w:p>
    <w:p>
      <w:pPr>
        <w:jc w:val="both"/>
      </w:pPr>
      <w:r>
        <w:t>Testosteron</w:t>
      </w:r>
    </w:p>
    <w:p>
      <w:pPr>
        <w:jc w:val="both"/>
      </w:pPr>
      <w:r>
        <w:t>95.100</w:t>
      </w:r>
    </w:p>
    <w:p>
      <w:pPr>
        <w:jc w:val="both"/>
      </w:pPr>
      <w:r>
        <w:t>108.000</w:t>
      </w:r>
    </w:p>
    <w:p>
      <w:pPr>
        <w:jc w:val="both"/>
      </w:pPr>
      <w:r>
        <w:t>1576</w:t>
      </w:r>
    </w:p>
    <w:p>
      <w:pPr>
        <w:jc w:val="both"/>
      </w:pPr>
      <w:r>
        <w:t>1564</w:t>
      </w:r>
    </w:p>
    <w:p>
      <w:pPr>
        <w:jc w:val="both"/>
      </w:pPr>
      <w:r>
        <w:t>03C3.1.HS15</w:t>
      </w:r>
    </w:p>
    <w:p>
      <w:pPr>
        <w:jc w:val="both"/>
      </w:pPr>
      <w:r>
        <w:t>Theophylin</w:t>
      </w:r>
    </w:p>
    <w:p>
      <w:pPr>
        <w:jc w:val="both"/>
      </w:pPr>
      <w:r>
        <w:t>82.000</w:t>
      </w:r>
    </w:p>
    <w:p>
      <w:pPr>
        <w:jc w:val="both"/>
      </w:pPr>
      <w:r>
        <w:t>93.300</w:t>
      </w:r>
    </w:p>
    <w:p>
      <w:pPr>
        <w:jc w:val="both"/>
      </w:pPr>
      <w:r>
        <w:t>1577</w:t>
      </w:r>
    </w:p>
    <w:p>
      <w:pPr>
        <w:jc w:val="both"/>
      </w:pPr>
      <w:r>
        <w:t>1565</w:t>
      </w:r>
    </w:p>
    <w:p>
      <w:pPr>
        <w:jc w:val="both"/>
      </w:pPr>
      <w:r>
        <w:t>03C3.1.HS11</w:t>
      </w:r>
    </w:p>
    <w:p>
      <w:pPr>
        <w:jc w:val="both"/>
      </w:pPr>
      <w:r>
        <w:t>Thyroglobulin</w:t>
      </w:r>
    </w:p>
    <w:p>
      <w:pPr>
        <w:jc w:val="both"/>
      </w:pPr>
      <w:r>
        <w:t>179.000</w:t>
      </w:r>
    </w:p>
    <w:p>
      <w:pPr>
        <w:jc w:val="both"/>
      </w:pPr>
      <w:r>
        <w:t>204.000</w:t>
      </w:r>
    </w:p>
    <w:p>
      <w:pPr>
        <w:jc w:val="both"/>
      </w:pPr>
      <w:r>
        <w:t>1578</w:t>
      </w:r>
    </w:p>
    <w:p>
      <w:pPr>
        <w:jc w:val="both"/>
      </w:pPr>
      <w:r>
        <w:t>1566</w:t>
      </w:r>
    </w:p>
    <w:p>
      <w:pPr>
        <w:jc w:val="both"/>
      </w:pPr>
      <w:r>
        <w:t>03C3.1.HS13</w:t>
      </w:r>
    </w:p>
    <w:p>
      <w:pPr>
        <w:jc w:val="both"/>
      </w:pPr>
      <w:r>
        <w:t>TRAb định lượng</w:t>
      </w:r>
    </w:p>
    <w:p>
      <w:pPr>
        <w:jc w:val="both"/>
      </w:pPr>
      <w:r>
        <w:t>414.000</w:t>
      </w:r>
    </w:p>
    <w:p>
      <w:pPr>
        <w:jc w:val="both"/>
      </w:pPr>
      <w:r>
        <w:t>471.000</w:t>
      </w:r>
    </w:p>
    <w:p>
      <w:pPr>
        <w:jc w:val="both"/>
      </w:pPr>
      <w:r>
        <w:t>1579</w:t>
      </w:r>
    </w:p>
    <w:p>
      <w:pPr>
        <w:jc w:val="both"/>
      </w:pPr>
      <w:r>
        <w:t>1567</w:t>
      </w:r>
    </w:p>
    <w:p>
      <w:pPr>
        <w:jc w:val="both"/>
      </w:pPr>
      <w:r>
        <w:t>03C3.1.HS41</w:t>
      </w:r>
    </w:p>
    <w:p>
      <w:pPr>
        <w:jc w:val="both"/>
      </w:pPr>
      <w:r>
        <w:t>Transferin/độ bão hòa tranferin</w:t>
      </w:r>
    </w:p>
    <w:p>
      <w:pPr>
        <w:jc w:val="both"/>
      </w:pPr>
      <w:r>
        <w:t>65.600</w:t>
      </w:r>
    </w:p>
    <w:p>
      <w:pPr>
        <w:jc w:val="both"/>
      </w:pPr>
      <w:r>
        <w:t>74.700</w:t>
      </w:r>
    </w:p>
    <w:p>
      <w:pPr>
        <w:jc w:val="both"/>
      </w:pPr>
      <w:r>
        <w:t>1580</w:t>
      </w:r>
    </w:p>
    <w:p>
      <w:pPr>
        <w:jc w:val="both"/>
      </w:pPr>
      <w:r>
        <w:t>1568</w:t>
      </w:r>
    </w:p>
    <w:p>
      <w:pPr>
        <w:jc w:val="both"/>
      </w:pPr>
      <w:r>
        <w:t>03C3.1.HS16</w:t>
      </w:r>
    </w:p>
    <w:p>
      <w:pPr>
        <w:jc w:val="both"/>
      </w:pPr>
      <w:r>
        <w:t>Tricyclic anti depressant</w:t>
      </w:r>
    </w:p>
    <w:p>
      <w:pPr>
        <w:jc w:val="both"/>
      </w:pPr>
      <w:r>
        <w:t>82.000</w:t>
      </w:r>
    </w:p>
    <w:p>
      <w:pPr>
        <w:jc w:val="both"/>
      </w:pPr>
      <w:r>
        <w:t>93.300</w:t>
      </w:r>
    </w:p>
    <w:p>
      <w:pPr>
        <w:jc w:val="both"/>
      </w:pPr>
      <w:r>
        <w:t>1581</w:t>
      </w:r>
    </w:p>
    <w:p>
      <w:pPr>
        <w:jc w:val="both"/>
      </w:pPr>
      <w:r>
        <w:t>1569</w:t>
      </w:r>
    </w:p>
    <w:p>
      <w:pPr>
        <w:jc w:val="both"/>
      </w:pPr>
      <w:r>
        <w:t>03C3.1.HS59</w:t>
      </w:r>
    </w:p>
    <w:p>
      <w:pPr>
        <w:jc w:val="both"/>
      </w:pPr>
      <w:r>
        <w:t>Troponin T/I</w:t>
      </w:r>
    </w:p>
    <w:p>
      <w:pPr>
        <w:jc w:val="both"/>
      </w:pPr>
      <w:r>
        <w:t>76.500</w:t>
      </w:r>
    </w:p>
    <w:p>
      <w:pPr>
        <w:jc w:val="both"/>
      </w:pPr>
      <w:r>
        <w:t>87.100</w:t>
      </w:r>
    </w:p>
    <w:p>
      <w:pPr>
        <w:jc w:val="both"/>
      </w:pPr>
      <w:r>
        <w:t>1582</w:t>
      </w:r>
    </w:p>
    <w:p>
      <w:pPr>
        <w:jc w:val="both"/>
      </w:pPr>
      <w:r>
        <w:t>1570</w:t>
      </w:r>
    </w:p>
    <w:p>
      <w:pPr>
        <w:jc w:val="both"/>
      </w:pPr>
      <w:r>
        <w:t>03C3.1.HS45</w:t>
      </w:r>
    </w:p>
    <w:p>
      <w:pPr>
        <w:jc w:val="both"/>
      </w:pPr>
      <w:r>
        <w:t>TSH</w:t>
      </w:r>
    </w:p>
    <w:p>
      <w:pPr>
        <w:jc w:val="both"/>
      </w:pPr>
      <w:r>
        <w:t>60.100</w:t>
      </w:r>
    </w:p>
    <w:p>
      <w:pPr>
        <w:jc w:val="both"/>
      </w:pPr>
      <w:r>
        <w:t>68.400</w:t>
      </w:r>
    </w:p>
    <w:p>
      <w:pPr>
        <w:jc w:val="both"/>
      </w:pPr>
      <w:r>
        <w:t>1583</w:t>
      </w:r>
    </w:p>
    <w:p>
      <w:pPr>
        <w:jc w:val="both"/>
      </w:pPr>
      <w:r>
        <w:t>1571</w:t>
      </w:r>
    </w:p>
    <w:p>
      <w:pPr>
        <w:jc w:val="both"/>
      </w:pPr>
      <w:r>
        <w:t>03C3.1.HS68</w:t>
      </w:r>
    </w:p>
    <w:p>
      <w:pPr>
        <w:jc w:val="both"/>
      </w:pPr>
      <w:r>
        <w:t>Vitamin B12</w:t>
      </w:r>
    </w:p>
    <w:p>
      <w:pPr>
        <w:jc w:val="both"/>
      </w:pPr>
      <w:r>
        <w:t>76.500</w:t>
      </w:r>
    </w:p>
    <w:p>
      <w:pPr>
        <w:jc w:val="both"/>
      </w:pPr>
      <w:r>
        <w:t>87.100</w:t>
      </w:r>
    </w:p>
    <w:p>
      <w:pPr>
        <w:jc w:val="both"/>
      </w:pPr>
      <w:r>
        <w:t>1584</w:t>
      </w:r>
    </w:p>
    <w:p>
      <w:pPr>
        <w:jc w:val="both"/>
      </w:pPr>
      <w:r>
        <w:t>1572</w:t>
      </w:r>
    </w:p>
    <w:p>
      <w:pPr>
        <w:jc w:val="both"/>
      </w:pPr>
      <w:r>
        <w:t>04C5.1.310</w:t>
      </w:r>
    </w:p>
    <w:p>
      <w:pPr>
        <w:jc w:val="both"/>
      </w:pPr>
      <w:r>
        <w:t>Xác định Bacturate trong máu</w:t>
      </w:r>
    </w:p>
    <w:p>
      <w:pPr>
        <w:jc w:val="both"/>
      </w:pPr>
      <w:r>
        <w:t>207.000</w:t>
      </w:r>
    </w:p>
    <w:p>
      <w:pPr>
        <w:jc w:val="both"/>
      </w:pPr>
      <w:r>
        <w:t>235.000</w:t>
      </w:r>
    </w:p>
    <w:p>
      <w:pPr>
        <w:jc w:val="both"/>
      </w:pPr>
      <w:r>
        <w:t>1585</w:t>
      </w:r>
    </w:p>
    <w:p>
      <w:pPr>
        <w:jc w:val="both"/>
      </w:pPr>
      <w:r>
        <w:t>1573</w:t>
      </w:r>
    </w:p>
    <w:p>
      <w:pPr>
        <w:jc w:val="both"/>
      </w:pPr>
      <w:r>
        <w:t>04C5.1.317</w:t>
      </w:r>
    </w:p>
    <w:p>
      <w:pPr>
        <w:jc w:val="both"/>
      </w:pPr>
      <w:r>
        <w:t>Xác định các yếu tố vi lượng (đồng, kẽm...)</w:t>
      </w:r>
    </w:p>
    <w:p>
      <w:pPr>
        <w:jc w:val="both"/>
      </w:pPr>
      <w:r>
        <w:t>26.100</w:t>
      </w:r>
    </w:p>
    <w:p>
      <w:pPr>
        <w:jc w:val="both"/>
      </w:pPr>
      <w:r>
        <w:t>29.800</w:t>
      </w:r>
    </w:p>
    <w:p>
      <w:pPr>
        <w:jc w:val="both"/>
      </w:pPr>
      <w:r>
        <w:t>1586</w:t>
      </w:r>
    </w:p>
    <w:p>
      <w:pPr>
        <w:jc w:val="both"/>
      </w:pPr>
      <w:r>
        <w:t>1574</w:t>
      </w:r>
    </w:p>
    <w:p>
      <w:pPr>
        <w:jc w:val="both"/>
      </w:pPr>
      <w:r>
        <w:t>04C5.1.318</w:t>
      </w:r>
    </w:p>
    <w:p>
      <w:pPr>
        <w:jc w:val="both"/>
      </w:pPr>
      <w:r>
        <w:t>Xác định các yếu tố vi lượng Fe (sắt)</w:t>
      </w:r>
    </w:p>
    <w:p>
      <w:pPr>
        <w:jc w:val="both"/>
      </w:pPr>
      <w:r>
        <w:t>26.100</w:t>
      </w:r>
    </w:p>
    <w:p>
      <w:pPr>
        <w:jc w:val="both"/>
      </w:pPr>
      <w:r>
        <w:t>29.800</w:t>
      </w:r>
    </w:p>
    <w:p>
      <w:pPr>
        <w:jc w:val="both"/>
      </w:pPr>
      <w:r>
        <w:t>1587</w:t>
      </w:r>
    </w:p>
    <w:p>
      <w:pPr>
        <w:jc w:val="both"/>
      </w:pPr>
      <w:r>
        <w:t>Nước tiểu</w:t>
      </w:r>
    </w:p>
    <w:p>
      <w:pPr>
        <w:jc w:val="both"/>
      </w:pPr>
      <w:r>
        <w:t>1588</w:t>
      </w:r>
    </w:p>
    <w:p>
      <w:pPr>
        <w:jc w:val="both"/>
      </w:pPr>
      <w:r>
        <w:t>1575</w:t>
      </w:r>
    </w:p>
    <w:p>
      <w:pPr>
        <w:jc w:val="both"/>
      </w:pPr>
      <w:r>
        <w:t>03C3.2.4</w:t>
      </w:r>
    </w:p>
    <w:p>
      <w:pPr>
        <w:jc w:val="both"/>
      </w:pPr>
      <w:r>
        <w:t>Amphetamin (định tính)</w:t>
      </w:r>
    </w:p>
    <w:p>
      <w:pPr>
        <w:jc w:val="both"/>
      </w:pPr>
      <w:r>
        <w:t>43.700</w:t>
      </w:r>
    </w:p>
    <w:p>
      <w:pPr>
        <w:jc w:val="both"/>
      </w:pPr>
      <w:r>
        <w:t>49.800</w:t>
      </w:r>
    </w:p>
    <w:p>
      <w:pPr>
        <w:jc w:val="both"/>
      </w:pPr>
      <w:r>
        <w:t>1589</w:t>
      </w:r>
    </w:p>
    <w:p>
      <w:pPr>
        <w:jc w:val="both"/>
      </w:pPr>
      <w:r>
        <w:t>1576</w:t>
      </w:r>
    </w:p>
    <w:p>
      <w:pPr>
        <w:jc w:val="both"/>
      </w:pPr>
      <w:r>
        <w:t>04C5.2.364</w:t>
      </w:r>
    </w:p>
    <w:p>
      <w:pPr>
        <w:jc w:val="both"/>
      </w:pPr>
      <w:r>
        <w:t>Amylase niệu</w:t>
      </w:r>
    </w:p>
    <w:p>
      <w:pPr>
        <w:jc w:val="both"/>
      </w:pPr>
      <w:r>
        <w:t>38.200</w:t>
      </w:r>
    </w:p>
    <w:p>
      <w:pPr>
        <w:jc w:val="both"/>
      </w:pPr>
      <w:r>
        <w:t>43.500</w:t>
      </w:r>
    </w:p>
    <w:p>
      <w:pPr>
        <w:jc w:val="both"/>
      </w:pPr>
      <w:r>
        <w:t>1590</w:t>
      </w:r>
    </w:p>
    <w:p>
      <w:pPr>
        <w:jc w:val="both"/>
      </w:pPr>
      <w:r>
        <w:t>1577</w:t>
      </w:r>
    </w:p>
    <w:p>
      <w:pPr>
        <w:jc w:val="both"/>
      </w:pPr>
      <w:r>
        <w:t>04C5.2.358</w:t>
      </w:r>
    </w:p>
    <w:p>
      <w:pPr>
        <w:jc w:val="both"/>
      </w:pPr>
      <w:r>
        <w:t>Calci niệu</w:t>
      </w:r>
    </w:p>
    <w:p>
      <w:pPr>
        <w:jc w:val="both"/>
      </w:pPr>
      <w:r>
        <w:t>25.000</w:t>
      </w:r>
    </w:p>
    <w:p>
      <w:pPr>
        <w:jc w:val="both"/>
      </w:pPr>
      <w:r>
        <w:t>28.500</w:t>
      </w:r>
    </w:p>
    <w:p>
      <w:pPr>
        <w:jc w:val="both"/>
      </w:pPr>
      <w:r>
        <w:t>1591</w:t>
      </w:r>
    </w:p>
    <w:p>
      <w:pPr>
        <w:jc w:val="both"/>
      </w:pPr>
      <w:r>
        <w:t>1578</w:t>
      </w:r>
    </w:p>
    <w:p>
      <w:pPr>
        <w:jc w:val="both"/>
      </w:pPr>
      <w:r>
        <w:t>04C5.2.357</w:t>
      </w:r>
    </w:p>
    <w:p>
      <w:pPr>
        <w:jc w:val="both"/>
      </w:pPr>
      <w:r>
        <w:t>Catecholamin niệu (HPLC)</w:t>
      </w:r>
    </w:p>
    <w:p>
      <w:pPr>
        <w:jc w:val="both"/>
      </w:pPr>
      <w:r>
        <w:t>426.000</w:t>
      </w:r>
    </w:p>
    <w:p>
      <w:pPr>
        <w:jc w:val="both"/>
      </w:pPr>
      <w:r>
        <w:t>485.000</w:t>
      </w:r>
    </w:p>
    <w:p>
      <w:pPr>
        <w:jc w:val="both"/>
      </w:pPr>
      <w:r>
        <w:t>1592</w:t>
      </w:r>
    </w:p>
    <w:p>
      <w:pPr>
        <w:jc w:val="both"/>
      </w:pPr>
      <w:r>
        <w:t>1579</w:t>
      </w:r>
    </w:p>
    <w:p>
      <w:pPr>
        <w:jc w:val="both"/>
      </w:pPr>
      <w:r>
        <w:t>Điện di Protein nước tiểu (máy tự động)</w:t>
      </w:r>
    </w:p>
    <w:p>
      <w:pPr>
        <w:jc w:val="both"/>
      </w:pPr>
      <w:r>
        <w:t>164.000</w:t>
      </w:r>
    </w:p>
    <w:p>
      <w:pPr>
        <w:jc w:val="both"/>
      </w:pPr>
      <w:r>
        <w:t>186.000</w:t>
      </w:r>
    </w:p>
    <w:p>
      <w:pPr>
        <w:jc w:val="both"/>
      </w:pPr>
      <w:r>
        <w:t>1593</w:t>
      </w:r>
    </w:p>
    <w:p>
      <w:pPr>
        <w:jc w:val="both"/>
      </w:pPr>
      <w:r>
        <w:t>1580</w:t>
      </w:r>
    </w:p>
    <w:p>
      <w:pPr>
        <w:jc w:val="both"/>
      </w:pPr>
      <w:r>
        <w:t>04C5.2.360</w:t>
      </w:r>
    </w:p>
    <w:p>
      <w:pPr>
        <w:jc w:val="both"/>
      </w:pPr>
      <w:r>
        <w:t>Điện giải đồ (Na, K, Cl) niệu</w:t>
      </w:r>
    </w:p>
    <w:p>
      <w:pPr>
        <w:jc w:val="both"/>
      </w:pPr>
      <w:r>
        <w:t>29.500</w:t>
      </w:r>
    </w:p>
    <w:p>
      <w:pPr>
        <w:jc w:val="both"/>
      </w:pPr>
      <w:r>
        <w:t>33.500</w:t>
      </w:r>
    </w:p>
    <w:p>
      <w:pPr>
        <w:jc w:val="both"/>
      </w:pPr>
      <w:r>
        <w:t>Áp dụng cho cả trường hợp cho kết quả nhiều hơn 3 chỉ số.</w:t>
      </w:r>
    </w:p>
    <w:p>
      <w:pPr>
        <w:jc w:val="both"/>
      </w:pPr>
      <w:r>
        <w:t>1594</w:t>
      </w:r>
    </w:p>
    <w:p>
      <w:pPr>
        <w:jc w:val="both"/>
      </w:pPr>
      <w:r>
        <w:t>1581</w:t>
      </w:r>
    </w:p>
    <w:p>
      <w:pPr>
        <w:jc w:val="both"/>
      </w:pPr>
      <w:r>
        <w:t>03C3.2.8</w:t>
      </w:r>
    </w:p>
    <w:p>
      <w:pPr>
        <w:jc w:val="both"/>
      </w:pPr>
      <w:r>
        <w:t>DPD</w:t>
      </w:r>
    </w:p>
    <w:p>
      <w:pPr>
        <w:jc w:val="both"/>
      </w:pPr>
      <w:r>
        <w:t>195.000</w:t>
      </w:r>
    </w:p>
    <w:p>
      <w:pPr>
        <w:jc w:val="both"/>
      </w:pPr>
      <w:r>
        <w:t>222.000</w:t>
      </w:r>
    </w:p>
    <w:p>
      <w:pPr>
        <w:jc w:val="both"/>
      </w:pPr>
      <w:r>
        <w:t>1595</w:t>
      </w:r>
    </w:p>
    <w:p>
      <w:pPr>
        <w:jc w:val="both"/>
      </w:pPr>
      <w:r>
        <w:t>1582</w:t>
      </w:r>
    </w:p>
    <w:p>
      <w:pPr>
        <w:jc w:val="both"/>
      </w:pPr>
      <w:r>
        <w:t>03C3.2.7</w:t>
      </w:r>
    </w:p>
    <w:p>
      <w:pPr>
        <w:jc w:val="both"/>
      </w:pPr>
      <w:r>
        <w:t>Dưỡng chấp</w:t>
      </w:r>
    </w:p>
    <w:p>
      <w:pPr>
        <w:jc w:val="both"/>
      </w:pPr>
      <w:r>
        <w:t>21.800</w:t>
      </w:r>
    </w:p>
    <w:p>
      <w:pPr>
        <w:jc w:val="both"/>
      </w:pPr>
      <w:r>
        <w:t>24.900</w:t>
      </w:r>
    </w:p>
    <w:p>
      <w:pPr>
        <w:jc w:val="both"/>
      </w:pPr>
      <w:r>
        <w:t>1596</w:t>
      </w:r>
    </w:p>
    <w:p>
      <w:pPr>
        <w:jc w:val="both"/>
      </w:pPr>
      <w:r>
        <w:t>1583</w:t>
      </w:r>
    </w:p>
    <w:p>
      <w:pPr>
        <w:jc w:val="both"/>
      </w:pPr>
      <w:r>
        <w:t>04C5.2.366</w:t>
      </w:r>
    </w:p>
    <w:p>
      <w:pPr>
        <w:jc w:val="both"/>
      </w:pPr>
      <w:r>
        <w:t>Gonadotrophin để chẩn đoán thai nghén bằng phương pháp hóa học-miễn dịch định tính</w:t>
      </w:r>
    </w:p>
    <w:p>
      <w:pPr>
        <w:jc w:val="both"/>
      </w:pPr>
      <w:r>
        <w:t>24.000</w:t>
      </w:r>
    </w:p>
    <w:p>
      <w:pPr>
        <w:jc w:val="both"/>
      </w:pPr>
      <w:r>
        <w:t>27.300</w:t>
      </w:r>
    </w:p>
    <w:p>
      <w:pPr>
        <w:jc w:val="both"/>
      </w:pPr>
      <w:r>
        <w:t>1597</w:t>
      </w:r>
    </w:p>
    <w:p>
      <w:pPr>
        <w:jc w:val="both"/>
      </w:pPr>
      <w:r>
        <w:t>1584</w:t>
      </w:r>
    </w:p>
    <w:p>
      <w:pPr>
        <w:jc w:val="both"/>
      </w:pPr>
      <w:r>
        <w:t>04C5.2.367</w:t>
      </w:r>
    </w:p>
    <w:p>
      <w:pPr>
        <w:jc w:val="both"/>
      </w:pPr>
      <w:r>
        <w:t>Gonadotrophin để chẩn đoán thai nghén định lượng</w:t>
      </w:r>
    </w:p>
    <w:p>
      <w:pPr>
        <w:jc w:val="both"/>
      </w:pPr>
      <w:r>
        <w:t>91.800</w:t>
      </w:r>
    </w:p>
    <w:p>
      <w:pPr>
        <w:jc w:val="both"/>
      </w:pPr>
      <w:r>
        <w:t>104.000</w:t>
      </w:r>
    </w:p>
    <w:p>
      <w:pPr>
        <w:jc w:val="both"/>
      </w:pPr>
      <w:r>
        <w:t>1598</w:t>
      </w:r>
    </w:p>
    <w:p>
      <w:pPr>
        <w:jc w:val="both"/>
      </w:pPr>
      <w:r>
        <w:t>1585</w:t>
      </w:r>
    </w:p>
    <w:p>
      <w:pPr>
        <w:jc w:val="both"/>
      </w:pPr>
      <w:r>
        <w:t>04C5.2.369</w:t>
      </w:r>
    </w:p>
    <w:p>
      <w:pPr>
        <w:jc w:val="both"/>
      </w:pPr>
      <w:r>
        <w:t>Hydrocorticosteroid định lượng</w:t>
      </w:r>
    </w:p>
    <w:p>
      <w:pPr>
        <w:jc w:val="both"/>
      </w:pPr>
      <w:r>
        <w:t>39.200</w:t>
      </w:r>
    </w:p>
    <w:p>
      <w:pPr>
        <w:jc w:val="both"/>
      </w:pPr>
      <w:r>
        <w:t>44.700</w:t>
      </w:r>
    </w:p>
    <w:p>
      <w:pPr>
        <w:jc w:val="both"/>
      </w:pPr>
      <w:r>
        <w:t>1599</w:t>
      </w:r>
    </w:p>
    <w:p>
      <w:pPr>
        <w:jc w:val="both"/>
      </w:pPr>
      <w:r>
        <w:t>1586</w:t>
      </w:r>
    </w:p>
    <w:p>
      <w:pPr>
        <w:jc w:val="both"/>
      </w:pPr>
      <w:r>
        <w:t>03C3.2.5</w:t>
      </w:r>
    </w:p>
    <w:p>
      <w:pPr>
        <w:jc w:val="both"/>
      </w:pPr>
      <w:r>
        <w:t>Marijuana định tính</w:t>
      </w:r>
    </w:p>
    <w:p>
      <w:pPr>
        <w:jc w:val="both"/>
      </w:pPr>
      <w:r>
        <w:t>43.700</w:t>
      </w:r>
    </w:p>
    <w:p>
      <w:pPr>
        <w:jc w:val="both"/>
      </w:pPr>
      <w:r>
        <w:t>49.800</w:t>
      </w:r>
    </w:p>
    <w:p>
      <w:pPr>
        <w:jc w:val="both"/>
      </w:pPr>
      <w:r>
        <w:t>1600</w:t>
      </w:r>
    </w:p>
    <w:p>
      <w:pPr>
        <w:jc w:val="both"/>
      </w:pPr>
      <w:r>
        <w:t>1587</w:t>
      </w:r>
    </w:p>
    <w:p>
      <w:pPr>
        <w:jc w:val="both"/>
      </w:pPr>
      <w:r>
        <w:t>03C3.2.2</w:t>
      </w:r>
    </w:p>
    <w:p>
      <w:pPr>
        <w:jc w:val="both"/>
      </w:pPr>
      <w:r>
        <w:t>Micro Albumin</w:t>
      </w:r>
    </w:p>
    <w:p>
      <w:pPr>
        <w:jc w:val="both"/>
      </w:pPr>
      <w:r>
        <w:t>43.700</w:t>
      </w:r>
    </w:p>
    <w:p>
      <w:pPr>
        <w:jc w:val="both"/>
      </w:pPr>
      <w:r>
        <w:t>49.800</w:t>
      </w:r>
    </w:p>
    <w:p>
      <w:pPr>
        <w:jc w:val="both"/>
      </w:pPr>
      <w:r>
        <w:t>1601</w:t>
      </w:r>
    </w:p>
    <w:p>
      <w:pPr>
        <w:jc w:val="both"/>
      </w:pPr>
      <w:r>
        <w:t>1588</w:t>
      </w:r>
    </w:p>
    <w:p>
      <w:pPr>
        <w:jc w:val="both"/>
      </w:pPr>
      <w:r>
        <w:t>04C5.2.368</w:t>
      </w:r>
    </w:p>
    <w:p>
      <w:pPr>
        <w:jc w:val="both"/>
      </w:pPr>
      <w:r>
        <w:t>Oestrogen toàn phần định lượng</w:t>
      </w:r>
    </w:p>
    <w:p>
      <w:pPr>
        <w:jc w:val="both"/>
      </w:pPr>
      <w:r>
        <w:t>32.800</w:t>
      </w:r>
    </w:p>
    <w:p>
      <w:pPr>
        <w:jc w:val="both"/>
      </w:pPr>
      <w:r>
        <w:t>37.300</w:t>
      </w:r>
    </w:p>
    <w:p>
      <w:pPr>
        <w:jc w:val="both"/>
      </w:pPr>
      <w:r>
        <w:t>1602</w:t>
      </w:r>
    </w:p>
    <w:p>
      <w:pPr>
        <w:jc w:val="both"/>
      </w:pPr>
      <w:r>
        <w:t>1589</w:t>
      </w:r>
    </w:p>
    <w:p>
      <w:pPr>
        <w:jc w:val="both"/>
      </w:pPr>
      <w:r>
        <w:t>03C3.2.3</w:t>
      </w:r>
    </w:p>
    <w:p>
      <w:pPr>
        <w:jc w:val="both"/>
      </w:pPr>
      <w:r>
        <w:t>Opiate định tính</w:t>
      </w:r>
    </w:p>
    <w:p>
      <w:pPr>
        <w:jc w:val="both"/>
      </w:pPr>
      <w:r>
        <w:t>43.700</w:t>
      </w:r>
    </w:p>
    <w:p>
      <w:pPr>
        <w:jc w:val="both"/>
      </w:pPr>
      <w:r>
        <w:t>49.800</w:t>
      </w:r>
    </w:p>
    <w:p>
      <w:pPr>
        <w:jc w:val="both"/>
      </w:pPr>
      <w:r>
        <w:t>1603</w:t>
      </w:r>
    </w:p>
    <w:p>
      <w:pPr>
        <w:jc w:val="both"/>
      </w:pPr>
      <w:r>
        <w:t>1590</w:t>
      </w:r>
    </w:p>
    <w:p>
      <w:pPr>
        <w:jc w:val="both"/>
      </w:pPr>
      <w:r>
        <w:t>04C5.2.359</w:t>
      </w:r>
    </w:p>
    <w:p>
      <w:pPr>
        <w:jc w:val="both"/>
      </w:pPr>
      <w:r>
        <w:t>Phospho niệu</w:t>
      </w:r>
    </w:p>
    <w:p>
      <w:pPr>
        <w:jc w:val="both"/>
      </w:pPr>
      <w:r>
        <w:t>20.700</w:t>
      </w:r>
    </w:p>
    <w:p>
      <w:pPr>
        <w:jc w:val="both"/>
      </w:pPr>
      <w:r>
        <w:t>23.500</w:t>
      </w:r>
    </w:p>
    <w:p>
      <w:pPr>
        <w:jc w:val="both"/>
      </w:pPr>
      <w:r>
        <w:t>1604</w:t>
      </w:r>
    </w:p>
    <w:p>
      <w:pPr>
        <w:jc w:val="both"/>
      </w:pPr>
      <w:r>
        <w:t>1591</w:t>
      </w:r>
    </w:p>
    <w:p>
      <w:pPr>
        <w:jc w:val="both"/>
      </w:pPr>
      <w:r>
        <w:t>04C5.2.370</w:t>
      </w:r>
    </w:p>
    <w:p>
      <w:pPr>
        <w:jc w:val="both"/>
      </w:pPr>
      <w:r>
        <w:t>Porphyrin định tính</w:t>
      </w:r>
    </w:p>
    <w:p>
      <w:pPr>
        <w:jc w:val="both"/>
      </w:pPr>
      <w:r>
        <w:t>49.200</w:t>
      </w:r>
    </w:p>
    <w:p>
      <w:pPr>
        <w:jc w:val="both"/>
      </w:pPr>
      <w:r>
        <w:t>56.000</w:t>
      </w:r>
    </w:p>
    <w:p>
      <w:pPr>
        <w:jc w:val="both"/>
      </w:pPr>
      <w:r>
        <w:t>1605</w:t>
      </w:r>
    </w:p>
    <w:p>
      <w:pPr>
        <w:jc w:val="both"/>
      </w:pPr>
      <w:r>
        <w:t>1592</w:t>
      </w:r>
    </w:p>
    <w:p>
      <w:pPr>
        <w:jc w:val="both"/>
      </w:pPr>
      <w:r>
        <w:t>03C3.2.6</w:t>
      </w:r>
    </w:p>
    <w:p>
      <w:pPr>
        <w:jc w:val="both"/>
      </w:pPr>
      <w:r>
        <w:t>Protein Bence - Jone</w:t>
      </w:r>
    </w:p>
    <w:p>
      <w:pPr>
        <w:jc w:val="both"/>
      </w:pPr>
      <w:r>
        <w:t>21.800</w:t>
      </w:r>
    </w:p>
    <w:p>
      <w:pPr>
        <w:jc w:val="both"/>
      </w:pPr>
      <w:r>
        <w:t>24.900</w:t>
      </w:r>
    </w:p>
    <w:p>
      <w:pPr>
        <w:jc w:val="both"/>
      </w:pPr>
      <w:r>
        <w:t>1606</w:t>
      </w:r>
    </w:p>
    <w:p>
      <w:pPr>
        <w:jc w:val="both"/>
      </w:pPr>
      <w:r>
        <w:t>1593</w:t>
      </w:r>
    </w:p>
    <w:p>
      <w:pPr>
        <w:jc w:val="both"/>
      </w:pPr>
      <w:r>
        <w:t>04C5.2.361</w:t>
      </w:r>
    </w:p>
    <w:p>
      <w:pPr>
        <w:jc w:val="both"/>
      </w:pPr>
      <w:r>
        <w:t>Protein niệu hoặc đường niệu định lượng</w:t>
      </w:r>
    </w:p>
    <w:p>
      <w:pPr>
        <w:jc w:val="both"/>
      </w:pPr>
      <w:r>
        <w:t>14.000</w:t>
      </w:r>
    </w:p>
    <w:p>
      <w:pPr>
        <w:jc w:val="both"/>
      </w:pPr>
      <w:r>
        <w:t>16.000</w:t>
      </w:r>
    </w:p>
    <w:p>
      <w:pPr>
        <w:jc w:val="both"/>
      </w:pPr>
      <w:r>
        <w:t>1607</w:t>
      </w:r>
    </w:p>
    <w:p>
      <w:pPr>
        <w:jc w:val="both"/>
      </w:pPr>
      <w:r>
        <w:t>1594</w:t>
      </w:r>
    </w:p>
    <w:p>
      <w:pPr>
        <w:jc w:val="both"/>
      </w:pPr>
      <w:r>
        <w:t>04C5.2.362</w:t>
      </w:r>
    </w:p>
    <w:p>
      <w:pPr>
        <w:jc w:val="both"/>
      </w:pPr>
      <w:r>
        <w:t>Tế bào cặn nước tiểu hoặc cặn Adis</w:t>
      </w:r>
    </w:p>
    <w:p>
      <w:pPr>
        <w:jc w:val="both"/>
      </w:pPr>
      <w:r>
        <w:t>43.700</w:t>
      </w:r>
    </w:p>
    <w:p>
      <w:pPr>
        <w:jc w:val="both"/>
      </w:pPr>
      <w:r>
        <w:t>49.800</w:t>
      </w:r>
    </w:p>
    <w:p>
      <w:pPr>
        <w:jc w:val="both"/>
      </w:pPr>
      <w:r>
        <w:t>1608</w:t>
      </w:r>
    </w:p>
    <w:p>
      <w:pPr>
        <w:jc w:val="both"/>
      </w:pPr>
      <w:r>
        <w:t>1595</w:t>
      </w:r>
    </w:p>
    <w:p>
      <w:pPr>
        <w:jc w:val="both"/>
      </w:pPr>
      <w:r>
        <w:t>04C5.2.371</w:t>
      </w:r>
    </w:p>
    <w:p>
      <w:pPr>
        <w:jc w:val="both"/>
      </w:pPr>
      <w:r>
        <w:t>Tế bào/trụ hay các tinh thể khác định tính</w:t>
      </w:r>
    </w:p>
    <w:p>
      <w:pPr>
        <w:jc w:val="both"/>
      </w:pPr>
      <w:r>
        <w:t>3.100</w:t>
      </w:r>
    </w:p>
    <w:p>
      <w:pPr>
        <w:jc w:val="both"/>
      </w:pPr>
      <w:r>
        <w:t>3.600</w:t>
      </w:r>
    </w:p>
    <w:p>
      <w:pPr>
        <w:jc w:val="both"/>
      </w:pPr>
      <w:r>
        <w:t>1609</w:t>
      </w:r>
    </w:p>
    <w:p>
      <w:pPr>
        <w:jc w:val="both"/>
      </w:pPr>
      <w:r>
        <w:t>1596</w:t>
      </w:r>
    </w:p>
    <w:p>
      <w:pPr>
        <w:jc w:val="both"/>
      </w:pPr>
      <w:r>
        <w:t>03C3.2.1</w:t>
      </w:r>
    </w:p>
    <w:p>
      <w:pPr>
        <w:jc w:val="both"/>
      </w:pPr>
      <w:r>
        <w:t>Tổng phân tích nước tiểu</w:t>
      </w:r>
    </w:p>
    <w:p>
      <w:pPr>
        <w:jc w:val="both"/>
      </w:pPr>
      <w:r>
        <w:t>27.800</w:t>
      </w:r>
    </w:p>
    <w:p>
      <w:pPr>
        <w:jc w:val="both"/>
      </w:pPr>
      <w:r>
        <w:t>31.700</w:t>
      </w:r>
    </w:p>
    <w:p>
      <w:pPr>
        <w:jc w:val="both"/>
      </w:pPr>
      <w:r>
        <w:t>1610</w:t>
      </w:r>
    </w:p>
    <w:p>
      <w:pPr>
        <w:jc w:val="both"/>
      </w:pPr>
      <w:r>
        <w:t>1597</w:t>
      </w:r>
    </w:p>
    <w:p>
      <w:pPr>
        <w:jc w:val="both"/>
      </w:pPr>
      <w:r>
        <w:t>04C5.2.372</w:t>
      </w:r>
    </w:p>
    <w:p>
      <w:pPr>
        <w:jc w:val="both"/>
      </w:pPr>
      <w:r>
        <w:t>Tỷ trọng trong nước tiểu/ pH định tính</w:t>
      </w:r>
    </w:p>
    <w:p>
      <w:pPr>
        <w:jc w:val="both"/>
      </w:pPr>
      <w:r>
        <w:t>4.800</w:t>
      </w:r>
    </w:p>
    <w:p>
      <w:pPr>
        <w:jc w:val="both"/>
      </w:pPr>
      <w:r>
        <w:t>5.400</w:t>
      </w:r>
    </w:p>
    <w:p>
      <w:pPr>
        <w:jc w:val="both"/>
      </w:pPr>
      <w:r>
        <w:t>1611</w:t>
      </w:r>
    </w:p>
    <w:p>
      <w:pPr>
        <w:jc w:val="both"/>
      </w:pPr>
      <w:r>
        <w:t>1598</w:t>
      </w:r>
    </w:p>
    <w:p>
      <w:pPr>
        <w:jc w:val="both"/>
      </w:pPr>
      <w:r>
        <w:t>04C5.2.363</w:t>
      </w:r>
    </w:p>
    <w:p>
      <w:pPr>
        <w:jc w:val="both"/>
      </w:pPr>
      <w:r>
        <w:t>Ure hoặc Axit Uric hoặc Creatinin niệu</w:t>
      </w:r>
    </w:p>
    <w:p>
      <w:pPr>
        <w:jc w:val="both"/>
      </w:pPr>
      <w:r>
        <w:t>16.400</w:t>
      </w:r>
    </w:p>
    <w:p>
      <w:pPr>
        <w:jc w:val="both"/>
      </w:pPr>
      <w:r>
        <w:t>18.600</w:t>
      </w:r>
    </w:p>
    <w:p>
      <w:pPr>
        <w:jc w:val="both"/>
      </w:pPr>
      <w:r>
        <w:t>1612</w:t>
      </w:r>
    </w:p>
    <w:p>
      <w:pPr>
        <w:jc w:val="both"/>
      </w:pPr>
      <w:r>
        <w:t>1599</w:t>
      </w:r>
    </w:p>
    <w:p>
      <w:pPr>
        <w:jc w:val="both"/>
      </w:pPr>
      <w:r>
        <w:t>04C5.2.365</w:t>
      </w:r>
    </w:p>
    <w:p>
      <w:pPr>
        <w:jc w:val="both"/>
      </w:pPr>
      <w:r>
        <w:t>Xentonic/ sắc tố mật/ muối mật/ urobilinogen</w:t>
      </w:r>
    </w:p>
    <w:p>
      <w:pPr>
        <w:jc w:val="both"/>
      </w:pPr>
      <w:r>
        <w:t>6.400</w:t>
      </w:r>
    </w:p>
    <w:p>
      <w:pPr>
        <w:jc w:val="both"/>
      </w:pPr>
      <w:r>
        <w:t>7.300</w:t>
      </w:r>
    </w:p>
    <w:p>
      <w:pPr>
        <w:jc w:val="both"/>
      </w:pPr>
      <w:r>
        <w:t>1613</w:t>
      </w:r>
    </w:p>
    <w:p>
      <w:pPr>
        <w:jc w:val="both"/>
      </w:pPr>
      <w:r>
        <w:t>Phân</w:t>
      </w:r>
    </w:p>
    <w:p>
      <w:pPr>
        <w:jc w:val="both"/>
      </w:pPr>
      <w:r>
        <w:t>1614</w:t>
      </w:r>
    </w:p>
    <w:p>
      <w:pPr>
        <w:jc w:val="both"/>
      </w:pPr>
      <w:r>
        <w:t>1600</w:t>
      </w:r>
    </w:p>
    <w:p>
      <w:pPr>
        <w:jc w:val="both"/>
      </w:pPr>
      <w:r>
        <w:t>04C5.3.375</w:t>
      </w:r>
    </w:p>
    <w:p>
      <w:pPr>
        <w:jc w:val="both"/>
      </w:pPr>
      <w:r>
        <w:t>Amilase/ Trypsin/ Mucinase định tính</w:t>
      </w:r>
    </w:p>
    <w:p>
      <w:pPr>
        <w:jc w:val="both"/>
      </w:pPr>
      <w:r>
        <w:t>9.700</w:t>
      </w:r>
    </w:p>
    <w:p>
      <w:pPr>
        <w:jc w:val="both"/>
      </w:pPr>
      <w:r>
        <w:t>11.100</w:t>
      </w:r>
    </w:p>
    <w:p>
      <w:pPr>
        <w:jc w:val="both"/>
      </w:pPr>
      <w:r>
        <w:t>1615</w:t>
      </w:r>
    </w:p>
    <w:p>
      <w:pPr>
        <w:jc w:val="both"/>
      </w:pPr>
      <w:r>
        <w:t>1601</w:t>
      </w:r>
    </w:p>
    <w:p>
      <w:pPr>
        <w:jc w:val="both"/>
      </w:pPr>
      <w:r>
        <w:t>04C5.3.373</w:t>
      </w:r>
    </w:p>
    <w:p>
      <w:pPr>
        <w:jc w:val="both"/>
      </w:pPr>
      <w:r>
        <w:t>Bilirubin định tính</w:t>
      </w:r>
    </w:p>
    <w:p>
      <w:pPr>
        <w:jc w:val="both"/>
      </w:pPr>
      <w:r>
        <w:t>6.400</w:t>
      </w:r>
    </w:p>
    <w:p>
      <w:pPr>
        <w:jc w:val="both"/>
      </w:pPr>
      <w:r>
        <w:t>7.300</w:t>
      </w:r>
    </w:p>
    <w:p>
      <w:pPr>
        <w:jc w:val="both"/>
      </w:pPr>
      <w:r>
        <w:t>1616</w:t>
      </w:r>
    </w:p>
    <w:p>
      <w:pPr>
        <w:jc w:val="both"/>
      </w:pPr>
      <w:r>
        <w:t>1602</w:t>
      </w:r>
    </w:p>
    <w:p>
      <w:pPr>
        <w:jc w:val="both"/>
      </w:pPr>
      <w:r>
        <w:t>04C5.3.374</w:t>
      </w:r>
    </w:p>
    <w:p>
      <w:pPr>
        <w:jc w:val="both"/>
      </w:pPr>
      <w:r>
        <w:t>Canxi, Phospho định tính</w:t>
      </w:r>
    </w:p>
    <w:p>
      <w:pPr>
        <w:jc w:val="both"/>
      </w:pPr>
      <w:r>
        <w:t>6.400</w:t>
      </w:r>
    </w:p>
    <w:p>
      <w:pPr>
        <w:jc w:val="both"/>
      </w:pPr>
      <w:r>
        <w:t>7.300</w:t>
      </w:r>
    </w:p>
    <w:p>
      <w:pPr>
        <w:jc w:val="both"/>
      </w:pPr>
      <w:r>
        <w:t>1617</w:t>
      </w:r>
    </w:p>
    <w:p>
      <w:pPr>
        <w:jc w:val="both"/>
      </w:pPr>
      <w:r>
        <w:t>1603</w:t>
      </w:r>
    </w:p>
    <w:p>
      <w:pPr>
        <w:jc w:val="both"/>
      </w:pPr>
      <w:r>
        <w:t>04C5.3.377</w:t>
      </w:r>
    </w:p>
    <w:p>
      <w:pPr>
        <w:jc w:val="both"/>
      </w:pPr>
      <w:r>
        <w:t>Urobilin, Urobilinogen: Định tính</w:t>
      </w:r>
    </w:p>
    <w:p>
      <w:pPr>
        <w:jc w:val="both"/>
      </w:pPr>
      <w:r>
        <w:t>6.400</w:t>
      </w:r>
    </w:p>
    <w:p>
      <w:pPr>
        <w:jc w:val="both"/>
      </w:pPr>
      <w:r>
        <w:t>7.300</w:t>
      </w:r>
    </w:p>
    <w:p>
      <w:pPr>
        <w:jc w:val="both"/>
      </w:pPr>
      <w:r>
        <w:t>Dịch chọc dò</w:t>
      </w:r>
    </w:p>
    <w:p>
      <w:pPr>
        <w:jc w:val="both"/>
      </w:pPr>
      <w:r>
        <w:t>1618</w:t>
      </w:r>
    </w:p>
    <w:p>
      <w:pPr>
        <w:jc w:val="both"/>
      </w:pPr>
      <w:r>
        <w:t>1604</w:t>
      </w:r>
    </w:p>
    <w:p>
      <w:pPr>
        <w:jc w:val="both"/>
      </w:pPr>
      <w:r>
        <w:t>04C5.4.398</w:t>
      </w:r>
    </w:p>
    <w:p>
      <w:pPr>
        <w:jc w:val="both"/>
      </w:pPr>
      <w:r>
        <w:t>Clo dịch</w:t>
      </w:r>
    </w:p>
    <w:p>
      <w:pPr>
        <w:jc w:val="both"/>
      </w:pPr>
      <w:r>
        <w:t>22.800</w:t>
      </w:r>
    </w:p>
    <w:p>
      <w:pPr>
        <w:jc w:val="both"/>
      </w:pPr>
      <w:r>
        <w:t>26.000</w:t>
      </w:r>
    </w:p>
    <w:p>
      <w:pPr>
        <w:jc w:val="both"/>
      </w:pPr>
      <w:r>
        <w:t>1619</w:t>
      </w:r>
    </w:p>
    <w:p>
      <w:pPr>
        <w:jc w:val="both"/>
      </w:pPr>
      <w:r>
        <w:t>1605</w:t>
      </w:r>
    </w:p>
    <w:p>
      <w:pPr>
        <w:jc w:val="both"/>
      </w:pPr>
      <w:r>
        <w:t>04C5.4.397</w:t>
      </w:r>
    </w:p>
    <w:p>
      <w:pPr>
        <w:jc w:val="both"/>
      </w:pPr>
      <w:r>
        <w:t>Glucose dịch</w:t>
      </w:r>
    </w:p>
    <w:p>
      <w:pPr>
        <w:jc w:val="both"/>
      </w:pPr>
      <w:r>
        <w:t>13.000</w:t>
      </w:r>
    </w:p>
    <w:p>
      <w:pPr>
        <w:jc w:val="both"/>
      </w:pPr>
      <w:r>
        <w:t>14.900</w:t>
      </w:r>
    </w:p>
    <w:p>
      <w:pPr>
        <w:jc w:val="both"/>
      </w:pPr>
      <w:r>
        <w:t>1620</w:t>
      </w:r>
    </w:p>
    <w:p>
      <w:pPr>
        <w:jc w:val="both"/>
      </w:pPr>
      <w:r>
        <w:t>1606</w:t>
      </w:r>
    </w:p>
    <w:p>
      <w:pPr>
        <w:jc w:val="both"/>
      </w:pPr>
      <w:r>
        <w:t>04C5.4.399</w:t>
      </w:r>
    </w:p>
    <w:p>
      <w:pPr>
        <w:jc w:val="both"/>
      </w:pPr>
      <w:r>
        <w:t>Phản ứng Pandy</w:t>
      </w:r>
    </w:p>
    <w:p>
      <w:pPr>
        <w:jc w:val="both"/>
      </w:pPr>
      <w:r>
        <w:t>8.600</w:t>
      </w:r>
    </w:p>
    <w:p>
      <w:pPr>
        <w:jc w:val="both"/>
      </w:pPr>
      <w:r>
        <w:t>9.800</w:t>
      </w:r>
    </w:p>
    <w:p>
      <w:pPr>
        <w:jc w:val="both"/>
      </w:pPr>
      <w:r>
        <w:t>1621</w:t>
      </w:r>
    </w:p>
    <w:p>
      <w:pPr>
        <w:jc w:val="both"/>
      </w:pPr>
      <w:r>
        <w:t>1607</w:t>
      </w:r>
    </w:p>
    <w:p>
      <w:pPr>
        <w:jc w:val="both"/>
      </w:pPr>
      <w:r>
        <w:t>04C5.4.396</w:t>
      </w:r>
    </w:p>
    <w:p>
      <w:pPr>
        <w:jc w:val="both"/>
      </w:pPr>
      <w:r>
        <w:t>Protein dịch</w:t>
      </w:r>
    </w:p>
    <w:p>
      <w:pPr>
        <w:jc w:val="both"/>
      </w:pPr>
      <w:r>
        <w:t>10.900</w:t>
      </w:r>
    </w:p>
    <w:p>
      <w:pPr>
        <w:jc w:val="both"/>
      </w:pPr>
      <w:r>
        <w:t>12.400</w:t>
      </w:r>
    </w:p>
    <w:p>
      <w:pPr>
        <w:jc w:val="both"/>
      </w:pPr>
      <w:r>
        <w:t>1622</w:t>
      </w:r>
    </w:p>
    <w:p>
      <w:pPr>
        <w:jc w:val="both"/>
      </w:pPr>
      <w:r>
        <w:t>1608</w:t>
      </w:r>
    </w:p>
    <w:p>
      <w:pPr>
        <w:jc w:val="both"/>
      </w:pPr>
      <w:r>
        <w:t>04C5.4.400</w:t>
      </w:r>
    </w:p>
    <w:p>
      <w:pPr>
        <w:jc w:val="both"/>
      </w:pPr>
      <w:r>
        <w:t>Rivalta</w:t>
      </w:r>
    </w:p>
    <w:p>
      <w:pPr>
        <w:jc w:val="both"/>
      </w:pPr>
      <w:r>
        <w:t>8.600</w:t>
      </w:r>
    </w:p>
    <w:p>
      <w:pPr>
        <w:jc w:val="both"/>
      </w:pPr>
      <w:r>
        <w:t>9.800</w:t>
      </w:r>
    </w:p>
    <w:p>
      <w:pPr>
        <w:jc w:val="both"/>
      </w:pPr>
      <w:r>
        <w:t>1623</w:t>
      </w:r>
    </w:p>
    <w:p>
      <w:pPr>
        <w:jc w:val="both"/>
      </w:pPr>
      <w:r>
        <w:t>1609</w:t>
      </w:r>
    </w:p>
    <w:p>
      <w:pPr>
        <w:jc w:val="both"/>
      </w:pPr>
      <w:r>
        <w:t>04C5.4.393</w:t>
      </w:r>
    </w:p>
    <w:p>
      <w:pPr>
        <w:jc w:val="both"/>
      </w:pPr>
      <w:r>
        <w:t>Xét nghiệm tế bào trong nước dịch chẩn đoán tế bào học (não tủy, màng tim, màng phổi, màng bụng, dịch khớp, rửa phế quản..</w:t>
      </w:r>
    </w:p>
    <w:p>
      <w:pPr>
        <w:jc w:val="both"/>
      </w:pPr>
      <w:r>
        <w:t>56.800</w:t>
      </w:r>
    </w:p>
    <w:p>
      <w:pPr>
        <w:jc w:val="both"/>
      </w:pPr>
      <w:r>
        <w:t>64.700</w:t>
      </w:r>
    </w:p>
    <w:p>
      <w:pPr>
        <w:jc w:val="both"/>
      </w:pPr>
      <w:r>
        <w:t>1624</w:t>
      </w:r>
    </w:p>
    <w:p>
      <w:pPr>
        <w:jc w:val="both"/>
      </w:pPr>
      <w:r>
        <w:t>1610</w:t>
      </w:r>
    </w:p>
    <w:p>
      <w:pPr>
        <w:jc w:val="both"/>
      </w:pPr>
      <w:r>
        <w:t>04C5.4.394</w:t>
      </w:r>
    </w:p>
    <w:p>
      <w:pPr>
        <w:jc w:val="both"/>
      </w:pPr>
      <w:r>
        <w:t>Xét nghiệm tế bào trong nước dịch chẩn đoán tế bào học (não tủy, màng tim, màng phổi, màng bụng, dịch khớp, rửa phế quản...) có đếm số lượng tế bào</w:t>
      </w:r>
    </w:p>
    <w:p>
      <w:pPr>
        <w:jc w:val="both"/>
      </w:pPr>
      <w:r>
        <w:t>92.900</w:t>
      </w:r>
    </w:p>
    <w:p>
      <w:pPr>
        <w:jc w:val="both"/>
      </w:pPr>
      <w:r>
        <w:t>105.000</w:t>
      </w:r>
    </w:p>
    <w:p>
      <w:pPr>
        <w:jc w:val="both"/>
      </w:pPr>
      <w:r>
        <w:t>IV</w:t>
      </w:r>
    </w:p>
    <w:p>
      <w:pPr>
        <w:jc w:val="both"/>
      </w:pPr>
      <w:r>
        <w:t>IV</w:t>
      </w:r>
    </w:p>
    <w:p>
      <w:pPr>
        <w:jc w:val="both"/>
      </w:pPr>
      <w:r>
        <w:t>Vi sinh</w:t>
      </w:r>
    </w:p>
    <w:p>
      <w:pPr>
        <w:jc w:val="both"/>
      </w:pPr>
      <w:r>
        <w:t>1625</w:t>
      </w:r>
    </w:p>
    <w:p>
      <w:pPr>
        <w:jc w:val="both"/>
      </w:pPr>
      <w:r>
        <w:t>1611</w:t>
      </w:r>
    </w:p>
    <w:p>
      <w:pPr>
        <w:jc w:val="both"/>
      </w:pPr>
      <w:r>
        <w:t>AFB trực tiếp nhuộm huỳnh quang</w:t>
      </w:r>
    </w:p>
    <w:p>
      <w:pPr>
        <w:jc w:val="both"/>
      </w:pPr>
      <w:r>
        <w:t>67.800</w:t>
      </w:r>
    </w:p>
    <w:p>
      <w:pPr>
        <w:jc w:val="both"/>
      </w:pPr>
      <w:r>
        <w:t>76.100</w:t>
      </w:r>
    </w:p>
    <w:p>
      <w:pPr>
        <w:jc w:val="both"/>
      </w:pPr>
      <w:r>
        <w:t>1626</w:t>
      </w:r>
    </w:p>
    <w:p>
      <w:pPr>
        <w:jc w:val="both"/>
      </w:pPr>
      <w:r>
        <w:t>1612</w:t>
      </w:r>
    </w:p>
    <w:p>
      <w:pPr>
        <w:jc w:val="both"/>
      </w:pPr>
      <w:r>
        <w:t>03C3.1.VS41</w:t>
      </w:r>
    </w:p>
    <w:p>
      <w:pPr>
        <w:jc w:val="both"/>
      </w:pPr>
      <w:r>
        <w:t>Anti HAV-IgM bằng miễn dịch bán tự động/tự động</w:t>
      </w:r>
    </w:p>
    <w:p>
      <w:pPr>
        <w:jc w:val="both"/>
      </w:pPr>
      <w:r>
        <w:t>110.000</w:t>
      </w:r>
    </w:p>
    <w:p>
      <w:pPr>
        <w:jc w:val="both"/>
      </w:pPr>
      <w:r>
        <w:t>123.000</w:t>
      </w:r>
    </w:p>
    <w:p>
      <w:pPr>
        <w:jc w:val="both"/>
      </w:pPr>
      <w:r>
        <w:t>1627</w:t>
      </w:r>
    </w:p>
    <w:p>
      <w:pPr>
        <w:jc w:val="both"/>
      </w:pPr>
      <w:r>
        <w:t>1613</w:t>
      </w:r>
    </w:p>
    <w:p>
      <w:pPr>
        <w:jc w:val="both"/>
      </w:pPr>
      <w:r>
        <w:t>03C3.1.VS42</w:t>
      </w:r>
    </w:p>
    <w:p>
      <w:pPr>
        <w:jc w:val="both"/>
      </w:pPr>
      <w:r>
        <w:t>Anti HAV-total bằng miễn dịch bán tự động/tự động</w:t>
      </w:r>
    </w:p>
    <w:p>
      <w:pPr>
        <w:jc w:val="both"/>
      </w:pPr>
      <w:r>
        <w:t>104.000</w:t>
      </w:r>
    </w:p>
    <w:p>
      <w:pPr>
        <w:jc w:val="both"/>
      </w:pPr>
      <w:r>
        <w:t>117.000</w:t>
      </w:r>
    </w:p>
    <w:p>
      <w:pPr>
        <w:jc w:val="both"/>
      </w:pPr>
      <w:r>
        <w:t>1628</w:t>
      </w:r>
    </w:p>
    <w:p>
      <w:pPr>
        <w:jc w:val="both"/>
      </w:pPr>
      <w:r>
        <w:t>1614</w:t>
      </w:r>
    </w:p>
    <w:p>
      <w:pPr>
        <w:jc w:val="both"/>
      </w:pPr>
      <w:r>
        <w:t>03C3.1.HH71</w:t>
      </w:r>
    </w:p>
    <w:p>
      <w:pPr>
        <w:jc w:val="both"/>
      </w:pPr>
      <w:r>
        <w:t>Anti-HBc IgM miễn dịch bán tự động/tự động</w:t>
      </w:r>
    </w:p>
    <w:p>
      <w:pPr>
        <w:jc w:val="both"/>
      </w:pPr>
      <w:r>
        <w:t>116.000</w:t>
      </w:r>
    </w:p>
    <w:p>
      <w:pPr>
        <w:jc w:val="both"/>
      </w:pPr>
      <w:r>
        <w:t>131.000</w:t>
      </w:r>
    </w:p>
    <w:p>
      <w:pPr>
        <w:jc w:val="both"/>
      </w:pPr>
      <w:r>
        <w:t>1629</w:t>
      </w:r>
    </w:p>
    <w:p>
      <w:pPr>
        <w:jc w:val="both"/>
      </w:pPr>
      <w:r>
        <w:t>1615</w:t>
      </w:r>
    </w:p>
    <w:p>
      <w:pPr>
        <w:jc w:val="both"/>
      </w:pPr>
      <w:r>
        <w:t>03C3.1.HH72</w:t>
      </w:r>
    </w:p>
    <w:p>
      <w:pPr>
        <w:jc w:val="both"/>
      </w:pPr>
      <w:r>
        <w:t>Anti-HBe miễn dịch bán tự động/tự động</w:t>
      </w:r>
    </w:p>
    <w:p>
      <w:pPr>
        <w:jc w:val="both"/>
      </w:pPr>
      <w:r>
        <w:t>98.700</w:t>
      </w:r>
    </w:p>
    <w:p>
      <w:pPr>
        <w:jc w:val="both"/>
      </w:pPr>
      <w:r>
        <w:t>110.000</w:t>
      </w:r>
    </w:p>
    <w:p>
      <w:pPr>
        <w:jc w:val="both"/>
      </w:pPr>
      <w:r>
        <w:t>1630</w:t>
      </w:r>
    </w:p>
    <w:p>
      <w:pPr>
        <w:jc w:val="both"/>
      </w:pPr>
      <w:r>
        <w:t>1616</w:t>
      </w:r>
    </w:p>
    <w:p>
      <w:pPr>
        <w:jc w:val="both"/>
      </w:pPr>
      <w:r>
        <w:t>03C3.1.HH68</w:t>
      </w:r>
    </w:p>
    <w:p>
      <w:pPr>
        <w:jc w:val="both"/>
      </w:pPr>
      <w:r>
        <w:t>Anti-HIV (nhanh)</w:t>
      </w:r>
    </w:p>
    <w:p>
      <w:pPr>
        <w:jc w:val="both"/>
      </w:pPr>
      <w:r>
        <w:t>55.400</w:t>
      </w:r>
    </w:p>
    <w:p>
      <w:pPr>
        <w:jc w:val="both"/>
      </w:pPr>
      <w:r>
        <w:t>62.200</w:t>
      </w:r>
    </w:p>
    <w:p>
      <w:pPr>
        <w:jc w:val="both"/>
      </w:pPr>
      <w:r>
        <w:t>1631</w:t>
      </w:r>
    </w:p>
    <w:p>
      <w:pPr>
        <w:jc w:val="both"/>
      </w:pPr>
      <w:r>
        <w:t>1617</w:t>
      </w:r>
    </w:p>
    <w:p>
      <w:pPr>
        <w:jc w:val="both"/>
      </w:pPr>
      <w:r>
        <w:t>03C3.1.HH65</w:t>
      </w:r>
    </w:p>
    <w:p>
      <w:pPr>
        <w:jc w:val="both"/>
      </w:pPr>
      <w:r>
        <w:t>Anti-HIV bằng miễn dịch bán tự động/tự động</w:t>
      </w:r>
    </w:p>
    <w:p>
      <w:pPr>
        <w:jc w:val="both"/>
      </w:pPr>
      <w:r>
        <w:t>110.000</w:t>
      </w:r>
    </w:p>
    <w:p>
      <w:pPr>
        <w:jc w:val="both"/>
      </w:pPr>
      <w:r>
        <w:t>123.000</w:t>
      </w:r>
    </w:p>
    <w:p>
      <w:pPr>
        <w:jc w:val="both"/>
      </w:pPr>
      <w:r>
        <w:t>1632</w:t>
      </w:r>
    </w:p>
    <w:p>
      <w:pPr>
        <w:jc w:val="both"/>
      </w:pPr>
      <w:r>
        <w:t>1618</w:t>
      </w:r>
    </w:p>
    <w:p>
      <w:pPr>
        <w:jc w:val="both"/>
      </w:pPr>
      <w:r>
        <w:t>03C3.1.HH70</w:t>
      </w:r>
    </w:p>
    <w:p>
      <w:pPr>
        <w:jc w:val="both"/>
      </w:pPr>
      <w:r>
        <w:t>Anti-HBc IgG miễn dịch bán tự động/tự động</w:t>
      </w:r>
    </w:p>
    <w:p>
      <w:pPr>
        <w:jc w:val="both"/>
      </w:pPr>
      <w:r>
        <w:t>74.000</w:t>
      </w:r>
    </w:p>
    <w:p>
      <w:pPr>
        <w:jc w:val="both"/>
      </w:pPr>
      <w:r>
        <w:t>83.100</w:t>
      </w:r>
    </w:p>
    <w:p>
      <w:pPr>
        <w:jc w:val="both"/>
      </w:pPr>
      <w:r>
        <w:t>1633</w:t>
      </w:r>
    </w:p>
    <w:p>
      <w:pPr>
        <w:jc w:val="both"/>
      </w:pPr>
      <w:r>
        <w:t>1619</w:t>
      </w:r>
    </w:p>
    <w:p>
      <w:pPr>
        <w:jc w:val="both"/>
      </w:pPr>
      <w:r>
        <w:t>04C5.4.385</w:t>
      </w:r>
    </w:p>
    <w:p>
      <w:pPr>
        <w:jc w:val="both"/>
      </w:pPr>
      <w:r>
        <w:t>Anti-HBs định lượng</w:t>
      </w:r>
    </w:p>
    <w:p>
      <w:pPr>
        <w:jc w:val="both"/>
      </w:pPr>
      <w:r>
        <w:t>119.000</w:t>
      </w:r>
    </w:p>
    <w:p>
      <w:pPr>
        <w:jc w:val="both"/>
      </w:pPr>
      <w:r>
        <w:t>134.000</w:t>
      </w:r>
    </w:p>
    <w:p>
      <w:pPr>
        <w:jc w:val="both"/>
      </w:pPr>
      <w:r>
        <w:t>1634</w:t>
      </w:r>
    </w:p>
    <w:p>
      <w:pPr>
        <w:jc w:val="both"/>
      </w:pPr>
      <w:r>
        <w:t>1620</w:t>
      </w:r>
    </w:p>
    <w:p>
      <w:pPr>
        <w:jc w:val="both"/>
      </w:pPr>
      <w:r>
        <w:t>03C3.1.HH69</w:t>
      </w:r>
    </w:p>
    <w:p>
      <w:pPr>
        <w:jc w:val="both"/>
      </w:pPr>
      <w:r>
        <w:t>Anti-HBs miễn dịch bán tự động/tự động</w:t>
      </w:r>
    </w:p>
    <w:p>
      <w:pPr>
        <w:jc w:val="both"/>
      </w:pPr>
      <w:r>
        <w:t>74.000</w:t>
      </w:r>
    </w:p>
    <w:p>
      <w:pPr>
        <w:jc w:val="both"/>
      </w:pPr>
      <w:r>
        <w:t>83.100</w:t>
      </w:r>
    </w:p>
    <w:p>
      <w:pPr>
        <w:jc w:val="both"/>
      </w:pPr>
      <w:r>
        <w:t>1635</w:t>
      </w:r>
    </w:p>
    <w:p>
      <w:pPr>
        <w:jc w:val="both"/>
      </w:pPr>
      <w:r>
        <w:t>1621</w:t>
      </w:r>
    </w:p>
    <w:p>
      <w:pPr>
        <w:jc w:val="both"/>
      </w:pPr>
      <w:r>
        <w:t>03C3.1.HH67</w:t>
      </w:r>
    </w:p>
    <w:p>
      <w:pPr>
        <w:jc w:val="both"/>
      </w:pPr>
      <w:r>
        <w:t>Anti-HCV (nhanh)</w:t>
      </w:r>
    </w:p>
    <w:p>
      <w:pPr>
        <w:jc w:val="both"/>
      </w:pPr>
      <w:r>
        <w:t>55.400</w:t>
      </w:r>
    </w:p>
    <w:p>
      <w:pPr>
        <w:jc w:val="both"/>
      </w:pPr>
      <w:r>
        <w:t>62.200</w:t>
      </w:r>
    </w:p>
    <w:p>
      <w:pPr>
        <w:jc w:val="both"/>
      </w:pPr>
      <w:r>
        <w:t>1636</w:t>
      </w:r>
    </w:p>
    <w:p>
      <w:pPr>
        <w:jc w:val="both"/>
      </w:pPr>
      <w:r>
        <w:t>1622</w:t>
      </w:r>
    </w:p>
    <w:p>
      <w:pPr>
        <w:jc w:val="both"/>
      </w:pPr>
      <w:r>
        <w:t>03C3.1.HH64</w:t>
      </w:r>
    </w:p>
    <w:p>
      <w:pPr>
        <w:jc w:val="both"/>
      </w:pPr>
      <w:r>
        <w:t>Anti-HCV miễn dịch bán tự động/tự động</w:t>
      </w:r>
    </w:p>
    <w:p>
      <w:pPr>
        <w:jc w:val="both"/>
      </w:pPr>
      <w:r>
        <w:t>123.000</w:t>
      </w:r>
    </w:p>
    <w:p>
      <w:pPr>
        <w:jc w:val="both"/>
      </w:pPr>
      <w:r>
        <w:t>138.000</w:t>
      </w:r>
    </w:p>
    <w:p>
      <w:pPr>
        <w:jc w:val="both"/>
      </w:pPr>
      <w:r>
        <w:t>1637</w:t>
      </w:r>
    </w:p>
    <w:p>
      <w:pPr>
        <w:jc w:val="both"/>
      </w:pPr>
      <w:r>
        <w:t>1623</w:t>
      </w:r>
    </w:p>
    <w:p>
      <w:pPr>
        <w:jc w:val="both"/>
      </w:pPr>
      <w:r>
        <w:t>03C3.1.HS40</w:t>
      </w:r>
    </w:p>
    <w:p>
      <w:pPr>
        <w:jc w:val="both"/>
      </w:pPr>
      <w:r>
        <w:t>ASLO</w:t>
      </w:r>
    </w:p>
    <w:p>
      <w:pPr>
        <w:jc w:val="both"/>
      </w:pPr>
      <w:r>
        <w:t>43.100</w:t>
      </w:r>
    </w:p>
    <w:p>
      <w:pPr>
        <w:jc w:val="both"/>
      </w:pPr>
      <w:r>
        <w:t>48.400</w:t>
      </w:r>
    </w:p>
    <w:p>
      <w:pPr>
        <w:jc w:val="both"/>
      </w:pPr>
      <w:r>
        <w:t>1638</w:t>
      </w:r>
    </w:p>
    <w:p>
      <w:pPr>
        <w:jc w:val="both"/>
      </w:pPr>
      <w:r>
        <w:t>1624</w:t>
      </w:r>
    </w:p>
    <w:p>
      <w:pPr>
        <w:jc w:val="both"/>
      </w:pPr>
      <w:r>
        <w:t>03C3.1.VS34</w:t>
      </w:r>
    </w:p>
    <w:p>
      <w:pPr>
        <w:jc w:val="both"/>
      </w:pPr>
      <w:r>
        <w:t>Aspergillus miễn dịch bán tự động/tự động</w:t>
      </w:r>
    </w:p>
    <w:p>
      <w:pPr>
        <w:jc w:val="both"/>
      </w:pPr>
      <w:r>
        <w:t>110.000</w:t>
      </w:r>
    </w:p>
    <w:p>
      <w:pPr>
        <w:jc w:val="both"/>
      </w:pPr>
      <w:r>
        <w:t>123.000</w:t>
      </w:r>
    </w:p>
    <w:p>
      <w:pPr>
        <w:jc w:val="both"/>
      </w:pPr>
      <w:r>
        <w:t>1639</w:t>
      </w:r>
    </w:p>
    <w:p>
      <w:pPr>
        <w:jc w:val="both"/>
      </w:pPr>
      <w:r>
        <w:t>1625</w:t>
      </w:r>
    </w:p>
    <w:p>
      <w:pPr>
        <w:jc w:val="both"/>
      </w:pPr>
      <w:r>
        <w:t>BK/JC virus Real-time PCR</w:t>
      </w:r>
    </w:p>
    <w:p>
      <w:pPr>
        <w:jc w:val="both"/>
      </w:pPr>
      <w:r>
        <w:t>472.000</w:t>
      </w:r>
    </w:p>
    <w:p>
      <w:pPr>
        <w:jc w:val="both"/>
      </w:pPr>
      <w:r>
        <w:t>531.000</w:t>
      </w:r>
    </w:p>
    <w:p>
      <w:pPr>
        <w:jc w:val="both"/>
      </w:pPr>
      <w:r>
        <w:t>1640</w:t>
      </w:r>
    </w:p>
    <w:p>
      <w:pPr>
        <w:jc w:val="both"/>
      </w:pPr>
      <w:r>
        <w:t>1626</w:t>
      </w:r>
    </w:p>
    <w:p>
      <w:pPr>
        <w:jc w:val="both"/>
      </w:pPr>
      <w:r>
        <w:t>03C3.1.VS24</w:t>
      </w:r>
    </w:p>
    <w:p>
      <w:pPr>
        <w:jc w:val="both"/>
      </w:pPr>
      <w:r>
        <w:t>Chlamydia IgG miễn dịch bán tự động/tự động</w:t>
      </w:r>
    </w:p>
    <w:p>
      <w:pPr>
        <w:jc w:val="both"/>
      </w:pPr>
      <w:r>
        <w:t>184.000</w:t>
      </w:r>
    </w:p>
    <w:p>
      <w:pPr>
        <w:jc w:val="both"/>
      </w:pPr>
      <w:r>
        <w:t>207.000</w:t>
      </w:r>
    </w:p>
    <w:p>
      <w:pPr>
        <w:jc w:val="both"/>
      </w:pPr>
      <w:r>
        <w:t>1641</w:t>
      </w:r>
    </w:p>
    <w:p>
      <w:pPr>
        <w:jc w:val="both"/>
      </w:pPr>
      <w:r>
        <w:t>1627</w:t>
      </w:r>
    </w:p>
    <w:p>
      <w:pPr>
        <w:jc w:val="both"/>
      </w:pPr>
      <w:r>
        <w:t>Chlamydia test nhanh</w:t>
      </w:r>
    </w:p>
    <w:p>
      <w:pPr>
        <w:jc w:val="both"/>
      </w:pPr>
      <w:r>
        <w:t>74.000</w:t>
      </w:r>
    </w:p>
    <w:p>
      <w:pPr>
        <w:jc w:val="both"/>
      </w:pPr>
      <w:r>
        <w:t>83.100</w:t>
      </w:r>
    </w:p>
    <w:p>
      <w:pPr>
        <w:jc w:val="both"/>
      </w:pPr>
      <w:r>
        <w:t>1642</w:t>
      </w:r>
    </w:p>
    <w:p>
      <w:pPr>
        <w:jc w:val="both"/>
      </w:pPr>
      <w:r>
        <w:t>1628</w:t>
      </w:r>
    </w:p>
    <w:p>
      <w:pPr>
        <w:jc w:val="both"/>
      </w:pPr>
      <w:r>
        <w:t>Clostridium difficile miễn dịch tự động</w:t>
      </w:r>
    </w:p>
    <w:p>
      <w:pPr>
        <w:jc w:val="both"/>
      </w:pPr>
      <w:r>
        <w:t>828.000</w:t>
      </w:r>
    </w:p>
    <w:p>
      <w:pPr>
        <w:jc w:val="both"/>
      </w:pPr>
      <w:r>
        <w:t>941.000</w:t>
      </w:r>
    </w:p>
    <w:p>
      <w:pPr>
        <w:jc w:val="both"/>
      </w:pPr>
      <w:r>
        <w:t>1643</w:t>
      </w:r>
    </w:p>
    <w:p>
      <w:pPr>
        <w:jc w:val="both"/>
      </w:pPr>
      <w:r>
        <w:t>1629</w:t>
      </w:r>
    </w:p>
    <w:p>
      <w:pPr>
        <w:jc w:val="both"/>
      </w:pPr>
      <w:r>
        <w:t>CMV Avidity</w:t>
      </w:r>
    </w:p>
    <w:p>
      <w:pPr>
        <w:jc w:val="both"/>
      </w:pPr>
      <w:r>
        <w:t>258.000</w:t>
      </w:r>
    </w:p>
    <w:p>
      <w:pPr>
        <w:jc w:val="both"/>
      </w:pPr>
      <w:r>
        <w:t>290.000</w:t>
      </w:r>
    </w:p>
    <w:p>
      <w:pPr>
        <w:jc w:val="both"/>
      </w:pPr>
      <w:r>
        <w:t>1644</w:t>
      </w:r>
    </w:p>
    <w:p>
      <w:pPr>
        <w:jc w:val="both"/>
      </w:pPr>
      <w:r>
        <w:t>1630</w:t>
      </w:r>
    </w:p>
    <w:p>
      <w:pPr>
        <w:jc w:val="both"/>
      </w:pPr>
      <w:r>
        <w:t>04C5.4.387</w:t>
      </w:r>
    </w:p>
    <w:p>
      <w:pPr>
        <w:jc w:val="both"/>
      </w:pPr>
      <w:r>
        <w:t>CMV đo tải lượng hệ thống tự động</w:t>
      </w:r>
    </w:p>
    <w:p>
      <w:pPr>
        <w:jc w:val="both"/>
      </w:pPr>
      <w:r>
        <w:t>1.838.000</w:t>
      </w:r>
    </w:p>
    <w:p>
      <w:pPr>
        <w:jc w:val="both"/>
      </w:pPr>
      <w:r>
        <w:t>2.104.000</w:t>
      </w:r>
    </w:p>
    <w:p>
      <w:pPr>
        <w:jc w:val="both"/>
      </w:pPr>
      <w:r>
        <w:t>1645</w:t>
      </w:r>
    </w:p>
    <w:p>
      <w:pPr>
        <w:jc w:val="both"/>
      </w:pPr>
      <w:r>
        <w:t>1631</w:t>
      </w:r>
    </w:p>
    <w:p>
      <w:pPr>
        <w:jc w:val="both"/>
      </w:pPr>
      <w:r>
        <w:t>03C3.1.VS23</w:t>
      </w:r>
    </w:p>
    <w:p>
      <w:pPr>
        <w:jc w:val="both"/>
      </w:pPr>
      <w:r>
        <w:t>CMV IgG miễn dịch bán tự động/tự động</w:t>
      </w:r>
    </w:p>
    <w:p>
      <w:pPr>
        <w:jc w:val="both"/>
      </w:pPr>
      <w:r>
        <w:t>116.000</w:t>
      </w:r>
    </w:p>
    <w:p>
      <w:pPr>
        <w:jc w:val="both"/>
      </w:pPr>
      <w:r>
        <w:t>131.000</w:t>
      </w:r>
    </w:p>
    <w:p>
      <w:pPr>
        <w:jc w:val="both"/>
      </w:pPr>
      <w:r>
        <w:t>1646</w:t>
      </w:r>
    </w:p>
    <w:p>
      <w:pPr>
        <w:jc w:val="both"/>
      </w:pPr>
      <w:r>
        <w:t>1632</w:t>
      </w:r>
    </w:p>
    <w:p>
      <w:pPr>
        <w:jc w:val="both"/>
      </w:pPr>
      <w:r>
        <w:t>03C3.1.VS22</w:t>
      </w:r>
    </w:p>
    <w:p>
      <w:pPr>
        <w:jc w:val="both"/>
      </w:pPr>
      <w:r>
        <w:t>CMV IgM miễn dịch bán tự động/tự động</w:t>
      </w:r>
    </w:p>
    <w:p>
      <w:pPr>
        <w:jc w:val="both"/>
      </w:pPr>
      <w:r>
        <w:t>135.000</w:t>
      </w:r>
    </w:p>
    <w:p>
      <w:pPr>
        <w:jc w:val="both"/>
      </w:pPr>
      <w:r>
        <w:t>151.000</w:t>
      </w:r>
    </w:p>
    <w:p>
      <w:pPr>
        <w:jc w:val="both"/>
      </w:pPr>
      <w:r>
        <w:t>1647</w:t>
      </w:r>
    </w:p>
    <w:p>
      <w:pPr>
        <w:jc w:val="both"/>
      </w:pPr>
      <w:r>
        <w:t>1633</w:t>
      </w:r>
    </w:p>
    <w:p>
      <w:pPr>
        <w:jc w:val="both"/>
      </w:pPr>
      <w:r>
        <w:t>04C5.4.386</w:t>
      </w:r>
    </w:p>
    <w:p>
      <w:pPr>
        <w:jc w:val="both"/>
      </w:pPr>
      <w:r>
        <w:t>CMV Real-time PCR</w:t>
      </w:r>
    </w:p>
    <w:p>
      <w:pPr>
        <w:jc w:val="both"/>
      </w:pPr>
      <w:r>
        <w:t>748.000</w:t>
      </w:r>
    </w:p>
    <w:p>
      <w:pPr>
        <w:jc w:val="both"/>
      </w:pPr>
      <w:r>
        <w:t>849.000</w:t>
      </w:r>
    </w:p>
    <w:p>
      <w:pPr>
        <w:jc w:val="both"/>
      </w:pPr>
      <w:r>
        <w:t>1648</w:t>
      </w:r>
    </w:p>
    <w:p>
      <w:pPr>
        <w:jc w:val="both"/>
      </w:pPr>
      <w:r>
        <w:t>1634</w:t>
      </w:r>
    </w:p>
    <w:p>
      <w:pPr>
        <w:jc w:val="both"/>
      </w:pPr>
      <w:r>
        <w:t>03C3.1.VS35</w:t>
      </w:r>
    </w:p>
    <w:p>
      <w:pPr>
        <w:jc w:val="both"/>
      </w:pPr>
      <w:r>
        <w:t>Cryptococcus test nhanh</w:t>
      </w:r>
    </w:p>
    <w:p>
      <w:pPr>
        <w:jc w:val="both"/>
      </w:pPr>
      <w:r>
        <w:t>116.000</w:t>
      </w:r>
    </w:p>
    <w:p>
      <w:pPr>
        <w:jc w:val="both"/>
      </w:pPr>
      <w:r>
        <w:t>131.000</w:t>
      </w:r>
    </w:p>
    <w:p>
      <w:pPr>
        <w:jc w:val="both"/>
      </w:pPr>
      <w:r>
        <w:t>1649</w:t>
      </w:r>
    </w:p>
    <w:p>
      <w:pPr>
        <w:jc w:val="both"/>
      </w:pPr>
      <w:r>
        <w:t>1635</w:t>
      </w:r>
    </w:p>
    <w:p>
      <w:pPr>
        <w:jc w:val="both"/>
      </w:pPr>
      <w:r>
        <w:t>03C3.1.VS15</w:t>
      </w:r>
    </w:p>
    <w:p>
      <w:pPr>
        <w:jc w:val="both"/>
      </w:pPr>
      <w:r>
        <w:t>Dengue IgG miễn dịch bán tự động/tự động</w:t>
      </w:r>
    </w:p>
    <w:p>
      <w:pPr>
        <w:jc w:val="both"/>
      </w:pPr>
      <w:r>
        <w:t>159.000</w:t>
      </w:r>
    </w:p>
    <w:p>
      <w:pPr>
        <w:jc w:val="both"/>
      </w:pPr>
      <w:r>
        <w:t>179.000</w:t>
      </w:r>
    </w:p>
    <w:p>
      <w:pPr>
        <w:jc w:val="both"/>
      </w:pPr>
      <w:r>
        <w:t>1650</w:t>
      </w:r>
    </w:p>
    <w:p>
      <w:pPr>
        <w:jc w:val="both"/>
      </w:pPr>
      <w:r>
        <w:t>1636</w:t>
      </w:r>
    </w:p>
    <w:p>
      <w:pPr>
        <w:jc w:val="both"/>
      </w:pPr>
      <w:r>
        <w:t>03C3.1.VS14</w:t>
      </w:r>
    </w:p>
    <w:p>
      <w:pPr>
        <w:jc w:val="both"/>
      </w:pPr>
      <w:r>
        <w:t>Dengue IgM miễn dịch bán tự động/tự động</w:t>
      </w:r>
    </w:p>
    <w:p>
      <w:pPr>
        <w:jc w:val="both"/>
      </w:pPr>
      <w:r>
        <w:t>159.000</w:t>
      </w:r>
    </w:p>
    <w:p>
      <w:pPr>
        <w:jc w:val="both"/>
      </w:pPr>
      <w:r>
        <w:t>179.000</w:t>
      </w:r>
    </w:p>
    <w:p>
      <w:pPr>
        <w:jc w:val="both"/>
      </w:pPr>
      <w:r>
        <w:t>1651</w:t>
      </w:r>
    </w:p>
    <w:p>
      <w:pPr>
        <w:jc w:val="both"/>
      </w:pPr>
      <w:r>
        <w:t>1637</w:t>
      </w:r>
    </w:p>
    <w:p>
      <w:pPr>
        <w:jc w:val="both"/>
      </w:pPr>
      <w:r>
        <w:t>03C3.1.VS8</w:t>
      </w:r>
    </w:p>
    <w:p>
      <w:pPr>
        <w:jc w:val="both"/>
      </w:pPr>
      <w:r>
        <w:t>Dengue NS1Ag/IgM-IgG test nhanh</w:t>
      </w:r>
    </w:p>
    <w:p>
      <w:pPr>
        <w:jc w:val="both"/>
      </w:pPr>
      <w:r>
        <w:t>135.000</w:t>
      </w:r>
    </w:p>
    <w:p>
      <w:pPr>
        <w:jc w:val="both"/>
      </w:pPr>
      <w:r>
        <w:t>151.000</w:t>
      </w:r>
    </w:p>
    <w:p>
      <w:pPr>
        <w:jc w:val="both"/>
      </w:pPr>
      <w:r>
        <w:t>1652</w:t>
      </w:r>
    </w:p>
    <w:p>
      <w:pPr>
        <w:jc w:val="both"/>
      </w:pPr>
      <w:r>
        <w:t>1638</w:t>
      </w:r>
    </w:p>
    <w:p>
      <w:pPr>
        <w:jc w:val="both"/>
      </w:pPr>
      <w:r>
        <w:t>03C3.1.VS27</w:t>
      </w:r>
    </w:p>
    <w:p>
      <w:pPr>
        <w:jc w:val="both"/>
      </w:pPr>
      <w:r>
        <w:t>EBV EA-D IgG miễn dịch bán tự động/tự động</w:t>
      </w:r>
    </w:p>
    <w:p>
      <w:pPr>
        <w:jc w:val="both"/>
      </w:pPr>
      <w:r>
        <w:t>209.000</w:t>
      </w:r>
    </w:p>
    <w:p>
      <w:pPr>
        <w:jc w:val="both"/>
      </w:pPr>
      <w:r>
        <w:t>234.000</w:t>
      </w:r>
    </w:p>
    <w:p>
      <w:pPr>
        <w:jc w:val="both"/>
      </w:pPr>
      <w:r>
        <w:t>1653</w:t>
      </w:r>
    </w:p>
    <w:p>
      <w:pPr>
        <w:jc w:val="both"/>
      </w:pPr>
      <w:r>
        <w:t>1639</w:t>
      </w:r>
    </w:p>
    <w:p>
      <w:pPr>
        <w:jc w:val="both"/>
      </w:pPr>
      <w:r>
        <w:t>03C3.1.VS28</w:t>
      </w:r>
    </w:p>
    <w:p>
      <w:pPr>
        <w:jc w:val="both"/>
      </w:pPr>
      <w:r>
        <w:t>EBV EB-NA1 IgG miễn dịch bán tự động/tự động</w:t>
      </w:r>
    </w:p>
    <w:p>
      <w:pPr>
        <w:jc w:val="both"/>
      </w:pPr>
      <w:r>
        <w:t>222.000</w:t>
      </w:r>
    </w:p>
    <w:p>
      <w:pPr>
        <w:jc w:val="both"/>
      </w:pPr>
      <w:r>
        <w:t>249.000</w:t>
      </w:r>
    </w:p>
    <w:p>
      <w:pPr>
        <w:jc w:val="both"/>
      </w:pPr>
      <w:r>
        <w:t>1654</w:t>
      </w:r>
    </w:p>
    <w:p>
      <w:pPr>
        <w:jc w:val="both"/>
      </w:pPr>
      <w:r>
        <w:t>1640</w:t>
      </w:r>
    </w:p>
    <w:p>
      <w:pPr>
        <w:jc w:val="both"/>
      </w:pPr>
      <w:r>
        <w:t>03C3.1.VS26</w:t>
      </w:r>
    </w:p>
    <w:p>
      <w:pPr>
        <w:jc w:val="both"/>
      </w:pPr>
      <w:r>
        <w:t>EBV-VCA IgG miễn dịch bán tự động/tự động</w:t>
      </w:r>
    </w:p>
    <w:p>
      <w:pPr>
        <w:jc w:val="both"/>
      </w:pPr>
      <w:r>
        <w:t>191.000</w:t>
      </w:r>
    </w:p>
    <w:p>
      <w:pPr>
        <w:jc w:val="both"/>
      </w:pPr>
      <w:r>
        <w:t>214.000</w:t>
      </w:r>
    </w:p>
    <w:p>
      <w:pPr>
        <w:jc w:val="both"/>
      </w:pPr>
      <w:r>
        <w:t>1655</w:t>
      </w:r>
    </w:p>
    <w:p>
      <w:pPr>
        <w:jc w:val="both"/>
      </w:pPr>
      <w:r>
        <w:t>1641</w:t>
      </w:r>
    </w:p>
    <w:p>
      <w:pPr>
        <w:jc w:val="both"/>
      </w:pPr>
      <w:r>
        <w:t>03C3.1.VS25</w:t>
      </w:r>
    </w:p>
    <w:p>
      <w:pPr>
        <w:jc w:val="both"/>
      </w:pPr>
      <w:r>
        <w:t>EBV-VCA IgM miễn dịch bán tự động/tự động</w:t>
      </w:r>
    </w:p>
    <w:p>
      <w:pPr>
        <w:jc w:val="both"/>
      </w:pPr>
      <w:r>
        <w:t>197.000</w:t>
      </w:r>
    </w:p>
    <w:p>
      <w:pPr>
        <w:jc w:val="both"/>
      </w:pPr>
      <w:r>
        <w:t>221.000</w:t>
      </w:r>
    </w:p>
    <w:p>
      <w:pPr>
        <w:jc w:val="both"/>
      </w:pPr>
      <w:r>
        <w:t>1656</w:t>
      </w:r>
    </w:p>
    <w:p>
      <w:pPr>
        <w:jc w:val="both"/>
      </w:pPr>
      <w:r>
        <w:t>EV71 IgM/IgG test nhanh</w:t>
      </w:r>
    </w:p>
    <w:p>
      <w:pPr>
        <w:jc w:val="both"/>
      </w:pPr>
      <w:r>
        <w:t>118.000</w:t>
      </w:r>
    </w:p>
    <w:p>
      <w:pPr>
        <w:jc w:val="both"/>
      </w:pPr>
      <w:r>
        <w:t>132.000</w:t>
      </w:r>
    </w:p>
    <w:p>
      <w:pPr>
        <w:jc w:val="both"/>
      </w:pPr>
      <w:r>
        <w:t>1657</w:t>
      </w:r>
    </w:p>
    <w:p>
      <w:pPr>
        <w:jc w:val="both"/>
      </w:pPr>
      <w:r>
        <w:t>1642</w:t>
      </w:r>
    </w:p>
    <w:p>
      <w:pPr>
        <w:jc w:val="both"/>
      </w:pPr>
      <w:r>
        <w:t>03C3.1.HH10</w:t>
      </w:r>
    </w:p>
    <w:p>
      <w:pPr>
        <w:jc w:val="both"/>
      </w:pPr>
      <w:r>
        <w:t>Giun chỉ ấu trùng trong máu nhuộm soi</w:t>
      </w:r>
    </w:p>
    <w:p>
      <w:pPr>
        <w:jc w:val="both"/>
      </w:pPr>
      <w:r>
        <w:t>37.000</w:t>
      </w:r>
    </w:p>
    <w:p>
      <w:pPr>
        <w:jc w:val="both"/>
      </w:pPr>
      <w:r>
        <w:t>41.500</w:t>
      </w:r>
    </w:p>
    <w:p>
      <w:pPr>
        <w:jc w:val="both"/>
      </w:pPr>
      <w:r>
        <w:t>1658</w:t>
      </w:r>
    </w:p>
    <w:p>
      <w:pPr>
        <w:jc w:val="both"/>
      </w:pPr>
      <w:r>
        <w:t>1643</w:t>
      </w:r>
    </w:p>
    <w:p>
      <w:pPr>
        <w:jc w:val="both"/>
      </w:pPr>
      <w:r>
        <w:t>HBeAb test nhanh</w:t>
      </w:r>
    </w:p>
    <w:p>
      <w:pPr>
        <w:jc w:val="both"/>
      </w:pPr>
      <w:r>
        <w:t>61.700</w:t>
      </w:r>
    </w:p>
    <w:p>
      <w:pPr>
        <w:jc w:val="both"/>
      </w:pPr>
      <w:r>
        <w:t>69.300</w:t>
      </w:r>
    </w:p>
    <w:p>
      <w:pPr>
        <w:jc w:val="both"/>
      </w:pPr>
      <w:r>
        <w:t>1659</w:t>
      </w:r>
    </w:p>
    <w:p>
      <w:pPr>
        <w:jc w:val="both"/>
      </w:pPr>
      <w:r>
        <w:t>1644</w:t>
      </w:r>
    </w:p>
    <w:p>
      <w:pPr>
        <w:jc w:val="both"/>
      </w:pPr>
      <w:r>
        <w:t>03C3.1.HH73</w:t>
      </w:r>
    </w:p>
    <w:p>
      <w:pPr>
        <w:jc w:val="both"/>
      </w:pPr>
      <w:r>
        <w:t>HBeAg miễn dịch bán tự động/tự động</w:t>
      </w:r>
    </w:p>
    <w:p>
      <w:pPr>
        <w:jc w:val="both"/>
      </w:pPr>
      <w:r>
        <w:t>98.700</w:t>
      </w:r>
    </w:p>
    <w:p>
      <w:pPr>
        <w:jc w:val="both"/>
      </w:pPr>
      <w:r>
        <w:t>110.000</w:t>
      </w:r>
    </w:p>
    <w:p>
      <w:pPr>
        <w:jc w:val="both"/>
      </w:pPr>
      <w:r>
        <w:t>1660</w:t>
      </w:r>
    </w:p>
    <w:p>
      <w:pPr>
        <w:jc w:val="both"/>
      </w:pPr>
      <w:r>
        <w:t>1645</w:t>
      </w:r>
    </w:p>
    <w:p>
      <w:pPr>
        <w:jc w:val="both"/>
      </w:pPr>
      <w:r>
        <w:t>HBeAg test nhanh</w:t>
      </w:r>
    </w:p>
    <w:p>
      <w:pPr>
        <w:jc w:val="both"/>
      </w:pPr>
      <w:r>
        <w:t>61.700</w:t>
      </w:r>
    </w:p>
    <w:p>
      <w:pPr>
        <w:jc w:val="both"/>
      </w:pPr>
      <w:r>
        <w:t>69.300</w:t>
      </w:r>
    </w:p>
    <w:p>
      <w:pPr>
        <w:jc w:val="both"/>
      </w:pPr>
      <w:r>
        <w:t>1661</w:t>
      </w:r>
    </w:p>
    <w:p>
      <w:pPr>
        <w:jc w:val="both"/>
      </w:pPr>
      <w:r>
        <w:t>1646</w:t>
      </w:r>
    </w:p>
    <w:p>
      <w:pPr>
        <w:jc w:val="both"/>
      </w:pPr>
      <w:r>
        <w:t>03C3.1.HH66</w:t>
      </w:r>
    </w:p>
    <w:p>
      <w:pPr>
        <w:jc w:val="both"/>
      </w:pPr>
      <w:r>
        <w:t>HBsAg (nhanh)</w:t>
      </w:r>
    </w:p>
    <w:p>
      <w:pPr>
        <w:jc w:val="both"/>
      </w:pPr>
      <w:r>
        <w:t>55.400</w:t>
      </w:r>
    </w:p>
    <w:p>
      <w:pPr>
        <w:jc w:val="both"/>
      </w:pPr>
      <w:r>
        <w:t>62.200</w:t>
      </w:r>
    </w:p>
    <w:p>
      <w:pPr>
        <w:jc w:val="both"/>
      </w:pPr>
      <w:r>
        <w:t>1662</w:t>
      </w:r>
    </w:p>
    <w:p>
      <w:pPr>
        <w:jc w:val="both"/>
      </w:pPr>
      <w:r>
        <w:t>1647</w:t>
      </w:r>
    </w:p>
    <w:p>
      <w:pPr>
        <w:jc w:val="both"/>
      </w:pPr>
      <w:r>
        <w:t>04C5.4.384</w:t>
      </w:r>
    </w:p>
    <w:p>
      <w:pPr>
        <w:jc w:val="both"/>
      </w:pPr>
      <w:r>
        <w:t>HBsAg Định lượng</w:t>
      </w:r>
    </w:p>
    <w:p>
      <w:pPr>
        <w:jc w:val="both"/>
      </w:pPr>
      <w:r>
        <w:t>482.000</w:t>
      </w:r>
    </w:p>
    <w:p>
      <w:pPr>
        <w:jc w:val="both"/>
      </w:pPr>
      <w:r>
        <w:t>546.000</w:t>
      </w:r>
    </w:p>
    <w:p>
      <w:pPr>
        <w:jc w:val="both"/>
      </w:pPr>
      <w:r>
        <w:t>1663</w:t>
      </w:r>
    </w:p>
    <w:p>
      <w:pPr>
        <w:jc w:val="both"/>
      </w:pPr>
      <w:r>
        <w:t>1648</w:t>
      </w:r>
    </w:p>
    <w:p>
      <w:pPr>
        <w:jc w:val="both"/>
      </w:pPr>
      <w:r>
        <w:t>HBsAg khẳng định</w:t>
      </w:r>
    </w:p>
    <w:p>
      <w:pPr>
        <w:jc w:val="both"/>
      </w:pPr>
      <w:r>
        <w:t>628.000</w:t>
      </w:r>
    </w:p>
    <w:p>
      <w:pPr>
        <w:jc w:val="both"/>
      </w:pPr>
      <w:r>
        <w:t>711.000</w:t>
      </w:r>
    </w:p>
    <w:p>
      <w:pPr>
        <w:jc w:val="both"/>
      </w:pPr>
      <w:r>
        <w:t>1664</w:t>
      </w:r>
    </w:p>
    <w:p>
      <w:pPr>
        <w:jc w:val="both"/>
      </w:pPr>
      <w:r>
        <w:t>1649</w:t>
      </w:r>
    </w:p>
    <w:p>
      <w:pPr>
        <w:jc w:val="both"/>
      </w:pPr>
      <w:r>
        <w:t>HBsAg miễn dịch bán tự động/ tự động</w:t>
      </w:r>
    </w:p>
    <w:p>
      <w:pPr>
        <w:jc w:val="both"/>
      </w:pPr>
      <w:r>
        <w:t>77.300</w:t>
      </w:r>
    </w:p>
    <w:p>
      <w:pPr>
        <w:jc w:val="both"/>
      </w:pPr>
      <w:r>
        <w:t>86.700</w:t>
      </w:r>
    </w:p>
    <w:p>
      <w:pPr>
        <w:jc w:val="both"/>
      </w:pPr>
      <w:r>
        <w:t>1665</w:t>
      </w:r>
    </w:p>
    <w:p>
      <w:pPr>
        <w:jc w:val="both"/>
      </w:pPr>
      <w:r>
        <w:t>1650</w:t>
      </w:r>
    </w:p>
    <w:p>
      <w:pPr>
        <w:jc w:val="both"/>
      </w:pPr>
      <w:r>
        <w:t>03C3.1.VS11</w:t>
      </w:r>
    </w:p>
    <w:p>
      <w:pPr>
        <w:jc w:val="both"/>
      </w:pPr>
      <w:r>
        <w:t>HBV đo tải lượng hệ thống tự động</w:t>
      </w:r>
    </w:p>
    <w:p>
      <w:pPr>
        <w:jc w:val="both"/>
      </w:pPr>
      <w:r>
        <w:t>1.328.000</w:t>
      </w:r>
    </w:p>
    <w:p>
      <w:pPr>
        <w:jc w:val="both"/>
      </w:pPr>
      <w:r>
        <w:t>1.517.000</w:t>
      </w:r>
    </w:p>
    <w:p>
      <w:pPr>
        <w:jc w:val="both"/>
      </w:pPr>
      <w:r>
        <w:t>1666</w:t>
      </w:r>
    </w:p>
    <w:p>
      <w:pPr>
        <w:jc w:val="both"/>
      </w:pPr>
      <w:r>
        <w:t>1651</w:t>
      </w:r>
    </w:p>
    <w:p>
      <w:pPr>
        <w:jc w:val="both"/>
      </w:pPr>
      <w:r>
        <w:t>HBV đo tải lượng Real-time PCR</w:t>
      </w:r>
    </w:p>
    <w:p>
      <w:pPr>
        <w:jc w:val="both"/>
      </w:pPr>
      <w:r>
        <w:t>678.000</w:t>
      </w:r>
    </w:p>
    <w:p>
      <w:pPr>
        <w:jc w:val="both"/>
      </w:pPr>
      <w:r>
        <w:t>769.000</w:t>
      </w:r>
    </w:p>
    <w:p>
      <w:pPr>
        <w:jc w:val="both"/>
      </w:pPr>
      <w:r>
        <w:t>1667</w:t>
      </w:r>
    </w:p>
    <w:p>
      <w:pPr>
        <w:jc w:val="both"/>
      </w:pPr>
      <w:r>
        <w:t>1652</w:t>
      </w:r>
    </w:p>
    <w:p>
      <w:pPr>
        <w:jc w:val="both"/>
      </w:pPr>
      <w:r>
        <w:t>HCV Core Ag miễn dịch tự động</w:t>
      </w:r>
    </w:p>
    <w:p>
      <w:pPr>
        <w:jc w:val="both"/>
      </w:pPr>
      <w:r>
        <w:t>558.000</w:t>
      </w:r>
    </w:p>
    <w:p>
      <w:pPr>
        <w:jc w:val="both"/>
      </w:pPr>
      <w:r>
        <w:t>630.000</w:t>
      </w:r>
    </w:p>
    <w:p>
      <w:pPr>
        <w:jc w:val="both"/>
      </w:pPr>
      <w:r>
        <w:t>1668</w:t>
      </w:r>
    </w:p>
    <w:p>
      <w:pPr>
        <w:jc w:val="both"/>
      </w:pPr>
      <w:r>
        <w:t>1653</w:t>
      </w:r>
    </w:p>
    <w:p>
      <w:pPr>
        <w:jc w:val="both"/>
      </w:pPr>
      <w:r>
        <w:t>03C3.1.VS12</w:t>
      </w:r>
    </w:p>
    <w:p>
      <w:pPr>
        <w:jc w:val="both"/>
      </w:pPr>
      <w:r>
        <w:t>HCV đo tải lượng hệ thống tự động</w:t>
      </w:r>
    </w:p>
    <w:p>
      <w:pPr>
        <w:jc w:val="both"/>
      </w:pPr>
      <w:r>
        <w:t>1.338.000</w:t>
      </w:r>
    </w:p>
    <w:p>
      <w:pPr>
        <w:jc w:val="both"/>
      </w:pPr>
      <w:r>
        <w:t>1.528.000</w:t>
      </w:r>
    </w:p>
    <w:p>
      <w:pPr>
        <w:jc w:val="both"/>
      </w:pPr>
      <w:r>
        <w:t>1669</w:t>
      </w:r>
    </w:p>
    <w:p>
      <w:pPr>
        <w:jc w:val="both"/>
      </w:pPr>
      <w:r>
        <w:t>1654</w:t>
      </w:r>
    </w:p>
    <w:p>
      <w:pPr>
        <w:jc w:val="both"/>
      </w:pPr>
      <w:r>
        <w:t>HCV đo tải lượng Real-time PCR</w:t>
      </w:r>
    </w:p>
    <w:p>
      <w:pPr>
        <w:jc w:val="both"/>
      </w:pPr>
      <w:r>
        <w:t>838.000</w:t>
      </w:r>
    </w:p>
    <w:p>
      <w:pPr>
        <w:jc w:val="both"/>
      </w:pPr>
      <w:r>
        <w:t>953.000</w:t>
      </w:r>
    </w:p>
    <w:p>
      <w:pPr>
        <w:jc w:val="both"/>
      </w:pPr>
      <w:r>
        <w:t>1670</w:t>
      </w:r>
    </w:p>
    <w:p>
      <w:pPr>
        <w:jc w:val="both"/>
      </w:pPr>
      <w:r>
        <w:t>1655</w:t>
      </w:r>
    </w:p>
    <w:p>
      <w:pPr>
        <w:jc w:val="both"/>
      </w:pPr>
      <w:r>
        <w:t>HDV Ag miễn dịch bán tự động</w:t>
      </w:r>
    </w:p>
    <w:p>
      <w:pPr>
        <w:jc w:val="both"/>
      </w:pPr>
      <w:r>
        <w:t>422.000</w:t>
      </w:r>
    </w:p>
    <w:p>
      <w:pPr>
        <w:jc w:val="both"/>
      </w:pPr>
      <w:r>
        <w:t>477.000</w:t>
      </w:r>
    </w:p>
    <w:p>
      <w:pPr>
        <w:jc w:val="both"/>
      </w:pPr>
      <w:r>
        <w:t>1671</w:t>
      </w:r>
    </w:p>
    <w:p>
      <w:pPr>
        <w:jc w:val="both"/>
      </w:pPr>
      <w:r>
        <w:t>1656</w:t>
      </w:r>
    </w:p>
    <w:p>
      <w:pPr>
        <w:jc w:val="both"/>
      </w:pPr>
      <w:r>
        <w:t>HDV IgG miễn dịch bán tự động/ tự động</w:t>
      </w:r>
    </w:p>
    <w:p>
      <w:pPr>
        <w:jc w:val="both"/>
      </w:pPr>
      <w:r>
        <w:t>222.000</w:t>
      </w:r>
    </w:p>
    <w:p>
      <w:pPr>
        <w:jc w:val="both"/>
      </w:pPr>
      <w:r>
        <w:t>249.000</w:t>
      </w:r>
    </w:p>
    <w:p>
      <w:pPr>
        <w:jc w:val="both"/>
      </w:pPr>
      <w:r>
        <w:t>1672</w:t>
      </w:r>
    </w:p>
    <w:p>
      <w:pPr>
        <w:jc w:val="both"/>
      </w:pPr>
      <w:r>
        <w:t>1657</w:t>
      </w:r>
    </w:p>
    <w:p>
      <w:pPr>
        <w:jc w:val="both"/>
      </w:pPr>
      <w:r>
        <w:t>HDV IgM miễn dịch bán tự động/ tự động</w:t>
      </w:r>
    </w:p>
    <w:p>
      <w:pPr>
        <w:jc w:val="both"/>
      </w:pPr>
      <w:r>
        <w:t>324.000</w:t>
      </w:r>
    </w:p>
    <w:p>
      <w:pPr>
        <w:jc w:val="both"/>
      </w:pPr>
      <w:r>
        <w:t>365.000</w:t>
      </w:r>
    </w:p>
    <w:p>
      <w:pPr>
        <w:jc w:val="both"/>
      </w:pPr>
      <w:r>
        <w:t>1673</w:t>
      </w:r>
    </w:p>
    <w:p>
      <w:pPr>
        <w:jc w:val="both"/>
      </w:pPr>
      <w:r>
        <w:t>1658</w:t>
      </w:r>
    </w:p>
    <w:p>
      <w:pPr>
        <w:jc w:val="both"/>
      </w:pPr>
      <w:r>
        <w:t>Helicobacter pylori Ag test nhanh</w:t>
      </w:r>
    </w:p>
    <w:p>
      <w:pPr>
        <w:jc w:val="both"/>
      </w:pPr>
      <w:r>
        <w:t>161.000</w:t>
      </w:r>
    </w:p>
    <w:p>
      <w:pPr>
        <w:jc w:val="both"/>
      </w:pPr>
      <w:r>
        <w:t>181.000</w:t>
      </w:r>
    </w:p>
    <w:p>
      <w:pPr>
        <w:jc w:val="both"/>
      </w:pPr>
      <w:r>
        <w:t>Áp dụng với trường hợp người bệnh không nội soi dạ dày hoặc tá tràng.</w:t>
      </w:r>
    </w:p>
    <w:p>
      <w:pPr>
        <w:jc w:val="both"/>
      </w:pPr>
      <w:r>
        <w:t>1674</w:t>
      </w:r>
    </w:p>
    <w:p>
      <w:pPr>
        <w:jc w:val="both"/>
      </w:pPr>
      <w:r>
        <w:t>1659</w:t>
      </w:r>
    </w:p>
    <w:p>
      <w:pPr>
        <w:jc w:val="both"/>
      </w:pPr>
      <w:r>
        <w:t>HEV IgG miễn dịch bán tự động/tự động</w:t>
      </w:r>
    </w:p>
    <w:p>
      <w:pPr>
        <w:jc w:val="both"/>
      </w:pPr>
      <w:r>
        <w:t>321.000</w:t>
      </w:r>
    </w:p>
    <w:p>
      <w:pPr>
        <w:jc w:val="both"/>
      </w:pPr>
      <w:r>
        <w:t>363.000</w:t>
      </w:r>
    </w:p>
    <w:p>
      <w:pPr>
        <w:jc w:val="both"/>
      </w:pPr>
      <w:r>
        <w:t>1675</w:t>
      </w:r>
    </w:p>
    <w:p>
      <w:pPr>
        <w:jc w:val="both"/>
      </w:pPr>
      <w:r>
        <w:t>1660</w:t>
      </w:r>
    </w:p>
    <w:p>
      <w:pPr>
        <w:jc w:val="both"/>
      </w:pPr>
      <w:r>
        <w:t>HEV IgM miễn dịch bán tự động/tự động</w:t>
      </w:r>
    </w:p>
    <w:p>
      <w:pPr>
        <w:jc w:val="both"/>
      </w:pPr>
      <w:r>
        <w:t>321.000</w:t>
      </w:r>
    </w:p>
    <w:p>
      <w:pPr>
        <w:jc w:val="both"/>
      </w:pPr>
      <w:r>
        <w:t>363.000</w:t>
      </w:r>
    </w:p>
    <w:p>
      <w:pPr>
        <w:jc w:val="both"/>
      </w:pPr>
      <w:r>
        <w:t>1676</w:t>
      </w:r>
    </w:p>
    <w:p>
      <w:pPr>
        <w:jc w:val="both"/>
      </w:pPr>
      <w:r>
        <w:t>HIV Ag/Ab test nhanh</w:t>
      </w:r>
    </w:p>
    <w:p>
      <w:pPr>
        <w:jc w:val="both"/>
      </w:pPr>
      <w:r>
        <w:t>101.000</w:t>
      </w:r>
    </w:p>
    <w:p>
      <w:pPr>
        <w:jc w:val="both"/>
      </w:pPr>
      <w:r>
        <w:t>114.000</w:t>
      </w:r>
    </w:p>
    <w:p>
      <w:pPr>
        <w:jc w:val="both"/>
      </w:pPr>
      <w:r>
        <w:t>Xét nghiệm cho kết quả đồng thời Ab và Ag</w:t>
      </w:r>
    </w:p>
    <w:p>
      <w:pPr>
        <w:jc w:val="both"/>
      </w:pPr>
      <w:r>
        <w:t>1677</w:t>
      </w:r>
    </w:p>
    <w:p>
      <w:pPr>
        <w:jc w:val="both"/>
      </w:pPr>
      <w:r>
        <w:t>1661</w:t>
      </w:r>
    </w:p>
    <w:p>
      <w:pPr>
        <w:jc w:val="both"/>
      </w:pPr>
      <w:r>
        <w:t>HIV Ag/Ab miễn dịch bán tự động/ tự động</w:t>
      </w:r>
    </w:p>
    <w:p>
      <w:pPr>
        <w:jc w:val="both"/>
      </w:pPr>
      <w:r>
        <w:t>135.000</w:t>
      </w:r>
    </w:p>
    <w:p>
      <w:pPr>
        <w:jc w:val="both"/>
      </w:pPr>
      <w:r>
        <w:t>151.000</w:t>
      </w:r>
    </w:p>
    <w:p>
      <w:pPr>
        <w:jc w:val="both"/>
      </w:pPr>
      <w:r>
        <w:t>1678</w:t>
      </w:r>
    </w:p>
    <w:p>
      <w:pPr>
        <w:jc w:val="both"/>
      </w:pPr>
      <w:r>
        <w:t>1662</w:t>
      </w:r>
    </w:p>
    <w:p>
      <w:pPr>
        <w:jc w:val="both"/>
      </w:pPr>
      <w:r>
        <w:t>HIV đo tải lượng hệ thống tự động</w:t>
      </w:r>
    </w:p>
    <w:p>
      <w:pPr>
        <w:jc w:val="both"/>
      </w:pPr>
      <w:r>
        <w:t>956.000</w:t>
      </w:r>
    </w:p>
    <w:p>
      <w:pPr>
        <w:jc w:val="both"/>
      </w:pPr>
      <w:r>
        <w:t>1.089.000</w:t>
      </w:r>
    </w:p>
    <w:p>
      <w:pPr>
        <w:jc w:val="both"/>
      </w:pPr>
      <w:r>
        <w:t>1679</w:t>
      </w:r>
    </w:p>
    <w:p>
      <w:pPr>
        <w:jc w:val="both"/>
      </w:pPr>
      <w:r>
        <w:t>1663</w:t>
      </w:r>
    </w:p>
    <w:p>
      <w:pPr>
        <w:jc w:val="both"/>
      </w:pPr>
      <w:r>
        <w:t>HIV khẳng định</w:t>
      </w:r>
    </w:p>
    <w:p>
      <w:pPr>
        <w:jc w:val="both"/>
      </w:pPr>
      <w:r>
        <w:t>184.000</w:t>
      </w:r>
    </w:p>
    <w:p>
      <w:pPr>
        <w:jc w:val="both"/>
      </w:pPr>
      <w:r>
        <w:t>204.000</w:t>
      </w:r>
    </w:p>
    <w:p>
      <w:pPr>
        <w:jc w:val="both"/>
      </w:pPr>
      <w:r>
        <w:t>Tính cho 2 lần tiếp theo.</w:t>
      </w:r>
    </w:p>
    <w:p>
      <w:pPr>
        <w:jc w:val="both"/>
      </w:pPr>
      <w:r>
        <w:t>1680</w:t>
      </w:r>
    </w:p>
    <w:p>
      <w:pPr>
        <w:jc w:val="both"/>
      </w:pPr>
      <w:r>
        <w:t>1664</w:t>
      </w:r>
    </w:p>
    <w:p>
      <w:pPr>
        <w:jc w:val="both"/>
      </w:pPr>
      <w:r>
        <w:t>Hồng cầu trong phân test nhanh</w:t>
      </w:r>
    </w:p>
    <w:p>
      <w:pPr>
        <w:jc w:val="both"/>
      </w:pPr>
      <w:r>
        <w:t>67.800</w:t>
      </w:r>
    </w:p>
    <w:p>
      <w:pPr>
        <w:jc w:val="both"/>
      </w:pPr>
      <w:r>
        <w:t>76.100</w:t>
      </w:r>
    </w:p>
    <w:p>
      <w:pPr>
        <w:jc w:val="both"/>
      </w:pPr>
      <w:r>
        <w:t>1681</w:t>
      </w:r>
    </w:p>
    <w:p>
      <w:pPr>
        <w:jc w:val="both"/>
      </w:pPr>
      <w:r>
        <w:t>1665</w:t>
      </w:r>
    </w:p>
    <w:p>
      <w:pPr>
        <w:jc w:val="both"/>
      </w:pPr>
      <w:r>
        <w:t>04C5.3.376</w:t>
      </w:r>
    </w:p>
    <w:p>
      <w:pPr>
        <w:jc w:val="both"/>
      </w:pPr>
      <w:r>
        <w:t>Hồng cầu, bạch cầu trong phân soi trực tiếp</w:t>
      </w:r>
    </w:p>
    <w:p>
      <w:pPr>
        <w:jc w:val="both"/>
      </w:pPr>
      <w:r>
        <w:t>39.500</w:t>
      </w:r>
    </w:p>
    <w:p>
      <w:pPr>
        <w:jc w:val="both"/>
      </w:pPr>
      <w:r>
        <w:t>44.300</w:t>
      </w:r>
    </w:p>
    <w:p>
      <w:pPr>
        <w:jc w:val="both"/>
      </w:pPr>
      <w:r>
        <w:t>1682</w:t>
      </w:r>
    </w:p>
    <w:p>
      <w:pPr>
        <w:jc w:val="both"/>
      </w:pPr>
      <w:r>
        <w:t>1666</w:t>
      </w:r>
    </w:p>
    <w:p>
      <w:pPr>
        <w:jc w:val="both"/>
      </w:pPr>
      <w:r>
        <w:t>HPV genotype PCR hệ thống tự động</w:t>
      </w:r>
    </w:p>
    <w:p>
      <w:pPr>
        <w:jc w:val="both"/>
      </w:pPr>
      <w:r>
        <w:t>1.078.000</w:t>
      </w:r>
    </w:p>
    <w:p>
      <w:pPr>
        <w:jc w:val="both"/>
      </w:pPr>
      <w:r>
        <w:t>1.229.000</w:t>
      </w:r>
    </w:p>
    <w:p>
      <w:pPr>
        <w:jc w:val="both"/>
      </w:pPr>
      <w:r>
        <w:t>1683</w:t>
      </w:r>
    </w:p>
    <w:p>
      <w:pPr>
        <w:jc w:val="both"/>
      </w:pPr>
      <w:r>
        <w:t>1667</w:t>
      </w:r>
    </w:p>
    <w:p>
      <w:pPr>
        <w:jc w:val="both"/>
      </w:pPr>
      <w:r>
        <w:t>HPVReal-time PCR</w:t>
      </w:r>
    </w:p>
    <w:p>
      <w:pPr>
        <w:jc w:val="both"/>
      </w:pPr>
      <w:r>
        <w:t>390.000</w:t>
      </w:r>
    </w:p>
    <w:p>
      <w:pPr>
        <w:jc w:val="both"/>
      </w:pPr>
      <w:r>
        <w:t>440.000</w:t>
      </w:r>
    </w:p>
    <w:p>
      <w:pPr>
        <w:jc w:val="both"/>
      </w:pPr>
      <w:r>
        <w:t>1684</w:t>
      </w:r>
    </w:p>
    <w:p>
      <w:pPr>
        <w:jc w:val="both"/>
      </w:pPr>
      <w:r>
        <w:t>1668</w:t>
      </w:r>
    </w:p>
    <w:p>
      <w:pPr>
        <w:jc w:val="both"/>
      </w:pPr>
      <w:r>
        <w:t>03C3.1.VS21</w:t>
      </w:r>
    </w:p>
    <w:p>
      <w:pPr>
        <w:jc w:val="both"/>
      </w:pPr>
      <w:r>
        <w:t>HSV1+2 IgG miễn dịch bán tự động/ tự động</w:t>
      </w:r>
    </w:p>
    <w:p>
      <w:pPr>
        <w:jc w:val="both"/>
      </w:pPr>
      <w:r>
        <w:t>159.000</w:t>
      </w:r>
    </w:p>
    <w:p>
      <w:pPr>
        <w:jc w:val="both"/>
      </w:pPr>
      <w:r>
        <w:t>179.000</w:t>
      </w:r>
    </w:p>
    <w:p>
      <w:pPr>
        <w:jc w:val="both"/>
      </w:pPr>
      <w:r>
        <w:t>1685</w:t>
      </w:r>
    </w:p>
    <w:p>
      <w:pPr>
        <w:jc w:val="both"/>
      </w:pPr>
      <w:r>
        <w:t>1669</w:t>
      </w:r>
    </w:p>
    <w:p>
      <w:pPr>
        <w:jc w:val="both"/>
      </w:pPr>
      <w:r>
        <w:t>03C3.1.VS20</w:t>
      </w:r>
    </w:p>
    <w:p>
      <w:pPr>
        <w:jc w:val="both"/>
      </w:pPr>
      <w:r>
        <w:t>HSV1+2 IgM miễn dịch bán tự động/ tự động</w:t>
      </w:r>
    </w:p>
    <w:p>
      <w:pPr>
        <w:jc w:val="both"/>
      </w:pPr>
      <w:r>
        <w:t>159.000</w:t>
      </w:r>
    </w:p>
    <w:p>
      <w:pPr>
        <w:jc w:val="both"/>
      </w:pPr>
      <w:r>
        <w:t>179.000</w:t>
      </w:r>
    </w:p>
    <w:p>
      <w:pPr>
        <w:jc w:val="both"/>
      </w:pPr>
      <w:r>
        <w:t>1686</w:t>
      </w:r>
    </w:p>
    <w:p>
      <w:pPr>
        <w:jc w:val="both"/>
      </w:pPr>
      <w:r>
        <w:t>1670</w:t>
      </w:r>
    </w:p>
    <w:p>
      <w:pPr>
        <w:jc w:val="both"/>
      </w:pPr>
      <w:r>
        <w:t>Influenza virus A, B Real-time PCR</w:t>
      </w:r>
    </w:p>
    <w:p>
      <w:pPr>
        <w:jc w:val="both"/>
      </w:pPr>
      <w:r>
        <w:t>1.578.000</w:t>
      </w:r>
    </w:p>
    <w:p>
      <w:pPr>
        <w:jc w:val="both"/>
      </w:pPr>
      <w:r>
        <w:t>1.805.000</w:t>
      </w:r>
    </w:p>
    <w:p>
      <w:pPr>
        <w:jc w:val="both"/>
      </w:pPr>
      <w:r>
        <w:t>1687</w:t>
      </w:r>
    </w:p>
    <w:p>
      <w:pPr>
        <w:jc w:val="both"/>
      </w:pPr>
      <w:r>
        <w:t>1671</w:t>
      </w:r>
    </w:p>
    <w:p>
      <w:pPr>
        <w:jc w:val="both"/>
      </w:pPr>
      <w:r>
        <w:t>Influenza virus A, B test nhanh</w:t>
      </w:r>
    </w:p>
    <w:p>
      <w:pPr>
        <w:jc w:val="both"/>
      </w:pPr>
      <w:r>
        <w:t>175.000</w:t>
      </w:r>
    </w:p>
    <w:p>
      <w:pPr>
        <w:jc w:val="both"/>
      </w:pPr>
      <w:r>
        <w:t>197.000</w:t>
      </w:r>
    </w:p>
    <w:p>
      <w:pPr>
        <w:jc w:val="both"/>
      </w:pPr>
      <w:r>
        <w:t>1688</w:t>
      </w:r>
    </w:p>
    <w:p>
      <w:pPr>
        <w:jc w:val="both"/>
      </w:pPr>
      <w:r>
        <w:t>1672</w:t>
      </w:r>
    </w:p>
    <w:p>
      <w:pPr>
        <w:jc w:val="both"/>
      </w:pPr>
      <w:r>
        <w:t>JEV IgM (test nhanh)</w:t>
      </w:r>
    </w:p>
    <w:p>
      <w:pPr>
        <w:jc w:val="both"/>
      </w:pPr>
      <w:r>
        <w:t>128.000</w:t>
      </w:r>
    </w:p>
    <w:p>
      <w:pPr>
        <w:jc w:val="both"/>
      </w:pPr>
      <w:r>
        <w:t>144.000</w:t>
      </w:r>
    </w:p>
    <w:p>
      <w:pPr>
        <w:jc w:val="both"/>
      </w:pPr>
      <w:r>
        <w:t>1689</w:t>
      </w:r>
    </w:p>
    <w:p>
      <w:pPr>
        <w:jc w:val="both"/>
      </w:pPr>
      <w:r>
        <w:t>1673</w:t>
      </w:r>
    </w:p>
    <w:p>
      <w:pPr>
        <w:jc w:val="both"/>
      </w:pPr>
      <w:r>
        <w:t>JEV IgM miễn dịch bán tự động/tự động</w:t>
      </w:r>
    </w:p>
    <w:p>
      <w:pPr>
        <w:jc w:val="both"/>
      </w:pPr>
      <w:r>
        <w:t>444.000</w:t>
      </w:r>
    </w:p>
    <w:p>
      <w:pPr>
        <w:jc w:val="both"/>
      </w:pPr>
      <w:r>
        <w:t>502.000</w:t>
      </w:r>
    </w:p>
    <w:p>
      <w:pPr>
        <w:jc w:val="both"/>
      </w:pPr>
      <w:r>
        <w:t>1690</w:t>
      </w:r>
    </w:p>
    <w:p>
      <w:pPr>
        <w:jc w:val="both"/>
      </w:pPr>
      <w:r>
        <w:t>1674</w:t>
      </w:r>
    </w:p>
    <w:p>
      <w:pPr>
        <w:jc w:val="both"/>
      </w:pPr>
      <w:r>
        <w:t>04C5.4.378</w:t>
      </w:r>
    </w:p>
    <w:p>
      <w:pPr>
        <w:jc w:val="both"/>
      </w:pPr>
      <w:r>
        <w:t>Ký sinh trùng/ Vi nấm soi</w:t>
      </w:r>
    </w:p>
    <w:p>
      <w:pPr>
        <w:jc w:val="both"/>
      </w:pPr>
      <w:r>
        <w:t>43.100</w:t>
      </w:r>
    </w:p>
    <w:p>
      <w:pPr>
        <w:jc w:val="both"/>
      </w:pPr>
      <w:r>
        <w:t>48.400</w:t>
      </w:r>
    </w:p>
    <w:p>
      <w:pPr>
        <w:jc w:val="both"/>
      </w:pPr>
      <w:r>
        <w:t>1691</w:t>
      </w:r>
    </w:p>
    <w:p>
      <w:pPr>
        <w:jc w:val="both"/>
      </w:pPr>
      <w:r>
        <w:t>1675</w:t>
      </w:r>
    </w:p>
    <w:p>
      <w:pPr>
        <w:jc w:val="both"/>
      </w:pPr>
      <w:r>
        <w:t>Leptospira test nhanh</w:t>
      </w:r>
    </w:p>
    <w:p>
      <w:pPr>
        <w:jc w:val="both"/>
      </w:pPr>
      <w:r>
        <w:t>143.000</w:t>
      </w:r>
    </w:p>
    <w:p>
      <w:pPr>
        <w:jc w:val="both"/>
      </w:pPr>
      <w:r>
        <w:t>160.000</w:t>
      </w:r>
    </w:p>
    <w:p>
      <w:pPr>
        <w:jc w:val="both"/>
      </w:pPr>
      <w:r>
        <w:t>1692</w:t>
      </w:r>
    </w:p>
    <w:p>
      <w:pPr>
        <w:jc w:val="both"/>
      </w:pPr>
      <w:r>
        <w:t>1676</w:t>
      </w:r>
    </w:p>
    <w:p>
      <w:pPr>
        <w:jc w:val="both"/>
      </w:pPr>
      <w:r>
        <w:t>Measles virus IgG miễn dịch bán tự động/ tự động</w:t>
      </w:r>
    </w:p>
    <w:p>
      <w:pPr>
        <w:jc w:val="both"/>
      </w:pPr>
      <w:r>
        <w:t>259.000</w:t>
      </w:r>
    </w:p>
    <w:p>
      <w:pPr>
        <w:jc w:val="both"/>
      </w:pPr>
      <w:r>
        <w:t>292.000</w:t>
      </w:r>
    </w:p>
    <w:p>
      <w:pPr>
        <w:jc w:val="both"/>
      </w:pPr>
      <w:r>
        <w:t>1693</w:t>
      </w:r>
    </w:p>
    <w:p>
      <w:pPr>
        <w:jc w:val="both"/>
      </w:pPr>
      <w:r>
        <w:t>1677</w:t>
      </w:r>
    </w:p>
    <w:p>
      <w:pPr>
        <w:jc w:val="both"/>
      </w:pPr>
      <w:r>
        <w:t>Measles virus IgM miễn dịch bán tự động/ tự động</w:t>
      </w:r>
    </w:p>
    <w:p>
      <w:pPr>
        <w:jc w:val="both"/>
      </w:pPr>
      <w:r>
        <w:t>259.000</w:t>
      </w:r>
    </w:p>
    <w:p>
      <w:pPr>
        <w:jc w:val="both"/>
      </w:pPr>
      <w:r>
        <w:t>292.000</w:t>
      </w:r>
    </w:p>
    <w:p>
      <w:pPr>
        <w:jc w:val="both"/>
      </w:pPr>
      <w:r>
        <w:t>1694</w:t>
      </w:r>
    </w:p>
    <w:p>
      <w:pPr>
        <w:jc w:val="both"/>
      </w:pPr>
      <w:r>
        <w:t>1678</w:t>
      </w:r>
    </w:p>
    <w:p>
      <w:pPr>
        <w:jc w:val="both"/>
      </w:pPr>
      <w:r>
        <w:t>Mycobacterium tuberculosis kháng thuốc hàng 1 môi trường lỏng</w:t>
      </w:r>
    </w:p>
    <w:p>
      <w:pPr>
        <w:jc w:val="both"/>
      </w:pPr>
      <w:r>
        <w:t>748.000</w:t>
      </w:r>
    </w:p>
    <w:p>
      <w:pPr>
        <w:jc w:val="both"/>
      </w:pPr>
      <w:r>
        <w:t>849.000</w:t>
      </w:r>
    </w:p>
    <w:p>
      <w:pPr>
        <w:jc w:val="both"/>
      </w:pPr>
      <w:r>
        <w:t>1695</w:t>
      </w:r>
    </w:p>
    <w:p>
      <w:pPr>
        <w:jc w:val="both"/>
      </w:pPr>
      <w:r>
        <w:t>1679</w:t>
      </w:r>
    </w:p>
    <w:p>
      <w:pPr>
        <w:jc w:val="both"/>
      </w:pPr>
      <w:r>
        <w:t>Mycobacterium tuberculosis kháng thuốc hàng 2 môi trường đặc</w:t>
      </w:r>
    </w:p>
    <w:p>
      <w:pPr>
        <w:jc w:val="both"/>
      </w:pPr>
      <w:r>
        <w:t>246.000</w:t>
      </w:r>
    </w:p>
    <w:p>
      <w:pPr>
        <w:jc w:val="both"/>
      </w:pPr>
      <w:r>
        <w:t>277.000</w:t>
      </w:r>
    </w:p>
    <w:p>
      <w:pPr>
        <w:jc w:val="both"/>
      </w:pPr>
      <w:r>
        <w:t>1696</w:t>
      </w:r>
    </w:p>
    <w:p>
      <w:pPr>
        <w:jc w:val="both"/>
      </w:pPr>
      <w:r>
        <w:t>1680</w:t>
      </w:r>
    </w:p>
    <w:p>
      <w:pPr>
        <w:jc w:val="both"/>
      </w:pPr>
      <w:r>
        <w:t>Mycobacterium tuberculosis kháng thuốc PZA môi trường lỏng</w:t>
      </w:r>
    </w:p>
    <w:p>
      <w:pPr>
        <w:jc w:val="both"/>
      </w:pPr>
      <w:r>
        <w:t>356.000</w:t>
      </w:r>
    </w:p>
    <w:p>
      <w:pPr>
        <w:jc w:val="both"/>
      </w:pPr>
      <w:r>
        <w:t>403.000</w:t>
      </w:r>
    </w:p>
    <w:p>
      <w:pPr>
        <w:jc w:val="both"/>
      </w:pPr>
      <w:r>
        <w:t>1697</w:t>
      </w:r>
    </w:p>
    <w:p>
      <w:pPr>
        <w:jc w:val="both"/>
      </w:pPr>
      <w:r>
        <w:t>1681</w:t>
      </w:r>
    </w:p>
    <w:p>
      <w:pPr>
        <w:jc w:val="both"/>
      </w:pPr>
      <w:r>
        <w:t>Mycobacterium tuberculosis đa kháng LPA</w:t>
      </w:r>
    </w:p>
    <w:p>
      <w:pPr>
        <w:jc w:val="both"/>
      </w:pPr>
      <w:r>
        <w:t>903.000</w:t>
      </w:r>
    </w:p>
    <w:p>
      <w:pPr>
        <w:jc w:val="both"/>
      </w:pPr>
      <w:r>
        <w:t>1.028.000</w:t>
      </w:r>
    </w:p>
    <w:p>
      <w:pPr>
        <w:jc w:val="both"/>
      </w:pPr>
      <w:r>
        <w:t>1698</w:t>
      </w:r>
    </w:p>
    <w:p>
      <w:pPr>
        <w:jc w:val="both"/>
      </w:pPr>
      <w:r>
        <w:t>1682</w:t>
      </w:r>
    </w:p>
    <w:p>
      <w:pPr>
        <w:jc w:val="both"/>
      </w:pPr>
      <w:r>
        <w:t>Mycobacterium tuberculosis định danh và kháng RMP Xpert</w:t>
      </w:r>
    </w:p>
    <w:p>
      <w:pPr>
        <w:jc w:val="both"/>
      </w:pPr>
      <w:r>
        <w:t>924.000</w:t>
      </w:r>
    </w:p>
    <w:p>
      <w:pPr>
        <w:jc w:val="both"/>
      </w:pPr>
      <w:r>
        <w:t>1.054.000</w:t>
      </w:r>
    </w:p>
    <w:p>
      <w:pPr>
        <w:jc w:val="both"/>
      </w:pPr>
      <w:r>
        <w:t>Đã bao gồm test xét nghiệm. Giá tối đa tại Thông tư 13/2019/TT-BYT chưa bao gồm test do giai đoạn này đã được Chương trình chống Lao quốc gia hỗ trợ.</w:t>
      </w:r>
    </w:p>
    <w:p>
      <w:pPr>
        <w:jc w:val="both"/>
      </w:pPr>
      <w:r>
        <w:t>1699</w:t>
      </w:r>
    </w:p>
    <w:p>
      <w:pPr>
        <w:jc w:val="both"/>
      </w:pPr>
      <w:r>
        <w:t>1683</w:t>
      </w:r>
    </w:p>
    <w:p>
      <w:pPr>
        <w:jc w:val="both"/>
      </w:pPr>
      <w:r>
        <w:t>Mycobacterium tuberculosis kháng thuốc hàng 1 môi trường đặc</w:t>
      </w:r>
    </w:p>
    <w:p>
      <w:pPr>
        <w:jc w:val="both"/>
      </w:pPr>
      <w:r>
        <w:t>191.000</w:t>
      </w:r>
    </w:p>
    <w:p>
      <w:pPr>
        <w:jc w:val="both"/>
      </w:pPr>
      <w:r>
        <w:t>214.000</w:t>
      </w:r>
    </w:p>
    <w:p>
      <w:pPr>
        <w:jc w:val="both"/>
      </w:pPr>
      <w:r>
        <w:t>1700</w:t>
      </w:r>
    </w:p>
    <w:p>
      <w:pPr>
        <w:jc w:val="both"/>
      </w:pPr>
      <w:r>
        <w:t>1684</w:t>
      </w:r>
    </w:p>
    <w:p>
      <w:pPr>
        <w:jc w:val="both"/>
      </w:pPr>
      <w:r>
        <w:t>Mycobacterium tuberculosis nuôi cấy môi trường đặc</w:t>
      </w:r>
    </w:p>
    <w:p>
      <w:pPr>
        <w:jc w:val="both"/>
      </w:pPr>
      <w:r>
        <w:t>177.000</w:t>
      </w:r>
    </w:p>
    <w:p>
      <w:pPr>
        <w:jc w:val="both"/>
      </w:pPr>
      <w:r>
        <w:t>199.000</w:t>
      </w:r>
    </w:p>
    <w:p>
      <w:pPr>
        <w:jc w:val="both"/>
      </w:pPr>
      <w:r>
        <w:t>1701</w:t>
      </w:r>
    </w:p>
    <w:p>
      <w:pPr>
        <w:jc w:val="both"/>
      </w:pPr>
      <w:r>
        <w:t>1685</w:t>
      </w:r>
    </w:p>
    <w:p>
      <w:pPr>
        <w:jc w:val="both"/>
      </w:pPr>
      <w:r>
        <w:t>03C3.1.VS13</w:t>
      </w:r>
    </w:p>
    <w:p>
      <w:pPr>
        <w:jc w:val="both"/>
      </w:pPr>
      <w:r>
        <w:t>Mycobacterium tuberculosis nuôi cấy môi trường lỏng</w:t>
      </w:r>
    </w:p>
    <w:p>
      <w:pPr>
        <w:jc w:val="both"/>
      </w:pPr>
      <w:r>
        <w:t>286.000</w:t>
      </w:r>
    </w:p>
    <w:p>
      <w:pPr>
        <w:jc w:val="both"/>
      </w:pPr>
      <w:r>
        <w:t>323.000</w:t>
      </w:r>
    </w:p>
    <w:p>
      <w:pPr>
        <w:jc w:val="both"/>
      </w:pPr>
      <w:r>
        <w:t>1702</w:t>
      </w:r>
    </w:p>
    <w:p>
      <w:pPr>
        <w:jc w:val="both"/>
      </w:pPr>
      <w:r>
        <w:t>1686</w:t>
      </w:r>
    </w:p>
    <w:p>
      <w:pPr>
        <w:jc w:val="both"/>
      </w:pPr>
      <w:r>
        <w:t>04C5.4.388</w:t>
      </w:r>
    </w:p>
    <w:p>
      <w:pPr>
        <w:jc w:val="both"/>
      </w:pPr>
      <w:r>
        <w:t>Mycobacterium tuberculosis PCR hệ thống tự động</w:t>
      </w:r>
    </w:p>
    <w:p>
      <w:pPr>
        <w:jc w:val="both"/>
      </w:pPr>
      <w:r>
        <w:t>828.000</w:t>
      </w:r>
    </w:p>
    <w:p>
      <w:pPr>
        <w:jc w:val="both"/>
      </w:pPr>
      <w:r>
        <w:t>941.000</w:t>
      </w:r>
    </w:p>
    <w:p>
      <w:pPr>
        <w:jc w:val="both"/>
      </w:pPr>
      <w:r>
        <w:t>1703</w:t>
      </w:r>
    </w:p>
    <w:p>
      <w:pPr>
        <w:jc w:val="both"/>
      </w:pPr>
      <w:r>
        <w:t>1687</w:t>
      </w:r>
    </w:p>
    <w:p>
      <w:pPr>
        <w:jc w:val="both"/>
      </w:pPr>
      <w:r>
        <w:t>Mycobacterium tuberculosis Real-time PCR</w:t>
      </w:r>
    </w:p>
    <w:p>
      <w:pPr>
        <w:jc w:val="both"/>
      </w:pPr>
      <w:r>
        <w:t>370.000</w:t>
      </w:r>
    </w:p>
    <w:p>
      <w:pPr>
        <w:jc w:val="both"/>
      </w:pPr>
      <w:r>
        <w:t>415.000</w:t>
      </w:r>
    </w:p>
    <w:p>
      <w:pPr>
        <w:jc w:val="both"/>
      </w:pPr>
      <w:r>
        <w:t>1704</w:t>
      </w:r>
    </w:p>
    <w:p>
      <w:pPr>
        <w:jc w:val="both"/>
      </w:pPr>
      <w:r>
        <w:t>1688</w:t>
      </w:r>
    </w:p>
    <w:p>
      <w:pPr>
        <w:jc w:val="both"/>
      </w:pPr>
      <w:r>
        <w:t>Mycobacterium tuberculosis siêu kháng LPA</w:t>
      </w:r>
    </w:p>
    <w:p>
      <w:pPr>
        <w:jc w:val="both"/>
      </w:pPr>
      <w:r>
        <w:t>1.528.000</w:t>
      </w:r>
    </w:p>
    <w:p>
      <w:pPr>
        <w:jc w:val="both"/>
      </w:pPr>
      <w:r>
        <w:t>1.747.000</w:t>
      </w:r>
    </w:p>
    <w:p>
      <w:pPr>
        <w:jc w:val="both"/>
      </w:pPr>
      <w:r>
        <w:t>1705</w:t>
      </w:r>
    </w:p>
    <w:p>
      <w:pPr>
        <w:jc w:val="both"/>
      </w:pPr>
      <w:r>
        <w:t>1689</w:t>
      </w:r>
    </w:p>
    <w:p>
      <w:pPr>
        <w:jc w:val="both"/>
      </w:pPr>
      <w:r>
        <w:t>03C3.1.VS30</w:t>
      </w:r>
    </w:p>
    <w:p>
      <w:pPr>
        <w:jc w:val="both"/>
      </w:pPr>
      <w:r>
        <w:t>Mycoplasma pneumoniae IgG miễn dịch bán tự động</w:t>
      </w:r>
    </w:p>
    <w:p>
      <w:pPr>
        <w:jc w:val="both"/>
      </w:pPr>
      <w:r>
        <w:t>258.000</w:t>
      </w:r>
    </w:p>
    <w:p>
      <w:pPr>
        <w:jc w:val="both"/>
      </w:pPr>
      <w:r>
        <w:t>290.000</w:t>
      </w:r>
    </w:p>
    <w:p>
      <w:pPr>
        <w:jc w:val="both"/>
      </w:pPr>
      <w:r>
        <w:t>1706</w:t>
      </w:r>
    </w:p>
    <w:p>
      <w:pPr>
        <w:jc w:val="both"/>
      </w:pPr>
      <w:r>
        <w:t>1690</w:t>
      </w:r>
    </w:p>
    <w:p>
      <w:pPr>
        <w:jc w:val="both"/>
      </w:pPr>
      <w:r>
        <w:t>03C3.1.VS29</w:t>
      </w:r>
    </w:p>
    <w:p>
      <w:pPr>
        <w:jc w:val="both"/>
      </w:pPr>
      <w:r>
        <w:t>Mycoplasma pneumoniae IgM miễn dịch bán tự động</w:t>
      </w:r>
    </w:p>
    <w:p>
      <w:pPr>
        <w:jc w:val="both"/>
      </w:pPr>
      <w:r>
        <w:t>172.000</w:t>
      </w:r>
    </w:p>
    <w:p>
      <w:pPr>
        <w:jc w:val="both"/>
      </w:pPr>
      <w:r>
        <w:t>194.000</w:t>
      </w:r>
    </w:p>
    <w:p>
      <w:pPr>
        <w:jc w:val="both"/>
      </w:pPr>
      <w:r>
        <w:t>1707</w:t>
      </w:r>
    </w:p>
    <w:p>
      <w:pPr>
        <w:jc w:val="both"/>
      </w:pPr>
      <w:r>
        <w:t>1691</w:t>
      </w:r>
    </w:p>
    <w:p>
      <w:pPr>
        <w:jc w:val="both"/>
      </w:pPr>
      <w:r>
        <w:t>NTM định danh LPA</w:t>
      </w:r>
    </w:p>
    <w:p>
      <w:pPr>
        <w:jc w:val="both"/>
      </w:pPr>
      <w:r>
        <w:t>928.000</w:t>
      </w:r>
    </w:p>
    <w:p>
      <w:pPr>
        <w:jc w:val="both"/>
      </w:pPr>
      <w:r>
        <w:t>1.056.000</w:t>
      </w:r>
    </w:p>
    <w:p>
      <w:pPr>
        <w:jc w:val="both"/>
      </w:pPr>
      <w:r>
        <w:t>1708</w:t>
      </w:r>
    </w:p>
    <w:p>
      <w:pPr>
        <w:jc w:val="both"/>
      </w:pPr>
      <w:r>
        <w:t>1692</w:t>
      </w:r>
    </w:p>
    <w:p>
      <w:pPr>
        <w:jc w:val="both"/>
      </w:pPr>
      <w:r>
        <w:t>03C3.1.VS5</w:t>
      </w:r>
    </w:p>
    <w:p>
      <w:pPr>
        <w:jc w:val="both"/>
      </w:pPr>
      <w:r>
        <w:t>Nuôi cấy tìm vi khuẩn kỵ khí/vi hiếu khí</w:t>
      </w:r>
    </w:p>
    <w:p>
      <w:pPr>
        <w:jc w:val="both"/>
      </w:pPr>
      <w:r>
        <w:t>1.328.000</w:t>
      </w:r>
    </w:p>
    <w:p>
      <w:pPr>
        <w:jc w:val="both"/>
      </w:pPr>
      <w:r>
        <w:t>1.517.000</w:t>
      </w:r>
    </w:p>
    <w:p>
      <w:pPr>
        <w:jc w:val="both"/>
      </w:pPr>
      <w:r>
        <w:t>1709</w:t>
      </w:r>
    </w:p>
    <w:p>
      <w:pPr>
        <w:jc w:val="both"/>
      </w:pPr>
      <w:r>
        <w:t>1693</w:t>
      </w:r>
    </w:p>
    <w:p>
      <w:pPr>
        <w:jc w:val="both"/>
      </w:pPr>
      <w:r>
        <w:t>Phản ứng Mantoux</w:t>
      </w:r>
    </w:p>
    <w:p>
      <w:pPr>
        <w:jc w:val="both"/>
      </w:pPr>
      <w:r>
        <w:t>12.300</w:t>
      </w:r>
    </w:p>
    <w:p>
      <w:pPr>
        <w:jc w:val="both"/>
      </w:pPr>
      <w:r>
        <w:t>13.800</w:t>
      </w:r>
    </w:p>
    <w:p>
      <w:pPr>
        <w:jc w:val="both"/>
      </w:pPr>
      <w:r>
        <w:t>1710</w:t>
      </w:r>
    </w:p>
    <w:p>
      <w:pPr>
        <w:jc w:val="both"/>
      </w:pPr>
      <w:r>
        <w:t>1694</w:t>
      </w:r>
    </w:p>
    <w:p>
      <w:pPr>
        <w:jc w:val="both"/>
      </w:pPr>
      <w:r>
        <w:t>04C5.1.319</w:t>
      </w:r>
    </w:p>
    <w:p>
      <w:pPr>
        <w:jc w:val="both"/>
      </w:pPr>
      <w:r>
        <w:t>Plasmodium (ký sinh trùng sốt rét) trong máu nhuộm soi</w:t>
      </w:r>
    </w:p>
    <w:p>
      <w:pPr>
        <w:jc w:val="both"/>
      </w:pPr>
      <w:r>
        <w:t>33.200</w:t>
      </w:r>
    </w:p>
    <w:p>
      <w:pPr>
        <w:jc w:val="both"/>
      </w:pPr>
      <w:r>
        <w:t>37.300</w:t>
      </w:r>
    </w:p>
    <w:p>
      <w:pPr>
        <w:jc w:val="both"/>
      </w:pPr>
      <w:r>
        <w:t>1711</w:t>
      </w:r>
    </w:p>
    <w:p>
      <w:pPr>
        <w:jc w:val="both"/>
      </w:pPr>
      <w:r>
        <w:t>1695</w:t>
      </w:r>
    </w:p>
    <w:p>
      <w:pPr>
        <w:jc w:val="both"/>
      </w:pPr>
      <w:r>
        <w:t>03C3.1.VS9</w:t>
      </w:r>
    </w:p>
    <w:p>
      <w:pPr>
        <w:jc w:val="both"/>
      </w:pPr>
      <w:r>
        <w:t>Pneumocystis miễn dịch bán tự động/ tự động</w:t>
      </w:r>
    </w:p>
    <w:p>
      <w:pPr>
        <w:jc w:val="both"/>
      </w:pPr>
      <w:r>
        <w:t>370.000</w:t>
      </w:r>
    </w:p>
    <w:p>
      <w:pPr>
        <w:jc w:val="both"/>
      </w:pPr>
      <w:r>
        <w:t>415.000</w:t>
      </w:r>
    </w:p>
    <w:p>
      <w:pPr>
        <w:jc w:val="both"/>
      </w:pPr>
      <w:r>
        <w:t>1712</w:t>
      </w:r>
    </w:p>
    <w:p>
      <w:pPr>
        <w:jc w:val="both"/>
      </w:pPr>
      <w:r>
        <w:t>1696</w:t>
      </w:r>
    </w:p>
    <w:p>
      <w:pPr>
        <w:jc w:val="both"/>
      </w:pPr>
      <w:r>
        <w:t>Rickettsia Ab</w:t>
      </w:r>
    </w:p>
    <w:p>
      <w:pPr>
        <w:jc w:val="both"/>
      </w:pPr>
      <w:r>
        <w:t>123.000</w:t>
      </w:r>
    </w:p>
    <w:p>
      <w:pPr>
        <w:jc w:val="both"/>
      </w:pPr>
      <w:r>
        <w:t>138.000</w:t>
      </w:r>
    </w:p>
    <w:p>
      <w:pPr>
        <w:jc w:val="both"/>
      </w:pPr>
      <w:r>
        <w:t>1713</w:t>
      </w:r>
    </w:p>
    <w:p>
      <w:pPr>
        <w:jc w:val="both"/>
      </w:pPr>
      <w:r>
        <w:t>1697</w:t>
      </w:r>
    </w:p>
    <w:p>
      <w:pPr>
        <w:jc w:val="both"/>
      </w:pPr>
      <w:r>
        <w:t>03C3.1.VS17</w:t>
      </w:r>
    </w:p>
    <w:p>
      <w:pPr>
        <w:jc w:val="both"/>
      </w:pPr>
      <w:r>
        <w:t>Rotavirus Ag test nhanh</w:t>
      </w:r>
    </w:p>
    <w:p>
      <w:pPr>
        <w:jc w:val="both"/>
      </w:pPr>
      <w:r>
        <w:t>184.000</w:t>
      </w:r>
    </w:p>
    <w:p>
      <w:pPr>
        <w:jc w:val="both"/>
      </w:pPr>
      <w:r>
        <w:t>207.000</w:t>
      </w:r>
    </w:p>
    <w:p>
      <w:pPr>
        <w:jc w:val="both"/>
      </w:pPr>
      <w:r>
        <w:t>1714</w:t>
      </w:r>
    </w:p>
    <w:p>
      <w:pPr>
        <w:jc w:val="both"/>
      </w:pPr>
      <w:r>
        <w:t>1698</w:t>
      </w:r>
    </w:p>
    <w:p>
      <w:pPr>
        <w:jc w:val="both"/>
      </w:pPr>
      <w:r>
        <w:t>03C3.1.VS33</w:t>
      </w:r>
    </w:p>
    <w:p>
      <w:pPr>
        <w:jc w:val="both"/>
      </w:pPr>
      <w:r>
        <w:t>RSV (Respiratory Syncytial Virus) miễn dịch bán tự động/ tự động</w:t>
      </w:r>
    </w:p>
    <w:p>
      <w:pPr>
        <w:jc w:val="both"/>
      </w:pPr>
      <w:r>
        <w:t>148.000</w:t>
      </w:r>
    </w:p>
    <w:p>
      <w:pPr>
        <w:jc w:val="both"/>
      </w:pPr>
      <w:r>
        <w:t>166.000</w:t>
      </w:r>
    </w:p>
    <w:p>
      <w:pPr>
        <w:jc w:val="both"/>
      </w:pPr>
      <w:r>
        <w:t>1715</w:t>
      </w:r>
    </w:p>
    <w:p>
      <w:pPr>
        <w:jc w:val="both"/>
      </w:pPr>
      <w:r>
        <w:t>1699</w:t>
      </w:r>
    </w:p>
    <w:p>
      <w:pPr>
        <w:jc w:val="both"/>
      </w:pPr>
      <w:r>
        <w:t>03C3.1.VS32</w:t>
      </w:r>
    </w:p>
    <w:p>
      <w:pPr>
        <w:jc w:val="both"/>
      </w:pPr>
      <w:r>
        <w:t>Rubella IgG miễn dịch bán tự động/ tự động</w:t>
      </w:r>
    </w:p>
    <w:p>
      <w:pPr>
        <w:jc w:val="both"/>
      </w:pPr>
      <w:r>
        <w:t>123.000</w:t>
      </w:r>
    </w:p>
    <w:p>
      <w:pPr>
        <w:jc w:val="both"/>
      </w:pPr>
      <w:r>
        <w:t>138.000</w:t>
      </w:r>
    </w:p>
    <w:p>
      <w:pPr>
        <w:jc w:val="both"/>
      </w:pPr>
      <w:r>
        <w:t>1716</w:t>
      </w:r>
    </w:p>
    <w:p>
      <w:pPr>
        <w:jc w:val="both"/>
      </w:pPr>
      <w:r>
        <w:t>1700</w:t>
      </w:r>
    </w:p>
    <w:p>
      <w:pPr>
        <w:jc w:val="both"/>
      </w:pPr>
      <w:r>
        <w:t>03C3.1.VS31</w:t>
      </w:r>
    </w:p>
    <w:p>
      <w:pPr>
        <w:jc w:val="both"/>
      </w:pPr>
      <w:r>
        <w:t>Rubella IgM miễn dịch bán tự động/ tự động</w:t>
      </w:r>
    </w:p>
    <w:p>
      <w:pPr>
        <w:jc w:val="both"/>
      </w:pPr>
      <w:r>
        <w:t>148.000</w:t>
      </w:r>
    </w:p>
    <w:p>
      <w:pPr>
        <w:jc w:val="both"/>
      </w:pPr>
      <w:r>
        <w:t>166.000</w:t>
      </w:r>
    </w:p>
    <w:p>
      <w:pPr>
        <w:jc w:val="both"/>
      </w:pPr>
      <w:r>
        <w:t>1717</w:t>
      </w:r>
    </w:p>
    <w:p>
      <w:pPr>
        <w:jc w:val="both"/>
      </w:pPr>
      <w:r>
        <w:t>1701</w:t>
      </w:r>
    </w:p>
    <w:p>
      <w:pPr>
        <w:jc w:val="both"/>
      </w:pPr>
      <w:r>
        <w:t>Rubella virus Ab test nhanh</w:t>
      </w:r>
    </w:p>
    <w:p>
      <w:pPr>
        <w:jc w:val="both"/>
      </w:pPr>
      <w:r>
        <w:t>154.000</w:t>
      </w:r>
    </w:p>
    <w:p>
      <w:pPr>
        <w:jc w:val="both"/>
      </w:pPr>
      <w:r>
        <w:t>173.000</w:t>
      </w:r>
    </w:p>
    <w:p>
      <w:pPr>
        <w:jc w:val="both"/>
      </w:pPr>
      <w:r>
        <w:t>1718</w:t>
      </w:r>
    </w:p>
    <w:p>
      <w:pPr>
        <w:jc w:val="both"/>
      </w:pPr>
      <w:r>
        <w:t>1702</w:t>
      </w:r>
    </w:p>
    <w:p>
      <w:pPr>
        <w:jc w:val="both"/>
      </w:pPr>
      <w:r>
        <w:t>Rubella virus Avidity</w:t>
      </w:r>
    </w:p>
    <w:p>
      <w:pPr>
        <w:jc w:val="both"/>
      </w:pPr>
      <w:r>
        <w:t>306.000</w:t>
      </w:r>
    </w:p>
    <w:p>
      <w:pPr>
        <w:jc w:val="both"/>
      </w:pPr>
      <w:r>
        <w:t>346.000</w:t>
      </w:r>
    </w:p>
    <w:p>
      <w:pPr>
        <w:jc w:val="both"/>
      </w:pPr>
      <w:r>
        <w:t>1719</w:t>
      </w:r>
    </w:p>
    <w:p>
      <w:pPr>
        <w:jc w:val="both"/>
      </w:pPr>
      <w:r>
        <w:t>1703</w:t>
      </w:r>
    </w:p>
    <w:p>
      <w:pPr>
        <w:jc w:val="both"/>
      </w:pPr>
      <w:r>
        <w:t>03C3.1.VS37</w:t>
      </w:r>
    </w:p>
    <w:p>
      <w:pPr>
        <w:jc w:val="both"/>
      </w:pPr>
      <w:r>
        <w:t>Salmonella Widal</w:t>
      </w:r>
    </w:p>
    <w:p>
      <w:pPr>
        <w:jc w:val="both"/>
      </w:pPr>
      <w:r>
        <w:t>184.000</w:t>
      </w:r>
    </w:p>
    <w:p>
      <w:pPr>
        <w:jc w:val="both"/>
      </w:pPr>
      <w:r>
        <w:t>207.000</w:t>
      </w:r>
    </w:p>
    <w:p>
      <w:pPr>
        <w:jc w:val="both"/>
      </w:pPr>
      <w:r>
        <w:t>1720</w:t>
      </w:r>
    </w:p>
    <w:p>
      <w:pPr>
        <w:jc w:val="both"/>
      </w:pPr>
      <w:r>
        <w:t>1704</w:t>
      </w:r>
    </w:p>
    <w:p>
      <w:pPr>
        <w:jc w:val="both"/>
      </w:pPr>
      <w:r>
        <w:t>Toxoplasma Avidity</w:t>
      </w:r>
    </w:p>
    <w:p>
      <w:pPr>
        <w:jc w:val="both"/>
      </w:pPr>
      <w:r>
        <w:t>259.000</w:t>
      </w:r>
    </w:p>
    <w:p>
      <w:pPr>
        <w:jc w:val="both"/>
      </w:pPr>
      <w:r>
        <w:t>292.000</w:t>
      </w:r>
    </w:p>
    <w:p>
      <w:pPr>
        <w:jc w:val="both"/>
      </w:pPr>
      <w:r>
        <w:t>1721</w:t>
      </w:r>
    </w:p>
    <w:p>
      <w:pPr>
        <w:jc w:val="both"/>
      </w:pPr>
      <w:r>
        <w:t>1705</w:t>
      </w:r>
    </w:p>
    <w:p>
      <w:pPr>
        <w:jc w:val="both"/>
      </w:pPr>
      <w:r>
        <w:t>03C3.1.VS19</w:t>
      </w:r>
    </w:p>
    <w:p>
      <w:pPr>
        <w:jc w:val="both"/>
      </w:pPr>
      <w:r>
        <w:t>Toxoplasma IgG miễn dịch bán tự động/ tự động</w:t>
      </w:r>
    </w:p>
    <w:p>
      <w:pPr>
        <w:jc w:val="both"/>
      </w:pPr>
      <w:r>
        <w:t>123.000</w:t>
      </w:r>
    </w:p>
    <w:p>
      <w:pPr>
        <w:jc w:val="both"/>
      </w:pPr>
      <w:r>
        <w:t>138.000</w:t>
      </w:r>
    </w:p>
    <w:p>
      <w:pPr>
        <w:jc w:val="both"/>
      </w:pPr>
      <w:r>
        <w:t>1722</w:t>
      </w:r>
    </w:p>
    <w:p>
      <w:pPr>
        <w:jc w:val="both"/>
      </w:pPr>
      <w:r>
        <w:t>1706</w:t>
      </w:r>
    </w:p>
    <w:p>
      <w:pPr>
        <w:jc w:val="both"/>
      </w:pPr>
      <w:r>
        <w:t>03C3.1.VS18</w:t>
      </w:r>
    </w:p>
    <w:p>
      <w:pPr>
        <w:jc w:val="both"/>
      </w:pPr>
      <w:r>
        <w:t>Toxoplasma IgM miễn dịch bán tự động/ tự động</w:t>
      </w:r>
    </w:p>
    <w:p>
      <w:pPr>
        <w:jc w:val="both"/>
      </w:pPr>
      <w:r>
        <w:t>123.000</w:t>
      </w:r>
    </w:p>
    <w:p>
      <w:pPr>
        <w:jc w:val="both"/>
      </w:pPr>
      <w:r>
        <w:t>138.000</w:t>
      </w:r>
    </w:p>
    <w:p>
      <w:pPr>
        <w:jc w:val="both"/>
      </w:pPr>
      <w:r>
        <w:t>1723</w:t>
      </w:r>
    </w:p>
    <w:p>
      <w:pPr>
        <w:jc w:val="both"/>
      </w:pPr>
      <w:r>
        <w:t>1707</w:t>
      </w:r>
    </w:p>
    <w:p>
      <w:pPr>
        <w:jc w:val="both"/>
      </w:pPr>
      <w:r>
        <w:t>04C5.4.390</w:t>
      </w:r>
    </w:p>
    <w:p>
      <w:pPr>
        <w:jc w:val="both"/>
      </w:pPr>
      <w:r>
        <w:t>Treponema pallidum RPR định lượng</w:t>
      </w:r>
    </w:p>
    <w:p>
      <w:pPr>
        <w:jc w:val="both"/>
      </w:pPr>
      <w:r>
        <w:t>90.000</w:t>
      </w:r>
    </w:p>
    <w:p>
      <w:pPr>
        <w:jc w:val="both"/>
      </w:pPr>
      <w:r>
        <w:t>101.000</w:t>
      </w:r>
    </w:p>
    <w:p>
      <w:pPr>
        <w:jc w:val="both"/>
      </w:pPr>
      <w:r>
        <w:t>1724</w:t>
      </w:r>
    </w:p>
    <w:p>
      <w:pPr>
        <w:jc w:val="both"/>
      </w:pPr>
      <w:r>
        <w:t>1708</w:t>
      </w:r>
    </w:p>
    <w:p>
      <w:pPr>
        <w:jc w:val="both"/>
      </w:pPr>
      <w:r>
        <w:t>04C5.4.389</w:t>
      </w:r>
    </w:p>
    <w:p>
      <w:pPr>
        <w:jc w:val="both"/>
      </w:pPr>
      <w:r>
        <w:t>Treponema pallidum RPR định tính</w:t>
      </w:r>
    </w:p>
    <w:p>
      <w:pPr>
        <w:jc w:val="both"/>
      </w:pPr>
      <w:r>
        <w:t>39.500</w:t>
      </w:r>
    </w:p>
    <w:p>
      <w:pPr>
        <w:jc w:val="both"/>
      </w:pPr>
      <w:r>
        <w:t>44.300</w:t>
      </w:r>
    </w:p>
    <w:p>
      <w:pPr>
        <w:jc w:val="both"/>
      </w:pPr>
      <w:r>
        <w:t>1725</w:t>
      </w:r>
    </w:p>
    <w:p>
      <w:pPr>
        <w:jc w:val="both"/>
      </w:pPr>
      <w:r>
        <w:t>1709</w:t>
      </w:r>
    </w:p>
    <w:p>
      <w:pPr>
        <w:jc w:val="both"/>
      </w:pPr>
      <w:r>
        <w:t>04C5.4.392</w:t>
      </w:r>
    </w:p>
    <w:p>
      <w:pPr>
        <w:jc w:val="both"/>
      </w:pPr>
      <w:r>
        <w:t>Treponema pallidum TPHA định lượng</w:t>
      </w:r>
    </w:p>
    <w:p>
      <w:pPr>
        <w:jc w:val="both"/>
      </w:pPr>
      <w:r>
        <w:t>184.000</w:t>
      </w:r>
    </w:p>
    <w:p>
      <w:pPr>
        <w:jc w:val="both"/>
      </w:pPr>
      <w:r>
        <w:t>207.000</w:t>
      </w:r>
    </w:p>
    <w:p>
      <w:pPr>
        <w:jc w:val="both"/>
      </w:pPr>
      <w:r>
        <w:t>1726</w:t>
      </w:r>
    </w:p>
    <w:p>
      <w:pPr>
        <w:jc w:val="both"/>
      </w:pPr>
      <w:r>
        <w:t>1710</w:t>
      </w:r>
    </w:p>
    <w:p>
      <w:pPr>
        <w:jc w:val="both"/>
      </w:pPr>
      <w:r>
        <w:t>04C5.4.391</w:t>
      </w:r>
    </w:p>
    <w:p>
      <w:pPr>
        <w:jc w:val="both"/>
      </w:pPr>
      <w:r>
        <w:t>Treponema pallidum TPHA định tính</w:t>
      </w:r>
    </w:p>
    <w:p>
      <w:pPr>
        <w:jc w:val="both"/>
      </w:pPr>
      <w:r>
        <w:t>55.400</w:t>
      </w:r>
    </w:p>
    <w:p>
      <w:pPr>
        <w:jc w:val="both"/>
      </w:pPr>
      <w:r>
        <w:t>62.200</w:t>
      </w:r>
    </w:p>
    <w:p>
      <w:pPr>
        <w:jc w:val="both"/>
      </w:pPr>
      <w:r>
        <w:t>1727</w:t>
      </w:r>
    </w:p>
    <w:p>
      <w:pPr>
        <w:jc w:val="both"/>
      </w:pPr>
      <w:r>
        <w:t>1711</w:t>
      </w:r>
    </w:p>
    <w:p>
      <w:pPr>
        <w:jc w:val="both"/>
      </w:pPr>
      <w:r>
        <w:t>Trứng giun sán, đơn bào phương pháp trực tiếp</w:t>
      </w:r>
    </w:p>
    <w:p>
      <w:pPr>
        <w:jc w:val="both"/>
      </w:pPr>
      <w:r>
        <w:t>148.000</w:t>
      </w:r>
    </w:p>
    <w:p>
      <w:pPr>
        <w:jc w:val="both"/>
      </w:pPr>
      <w:r>
        <w:t>166.000</w:t>
      </w:r>
    </w:p>
    <w:p>
      <w:pPr>
        <w:jc w:val="both"/>
      </w:pPr>
      <w:r>
        <w:t>1728</w:t>
      </w:r>
    </w:p>
    <w:p>
      <w:pPr>
        <w:jc w:val="both"/>
      </w:pPr>
      <w:r>
        <w:t>1712</w:t>
      </w:r>
    </w:p>
    <w:p>
      <w:pPr>
        <w:jc w:val="both"/>
      </w:pPr>
      <w:r>
        <w:t>03C3.1.VS1</w:t>
      </w:r>
    </w:p>
    <w:p>
      <w:pPr>
        <w:jc w:val="both"/>
      </w:pPr>
      <w:r>
        <w:t>Vi hệ đường ruột</w:t>
      </w:r>
    </w:p>
    <w:p>
      <w:pPr>
        <w:jc w:val="both"/>
      </w:pPr>
      <w:r>
        <w:t>30.700</w:t>
      </w:r>
    </w:p>
    <w:p>
      <w:pPr>
        <w:jc w:val="both"/>
      </w:pPr>
      <w:r>
        <w:t>34.500</w:t>
      </w:r>
    </w:p>
    <w:p>
      <w:pPr>
        <w:jc w:val="both"/>
      </w:pPr>
      <w:r>
        <w:t>1729</w:t>
      </w:r>
    </w:p>
    <w:p>
      <w:pPr>
        <w:jc w:val="both"/>
      </w:pPr>
      <w:r>
        <w:t>1713</w:t>
      </w:r>
    </w:p>
    <w:p>
      <w:pPr>
        <w:jc w:val="both"/>
      </w:pPr>
      <w:r>
        <w:t>Vi khuẩn khẳng định</w:t>
      </w:r>
    </w:p>
    <w:p>
      <w:pPr>
        <w:jc w:val="both"/>
      </w:pPr>
      <w:r>
        <w:t>478.000</w:t>
      </w:r>
    </w:p>
    <w:p>
      <w:pPr>
        <w:jc w:val="both"/>
      </w:pPr>
      <w:r>
        <w:t>538.000</w:t>
      </w:r>
    </w:p>
    <w:p>
      <w:pPr>
        <w:jc w:val="both"/>
      </w:pPr>
      <w:r>
        <w:t>1730</w:t>
      </w:r>
    </w:p>
    <w:p>
      <w:pPr>
        <w:jc w:val="both"/>
      </w:pPr>
      <w:r>
        <w:t>1714</w:t>
      </w:r>
    </w:p>
    <w:p>
      <w:pPr>
        <w:jc w:val="both"/>
      </w:pPr>
      <w:r>
        <w:t>04C5.4.379</w:t>
      </w:r>
    </w:p>
    <w:p>
      <w:pPr>
        <w:jc w:val="both"/>
      </w:pPr>
      <w:r>
        <w:t>Vi khuẩn nhuộm soi</w:t>
      </w:r>
    </w:p>
    <w:p>
      <w:pPr>
        <w:jc w:val="both"/>
      </w:pPr>
      <w:r>
        <w:t>70.300</w:t>
      </w:r>
    </w:p>
    <w:p>
      <w:pPr>
        <w:jc w:val="both"/>
      </w:pPr>
      <w:r>
        <w:t>78.900</w:t>
      </w:r>
    </w:p>
    <w:p>
      <w:pPr>
        <w:jc w:val="both"/>
      </w:pPr>
      <w:r>
        <w:t>1731</w:t>
      </w:r>
    </w:p>
    <w:p>
      <w:pPr>
        <w:jc w:val="both"/>
      </w:pPr>
      <w:r>
        <w:t>1715</w:t>
      </w:r>
    </w:p>
    <w:p>
      <w:pPr>
        <w:jc w:val="both"/>
      </w:pPr>
      <w:r>
        <w:t>04C5.4.382</w:t>
      </w:r>
    </w:p>
    <w:p>
      <w:pPr>
        <w:jc w:val="both"/>
      </w:pPr>
      <w:r>
        <w:t>Vi khuẩn nuôi cấy định danh phương pháp thông thường</w:t>
      </w:r>
    </w:p>
    <w:p>
      <w:pPr>
        <w:jc w:val="both"/>
      </w:pPr>
      <w:r>
        <w:t>246.000</w:t>
      </w:r>
    </w:p>
    <w:p>
      <w:pPr>
        <w:jc w:val="both"/>
      </w:pPr>
      <w:r>
        <w:t>277.000</w:t>
      </w:r>
    </w:p>
    <w:p>
      <w:pPr>
        <w:jc w:val="both"/>
      </w:pPr>
      <w:r>
        <w:t>1732</w:t>
      </w:r>
    </w:p>
    <w:p>
      <w:pPr>
        <w:jc w:val="both"/>
      </w:pPr>
      <w:r>
        <w:t>1716</w:t>
      </w:r>
    </w:p>
    <w:p>
      <w:pPr>
        <w:jc w:val="both"/>
      </w:pPr>
      <w:r>
        <w:t>03C3.1.VS6</w:t>
      </w:r>
    </w:p>
    <w:p>
      <w:pPr>
        <w:jc w:val="both"/>
      </w:pPr>
      <w:r>
        <w:t>Vi khuẩn nuôi cấy và định danh hệ thống tự động</w:t>
      </w:r>
    </w:p>
    <w:p>
      <w:pPr>
        <w:jc w:val="both"/>
      </w:pPr>
      <w:r>
        <w:t>307.000</w:t>
      </w:r>
    </w:p>
    <w:p>
      <w:pPr>
        <w:jc w:val="both"/>
      </w:pPr>
      <w:r>
        <w:t>345.000</w:t>
      </w:r>
    </w:p>
    <w:p>
      <w:pPr>
        <w:jc w:val="both"/>
      </w:pPr>
      <w:r>
        <w:t>1733</w:t>
      </w:r>
    </w:p>
    <w:p>
      <w:pPr>
        <w:jc w:val="both"/>
      </w:pPr>
      <w:r>
        <w:t>1717</w:t>
      </w:r>
    </w:p>
    <w:p>
      <w:pPr>
        <w:jc w:val="both"/>
      </w:pPr>
      <w:r>
        <w:t>Vi khuẩn/ virus/ vi nấm/ ký sinh trùng (IgG, IgM) miễn dịch bán tự động/miễn dịch tự động</w:t>
      </w:r>
    </w:p>
    <w:p>
      <w:pPr>
        <w:jc w:val="both"/>
      </w:pPr>
      <w:r>
        <w:t>306.000</w:t>
      </w:r>
    </w:p>
    <w:p>
      <w:pPr>
        <w:jc w:val="both"/>
      </w:pPr>
      <w:r>
        <w:t>346.000</w:t>
      </w:r>
    </w:p>
    <w:p>
      <w:pPr>
        <w:jc w:val="both"/>
      </w:pPr>
      <w:r>
        <w:t>1734</w:t>
      </w:r>
    </w:p>
    <w:p>
      <w:pPr>
        <w:jc w:val="both"/>
      </w:pPr>
      <w:r>
        <w:t>1718</w:t>
      </w:r>
    </w:p>
    <w:p>
      <w:pPr>
        <w:jc w:val="both"/>
      </w:pPr>
      <w:r>
        <w:t>Vi khuẩn/ virus/ vi nấm/ ký sinh trùng genotype Real-time PCR (cho 1 vi sinh vật)</w:t>
      </w:r>
    </w:p>
    <w:p>
      <w:pPr>
        <w:jc w:val="both"/>
      </w:pPr>
      <w:r>
        <w:t>1.578.000</w:t>
      </w:r>
    </w:p>
    <w:p>
      <w:pPr>
        <w:jc w:val="both"/>
      </w:pPr>
      <w:r>
        <w:t>1.805.000</w:t>
      </w:r>
    </w:p>
    <w:p>
      <w:pPr>
        <w:jc w:val="both"/>
      </w:pPr>
      <w:r>
        <w:t>1735</w:t>
      </w:r>
    </w:p>
    <w:p>
      <w:pPr>
        <w:jc w:val="both"/>
      </w:pPr>
      <w:r>
        <w:t>1719</w:t>
      </w:r>
    </w:p>
    <w:p>
      <w:pPr>
        <w:jc w:val="both"/>
      </w:pPr>
      <w:r>
        <w:t>Vi khuẩn/ virus/ vi nấm/ ký sinh trùng Real-time PCR</w:t>
      </w:r>
    </w:p>
    <w:p>
      <w:pPr>
        <w:jc w:val="both"/>
      </w:pPr>
      <w:r>
        <w:t>748.000</w:t>
      </w:r>
    </w:p>
    <w:p>
      <w:pPr>
        <w:jc w:val="both"/>
      </w:pPr>
      <w:r>
        <w:t>849.000</w:t>
      </w:r>
    </w:p>
    <w:p>
      <w:pPr>
        <w:jc w:val="both"/>
      </w:pPr>
      <w:r>
        <w:t>1736</w:t>
      </w:r>
    </w:p>
    <w:p>
      <w:pPr>
        <w:jc w:val="both"/>
      </w:pPr>
      <w:r>
        <w:t>1720</w:t>
      </w:r>
    </w:p>
    <w:p>
      <w:pPr>
        <w:jc w:val="both"/>
      </w:pPr>
      <w:r>
        <w:t>Vi khuẩn/ virus/ vi nấm/ ký sinh trùng test nhanh</w:t>
      </w:r>
    </w:p>
    <w:p>
      <w:pPr>
        <w:jc w:val="both"/>
      </w:pPr>
      <w:r>
        <w:t>246.000</w:t>
      </w:r>
    </w:p>
    <w:p>
      <w:pPr>
        <w:jc w:val="both"/>
      </w:pPr>
      <w:r>
        <w:t>277.000</w:t>
      </w:r>
    </w:p>
    <w:p>
      <w:pPr>
        <w:jc w:val="both"/>
      </w:pPr>
      <w:r>
        <w:t>1737</w:t>
      </w:r>
    </w:p>
    <w:p>
      <w:pPr>
        <w:jc w:val="both"/>
      </w:pPr>
      <w:r>
        <w:t>1721</w:t>
      </w:r>
    </w:p>
    <w:p>
      <w:pPr>
        <w:jc w:val="both"/>
      </w:pPr>
      <w:r>
        <w:t>Vi khuẩn/ virus/ vi nấm/ ký sinh trùng xác định trình tự một đoạn gene</w:t>
      </w:r>
    </w:p>
    <w:p>
      <w:pPr>
        <w:jc w:val="both"/>
      </w:pPr>
      <w:r>
        <w:t>2.638.000</w:t>
      </w:r>
    </w:p>
    <w:p>
      <w:pPr>
        <w:jc w:val="both"/>
      </w:pPr>
      <w:r>
        <w:t>3.025.000</w:t>
      </w:r>
    </w:p>
    <w:p>
      <w:pPr>
        <w:jc w:val="both"/>
      </w:pPr>
      <w:r>
        <w:t>1738</w:t>
      </w:r>
    </w:p>
    <w:p>
      <w:pPr>
        <w:jc w:val="both"/>
      </w:pPr>
      <w:r>
        <w:t>1722</w:t>
      </w:r>
    </w:p>
    <w:p>
      <w:pPr>
        <w:jc w:val="both"/>
      </w:pPr>
      <w:r>
        <w:t>04C5.4.380</w:t>
      </w:r>
    </w:p>
    <w:p>
      <w:pPr>
        <w:jc w:val="both"/>
      </w:pPr>
      <w:r>
        <w:t>Vi khuẩn/vi nấm kháng thuốc định lượng (MIC - cho 1 loại kháng sinh)</w:t>
      </w:r>
    </w:p>
    <w:p>
      <w:pPr>
        <w:jc w:val="both"/>
      </w:pPr>
      <w:r>
        <w:t>191.000</w:t>
      </w:r>
    </w:p>
    <w:p>
      <w:pPr>
        <w:jc w:val="both"/>
      </w:pPr>
      <w:r>
        <w:t>214.000</w:t>
      </w:r>
    </w:p>
    <w:p>
      <w:pPr>
        <w:jc w:val="both"/>
      </w:pPr>
      <w:r>
        <w:t>1739</w:t>
      </w:r>
    </w:p>
    <w:p>
      <w:pPr>
        <w:jc w:val="both"/>
      </w:pPr>
      <w:r>
        <w:t>1723</w:t>
      </w:r>
    </w:p>
    <w:p>
      <w:pPr>
        <w:jc w:val="both"/>
      </w:pPr>
      <w:r>
        <w:t>04C5.4.381</w:t>
      </w:r>
    </w:p>
    <w:p>
      <w:pPr>
        <w:jc w:val="both"/>
      </w:pPr>
      <w:r>
        <w:t>Vi khuẩn/ vi nấm kháng thuốc định tính hoặc vi khuẩn/ vi nấm kháng thuốc trên máy tự động</w:t>
      </w:r>
    </w:p>
    <w:p>
      <w:pPr>
        <w:jc w:val="both"/>
      </w:pPr>
      <w:r>
        <w:t>202.000</w:t>
      </w:r>
    </w:p>
    <w:p>
      <w:pPr>
        <w:jc w:val="both"/>
      </w:pPr>
      <w:r>
        <w:t>227.000</w:t>
      </w:r>
    </w:p>
    <w:p>
      <w:pPr>
        <w:jc w:val="both"/>
      </w:pPr>
      <w:r>
        <w:t>1740</w:t>
      </w:r>
    </w:p>
    <w:p>
      <w:pPr>
        <w:jc w:val="both"/>
      </w:pPr>
      <w:r>
        <w:t>1724</w:t>
      </w:r>
    </w:p>
    <w:p>
      <w:pPr>
        <w:jc w:val="both"/>
      </w:pPr>
      <w:r>
        <w:t>04C5.4.383</w:t>
      </w:r>
    </w:p>
    <w:p>
      <w:pPr>
        <w:jc w:val="both"/>
      </w:pPr>
      <w:r>
        <w:t>Vi nấm nuôi cấy và định danh phương pháp thông thường</w:t>
      </w:r>
    </w:p>
    <w:p>
      <w:pPr>
        <w:jc w:val="both"/>
      </w:pPr>
      <w:r>
        <w:t>246.000</w:t>
      </w:r>
    </w:p>
    <w:p>
      <w:pPr>
        <w:jc w:val="both"/>
      </w:pPr>
      <w:r>
        <w:t>277.000</w:t>
      </w:r>
    </w:p>
    <w:p>
      <w:pPr>
        <w:jc w:val="both"/>
      </w:pPr>
      <w:r>
        <w:t>1741</w:t>
      </w:r>
    </w:p>
    <w:p>
      <w:pPr>
        <w:jc w:val="both"/>
      </w:pPr>
      <w:r>
        <w:t>1725</w:t>
      </w:r>
    </w:p>
    <w:p>
      <w:pPr>
        <w:jc w:val="both"/>
      </w:pPr>
      <w:r>
        <w:t>03C3.1.VS10</w:t>
      </w:r>
    </w:p>
    <w:p>
      <w:pPr>
        <w:jc w:val="both"/>
      </w:pPr>
      <w:r>
        <w:t>Xác định dịch cúm, á cúm 2 bằng miễn dịch bán tự động/tự động</w:t>
      </w:r>
    </w:p>
    <w:p>
      <w:pPr>
        <w:jc w:val="both"/>
      </w:pPr>
      <w:r>
        <w:t>482.000</w:t>
      </w:r>
    </w:p>
    <w:p>
      <w:pPr>
        <w:jc w:val="both"/>
      </w:pPr>
      <w:r>
        <w:t>546.000</w:t>
      </w:r>
    </w:p>
    <w:p>
      <w:pPr>
        <w:jc w:val="both"/>
      </w:pPr>
      <w:r>
        <w:t>1742</w:t>
      </w:r>
    </w:p>
    <w:p>
      <w:pPr>
        <w:jc w:val="both"/>
      </w:pPr>
      <w:r>
        <w:t>1726</w:t>
      </w:r>
    </w:p>
    <w:p>
      <w:pPr>
        <w:jc w:val="both"/>
      </w:pPr>
      <w:r>
        <w:t>HBV kháng thuốc Real-time PCR (cho một loại thuốc)</w:t>
      </w:r>
    </w:p>
    <w:p>
      <w:pPr>
        <w:jc w:val="both"/>
      </w:pPr>
      <w:r>
        <w:t>1.128.000</w:t>
      </w:r>
    </w:p>
    <w:p>
      <w:pPr>
        <w:jc w:val="both"/>
      </w:pPr>
      <w:r>
        <w:t>1.287.000</w:t>
      </w:r>
    </w:p>
    <w:p>
      <w:pPr>
        <w:jc w:val="both"/>
      </w:pPr>
      <w:r>
        <w:t>1743</w:t>
      </w:r>
    </w:p>
    <w:p>
      <w:pPr>
        <w:jc w:val="both"/>
      </w:pPr>
      <w:r>
        <w:t>1727</w:t>
      </w:r>
    </w:p>
    <w:p>
      <w:pPr>
        <w:jc w:val="both"/>
      </w:pPr>
      <w:r>
        <w:t>03C3.3.1</w:t>
      </w:r>
    </w:p>
    <w:p>
      <w:pPr>
        <w:jc w:val="both"/>
      </w:pPr>
      <w:r>
        <w:t>Xét nghiệm cặn dư phân</w:t>
      </w:r>
    </w:p>
    <w:p>
      <w:pPr>
        <w:jc w:val="both"/>
      </w:pPr>
      <w:r>
        <w:t>55.400</w:t>
      </w:r>
    </w:p>
    <w:p>
      <w:pPr>
        <w:jc w:val="both"/>
      </w:pPr>
      <w:r>
        <w:t>62.200</w:t>
      </w:r>
    </w:p>
    <w:p>
      <w:pPr>
        <w:jc w:val="both"/>
      </w:pPr>
      <w:r>
        <w:t>V</w:t>
      </w:r>
    </w:p>
    <w:p>
      <w:pPr>
        <w:jc w:val="both"/>
      </w:pPr>
      <w:r>
        <w:t>V</w:t>
      </w:r>
    </w:p>
    <w:p>
      <w:pPr>
        <w:jc w:val="both"/>
      </w:pPr>
      <w:r>
        <w:t>XÉT NGHIỆM GIẢI PHẪU BỆNH LÝ :</w:t>
      </w:r>
    </w:p>
    <w:p>
      <w:pPr>
        <w:jc w:val="both"/>
      </w:pPr>
      <w:r>
        <w:t>1744</w:t>
      </w:r>
    </w:p>
    <w:p>
      <w:pPr>
        <w:jc w:val="both"/>
      </w:pPr>
      <w:r>
        <w:t>1728</w:t>
      </w:r>
    </w:p>
    <w:p>
      <w:pPr>
        <w:jc w:val="both"/>
      </w:pPr>
      <w:r>
        <w:t>03C3.5.16</w:t>
      </w:r>
    </w:p>
    <w:p>
      <w:pPr>
        <w:jc w:val="both"/>
      </w:pPr>
      <w:r>
        <w:t>Chẩn đoán mô bệnh học bệnh phẩm phẫu thuật</w:t>
      </w:r>
    </w:p>
    <w:p>
      <w:pPr>
        <w:jc w:val="both"/>
      </w:pPr>
      <w:r>
        <w:t>162.000</w:t>
      </w:r>
    </w:p>
    <w:p>
      <w:pPr>
        <w:jc w:val="both"/>
      </w:pPr>
      <w:r>
        <w:t>177.000</w:t>
      </w:r>
    </w:p>
    <w:p>
      <w:pPr>
        <w:jc w:val="both"/>
      </w:pPr>
      <w:r>
        <w:t>1745</w:t>
      </w:r>
    </w:p>
    <w:p>
      <w:pPr>
        <w:jc w:val="both"/>
      </w:pPr>
      <w:r>
        <w:t>1729</w:t>
      </w:r>
    </w:p>
    <w:p>
      <w:pPr>
        <w:jc w:val="both"/>
      </w:pPr>
      <w:r>
        <w:t>03C3.5.18</w:t>
      </w:r>
    </w:p>
    <w:p>
      <w:pPr>
        <w:jc w:val="both"/>
      </w:pPr>
      <w:r>
        <w:t>Chọc, hút tuyến tiền liệt, nhuộm và chẩn đoán</w:t>
      </w:r>
    </w:p>
    <w:p>
      <w:pPr>
        <w:jc w:val="both"/>
      </w:pPr>
      <w:r>
        <w:t>325.000</w:t>
      </w:r>
    </w:p>
    <w:p>
      <w:pPr>
        <w:jc w:val="both"/>
      </w:pPr>
      <w:r>
        <w:t>355.000</w:t>
      </w:r>
    </w:p>
    <w:p>
      <w:pPr>
        <w:jc w:val="both"/>
      </w:pPr>
      <w:r>
        <w:t>1746</w:t>
      </w:r>
    </w:p>
    <w:p>
      <w:pPr>
        <w:jc w:val="both"/>
      </w:pPr>
      <w:r>
        <w:t>1730</w:t>
      </w:r>
    </w:p>
    <w:p>
      <w:pPr>
        <w:jc w:val="both"/>
      </w:pPr>
      <w:r>
        <w:t>03C3.5.19</w:t>
      </w:r>
    </w:p>
    <w:p>
      <w:pPr>
        <w:jc w:val="both"/>
      </w:pPr>
      <w:r>
        <w:t>Chọc, hút, nhuộm và chẩn đoán mào tinh hoàn/tinh hoàn trong điều trị vô sinh</w:t>
      </w:r>
    </w:p>
    <w:p>
      <w:pPr>
        <w:jc w:val="both"/>
      </w:pPr>
      <w:r>
        <w:t>587.000</w:t>
      </w:r>
    </w:p>
    <w:p>
      <w:pPr>
        <w:jc w:val="both"/>
      </w:pPr>
      <w:r>
        <w:t>648.000</w:t>
      </w:r>
    </w:p>
    <w:p>
      <w:pPr>
        <w:jc w:val="both"/>
      </w:pPr>
      <w:r>
        <w:t>1747</w:t>
      </w:r>
    </w:p>
    <w:p>
      <w:pPr>
        <w:jc w:val="both"/>
      </w:pPr>
      <w:r>
        <w:t>1731</w:t>
      </w:r>
    </w:p>
    <w:p>
      <w:pPr>
        <w:jc w:val="both"/>
      </w:pPr>
      <w:r>
        <w:t>03C3.5.21</w:t>
      </w:r>
    </w:p>
    <w:p>
      <w:pPr>
        <w:jc w:val="both"/>
      </w:pPr>
      <w:r>
        <w:t>Chọc, hút, nhuộm và chẩn đoán u nang buồng trứng</w:t>
      </w:r>
    </w:p>
    <w:p>
      <w:pPr>
        <w:jc w:val="both"/>
      </w:pPr>
      <w:r>
        <w:t>456.000</w:t>
      </w:r>
    </w:p>
    <w:p>
      <w:pPr>
        <w:jc w:val="both"/>
      </w:pPr>
      <w:r>
        <w:t>501.000</w:t>
      </w:r>
    </w:p>
    <w:p>
      <w:pPr>
        <w:jc w:val="both"/>
      </w:pPr>
      <w:r>
        <w:t>1748</w:t>
      </w:r>
    </w:p>
    <w:p>
      <w:pPr>
        <w:jc w:val="both"/>
      </w:pPr>
      <w:r>
        <w:t>1732</w:t>
      </w:r>
    </w:p>
    <w:p>
      <w:pPr>
        <w:jc w:val="both"/>
      </w:pPr>
      <w:r>
        <w:t>03C3.5.17</w:t>
      </w:r>
    </w:p>
    <w:p>
      <w:pPr>
        <w:jc w:val="both"/>
      </w:pPr>
      <w:r>
        <w:t>Chọc, hút, nhuộm, chẩn đoán các u nang (1 u)</w:t>
      </w:r>
    </w:p>
    <w:p>
      <w:pPr>
        <w:jc w:val="both"/>
      </w:pPr>
      <w:r>
        <w:t>162.000</w:t>
      </w:r>
    </w:p>
    <w:p>
      <w:pPr>
        <w:jc w:val="both"/>
      </w:pPr>
      <w:r>
        <w:t>177.000</w:t>
      </w:r>
    </w:p>
    <w:p>
      <w:pPr>
        <w:jc w:val="both"/>
      </w:pPr>
      <w:r>
        <w:t>1749</w:t>
      </w:r>
    </w:p>
    <w:p>
      <w:pPr>
        <w:jc w:val="both"/>
      </w:pPr>
      <w:r>
        <w:t>1733</w:t>
      </w:r>
    </w:p>
    <w:p>
      <w:pPr>
        <w:jc w:val="both"/>
      </w:pPr>
      <w:r>
        <w:t>03C3.5.20</w:t>
      </w:r>
    </w:p>
    <w:p>
      <w:pPr>
        <w:jc w:val="both"/>
      </w:pPr>
      <w:r>
        <w:t>Chọc, hút, xét nghiệm tế bào các u/ tổn thương sâu</w:t>
      </w:r>
    </w:p>
    <w:p>
      <w:pPr>
        <w:jc w:val="both"/>
      </w:pPr>
      <w:r>
        <w:t>243.000</w:t>
      </w:r>
    </w:p>
    <w:p>
      <w:pPr>
        <w:jc w:val="both"/>
      </w:pPr>
      <w:r>
        <w:t>266.000</w:t>
      </w:r>
    </w:p>
    <w:p>
      <w:pPr>
        <w:jc w:val="both"/>
      </w:pPr>
      <w:r>
        <w:t>1750</w:t>
      </w:r>
    </w:p>
    <w:p>
      <w:pPr>
        <w:jc w:val="both"/>
      </w:pPr>
      <w:r>
        <w:t>1734</w:t>
      </w:r>
    </w:p>
    <w:p>
      <w:pPr>
        <w:jc w:val="both"/>
      </w:pPr>
      <w:r>
        <w:t>03C3.5.23</w:t>
      </w:r>
    </w:p>
    <w:p>
      <w:pPr>
        <w:jc w:val="both"/>
      </w:pPr>
      <w:r>
        <w:t>Sinh thiết và làm tiêu bản tổ chức xương</w:t>
      </w:r>
    </w:p>
    <w:p>
      <w:pPr>
        <w:jc w:val="both"/>
      </w:pPr>
      <w:r>
        <w:t>162.000</w:t>
      </w:r>
    </w:p>
    <w:p>
      <w:pPr>
        <w:jc w:val="both"/>
      </w:pPr>
      <w:r>
        <w:t>177.000</w:t>
      </w:r>
    </w:p>
    <w:p>
      <w:pPr>
        <w:jc w:val="both"/>
      </w:pPr>
      <w:r>
        <w:t>1751</w:t>
      </w:r>
    </w:p>
    <w:p>
      <w:pPr>
        <w:jc w:val="both"/>
      </w:pPr>
      <w:r>
        <w:t>1735</w:t>
      </w:r>
    </w:p>
    <w:p>
      <w:pPr>
        <w:jc w:val="both"/>
      </w:pPr>
      <w:r>
        <w:t>04C5.4.414</w:t>
      </w:r>
    </w:p>
    <w:p>
      <w:pPr>
        <w:jc w:val="both"/>
      </w:pPr>
      <w:r>
        <w:t>Xét nghiệm các loại dịch, nhuộm và chẩn đoán tế bào học</w:t>
      </w:r>
    </w:p>
    <w:p>
      <w:pPr>
        <w:jc w:val="both"/>
      </w:pPr>
      <w:r>
        <w:t>170.000</w:t>
      </w:r>
    </w:p>
    <w:p>
      <w:pPr>
        <w:jc w:val="both"/>
      </w:pPr>
      <w:r>
        <w:t>186.000</w:t>
      </w:r>
    </w:p>
    <w:p>
      <w:pPr>
        <w:jc w:val="both"/>
      </w:pPr>
      <w:r>
        <w:t>1752</w:t>
      </w:r>
    </w:p>
    <w:p>
      <w:pPr>
        <w:jc w:val="both"/>
      </w:pPr>
      <w:r>
        <w:t>1736</w:t>
      </w:r>
    </w:p>
    <w:p>
      <w:pPr>
        <w:jc w:val="both"/>
      </w:pPr>
      <w:r>
        <w:t>04C5.4.409</w:t>
      </w:r>
    </w:p>
    <w:p>
      <w:pPr>
        <w:jc w:val="both"/>
      </w:pPr>
      <w:r>
        <w:t>Xét nghiệm chẩn đoán tế bào học bong bằng phương pháp nhuộm Papanicolaou</w:t>
      </w:r>
    </w:p>
    <w:p>
      <w:pPr>
        <w:jc w:val="both"/>
      </w:pPr>
      <w:r>
        <w:t>374.000</w:t>
      </w:r>
    </w:p>
    <w:p>
      <w:pPr>
        <w:jc w:val="both"/>
      </w:pPr>
      <w:r>
        <w:t>408.000</w:t>
      </w:r>
    </w:p>
    <w:p>
      <w:pPr>
        <w:jc w:val="both"/>
      </w:pPr>
      <w:r>
        <w:t>1753</w:t>
      </w:r>
    </w:p>
    <w:p>
      <w:pPr>
        <w:jc w:val="both"/>
      </w:pPr>
      <w:r>
        <w:t>1737</w:t>
      </w:r>
    </w:p>
    <w:p>
      <w:pPr>
        <w:jc w:val="both"/>
      </w:pPr>
      <w:r>
        <w:t>03C3.5.22</w:t>
      </w:r>
    </w:p>
    <w:p>
      <w:pPr>
        <w:jc w:val="both"/>
      </w:pPr>
      <w:r>
        <w:t>Xét nghiệm cyto (tế bào)</w:t>
      </w:r>
    </w:p>
    <w:p>
      <w:pPr>
        <w:jc w:val="both"/>
      </w:pPr>
      <w:r>
        <w:t>113.000</w:t>
      </w:r>
    </w:p>
    <w:p>
      <w:pPr>
        <w:jc w:val="both"/>
      </w:pPr>
      <w:r>
        <w:t>124.000</w:t>
      </w:r>
    </w:p>
    <w:p>
      <w:pPr>
        <w:jc w:val="both"/>
      </w:pPr>
      <w:r>
        <w:t>1754</w:t>
      </w:r>
    </w:p>
    <w:p>
      <w:pPr>
        <w:jc w:val="both"/>
      </w:pPr>
      <w:r>
        <w:t>1738</w:t>
      </w:r>
    </w:p>
    <w:p>
      <w:pPr>
        <w:jc w:val="both"/>
      </w:pPr>
      <w:r>
        <w:t>Xét nghiệm đột biến gen BRAF</w:t>
      </w:r>
    </w:p>
    <w:p>
      <w:pPr>
        <w:jc w:val="both"/>
      </w:pPr>
      <w:r>
        <w:t>4.700.000</w:t>
      </w:r>
    </w:p>
    <w:p>
      <w:pPr>
        <w:jc w:val="both"/>
      </w:pPr>
      <w:r>
        <w:t>5.336.000</w:t>
      </w:r>
    </w:p>
    <w:p>
      <w:pPr>
        <w:jc w:val="both"/>
      </w:pPr>
      <w:r>
        <w:t>1755</w:t>
      </w:r>
    </w:p>
    <w:p>
      <w:pPr>
        <w:jc w:val="both"/>
      </w:pPr>
      <w:r>
        <w:t>1739</w:t>
      </w:r>
    </w:p>
    <w:p>
      <w:pPr>
        <w:jc w:val="both"/>
      </w:pPr>
      <w:r>
        <w:t>Xét nghiệm đột biến gen EGFR</w:t>
      </w:r>
    </w:p>
    <w:p>
      <w:pPr>
        <w:jc w:val="both"/>
      </w:pPr>
      <w:r>
        <w:t>5.500.000</w:t>
      </w:r>
    </w:p>
    <w:p>
      <w:pPr>
        <w:jc w:val="both"/>
      </w:pPr>
      <w:r>
        <w:t>6.257.000</w:t>
      </w:r>
    </w:p>
    <w:p>
      <w:pPr>
        <w:jc w:val="both"/>
      </w:pPr>
      <w:r>
        <w:t>1756</w:t>
      </w:r>
    </w:p>
    <w:p>
      <w:pPr>
        <w:jc w:val="both"/>
      </w:pPr>
      <w:r>
        <w:t>1740</w:t>
      </w:r>
    </w:p>
    <w:p>
      <w:pPr>
        <w:jc w:val="both"/>
      </w:pPr>
      <w:r>
        <w:t>Xét nghiệm đột biến gen KRAS</w:t>
      </w:r>
    </w:p>
    <w:p>
      <w:pPr>
        <w:jc w:val="both"/>
      </w:pPr>
      <w:r>
        <w:t>5.300.000</w:t>
      </w:r>
    </w:p>
    <w:p>
      <w:pPr>
        <w:jc w:val="both"/>
      </w:pPr>
      <w:r>
        <w:t>6.027.000</w:t>
      </w:r>
    </w:p>
    <w:p>
      <w:pPr>
        <w:jc w:val="both"/>
      </w:pPr>
      <w:r>
        <w:t>1757</w:t>
      </w:r>
    </w:p>
    <w:p>
      <w:pPr>
        <w:jc w:val="both"/>
      </w:pPr>
      <w:r>
        <w:t>1741</w:t>
      </w:r>
    </w:p>
    <w:p>
      <w:pPr>
        <w:jc w:val="both"/>
      </w:pPr>
      <w:r>
        <w:t>Xét nghiệm FISH</w:t>
      </w:r>
    </w:p>
    <w:p>
      <w:pPr>
        <w:jc w:val="both"/>
      </w:pPr>
      <w:r>
        <w:t>5.700.000</w:t>
      </w:r>
    </w:p>
    <w:p>
      <w:pPr>
        <w:jc w:val="both"/>
      </w:pPr>
      <w:r>
        <w:t>6.487.000</w:t>
      </w:r>
    </w:p>
    <w:p>
      <w:pPr>
        <w:jc w:val="both"/>
      </w:pPr>
      <w:r>
        <w:t>1758</w:t>
      </w:r>
    </w:p>
    <w:p>
      <w:pPr>
        <w:jc w:val="both"/>
      </w:pPr>
      <w:r>
        <w:t>1742</w:t>
      </w:r>
    </w:p>
    <w:p>
      <w:pPr>
        <w:jc w:val="both"/>
      </w:pPr>
      <w:r>
        <w:t>Xét nghiệm lai tại chỗ bạc hai màu (Dual-SISH)</w:t>
      </w:r>
    </w:p>
    <w:p>
      <w:pPr>
        <w:jc w:val="both"/>
      </w:pPr>
      <w:r>
        <w:t>4.800.000</w:t>
      </w:r>
    </w:p>
    <w:p>
      <w:pPr>
        <w:jc w:val="both"/>
      </w:pPr>
      <w:r>
        <w:t>5.451.000</w:t>
      </w:r>
    </w:p>
    <w:p>
      <w:pPr>
        <w:jc w:val="both"/>
      </w:pPr>
      <w:r>
        <w:t>1759</w:t>
      </w:r>
    </w:p>
    <w:p>
      <w:pPr>
        <w:jc w:val="both"/>
      </w:pPr>
      <w:r>
        <w:t>1743</w:t>
      </w:r>
    </w:p>
    <w:p>
      <w:pPr>
        <w:jc w:val="both"/>
      </w:pPr>
      <w:r>
        <w:t>Xét nghiệm lai tại chỗ gắn màu (CISH)</w:t>
      </w:r>
    </w:p>
    <w:p>
      <w:pPr>
        <w:jc w:val="both"/>
      </w:pPr>
      <w:r>
        <w:t>5.500.000</w:t>
      </w:r>
    </w:p>
    <w:p>
      <w:pPr>
        <w:jc w:val="both"/>
      </w:pPr>
      <w:r>
        <w:t>6.257.000</w:t>
      </w:r>
    </w:p>
    <w:p>
      <w:pPr>
        <w:jc w:val="both"/>
      </w:pPr>
      <w:r>
        <w:t>1760</w:t>
      </w:r>
    </w:p>
    <w:p>
      <w:pPr>
        <w:jc w:val="both"/>
      </w:pPr>
      <w:r>
        <w:t>1744</w:t>
      </w:r>
    </w:p>
    <w:p>
      <w:pPr>
        <w:jc w:val="both"/>
      </w:pPr>
      <w:r>
        <w:t>Cell Bloc (khối tế bào)</w:t>
      </w:r>
    </w:p>
    <w:p>
      <w:pPr>
        <w:jc w:val="both"/>
      </w:pPr>
      <w:r>
        <w:t>248.000</w:t>
      </w:r>
    </w:p>
    <w:p>
      <w:pPr>
        <w:jc w:val="both"/>
      </w:pPr>
      <w:r>
        <w:t>273.000</w:t>
      </w:r>
    </w:p>
    <w:p>
      <w:pPr>
        <w:jc w:val="both"/>
      </w:pPr>
      <w:r>
        <w:t>1761</w:t>
      </w:r>
    </w:p>
    <w:p>
      <w:pPr>
        <w:jc w:val="both"/>
      </w:pPr>
      <w:r>
        <w:t>1745</w:t>
      </w:r>
    </w:p>
    <w:p>
      <w:pPr>
        <w:jc w:val="both"/>
      </w:pPr>
      <w:r>
        <w:t>Thin-PAS</w:t>
      </w:r>
    </w:p>
    <w:p>
      <w:pPr>
        <w:jc w:val="both"/>
      </w:pPr>
      <w:r>
        <w:t>578.000</w:t>
      </w:r>
    </w:p>
    <w:p>
      <w:pPr>
        <w:jc w:val="both"/>
      </w:pPr>
      <w:r>
        <w:t>653.000</w:t>
      </w:r>
    </w:p>
    <w:p>
      <w:pPr>
        <w:jc w:val="both"/>
      </w:pPr>
      <w:r>
        <w:t>1762</w:t>
      </w:r>
    </w:p>
    <w:p>
      <w:pPr>
        <w:jc w:val="both"/>
      </w:pPr>
      <w:r>
        <w:t>1746</w:t>
      </w:r>
    </w:p>
    <w:p>
      <w:pPr>
        <w:jc w:val="both"/>
      </w:pPr>
      <w:r>
        <w:t>04C5.4.410</w:t>
      </w:r>
    </w:p>
    <w:p>
      <w:pPr>
        <w:jc w:val="both"/>
      </w:pPr>
      <w:r>
        <w:t>Xét nghiệm và chẩn đoán hoá mô miễn dịch cho một dấu ấn (Marker) chưa bao gồm kháng thể 2 và hóa chất bộc lộ kháng nguyên</w:t>
      </w:r>
    </w:p>
    <w:p>
      <w:pPr>
        <w:jc w:val="both"/>
      </w:pPr>
      <w:r>
        <w:t>463.000</w:t>
      </w:r>
    </w:p>
    <w:p>
      <w:pPr>
        <w:jc w:val="both"/>
      </w:pPr>
      <w:r>
        <w:t>509.000</w:t>
      </w:r>
    </w:p>
    <w:p>
      <w:pPr>
        <w:jc w:val="both"/>
      </w:pPr>
      <w:r>
        <w:t>Chưa bao gồm kháng thể 2 và hóa chất bộc lộ kháng nguyên.</w:t>
      </w:r>
    </w:p>
    <w:p>
      <w:pPr>
        <w:jc w:val="both"/>
      </w:pPr>
      <w:r>
        <w:t>1763</w:t>
      </w:r>
    </w:p>
    <w:p>
      <w:pPr>
        <w:jc w:val="both"/>
      </w:pPr>
      <w:r>
        <w:t>1747</w:t>
      </w:r>
    </w:p>
    <w:p>
      <w:pPr>
        <w:jc w:val="both"/>
      </w:pPr>
      <w:r>
        <w:t>04C5.4.411</w:t>
      </w:r>
    </w:p>
    <w:p>
      <w:pPr>
        <w:jc w:val="both"/>
      </w:pPr>
      <w:r>
        <w:t>Xét nghiệm và chẩn đoán miễn dịch huỳnh quang cho bộ 6 kháng thể để chẩn đoán mô bệnh học</w:t>
      </w:r>
    </w:p>
    <w:p>
      <w:pPr>
        <w:jc w:val="both"/>
      </w:pPr>
      <w:r>
        <w:t>1.300.000</w:t>
      </w:r>
    </w:p>
    <w:p>
      <w:pPr>
        <w:jc w:val="both"/>
      </w:pPr>
      <w:r>
        <w:t>1.449.000</w:t>
      </w:r>
    </w:p>
    <w:p>
      <w:pPr>
        <w:jc w:val="both"/>
      </w:pPr>
      <w:r>
        <w:t>1764</w:t>
      </w:r>
    </w:p>
    <w:p>
      <w:pPr>
        <w:jc w:val="both"/>
      </w:pPr>
      <w:r>
        <w:t>1748</w:t>
      </w:r>
    </w:p>
    <w:p>
      <w:pPr>
        <w:jc w:val="both"/>
      </w:pPr>
      <w:r>
        <w:t>04C5.4.404</w:t>
      </w:r>
    </w:p>
    <w:p>
      <w:pPr>
        <w:jc w:val="both"/>
      </w:pPr>
      <w:r>
        <w:t>Xét nghiệm và chẩn đoán mô bệnh học bằng phương pháp nhuộm Đỏ Công gô</w:t>
      </w:r>
    </w:p>
    <w:p>
      <w:pPr>
        <w:jc w:val="both"/>
      </w:pPr>
      <w:r>
        <w:t>317.000</w:t>
      </w:r>
    </w:p>
    <w:p>
      <w:pPr>
        <w:jc w:val="both"/>
      </w:pPr>
      <w:r>
        <w:t>348.000</w:t>
      </w:r>
    </w:p>
    <w:p>
      <w:pPr>
        <w:jc w:val="both"/>
      </w:pPr>
      <w:r>
        <w:t>1765</w:t>
      </w:r>
    </w:p>
    <w:p>
      <w:pPr>
        <w:jc w:val="both"/>
      </w:pPr>
      <w:r>
        <w:t>1749</w:t>
      </w:r>
    </w:p>
    <w:p>
      <w:pPr>
        <w:jc w:val="both"/>
      </w:pPr>
      <w:r>
        <w:t>04C5.4.408</w:t>
      </w:r>
    </w:p>
    <w:p>
      <w:pPr>
        <w:jc w:val="both"/>
      </w:pPr>
      <w:r>
        <w:t>Xét nghiệm và chẩn đoán mô bệnh học bằng phương pháp nhuộm Giem sa</w:t>
      </w:r>
    </w:p>
    <w:p>
      <w:pPr>
        <w:jc w:val="both"/>
      </w:pPr>
      <w:r>
        <w:t>301.000</w:t>
      </w:r>
    </w:p>
    <w:p>
      <w:pPr>
        <w:jc w:val="both"/>
      </w:pPr>
      <w:r>
        <w:t>330.000</w:t>
      </w:r>
    </w:p>
    <w:p>
      <w:pPr>
        <w:jc w:val="both"/>
      </w:pPr>
      <w:r>
        <w:t>1766</w:t>
      </w:r>
    </w:p>
    <w:p>
      <w:pPr>
        <w:jc w:val="both"/>
      </w:pPr>
      <w:r>
        <w:t>1750</w:t>
      </w:r>
    </w:p>
    <w:p>
      <w:pPr>
        <w:jc w:val="both"/>
      </w:pPr>
      <w:r>
        <w:t>04C5.4.413</w:t>
      </w:r>
    </w:p>
    <w:p>
      <w:pPr>
        <w:jc w:val="both"/>
      </w:pPr>
      <w:r>
        <w:t>Xét nghiệm và chẩn đoán mô bệnh học bằng phương pháp nhuộm Gomori</w:t>
      </w:r>
    </w:p>
    <w:p>
      <w:pPr>
        <w:jc w:val="both"/>
      </w:pPr>
      <w:r>
        <w:t>391.000</w:t>
      </w:r>
    </w:p>
    <w:p>
      <w:pPr>
        <w:jc w:val="both"/>
      </w:pPr>
      <w:r>
        <w:t>428.000</w:t>
      </w:r>
    </w:p>
    <w:p>
      <w:pPr>
        <w:jc w:val="both"/>
      </w:pPr>
      <w:r>
        <w:t>1767</w:t>
      </w:r>
    </w:p>
    <w:p>
      <w:pPr>
        <w:jc w:val="both"/>
      </w:pPr>
      <w:r>
        <w:t>1751</w:t>
      </w:r>
    </w:p>
    <w:p>
      <w:pPr>
        <w:jc w:val="both"/>
      </w:pPr>
      <w:r>
        <w:t>04C5.4.401</w:t>
      </w:r>
    </w:p>
    <w:p>
      <w:pPr>
        <w:jc w:val="both"/>
      </w:pPr>
      <w:r>
        <w:t>Xét nghiệm và chẩn đoán mô bệnh học bằng phương pháp nhuộm Hemtoxylin Eosin</w:t>
      </w:r>
    </w:p>
    <w:p>
      <w:pPr>
        <w:jc w:val="both"/>
      </w:pPr>
      <w:r>
        <w:t>350.000</w:t>
      </w:r>
    </w:p>
    <w:p>
      <w:pPr>
        <w:jc w:val="both"/>
      </w:pPr>
      <w:r>
        <w:t>383.000</w:t>
      </w:r>
    </w:p>
    <w:p>
      <w:pPr>
        <w:jc w:val="both"/>
      </w:pPr>
      <w:r>
        <w:t>1768</w:t>
      </w:r>
    </w:p>
    <w:p>
      <w:pPr>
        <w:jc w:val="both"/>
      </w:pPr>
      <w:r>
        <w:t>1752</w:t>
      </w:r>
    </w:p>
    <w:p>
      <w:pPr>
        <w:jc w:val="both"/>
      </w:pPr>
      <w:r>
        <w:t>04C5.4.403</w:t>
      </w:r>
    </w:p>
    <w:p>
      <w:pPr>
        <w:jc w:val="both"/>
      </w:pPr>
      <w:r>
        <w:t>Xét nghiệm và chẩn đoán mô bệnh học bằng phương pháp nhuộm Mucicarmin</w:t>
      </w:r>
    </w:p>
    <w:p>
      <w:pPr>
        <w:jc w:val="both"/>
      </w:pPr>
      <w:r>
        <w:t>439.000</w:t>
      </w:r>
    </w:p>
    <w:p>
      <w:pPr>
        <w:jc w:val="both"/>
      </w:pPr>
      <w:r>
        <w:t>481.000</w:t>
      </w:r>
    </w:p>
    <w:p>
      <w:pPr>
        <w:jc w:val="both"/>
      </w:pPr>
      <w:r>
        <w:t>1769</w:t>
      </w:r>
    </w:p>
    <w:p>
      <w:pPr>
        <w:jc w:val="both"/>
      </w:pPr>
      <w:r>
        <w:t>1753</w:t>
      </w:r>
    </w:p>
    <w:p>
      <w:pPr>
        <w:jc w:val="both"/>
      </w:pPr>
      <w:r>
        <w:t>04C5.4.402</w:t>
      </w:r>
    </w:p>
    <w:p>
      <w:pPr>
        <w:jc w:val="both"/>
      </w:pPr>
      <w:r>
        <w:t>Xét nghiệm và chẩn đoán mô bệnh học bằng phương pháp nhuộm PAS (Periodic Acide - Siff)</w:t>
      </w:r>
    </w:p>
    <w:p>
      <w:pPr>
        <w:jc w:val="both"/>
      </w:pPr>
      <w:r>
        <w:t>415.000</w:t>
      </w:r>
    </w:p>
    <w:p>
      <w:pPr>
        <w:jc w:val="both"/>
      </w:pPr>
      <w:r>
        <w:t>455.000</w:t>
      </w:r>
    </w:p>
    <w:p>
      <w:pPr>
        <w:jc w:val="both"/>
      </w:pPr>
      <w:r>
        <w:t>1770</w:t>
      </w:r>
    </w:p>
    <w:p>
      <w:pPr>
        <w:jc w:val="both"/>
      </w:pPr>
      <w:r>
        <w:t>1754</w:t>
      </w:r>
    </w:p>
    <w:p>
      <w:pPr>
        <w:jc w:val="both"/>
      </w:pPr>
      <w:r>
        <w:t>04C5.4.405</w:t>
      </w:r>
    </w:p>
    <w:p>
      <w:pPr>
        <w:jc w:val="both"/>
      </w:pPr>
      <w:r>
        <w:t>Xét nghiệm và chẩn đoán mô bệnh học bằng phương pháp nhuộm Sudan III</w:t>
      </w:r>
    </w:p>
    <w:p>
      <w:pPr>
        <w:jc w:val="both"/>
      </w:pPr>
      <w:r>
        <w:t>431.000</w:t>
      </w:r>
    </w:p>
    <w:p>
      <w:pPr>
        <w:jc w:val="both"/>
      </w:pPr>
      <w:r>
        <w:t>472.000</w:t>
      </w:r>
    </w:p>
    <w:p>
      <w:pPr>
        <w:jc w:val="both"/>
      </w:pPr>
      <w:r>
        <w:t>1771</w:t>
      </w:r>
    </w:p>
    <w:p>
      <w:pPr>
        <w:jc w:val="both"/>
      </w:pPr>
      <w:r>
        <w:t>1755</w:t>
      </w:r>
    </w:p>
    <w:p>
      <w:pPr>
        <w:jc w:val="both"/>
      </w:pPr>
      <w:r>
        <w:t>04C5.4.406</w:t>
      </w:r>
    </w:p>
    <w:p>
      <w:pPr>
        <w:jc w:val="both"/>
      </w:pPr>
      <w:r>
        <w:t>Xét nghiệm và chẩn đoán mô bệnh học bằng phương pháp nhuộm Van Gie’son</w:t>
      </w:r>
    </w:p>
    <w:p>
      <w:pPr>
        <w:jc w:val="both"/>
      </w:pPr>
      <w:r>
        <w:t>407.000</w:t>
      </w:r>
    </w:p>
    <w:p>
      <w:pPr>
        <w:jc w:val="both"/>
      </w:pPr>
      <w:r>
        <w:t>446.000</w:t>
      </w:r>
    </w:p>
    <w:p>
      <w:pPr>
        <w:jc w:val="both"/>
      </w:pPr>
      <w:r>
        <w:t>1772</w:t>
      </w:r>
    </w:p>
    <w:p>
      <w:pPr>
        <w:jc w:val="both"/>
      </w:pPr>
      <w:r>
        <w:t>1756</w:t>
      </w:r>
    </w:p>
    <w:p>
      <w:pPr>
        <w:jc w:val="both"/>
      </w:pPr>
      <w:r>
        <w:t>04C5.4.407</w:t>
      </w:r>
    </w:p>
    <w:p>
      <w:pPr>
        <w:jc w:val="both"/>
      </w:pPr>
      <w:r>
        <w:t>Xét nghiệm và chẩn đoán mô bệnh học bằng phương pháp nhuộm Xanh Alcial</w:t>
      </w:r>
    </w:p>
    <w:p>
      <w:pPr>
        <w:jc w:val="both"/>
      </w:pPr>
      <w:r>
        <w:t>464.000</w:t>
      </w:r>
    </w:p>
    <w:p>
      <w:pPr>
        <w:jc w:val="both"/>
      </w:pPr>
      <w:r>
        <w:t>508.000</w:t>
      </w:r>
    </w:p>
    <w:p>
      <w:pPr>
        <w:jc w:val="both"/>
      </w:pPr>
      <w:r>
        <w:t>1773</w:t>
      </w:r>
    </w:p>
    <w:p>
      <w:pPr>
        <w:jc w:val="both"/>
      </w:pPr>
      <w:r>
        <w:t>1757</w:t>
      </w:r>
    </w:p>
    <w:p>
      <w:pPr>
        <w:jc w:val="both"/>
      </w:pPr>
      <w:r>
        <w:t>04C5.4.412</w:t>
      </w:r>
    </w:p>
    <w:p>
      <w:pPr>
        <w:jc w:val="both"/>
      </w:pPr>
      <w:r>
        <w:t>Xét nghiệm và chẩn đoán mô bệnh học tức thì bằng phương pháp cắt lạnh</w:t>
      </w:r>
    </w:p>
    <w:p>
      <w:pPr>
        <w:jc w:val="both"/>
      </w:pPr>
      <w:r>
        <w:t>569.000</w:t>
      </w:r>
    </w:p>
    <w:p>
      <w:pPr>
        <w:jc w:val="both"/>
      </w:pPr>
      <w:r>
        <w:t>623.000</w:t>
      </w:r>
    </w:p>
    <w:p>
      <w:pPr>
        <w:jc w:val="both"/>
      </w:pPr>
      <w:r>
        <w:t>1774</w:t>
      </w:r>
    </w:p>
    <w:p>
      <w:pPr>
        <w:jc w:val="both"/>
      </w:pPr>
      <w:r>
        <w:t>1758</w:t>
      </w:r>
    </w:p>
    <w:p>
      <w:pPr>
        <w:jc w:val="both"/>
      </w:pPr>
      <w:r>
        <w:t>04C5.4.415</w:t>
      </w:r>
    </w:p>
    <w:p>
      <w:pPr>
        <w:jc w:val="both"/>
      </w:pPr>
      <w:r>
        <w:t>Xét nghiệm và chẩn đoán tế bào học qua chọc hút tế bào bằng kim nhỏ (FNA)</w:t>
      </w:r>
    </w:p>
    <w:p>
      <w:pPr>
        <w:jc w:val="both"/>
      </w:pPr>
      <w:r>
        <w:t>276.000</w:t>
      </w:r>
    </w:p>
    <w:p>
      <w:pPr>
        <w:jc w:val="both"/>
      </w:pPr>
      <w:r>
        <w:t>302.000</w:t>
      </w:r>
    </w:p>
    <w:p>
      <w:pPr>
        <w:jc w:val="both"/>
      </w:pPr>
      <w:r>
        <w:t>Các thủ thuật còn lại khác</w:t>
      </w:r>
    </w:p>
    <w:p>
      <w:pPr>
        <w:jc w:val="both"/>
      </w:pPr>
      <w:r>
        <w:t>1775</w:t>
      </w:r>
    </w:p>
    <w:p>
      <w:pPr>
        <w:jc w:val="both"/>
      </w:pPr>
      <w:r>
        <w:t>1759</w:t>
      </w:r>
    </w:p>
    <w:p>
      <w:pPr>
        <w:jc w:val="both"/>
      </w:pPr>
      <w:r>
        <w:t>Thủ thuật loại I</w:t>
      </w:r>
    </w:p>
    <w:p>
      <w:pPr>
        <w:jc w:val="both"/>
      </w:pPr>
      <w:r>
        <w:t>456.000</w:t>
      </w:r>
    </w:p>
    <w:p>
      <w:pPr>
        <w:jc w:val="both"/>
      </w:pPr>
      <w:r>
        <w:t>510.000</w:t>
      </w:r>
    </w:p>
    <w:p>
      <w:pPr>
        <w:jc w:val="both"/>
      </w:pPr>
      <w:r>
        <w:t>1776</w:t>
      </w:r>
    </w:p>
    <w:p>
      <w:pPr>
        <w:jc w:val="both"/>
      </w:pPr>
      <w:r>
        <w:t>1760</w:t>
      </w:r>
    </w:p>
    <w:p>
      <w:pPr>
        <w:jc w:val="both"/>
      </w:pPr>
      <w:r>
        <w:t>Thủ thuật loại II</w:t>
      </w:r>
    </w:p>
    <w:p>
      <w:pPr>
        <w:jc w:val="both"/>
      </w:pPr>
      <w:r>
        <w:t>253.000</w:t>
      </w:r>
    </w:p>
    <w:p>
      <w:pPr>
        <w:jc w:val="both"/>
      </w:pPr>
      <w:r>
        <w:t>285.000</w:t>
      </w:r>
    </w:p>
    <w:p>
      <w:pPr>
        <w:jc w:val="both"/>
      </w:pPr>
      <w:r>
        <w:t>1777</w:t>
      </w:r>
    </w:p>
    <w:p>
      <w:pPr>
        <w:jc w:val="both"/>
      </w:pPr>
      <w:r>
        <w:t>1761</w:t>
      </w:r>
    </w:p>
    <w:p>
      <w:pPr>
        <w:jc w:val="both"/>
      </w:pPr>
      <w:r>
        <w:t>Thủ thuật loại III</w:t>
      </w:r>
    </w:p>
    <w:p>
      <w:pPr>
        <w:jc w:val="both"/>
      </w:pPr>
      <w:r>
        <w:t>125.000</w:t>
      </w:r>
    </w:p>
    <w:p>
      <w:pPr>
        <w:jc w:val="both"/>
      </w:pPr>
      <w:r>
        <w:t>139.000</w:t>
      </w:r>
    </w:p>
    <w:p>
      <w:pPr>
        <w:jc w:val="both"/>
      </w:pPr>
      <w:r>
        <w:t>VI</w:t>
      </w:r>
    </w:p>
    <w:p>
      <w:pPr>
        <w:jc w:val="both"/>
      </w:pPr>
      <w:r>
        <w:t>VI</w:t>
      </w:r>
    </w:p>
    <w:p>
      <w:pPr>
        <w:jc w:val="both"/>
      </w:pPr>
      <w:r>
        <w:t>XÉT NGHIỆM ĐỘC CHẤT</w:t>
      </w:r>
    </w:p>
    <w:p>
      <w:pPr>
        <w:jc w:val="both"/>
      </w:pPr>
      <w:r>
        <w:t>1778</w:t>
      </w:r>
    </w:p>
    <w:p>
      <w:pPr>
        <w:jc w:val="both"/>
      </w:pPr>
      <w:r>
        <w:t>1762</w:t>
      </w:r>
    </w:p>
    <w:p>
      <w:pPr>
        <w:jc w:val="both"/>
      </w:pPr>
      <w:r>
        <w:t>04C5.4.425</w:t>
      </w:r>
    </w:p>
    <w:p>
      <w:pPr>
        <w:jc w:val="both"/>
      </w:pPr>
      <w:r>
        <w:t>Định lượng cấp NH3 trong máu</w:t>
      </w:r>
    </w:p>
    <w:p>
      <w:pPr>
        <w:jc w:val="both"/>
      </w:pPr>
      <w:r>
        <w:t>276.000</w:t>
      </w:r>
    </w:p>
    <w:p>
      <w:pPr>
        <w:jc w:val="both"/>
      </w:pPr>
      <w:r>
        <w:t>302.000</w:t>
      </w:r>
    </w:p>
    <w:p>
      <w:pPr>
        <w:jc w:val="both"/>
      </w:pPr>
      <w:r>
        <w:t>1779</w:t>
      </w:r>
    </w:p>
    <w:p>
      <w:pPr>
        <w:jc w:val="both"/>
      </w:pPr>
      <w:r>
        <w:t>1763</w:t>
      </w:r>
    </w:p>
    <w:p>
      <w:pPr>
        <w:jc w:val="both"/>
      </w:pPr>
      <w:r>
        <w:t>03C3.6.7</w:t>
      </w:r>
    </w:p>
    <w:p>
      <w:pPr>
        <w:jc w:val="both"/>
      </w:pPr>
      <w:r>
        <w:t>Định tính porphyrin trong nước tiểu chẩn đoán tiêu cơ vân</w:t>
      </w:r>
    </w:p>
    <w:p>
      <w:pPr>
        <w:jc w:val="both"/>
      </w:pPr>
      <w:r>
        <w:t>56.900</w:t>
      </w:r>
    </w:p>
    <w:p>
      <w:pPr>
        <w:jc w:val="both"/>
      </w:pPr>
      <w:r>
        <w:t>62.200</w:t>
      </w:r>
    </w:p>
    <w:p>
      <w:pPr>
        <w:jc w:val="both"/>
      </w:pPr>
      <w:r>
        <w:t>1780</w:t>
      </w:r>
    </w:p>
    <w:p>
      <w:pPr>
        <w:jc w:val="both"/>
      </w:pPr>
      <w:r>
        <w:t>1764</w:t>
      </w:r>
    </w:p>
    <w:p>
      <w:pPr>
        <w:jc w:val="both"/>
      </w:pPr>
      <w:r>
        <w:t>03C3.6.4</w:t>
      </w:r>
    </w:p>
    <w:p>
      <w:pPr>
        <w:jc w:val="both"/>
      </w:pPr>
      <w:r>
        <w:t>Định tính thuốc gây ngộ độc (1 chỉ tiêu)</w:t>
      </w:r>
    </w:p>
    <w:p>
      <w:pPr>
        <w:jc w:val="both"/>
      </w:pPr>
      <w:r>
        <w:t>121.000</w:t>
      </w:r>
    </w:p>
    <w:p>
      <w:pPr>
        <w:jc w:val="both"/>
      </w:pPr>
      <w:r>
        <w:t>133.000</w:t>
      </w:r>
    </w:p>
    <w:p>
      <w:pPr>
        <w:jc w:val="both"/>
      </w:pPr>
      <w:r>
        <w:t>1781</w:t>
      </w:r>
    </w:p>
    <w:p>
      <w:pPr>
        <w:jc w:val="both"/>
      </w:pPr>
      <w:r>
        <w:t>1765</w:t>
      </w:r>
    </w:p>
    <w:p>
      <w:pPr>
        <w:jc w:val="both"/>
      </w:pPr>
      <w:r>
        <w:t>03C3.6.5</w:t>
      </w:r>
    </w:p>
    <w:p>
      <w:pPr>
        <w:jc w:val="both"/>
      </w:pPr>
      <w:r>
        <w:t>Định tính thuốc trừ sâu (1 chỉ tiêu)</w:t>
      </w:r>
    </w:p>
    <w:p>
      <w:pPr>
        <w:jc w:val="both"/>
      </w:pPr>
      <w:r>
        <w:t>121.000</w:t>
      </w:r>
    </w:p>
    <w:p>
      <w:pPr>
        <w:jc w:val="both"/>
      </w:pPr>
      <w:r>
        <w:t>133.000</w:t>
      </w:r>
    </w:p>
    <w:p>
      <w:pPr>
        <w:jc w:val="both"/>
      </w:pPr>
      <w:r>
        <w:t>1782</w:t>
      </w:r>
    </w:p>
    <w:p>
      <w:pPr>
        <w:jc w:val="both"/>
      </w:pPr>
      <w:r>
        <w:t>1766</w:t>
      </w:r>
    </w:p>
    <w:p>
      <w:pPr>
        <w:jc w:val="both"/>
      </w:pPr>
      <w:r>
        <w:t>04C5.4.424</w:t>
      </w:r>
    </w:p>
    <w:p>
      <w:pPr>
        <w:jc w:val="both"/>
      </w:pPr>
      <w:r>
        <w:t>Đo áp lực thẩm thấu dịch sinh học trên 01 chỉ tiêu</w:t>
      </w:r>
    </w:p>
    <w:p>
      <w:pPr>
        <w:jc w:val="both"/>
      </w:pPr>
      <w:r>
        <w:t>100.000</w:t>
      </w:r>
    </w:p>
    <w:p>
      <w:pPr>
        <w:jc w:val="both"/>
      </w:pPr>
      <w:r>
        <w:t>110.000</w:t>
      </w:r>
    </w:p>
    <w:p>
      <w:pPr>
        <w:jc w:val="both"/>
      </w:pPr>
      <w:r>
        <w:t>1783</w:t>
      </w:r>
    </w:p>
    <w:p>
      <w:pPr>
        <w:jc w:val="both"/>
      </w:pPr>
      <w:r>
        <w:t>1767</w:t>
      </w:r>
    </w:p>
    <w:p>
      <w:pPr>
        <w:jc w:val="both"/>
      </w:pPr>
      <w:r>
        <w:t>04C5.4.418</w:t>
      </w:r>
    </w:p>
    <w:p>
      <w:pPr>
        <w:jc w:val="both"/>
      </w:pPr>
      <w:r>
        <w:t>Xét nghiệm định tính một chỉ tiêu ma túy trong nước tiểu bằng máy Express pluss</w:t>
      </w:r>
    </w:p>
    <w:p>
      <w:pPr>
        <w:jc w:val="both"/>
      </w:pPr>
      <w:r>
        <w:t>211.000</w:t>
      </w:r>
    </w:p>
    <w:p>
      <w:pPr>
        <w:jc w:val="both"/>
      </w:pPr>
      <w:r>
        <w:t>231.000</w:t>
      </w:r>
    </w:p>
    <w:p>
      <w:pPr>
        <w:jc w:val="both"/>
      </w:pPr>
      <w:r>
        <w:t>1784</w:t>
      </w:r>
    </w:p>
    <w:p>
      <w:pPr>
        <w:jc w:val="both"/>
      </w:pPr>
      <w:r>
        <w:t>1768</w:t>
      </w:r>
    </w:p>
    <w:p>
      <w:pPr>
        <w:jc w:val="both"/>
      </w:pPr>
      <w:r>
        <w:t>04C5.4.419</w:t>
      </w:r>
    </w:p>
    <w:p>
      <w:pPr>
        <w:jc w:val="both"/>
      </w:pPr>
      <w:r>
        <w:t>Xét nghiệm sàng lọc và định tính 5 loại ma túy</w:t>
      </w:r>
    </w:p>
    <w:p>
      <w:pPr>
        <w:jc w:val="both"/>
      </w:pPr>
      <w:r>
        <w:t>731.000</w:t>
      </w:r>
    </w:p>
    <w:p>
      <w:pPr>
        <w:jc w:val="both"/>
      </w:pPr>
      <w:r>
        <w:t>799.000</w:t>
      </w:r>
    </w:p>
    <w:p>
      <w:pPr>
        <w:jc w:val="both"/>
      </w:pPr>
      <w:r>
        <w:t>1785</w:t>
      </w:r>
    </w:p>
    <w:p>
      <w:pPr>
        <w:jc w:val="both"/>
      </w:pPr>
      <w:r>
        <w:t>1769</w:t>
      </w:r>
    </w:p>
    <w:p>
      <w:pPr>
        <w:jc w:val="both"/>
      </w:pPr>
      <w:r>
        <w:t>04C5.4.422</w:t>
      </w:r>
    </w:p>
    <w:p>
      <w:pPr>
        <w:jc w:val="both"/>
      </w:pPr>
      <w:r>
        <w:t>Xét nghiệm xác định thành phần hoá chất bảo vệ thực vật bằng sắc ký khí khối phổ</w:t>
      </w:r>
    </w:p>
    <w:p>
      <w:pPr>
        <w:jc w:val="both"/>
      </w:pPr>
      <w:r>
        <w:t>1.288.000</w:t>
      </w:r>
    </w:p>
    <w:p>
      <w:pPr>
        <w:jc w:val="both"/>
      </w:pPr>
      <w:r>
        <w:t>1.435.000</w:t>
      </w:r>
    </w:p>
    <w:p>
      <w:pPr>
        <w:jc w:val="both"/>
      </w:pPr>
      <w:r>
        <w:t>1786</w:t>
      </w:r>
    </w:p>
    <w:p>
      <w:pPr>
        <w:jc w:val="both"/>
      </w:pPr>
      <w:r>
        <w:t>1770</w:t>
      </w:r>
    </w:p>
    <w:p>
      <w:pPr>
        <w:jc w:val="both"/>
      </w:pPr>
      <w:r>
        <w:t>04C5.4.417</w:t>
      </w:r>
    </w:p>
    <w:p>
      <w:pPr>
        <w:jc w:val="both"/>
      </w:pPr>
      <w:r>
        <w:t>Xét nghiệm định lượng một chỉ tiêu kim loại nặng trong máu bằng máy AAS</w:t>
      </w:r>
    </w:p>
    <w:p>
      <w:pPr>
        <w:jc w:val="both"/>
      </w:pPr>
      <w:r>
        <w:t>390.000</w:t>
      </w:r>
    </w:p>
    <w:p>
      <w:pPr>
        <w:jc w:val="both"/>
      </w:pPr>
      <w:r>
        <w:t>426.000</w:t>
      </w:r>
    </w:p>
    <w:p>
      <w:pPr>
        <w:jc w:val="both"/>
      </w:pPr>
      <w:r>
        <w:t>1787</w:t>
      </w:r>
    </w:p>
    <w:p>
      <w:pPr>
        <w:jc w:val="both"/>
      </w:pPr>
      <w:r>
        <w:t>1771</w:t>
      </w:r>
    </w:p>
    <w:p>
      <w:pPr>
        <w:jc w:val="both"/>
      </w:pPr>
      <w:r>
        <w:t>04C5.4.421</w:t>
      </w:r>
    </w:p>
    <w:p>
      <w:pPr>
        <w:jc w:val="both"/>
      </w:pPr>
      <w:r>
        <w:t>Xét nghiệm định lượng một chỉ tiêu thuốc trong máu bằng máy sắc ký lỏng khối phổ</w:t>
      </w:r>
    </w:p>
    <w:p>
      <w:pPr>
        <w:jc w:val="both"/>
      </w:pPr>
      <w:r>
        <w:t>1.313.000</w:t>
      </w:r>
    </w:p>
    <w:p>
      <w:pPr>
        <w:jc w:val="both"/>
      </w:pPr>
      <w:r>
        <w:t>1.464.000</w:t>
      </w:r>
    </w:p>
    <w:p>
      <w:pPr>
        <w:jc w:val="both"/>
      </w:pPr>
      <w:r>
        <w:t>1788</w:t>
      </w:r>
    </w:p>
    <w:p>
      <w:pPr>
        <w:jc w:val="both"/>
      </w:pPr>
      <w:r>
        <w:t>1772</w:t>
      </w:r>
    </w:p>
    <w:p>
      <w:pPr>
        <w:jc w:val="both"/>
      </w:pPr>
      <w:r>
        <w:t>04C5.4.423</w:t>
      </w:r>
    </w:p>
    <w:p>
      <w:pPr>
        <w:jc w:val="both"/>
      </w:pPr>
      <w:r>
        <w:t>Xét nghiệm định tính một chỉ tiêu độc chất bằng phương pháp sắc ký lớp mỏng</w:t>
      </w:r>
    </w:p>
    <w:p>
      <w:pPr>
        <w:jc w:val="both"/>
      </w:pPr>
      <w:r>
        <w:t>151.000</w:t>
      </w:r>
    </w:p>
    <w:p>
      <w:pPr>
        <w:jc w:val="both"/>
      </w:pPr>
      <w:r>
        <w:t>166.000</w:t>
      </w:r>
    </w:p>
    <w:p>
      <w:pPr>
        <w:jc w:val="both"/>
      </w:pPr>
      <w:r>
        <w:t>1789</w:t>
      </w:r>
    </w:p>
    <w:p>
      <w:pPr>
        <w:jc w:val="both"/>
      </w:pPr>
      <w:r>
        <w:t>1773</w:t>
      </w:r>
    </w:p>
    <w:p>
      <w:pPr>
        <w:jc w:val="both"/>
      </w:pPr>
      <w:r>
        <w:t>04C5.4.420</w:t>
      </w:r>
    </w:p>
    <w:p>
      <w:pPr>
        <w:jc w:val="both"/>
      </w:pPr>
      <w:r>
        <w:t>Xét nghiệm định tính PBG trong nước tiểu</w:t>
      </w:r>
    </w:p>
    <w:p>
      <w:pPr>
        <w:jc w:val="both"/>
      </w:pPr>
      <w:r>
        <w:t>78.000</w:t>
      </w:r>
    </w:p>
    <w:p>
      <w:pPr>
        <w:jc w:val="both"/>
      </w:pPr>
      <w:r>
        <w:t>85.300</w:t>
      </w:r>
    </w:p>
    <w:p>
      <w:pPr>
        <w:jc w:val="both"/>
      </w:pPr>
      <w:r>
        <w:t>1790</w:t>
      </w:r>
    </w:p>
    <w:p>
      <w:pPr>
        <w:jc w:val="both"/>
      </w:pPr>
      <w:r>
        <w:t>1773</w:t>
      </w:r>
    </w:p>
    <w:p>
      <w:pPr>
        <w:jc w:val="both"/>
      </w:pPr>
      <w:r>
        <w:t>04C5.4.416</w:t>
      </w:r>
    </w:p>
    <w:p>
      <w:pPr>
        <w:jc w:val="both"/>
      </w:pPr>
      <w:r>
        <w:t>Xử lý mẫu xét nghiệm độc chất</w:t>
      </w:r>
    </w:p>
    <w:p>
      <w:pPr>
        <w:jc w:val="both"/>
      </w:pPr>
      <w:r>
        <w:t>211.000</w:t>
      </w:r>
    </w:p>
    <w:p>
      <w:pPr>
        <w:jc w:val="both"/>
      </w:pPr>
      <w:r>
        <w:t>231.000</w:t>
      </w:r>
    </w:p>
    <w:p>
      <w:pPr>
        <w:jc w:val="both"/>
      </w:pPr>
      <w:r>
        <w:t>E</w:t>
      </w:r>
    </w:p>
    <w:p>
      <w:pPr>
        <w:jc w:val="both"/>
      </w:pPr>
      <w:r>
        <w:t>E</w:t>
      </w:r>
    </w:p>
    <w:p>
      <w:pPr>
        <w:jc w:val="both"/>
      </w:pPr>
      <w:r>
        <w:t>THĂM DÒ CHỨC NĂNG</w:t>
      </w:r>
    </w:p>
    <w:p>
      <w:pPr>
        <w:jc w:val="both"/>
      </w:pPr>
      <w:r>
        <w:t>1791</w:t>
      </w:r>
    </w:p>
    <w:p>
      <w:pPr>
        <w:jc w:val="both"/>
      </w:pPr>
      <w:r>
        <w:t>1774</w:t>
      </w:r>
    </w:p>
    <w:p>
      <w:pPr>
        <w:jc w:val="both"/>
      </w:pPr>
      <w:r>
        <w:t>04C3.1.182</w:t>
      </w:r>
    </w:p>
    <w:p>
      <w:pPr>
        <w:jc w:val="both"/>
      </w:pPr>
      <w:r>
        <w:t>Đặt và thăm dò huyết động</w:t>
      </w:r>
    </w:p>
    <w:p>
      <w:pPr>
        <w:jc w:val="both"/>
      </w:pPr>
      <w:r>
        <w:t>4.562.000</w:t>
      </w:r>
    </w:p>
    <w:p>
      <w:pPr>
        <w:jc w:val="both"/>
      </w:pPr>
      <w:r>
        <w:t>5.240.000</w:t>
      </w:r>
    </w:p>
    <w:p>
      <w:pPr>
        <w:jc w:val="both"/>
      </w:pPr>
      <w:r>
        <w:t>Bao gồm cả catheter Swan granz, bộ phận nhận cảm áp lực.</w:t>
      </w:r>
    </w:p>
    <w:p>
      <w:pPr>
        <w:jc w:val="both"/>
      </w:pPr>
      <w:r>
        <w:t>1792</w:t>
      </w:r>
    </w:p>
    <w:p>
      <w:pPr>
        <w:jc w:val="both"/>
      </w:pPr>
      <w:r>
        <w:t>1775</w:t>
      </w:r>
    </w:p>
    <w:p>
      <w:pPr>
        <w:jc w:val="both"/>
      </w:pPr>
      <w:r>
        <w:t>03C3.7.3.8</w:t>
      </w:r>
    </w:p>
    <w:p>
      <w:pPr>
        <w:jc w:val="both"/>
      </w:pPr>
      <w:r>
        <w:t>Điện cơ (EMG)</w:t>
      </w:r>
    </w:p>
    <w:p>
      <w:pPr>
        <w:jc w:val="both"/>
      </w:pPr>
      <w:r>
        <w:t>131.000</w:t>
      </w:r>
    </w:p>
    <w:p>
      <w:pPr>
        <w:jc w:val="both"/>
      </w:pPr>
      <w:r>
        <w:t>148.000</w:t>
      </w:r>
    </w:p>
    <w:p>
      <w:pPr>
        <w:jc w:val="both"/>
      </w:pPr>
      <w:r>
        <w:t>1793</w:t>
      </w:r>
    </w:p>
    <w:p>
      <w:pPr>
        <w:jc w:val="both"/>
      </w:pPr>
      <w:r>
        <w:t>1776</w:t>
      </w:r>
    </w:p>
    <w:p>
      <w:pPr>
        <w:jc w:val="both"/>
      </w:pPr>
      <w:r>
        <w:t>03C3.7.3.9</w:t>
      </w:r>
    </w:p>
    <w:p>
      <w:pPr>
        <w:jc w:val="both"/>
      </w:pPr>
      <w:r>
        <w:t>Điện cơ tầng sinh môn</w:t>
      </w:r>
    </w:p>
    <w:p>
      <w:pPr>
        <w:jc w:val="both"/>
      </w:pPr>
      <w:r>
        <w:t>146.000</w:t>
      </w:r>
    </w:p>
    <w:p>
      <w:pPr>
        <w:jc w:val="both"/>
      </w:pPr>
      <w:r>
        <w:t>164.000</w:t>
      </w:r>
    </w:p>
    <w:p>
      <w:pPr>
        <w:jc w:val="both"/>
      </w:pPr>
      <w:r>
        <w:t>1794</w:t>
      </w:r>
    </w:p>
    <w:p>
      <w:pPr>
        <w:jc w:val="both"/>
      </w:pPr>
      <w:r>
        <w:t>1777</w:t>
      </w:r>
    </w:p>
    <w:p>
      <w:pPr>
        <w:jc w:val="both"/>
      </w:pPr>
      <w:r>
        <w:t>04C6.427</w:t>
      </w:r>
    </w:p>
    <w:p>
      <w:pPr>
        <w:jc w:val="both"/>
      </w:pPr>
      <w:r>
        <w:t>Điện não đồ</w:t>
      </w:r>
    </w:p>
    <w:p>
      <w:pPr>
        <w:jc w:val="both"/>
      </w:pPr>
      <w:r>
        <w:t>68.300</w:t>
      </w:r>
    </w:p>
    <w:p>
      <w:pPr>
        <w:jc w:val="both"/>
      </w:pPr>
      <w:r>
        <w:t>75.100</w:t>
      </w:r>
    </w:p>
    <w:p>
      <w:pPr>
        <w:jc w:val="both"/>
      </w:pPr>
      <w:r>
        <w:t>1795</w:t>
      </w:r>
    </w:p>
    <w:p>
      <w:pPr>
        <w:jc w:val="both"/>
      </w:pPr>
      <w:r>
        <w:t>1778</w:t>
      </w:r>
    </w:p>
    <w:p>
      <w:pPr>
        <w:jc w:val="both"/>
      </w:pPr>
      <w:r>
        <w:t>04C6.426</w:t>
      </w:r>
    </w:p>
    <w:p>
      <w:pPr>
        <w:jc w:val="both"/>
      </w:pPr>
      <w:r>
        <w:t>Điện tâm đồ</w:t>
      </w:r>
    </w:p>
    <w:p>
      <w:pPr>
        <w:jc w:val="both"/>
      </w:pPr>
      <w:r>
        <w:t>35.400</w:t>
      </w:r>
    </w:p>
    <w:p>
      <w:pPr>
        <w:jc w:val="both"/>
      </w:pPr>
      <w:r>
        <w:t>38.500</w:t>
      </w:r>
    </w:p>
    <w:p>
      <w:pPr>
        <w:jc w:val="both"/>
      </w:pPr>
      <w:r>
        <w:t>1796</w:t>
      </w:r>
    </w:p>
    <w:p>
      <w:pPr>
        <w:jc w:val="both"/>
      </w:pPr>
      <w:r>
        <w:t>1779</w:t>
      </w:r>
    </w:p>
    <w:p>
      <w:pPr>
        <w:jc w:val="both"/>
      </w:pPr>
      <w:r>
        <w:t>03C3.7.3.6</w:t>
      </w:r>
    </w:p>
    <w:p>
      <w:pPr>
        <w:jc w:val="both"/>
      </w:pPr>
      <w:r>
        <w:t>Điện tâm đồ gắng sức</w:t>
      </w:r>
    </w:p>
    <w:p>
      <w:pPr>
        <w:jc w:val="both"/>
      </w:pPr>
      <w:r>
        <w:t>214.000</w:t>
      </w:r>
    </w:p>
    <w:p>
      <w:pPr>
        <w:jc w:val="both"/>
      </w:pPr>
      <w:r>
        <w:t>235.000</w:t>
      </w:r>
    </w:p>
    <w:p>
      <w:pPr>
        <w:jc w:val="both"/>
      </w:pPr>
      <w:r>
        <w:t>1797</w:t>
      </w:r>
    </w:p>
    <w:p>
      <w:pPr>
        <w:jc w:val="both"/>
      </w:pPr>
      <w:r>
        <w:t>1780</w:t>
      </w:r>
    </w:p>
    <w:p>
      <w:pPr>
        <w:jc w:val="both"/>
      </w:pPr>
      <w:r>
        <w:t>03C1.42</w:t>
      </w:r>
    </w:p>
    <w:p>
      <w:pPr>
        <w:jc w:val="both"/>
      </w:pPr>
      <w:r>
        <w:t>Đo áp lực đồ bàng quang</w:t>
      </w:r>
    </w:p>
    <w:p>
      <w:pPr>
        <w:jc w:val="both"/>
      </w:pPr>
      <w:r>
        <w:t>127.000</w:t>
      </w:r>
    </w:p>
    <w:p>
      <w:pPr>
        <w:jc w:val="both"/>
      </w:pPr>
      <w:r>
        <w:t>145.000</w:t>
      </w:r>
    </w:p>
    <w:p>
      <w:pPr>
        <w:jc w:val="both"/>
      </w:pPr>
      <w:r>
        <w:t>1798</w:t>
      </w:r>
    </w:p>
    <w:p>
      <w:pPr>
        <w:jc w:val="both"/>
      </w:pPr>
      <w:r>
        <w:t>1781</w:t>
      </w:r>
    </w:p>
    <w:p>
      <w:pPr>
        <w:jc w:val="both"/>
      </w:pPr>
      <w:r>
        <w:t>03C1.43</w:t>
      </w:r>
    </w:p>
    <w:p>
      <w:pPr>
        <w:jc w:val="both"/>
      </w:pPr>
      <w:r>
        <w:t>Đo áp lực đồ cắt dọc niệu đạo</w:t>
      </w:r>
    </w:p>
    <w:p>
      <w:pPr>
        <w:jc w:val="both"/>
      </w:pPr>
      <w:r>
        <w:t>137.000</w:t>
      </w:r>
    </w:p>
    <w:p>
      <w:pPr>
        <w:jc w:val="both"/>
      </w:pPr>
      <w:r>
        <w:t>157.000</w:t>
      </w:r>
    </w:p>
    <w:p>
      <w:pPr>
        <w:jc w:val="both"/>
      </w:pPr>
      <w:r>
        <w:t>1799</w:t>
      </w:r>
    </w:p>
    <w:p>
      <w:pPr>
        <w:jc w:val="both"/>
      </w:pPr>
      <w:r>
        <w:t>1782</w:t>
      </w:r>
    </w:p>
    <w:p>
      <w:pPr>
        <w:jc w:val="both"/>
      </w:pPr>
      <w:r>
        <w:t>Đo áp lực thẩm thấu niệu</w:t>
      </w:r>
    </w:p>
    <w:p>
      <w:pPr>
        <w:jc w:val="both"/>
      </w:pPr>
      <w:r>
        <w:t>32.000</w:t>
      </w:r>
    </w:p>
    <w:p>
      <w:pPr>
        <w:jc w:val="both"/>
      </w:pPr>
      <w:r>
        <w:t>35.000</w:t>
      </w:r>
    </w:p>
    <w:p>
      <w:pPr>
        <w:jc w:val="both"/>
      </w:pPr>
      <w:r>
        <w:t>1800</w:t>
      </w:r>
    </w:p>
    <w:p>
      <w:pPr>
        <w:jc w:val="both"/>
      </w:pPr>
      <w:r>
        <w:t>1783</w:t>
      </w:r>
    </w:p>
    <w:p>
      <w:pPr>
        <w:jc w:val="both"/>
      </w:pPr>
      <w:r>
        <w:t>Đo áp lực bàng quang bằng cột nước</w:t>
      </w:r>
    </w:p>
    <w:p>
      <w:pPr>
        <w:jc w:val="both"/>
      </w:pPr>
      <w:r>
        <w:t>552.000</w:t>
      </w:r>
    </w:p>
    <w:p>
      <w:pPr>
        <w:jc w:val="both"/>
      </w:pPr>
      <w:r>
        <w:t>602.000</w:t>
      </w:r>
    </w:p>
    <w:p>
      <w:pPr>
        <w:jc w:val="both"/>
      </w:pPr>
      <w:r>
        <w:t>1801</w:t>
      </w:r>
    </w:p>
    <w:p>
      <w:pPr>
        <w:jc w:val="both"/>
      </w:pPr>
      <w:r>
        <w:t>1784</w:t>
      </w:r>
    </w:p>
    <w:p>
      <w:pPr>
        <w:jc w:val="both"/>
      </w:pPr>
      <w:r>
        <w:t>Đo áp lực bàng quang bằng máy niệu động học</w:t>
      </w:r>
    </w:p>
    <w:p>
      <w:pPr>
        <w:jc w:val="both"/>
      </w:pPr>
      <w:r>
        <w:t>2.025.000</w:t>
      </w:r>
    </w:p>
    <w:p>
      <w:pPr>
        <w:jc w:val="both"/>
      </w:pPr>
      <w:r>
        <w:t>2.302.000</w:t>
      </w:r>
    </w:p>
    <w:p>
      <w:pPr>
        <w:jc w:val="both"/>
      </w:pPr>
      <w:r>
        <w:t>1802</w:t>
      </w:r>
    </w:p>
    <w:p>
      <w:pPr>
        <w:jc w:val="both"/>
      </w:pPr>
      <w:r>
        <w:t>1785</w:t>
      </w:r>
    </w:p>
    <w:p>
      <w:pPr>
        <w:jc w:val="both"/>
      </w:pPr>
      <w:r>
        <w:t>Đo áp lực bàng quang ở người bệnh nhi</w:t>
      </w:r>
    </w:p>
    <w:p>
      <w:pPr>
        <w:jc w:val="both"/>
      </w:pPr>
      <w:r>
        <w:t>1.975.000</w:t>
      </w:r>
    </w:p>
    <w:p>
      <w:pPr>
        <w:jc w:val="both"/>
      </w:pPr>
      <w:r>
        <w:t>2.240.000</w:t>
      </w:r>
    </w:p>
    <w:p>
      <w:pPr>
        <w:jc w:val="both"/>
      </w:pPr>
      <w:r>
        <w:t>1803</w:t>
      </w:r>
    </w:p>
    <w:p>
      <w:pPr>
        <w:jc w:val="both"/>
      </w:pPr>
      <w:r>
        <w:t>1786</w:t>
      </w:r>
    </w:p>
    <w:p>
      <w:pPr>
        <w:jc w:val="both"/>
      </w:pPr>
      <w:r>
        <w:t>Đo áp lực hậu môn trực tràng</w:t>
      </w:r>
    </w:p>
    <w:p>
      <w:pPr>
        <w:jc w:val="both"/>
      </w:pPr>
      <w:r>
        <w:t>986.000</w:t>
      </w:r>
    </w:p>
    <w:p>
      <w:pPr>
        <w:jc w:val="both"/>
      </w:pPr>
      <w:r>
        <w:t>1.102.000</w:t>
      </w:r>
    </w:p>
    <w:p>
      <w:pPr>
        <w:jc w:val="both"/>
      </w:pPr>
      <w:r>
        <w:t>1804</w:t>
      </w:r>
    </w:p>
    <w:p>
      <w:pPr>
        <w:jc w:val="both"/>
      </w:pPr>
      <w:r>
        <w:t>1787</w:t>
      </w:r>
    </w:p>
    <w:p>
      <w:pPr>
        <w:jc w:val="both"/>
      </w:pPr>
      <w:r>
        <w:t>DƯ-MDLS</w:t>
      </w:r>
    </w:p>
    <w:p>
      <w:pPr>
        <w:jc w:val="both"/>
      </w:pPr>
      <w:r>
        <w:t>Đo biến đổi thể tích toàn thân - Body Plethysmography</w:t>
      </w:r>
    </w:p>
    <w:p>
      <w:pPr>
        <w:jc w:val="both"/>
      </w:pPr>
      <w:r>
        <w:t>882.000</w:t>
      </w:r>
    </w:p>
    <w:p>
      <w:pPr>
        <w:jc w:val="both"/>
      </w:pPr>
      <w:r>
        <w:t>992.000</w:t>
      </w:r>
    </w:p>
    <w:p>
      <w:pPr>
        <w:jc w:val="both"/>
      </w:pPr>
      <w:r>
        <w:t>1805</w:t>
      </w:r>
    </w:p>
    <w:p>
      <w:pPr>
        <w:jc w:val="both"/>
      </w:pPr>
      <w:r>
        <w:t>1788</w:t>
      </w:r>
    </w:p>
    <w:p>
      <w:pPr>
        <w:jc w:val="both"/>
      </w:pPr>
      <w:r>
        <w:t>03C2.1.90</w:t>
      </w:r>
    </w:p>
    <w:p>
      <w:pPr>
        <w:jc w:val="both"/>
      </w:pPr>
      <w:r>
        <w:t>Đo các chỉ số niệu động học</w:t>
      </w:r>
    </w:p>
    <w:p>
      <w:pPr>
        <w:jc w:val="both"/>
      </w:pPr>
      <w:r>
        <w:t>2.426.000</w:t>
      </w:r>
    </w:p>
    <w:p>
      <w:pPr>
        <w:jc w:val="both"/>
      </w:pPr>
      <w:r>
        <w:t>2.732.000</w:t>
      </w:r>
    </w:p>
    <w:p>
      <w:pPr>
        <w:jc w:val="both"/>
      </w:pPr>
      <w:r>
        <w:t>1806</w:t>
      </w:r>
    </w:p>
    <w:p>
      <w:pPr>
        <w:jc w:val="both"/>
      </w:pPr>
      <w:r>
        <w:t>1789</w:t>
      </w:r>
    </w:p>
    <w:p>
      <w:pPr>
        <w:jc w:val="both"/>
      </w:pPr>
      <w:r>
        <w:t>DƯ-MDLS</w:t>
      </w:r>
    </w:p>
    <w:p>
      <w:pPr>
        <w:jc w:val="both"/>
      </w:pPr>
      <w:r>
        <w:t>Đo các thể tích phổi - Lung Volumes</w:t>
      </w:r>
    </w:p>
    <w:p>
      <w:pPr>
        <w:jc w:val="both"/>
      </w:pPr>
      <w:r>
        <w:t>2.842.000</w:t>
      </w:r>
    </w:p>
    <w:p>
      <w:pPr>
        <w:jc w:val="both"/>
      </w:pPr>
      <w:r>
        <w:t>3.243.000</w:t>
      </w:r>
    </w:p>
    <w:p>
      <w:pPr>
        <w:jc w:val="both"/>
      </w:pPr>
      <w:r>
        <w:t>1807</w:t>
      </w:r>
    </w:p>
    <w:p>
      <w:pPr>
        <w:jc w:val="both"/>
      </w:pPr>
      <w:r>
        <w:t>1790</w:t>
      </w:r>
    </w:p>
    <w:p>
      <w:pPr>
        <w:jc w:val="both"/>
      </w:pPr>
      <w:r>
        <w:t>Đo chỉ số ABI (Chỉ số cổ chân/cánh tay)</w:t>
      </w:r>
    </w:p>
    <w:p>
      <w:pPr>
        <w:jc w:val="both"/>
      </w:pPr>
      <w:r>
        <w:t>77.800</w:t>
      </w:r>
    </w:p>
    <w:p>
      <w:pPr>
        <w:jc w:val="both"/>
      </w:pPr>
      <w:r>
        <w:t>85.400</w:t>
      </w:r>
    </w:p>
    <w:p>
      <w:pPr>
        <w:jc w:val="both"/>
      </w:pPr>
      <w:r>
        <w:t>1808</w:t>
      </w:r>
    </w:p>
    <w:p>
      <w:pPr>
        <w:jc w:val="both"/>
      </w:pPr>
      <w:r>
        <w:t>1791</w:t>
      </w:r>
    </w:p>
    <w:p>
      <w:pPr>
        <w:jc w:val="both"/>
      </w:pPr>
      <w:r>
        <w:t>04C6.429</w:t>
      </w:r>
    </w:p>
    <w:p>
      <w:pPr>
        <w:jc w:val="both"/>
      </w:pPr>
      <w:r>
        <w:t>Đo chức năng hô hấp</w:t>
      </w:r>
    </w:p>
    <w:p>
      <w:pPr>
        <w:jc w:val="both"/>
      </w:pPr>
      <w:r>
        <w:t>133.000</w:t>
      </w:r>
    </w:p>
    <w:p>
      <w:pPr>
        <w:jc w:val="both"/>
      </w:pPr>
      <w:r>
        <w:t>147.000</w:t>
      </w:r>
    </w:p>
    <w:p>
      <w:pPr>
        <w:jc w:val="both"/>
      </w:pPr>
      <w:r>
        <w:t>1809</w:t>
      </w:r>
    </w:p>
    <w:p>
      <w:pPr>
        <w:jc w:val="both"/>
      </w:pPr>
      <w:r>
        <w:t>1792</w:t>
      </w:r>
    </w:p>
    <w:p>
      <w:pPr>
        <w:jc w:val="both"/>
      </w:pPr>
      <w:r>
        <w:t>Đo đa ký giấc ngủ</w:t>
      </w:r>
    </w:p>
    <w:p>
      <w:pPr>
        <w:jc w:val="both"/>
      </w:pPr>
      <w:r>
        <w:t>2.322.000</w:t>
      </w:r>
    </w:p>
    <w:p>
      <w:pPr>
        <w:jc w:val="both"/>
      </w:pPr>
      <w:r>
        <w:t>2.663.000</w:t>
      </w:r>
    </w:p>
    <w:p>
      <w:pPr>
        <w:jc w:val="both"/>
      </w:pPr>
      <w:r>
        <w:t>1810</w:t>
      </w:r>
    </w:p>
    <w:p>
      <w:pPr>
        <w:jc w:val="both"/>
      </w:pPr>
      <w:r>
        <w:t>1794</w:t>
      </w:r>
    </w:p>
    <w:p>
      <w:pPr>
        <w:jc w:val="both"/>
      </w:pPr>
      <w:r>
        <w:t>DƯ-MDLS</w:t>
      </w:r>
    </w:p>
    <w:p>
      <w:pPr>
        <w:jc w:val="both"/>
      </w:pPr>
      <w:r>
        <w:t>Đo FeNO</w:t>
      </w:r>
    </w:p>
    <w:p>
      <w:pPr>
        <w:jc w:val="both"/>
      </w:pPr>
      <w:r>
        <w:t>414.000</w:t>
      </w:r>
    </w:p>
    <w:p>
      <w:pPr>
        <w:jc w:val="both"/>
      </w:pPr>
      <w:r>
        <w:t>463.000</w:t>
      </w:r>
    </w:p>
    <w:p>
      <w:pPr>
        <w:jc w:val="both"/>
      </w:pPr>
      <w:r>
        <w:t>1811</w:t>
      </w:r>
    </w:p>
    <w:p>
      <w:pPr>
        <w:jc w:val="both"/>
      </w:pPr>
      <w:r>
        <w:t>1795</w:t>
      </w:r>
    </w:p>
    <w:p>
      <w:pPr>
        <w:jc w:val="both"/>
      </w:pPr>
      <w:r>
        <w:t>DƯ-MDLS</w:t>
      </w:r>
    </w:p>
    <w:p>
      <w:pPr>
        <w:jc w:val="both"/>
      </w:pPr>
      <w:r>
        <w:t>Đo khuếch tán phổi - Diffusion Capacity</w:t>
      </w:r>
    </w:p>
    <w:p>
      <w:pPr>
        <w:jc w:val="both"/>
      </w:pPr>
      <w:r>
        <w:t>1.371.000</w:t>
      </w:r>
    </w:p>
    <w:p>
      <w:pPr>
        <w:jc w:val="both"/>
      </w:pPr>
      <w:r>
        <w:t>1.555.000</w:t>
      </w:r>
    </w:p>
    <w:p>
      <w:pPr>
        <w:jc w:val="both"/>
      </w:pPr>
      <w:r>
        <w:t>1812</w:t>
      </w:r>
    </w:p>
    <w:p>
      <w:pPr>
        <w:jc w:val="both"/>
      </w:pPr>
      <w:r>
        <w:t>1796</w:t>
      </w:r>
    </w:p>
    <w:p>
      <w:pPr>
        <w:jc w:val="both"/>
      </w:pPr>
      <w:r>
        <w:t>DƯ-MDLS</w:t>
      </w:r>
    </w:p>
    <w:p>
      <w:pPr>
        <w:jc w:val="both"/>
      </w:pPr>
      <w:r>
        <w:t>Đo phế dung kế - Spirometry (FVC, SVC, TLC)/dung tích sống gắng sức - FVC/dung tích sống chậm - SVC/ thông khí tự nguyện tối đa - MVV/áp suất tối đa hít vào/thở ra - MIP / MEP</w:t>
      </w:r>
    </w:p>
    <w:p>
      <w:pPr>
        <w:jc w:val="both"/>
      </w:pPr>
      <w:r>
        <w:t>788.000</w:t>
      </w:r>
    </w:p>
    <w:p>
      <w:pPr>
        <w:jc w:val="both"/>
      </w:pPr>
      <w:r>
        <w:t>898.000</w:t>
      </w:r>
    </w:p>
    <w:p>
      <w:pPr>
        <w:jc w:val="both"/>
      </w:pPr>
      <w:r>
        <w:t>1813</w:t>
      </w:r>
    </w:p>
    <w:p>
      <w:pPr>
        <w:jc w:val="both"/>
      </w:pPr>
      <w:r>
        <w:t>1797</w:t>
      </w:r>
    </w:p>
    <w:p>
      <w:pPr>
        <w:jc w:val="both"/>
      </w:pPr>
      <w:r>
        <w:t>Đo vận tốc lan truyền sóng mạch</w:t>
      </w:r>
    </w:p>
    <w:p>
      <w:pPr>
        <w:jc w:val="both"/>
      </w:pPr>
      <w:r>
        <w:t>77.800</w:t>
      </w:r>
    </w:p>
    <w:p>
      <w:pPr>
        <w:jc w:val="both"/>
      </w:pPr>
      <w:r>
        <w:t>85.400</w:t>
      </w:r>
    </w:p>
    <w:p>
      <w:pPr>
        <w:jc w:val="both"/>
      </w:pPr>
      <w:r>
        <w:t>1814</w:t>
      </w:r>
    </w:p>
    <w:p>
      <w:pPr>
        <w:jc w:val="both"/>
      </w:pPr>
      <w:r>
        <w:t>1798</w:t>
      </w:r>
    </w:p>
    <w:p>
      <w:pPr>
        <w:jc w:val="both"/>
      </w:pPr>
      <w:r>
        <w:t>03C3.7.3.7</w:t>
      </w:r>
    </w:p>
    <w:p>
      <w:pPr>
        <w:jc w:val="both"/>
      </w:pPr>
      <w:r>
        <w:t>Holter điện tâm đồ/ huyết áp</w:t>
      </w:r>
    </w:p>
    <w:p>
      <w:pPr>
        <w:jc w:val="both"/>
      </w:pPr>
      <w:r>
        <w:t>204.000</w:t>
      </w:r>
    </w:p>
    <w:p>
      <w:pPr>
        <w:jc w:val="both"/>
      </w:pPr>
      <w:r>
        <w:t>229.000</w:t>
      </w:r>
    </w:p>
    <w:p>
      <w:pPr>
        <w:jc w:val="both"/>
      </w:pPr>
      <w:r>
        <w:t>1815</w:t>
      </w:r>
    </w:p>
    <w:p>
      <w:pPr>
        <w:jc w:val="both"/>
      </w:pPr>
      <w:r>
        <w:t>1799</w:t>
      </w:r>
    </w:p>
    <w:p>
      <w:pPr>
        <w:jc w:val="both"/>
      </w:pPr>
      <w:r>
        <w:t>04C6.428</w:t>
      </w:r>
    </w:p>
    <w:p>
      <w:pPr>
        <w:jc w:val="both"/>
      </w:pPr>
      <w:r>
        <w:t>Lưu huyết não</w:t>
      </w:r>
    </w:p>
    <w:p>
      <w:pPr>
        <w:jc w:val="both"/>
      </w:pPr>
      <w:r>
        <w:t>46.000</w:t>
      </w:r>
    </w:p>
    <w:p>
      <w:pPr>
        <w:jc w:val="both"/>
      </w:pPr>
      <w:r>
        <w:t>50.700</w:t>
      </w:r>
    </w:p>
    <w:p>
      <w:pPr>
        <w:jc w:val="both"/>
      </w:pPr>
      <w:r>
        <w:t>1816</w:t>
      </w:r>
    </w:p>
    <w:p>
      <w:pPr>
        <w:jc w:val="both"/>
      </w:pPr>
      <w:r>
        <w:t>1800</w:t>
      </w:r>
    </w:p>
    <w:p>
      <w:pPr>
        <w:jc w:val="both"/>
      </w:pPr>
      <w:r>
        <w:t>Nghiệm pháp dung nạp glucose cho bệnh nhân thường</w:t>
      </w:r>
    </w:p>
    <w:p>
      <w:pPr>
        <w:jc w:val="both"/>
      </w:pPr>
      <w:r>
        <w:t>132.000</w:t>
      </w:r>
    </w:p>
    <w:p>
      <w:pPr>
        <w:jc w:val="both"/>
      </w:pPr>
      <w:r>
        <w:t>150.000</w:t>
      </w:r>
    </w:p>
    <w:p>
      <w:pPr>
        <w:jc w:val="both"/>
      </w:pPr>
      <w:r>
        <w:t>1817</w:t>
      </w:r>
    </w:p>
    <w:p>
      <w:pPr>
        <w:jc w:val="both"/>
      </w:pPr>
      <w:r>
        <w:t>1801</w:t>
      </w:r>
    </w:p>
    <w:p>
      <w:pPr>
        <w:jc w:val="both"/>
      </w:pPr>
      <w:r>
        <w:t>Nghiệm pháp dung nạp glucose cho người bệnh thai nghén</w:t>
      </w:r>
    </w:p>
    <w:p>
      <w:pPr>
        <w:jc w:val="both"/>
      </w:pPr>
      <w:r>
        <w:t>162.000</w:t>
      </w:r>
    </w:p>
    <w:p>
      <w:pPr>
        <w:jc w:val="both"/>
      </w:pPr>
      <w:r>
        <w:t>185.000</w:t>
      </w:r>
    </w:p>
    <w:p>
      <w:pPr>
        <w:jc w:val="both"/>
      </w:pPr>
      <w:r>
        <w:t>1818</w:t>
      </w:r>
    </w:p>
    <w:p>
      <w:pPr>
        <w:jc w:val="both"/>
      </w:pPr>
      <w:r>
        <w:t>1802</w:t>
      </w:r>
    </w:p>
    <w:p>
      <w:pPr>
        <w:jc w:val="both"/>
      </w:pPr>
      <w:r>
        <w:t>Nghiệm pháp kích Synacthen</w:t>
      </w:r>
    </w:p>
    <w:p>
      <w:pPr>
        <w:jc w:val="both"/>
      </w:pPr>
      <w:r>
        <w:t>420.000</w:t>
      </w:r>
    </w:p>
    <w:p>
      <w:pPr>
        <w:jc w:val="both"/>
      </w:pPr>
      <w:r>
        <w:t>480.000</w:t>
      </w:r>
    </w:p>
    <w:p>
      <w:pPr>
        <w:jc w:val="both"/>
      </w:pPr>
      <w:r>
        <w:t>1819</w:t>
      </w:r>
    </w:p>
    <w:p>
      <w:pPr>
        <w:jc w:val="both"/>
      </w:pPr>
      <w:r>
        <w:t>1803</w:t>
      </w:r>
    </w:p>
    <w:p>
      <w:pPr>
        <w:jc w:val="both"/>
      </w:pPr>
      <w:r>
        <w:t>Nghiệm pháp nhịn uống</w:t>
      </w:r>
    </w:p>
    <w:p>
      <w:pPr>
        <w:jc w:val="both"/>
      </w:pPr>
      <w:r>
        <w:t>641.000</w:t>
      </w:r>
    </w:p>
    <w:p>
      <w:pPr>
        <w:jc w:val="both"/>
      </w:pPr>
      <w:r>
        <w:t>713.000</w:t>
      </w:r>
    </w:p>
    <w:p>
      <w:pPr>
        <w:jc w:val="both"/>
      </w:pPr>
      <w:r>
        <w:t>1820</w:t>
      </w:r>
    </w:p>
    <w:p>
      <w:pPr>
        <w:jc w:val="both"/>
      </w:pPr>
      <w:r>
        <w:t>1804</w:t>
      </w:r>
    </w:p>
    <w:p>
      <w:pPr>
        <w:jc w:val="both"/>
      </w:pPr>
      <w:r>
        <w:t>Nghiệm pháp ức chế bằng Dexamethason liều cao</w:t>
      </w:r>
    </w:p>
    <w:p>
      <w:pPr>
        <w:jc w:val="both"/>
      </w:pPr>
      <w:r>
        <w:t>436.000</w:t>
      </w:r>
    </w:p>
    <w:p>
      <w:pPr>
        <w:jc w:val="both"/>
      </w:pPr>
      <w:r>
        <w:t>490.000</w:t>
      </w:r>
    </w:p>
    <w:p>
      <w:pPr>
        <w:jc w:val="both"/>
      </w:pPr>
      <w:r>
        <w:t>1821</w:t>
      </w:r>
    </w:p>
    <w:p>
      <w:pPr>
        <w:jc w:val="both"/>
      </w:pPr>
      <w:r>
        <w:t>1805</w:t>
      </w:r>
    </w:p>
    <w:p>
      <w:pPr>
        <w:jc w:val="both"/>
      </w:pPr>
      <w:r>
        <w:t>Nghiệm pháp ức chế bằng Dexamethason liều thấp</w:t>
      </w:r>
    </w:p>
    <w:p>
      <w:pPr>
        <w:jc w:val="both"/>
      </w:pPr>
      <w:r>
        <w:t>276.000</w:t>
      </w:r>
    </w:p>
    <w:p>
      <w:pPr>
        <w:jc w:val="both"/>
      </w:pPr>
      <w:r>
        <w:t>306.000</w:t>
      </w:r>
    </w:p>
    <w:p>
      <w:pPr>
        <w:jc w:val="both"/>
      </w:pPr>
      <w:r>
        <w:t>1822</w:t>
      </w:r>
    </w:p>
    <w:p>
      <w:pPr>
        <w:jc w:val="both"/>
      </w:pPr>
      <w:r>
        <w:t>1806</w:t>
      </w:r>
    </w:p>
    <w:p>
      <w:pPr>
        <w:jc w:val="both"/>
      </w:pPr>
      <w:r>
        <w:t>04C6.434</w:t>
      </w:r>
    </w:p>
    <w:p>
      <w:pPr>
        <w:jc w:val="both"/>
      </w:pPr>
      <w:r>
        <w:t>Test dung nạp Glucagon</w:t>
      </w:r>
    </w:p>
    <w:p>
      <w:pPr>
        <w:jc w:val="both"/>
      </w:pPr>
      <w:r>
        <w:t>38.700</w:t>
      </w:r>
    </w:p>
    <w:p>
      <w:pPr>
        <w:jc w:val="both"/>
      </w:pPr>
      <w:r>
        <w:t>44.000</w:t>
      </w:r>
    </w:p>
    <w:p>
      <w:pPr>
        <w:jc w:val="both"/>
      </w:pPr>
      <w:r>
        <w:t>1823</w:t>
      </w:r>
    </w:p>
    <w:p>
      <w:pPr>
        <w:jc w:val="both"/>
      </w:pPr>
      <w:r>
        <w:t>1807</w:t>
      </w:r>
    </w:p>
    <w:p>
      <w:pPr>
        <w:jc w:val="both"/>
      </w:pPr>
      <w:r>
        <w:t>Test Glucagon gián tiếp (Định lượng C - Peptid thời điểm 0’ và 6’ sau tiêm)</w:t>
      </w:r>
    </w:p>
    <w:p>
      <w:pPr>
        <w:jc w:val="both"/>
      </w:pPr>
      <w:r>
        <w:t>210.000</w:t>
      </w:r>
    </w:p>
    <w:p>
      <w:pPr>
        <w:jc w:val="both"/>
      </w:pPr>
      <w:r>
        <w:t>239.000</w:t>
      </w:r>
    </w:p>
    <w:p>
      <w:pPr>
        <w:jc w:val="both"/>
      </w:pPr>
      <w:r>
        <w:t>Chưa bao gồm thuốc.</w:t>
      </w:r>
    </w:p>
    <w:p>
      <w:pPr>
        <w:jc w:val="both"/>
      </w:pPr>
      <w:r>
        <w:t>1824</w:t>
      </w:r>
    </w:p>
    <w:p>
      <w:pPr>
        <w:jc w:val="both"/>
      </w:pPr>
      <w:r>
        <w:t>1808</w:t>
      </w:r>
    </w:p>
    <w:p>
      <w:pPr>
        <w:jc w:val="both"/>
      </w:pPr>
      <w:r>
        <w:t>03C3.7.3.1</w:t>
      </w:r>
    </w:p>
    <w:p>
      <w:pPr>
        <w:jc w:val="both"/>
      </w:pPr>
      <w:r>
        <w:t>Test Raven/ Gille</w:t>
      </w:r>
    </w:p>
    <w:p>
      <w:pPr>
        <w:jc w:val="both"/>
      </w:pPr>
      <w:r>
        <w:t>27.000</w:t>
      </w:r>
    </w:p>
    <w:p>
      <w:pPr>
        <w:jc w:val="both"/>
      </w:pPr>
      <w:r>
        <w:t>29.300</w:t>
      </w:r>
    </w:p>
    <w:p>
      <w:pPr>
        <w:jc w:val="both"/>
      </w:pPr>
      <w:r>
        <w:t>1825</w:t>
      </w:r>
    </w:p>
    <w:p>
      <w:pPr>
        <w:jc w:val="both"/>
      </w:pPr>
      <w:r>
        <w:t>1809</w:t>
      </w:r>
    </w:p>
    <w:p>
      <w:pPr>
        <w:jc w:val="both"/>
      </w:pPr>
      <w:r>
        <w:t>03C3.7.3.3</w:t>
      </w:r>
    </w:p>
    <w:p>
      <w:pPr>
        <w:jc w:val="both"/>
      </w:pPr>
      <w:r>
        <w:t>Test tâm lý BECK/ZUNG</w:t>
      </w:r>
    </w:p>
    <w:p>
      <w:pPr>
        <w:jc w:val="both"/>
      </w:pPr>
      <w:r>
        <w:t>22.000</w:t>
      </w:r>
    </w:p>
    <w:p>
      <w:pPr>
        <w:jc w:val="both"/>
      </w:pPr>
      <w:r>
        <w:t>23.500</w:t>
      </w:r>
    </w:p>
    <w:p>
      <w:pPr>
        <w:jc w:val="both"/>
      </w:pPr>
      <w:r>
        <w:t>1826</w:t>
      </w:r>
    </w:p>
    <w:p>
      <w:pPr>
        <w:jc w:val="both"/>
      </w:pPr>
      <w:r>
        <w:t>1810</w:t>
      </w:r>
    </w:p>
    <w:p>
      <w:pPr>
        <w:jc w:val="both"/>
      </w:pPr>
      <w:r>
        <w:t>03C3.7.3.2</w:t>
      </w:r>
    </w:p>
    <w:p>
      <w:pPr>
        <w:jc w:val="both"/>
      </w:pPr>
      <w:r>
        <w:t>Test tâm lý MMPI/ WAIS/ WICS</w:t>
      </w:r>
    </w:p>
    <w:p>
      <w:pPr>
        <w:jc w:val="both"/>
      </w:pPr>
      <w:r>
        <w:t>32.000</w:t>
      </w:r>
    </w:p>
    <w:p>
      <w:pPr>
        <w:jc w:val="both"/>
      </w:pPr>
      <w:r>
        <w:t>35.000</w:t>
      </w:r>
    </w:p>
    <w:p>
      <w:pPr>
        <w:jc w:val="both"/>
      </w:pPr>
      <w:r>
        <w:t>1827</w:t>
      </w:r>
    </w:p>
    <w:p>
      <w:pPr>
        <w:jc w:val="both"/>
      </w:pPr>
      <w:r>
        <w:t>1811</w:t>
      </w:r>
    </w:p>
    <w:p>
      <w:pPr>
        <w:jc w:val="both"/>
      </w:pPr>
      <w:r>
        <w:t>04C6.432</w:t>
      </w:r>
    </w:p>
    <w:p>
      <w:pPr>
        <w:jc w:val="both"/>
      </w:pPr>
      <w:r>
        <w:t>Test thanh thải Creatinine</w:t>
      </w:r>
    </w:p>
    <w:p>
      <w:pPr>
        <w:jc w:val="both"/>
      </w:pPr>
      <w:r>
        <w:t>60.900</w:t>
      </w:r>
    </w:p>
    <w:p>
      <w:pPr>
        <w:jc w:val="both"/>
      </w:pPr>
      <w:r>
        <w:t>69.200</w:t>
      </w:r>
    </w:p>
    <w:p>
      <w:pPr>
        <w:jc w:val="both"/>
      </w:pPr>
      <w:r>
        <w:t>1828</w:t>
      </w:r>
    </w:p>
    <w:p>
      <w:pPr>
        <w:jc w:val="both"/>
      </w:pPr>
      <w:r>
        <w:t>1812</w:t>
      </w:r>
    </w:p>
    <w:p>
      <w:pPr>
        <w:jc w:val="both"/>
      </w:pPr>
      <w:r>
        <w:t>04C6.433</w:t>
      </w:r>
    </w:p>
    <w:p>
      <w:pPr>
        <w:jc w:val="both"/>
      </w:pPr>
      <w:r>
        <w:t>Test thanh thải Ure</w:t>
      </w:r>
    </w:p>
    <w:p>
      <w:pPr>
        <w:jc w:val="both"/>
      </w:pPr>
      <w:r>
        <w:t>60.900</w:t>
      </w:r>
    </w:p>
    <w:p>
      <w:pPr>
        <w:jc w:val="both"/>
      </w:pPr>
      <w:r>
        <w:t>69.200</w:t>
      </w:r>
    </w:p>
    <w:p>
      <w:pPr>
        <w:jc w:val="both"/>
      </w:pPr>
      <w:r>
        <w:t>1829</w:t>
      </w:r>
    </w:p>
    <w:p>
      <w:pPr>
        <w:jc w:val="both"/>
      </w:pPr>
      <w:r>
        <w:t>1813</w:t>
      </w:r>
    </w:p>
    <w:p>
      <w:pPr>
        <w:jc w:val="both"/>
      </w:pPr>
      <w:r>
        <w:t>03C3.7.3.5</w:t>
      </w:r>
    </w:p>
    <w:p>
      <w:pPr>
        <w:jc w:val="both"/>
      </w:pPr>
      <w:r>
        <w:t>Test trắc nghiệm tâm lý</w:t>
      </w:r>
    </w:p>
    <w:p>
      <w:pPr>
        <w:jc w:val="both"/>
      </w:pPr>
      <w:r>
        <w:t>32.000</w:t>
      </w:r>
    </w:p>
    <w:p>
      <w:pPr>
        <w:jc w:val="both"/>
      </w:pPr>
      <w:r>
        <w:t>35.000</w:t>
      </w:r>
    </w:p>
    <w:p>
      <w:pPr>
        <w:jc w:val="both"/>
      </w:pPr>
      <w:r>
        <w:t>1830</w:t>
      </w:r>
    </w:p>
    <w:p>
      <w:pPr>
        <w:jc w:val="both"/>
      </w:pPr>
      <w:r>
        <w:t>1814</w:t>
      </w:r>
    </w:p>
    <w:p>
      <w:pPr>
        <w:jc w:val="both"/>
      </w:pPr>
      <w:r>
        <w:t>03C3.7.3.4</w:t>
      </w:r>
    </w:p>
    <w:p>
      <w:pPr>
        <w:jc w:val="both"/>
      </w:pPr>
      <w:r>
        <w:t>Test WAIS/ WICS</w:t>
      </w:r>
    </w:p>
    <w:p>
      <w:pPr>
        <w:jc w:val="both"/>
      </w:pPr>
      <w:r>
        <w:t>37.000</w:t>
      </w:r>
    </w:p>
    <w:p>
      <w:pPr>
        <w:jc w:val="both"/>
      </w:pPr>
      <w:r>
        <w:t>40.800</w:t>
      </w:r>
    </w:p>
    <w:p>
      <w:pPr>
        <w:jc w:val="both"/>
      </w:pPr>
      <w:r>
        <w:t>1831</w:t>
      </w:r>
    </w:p>
    <w:p>
      <w:pPr>
        <w:jc w:val="both"/>
      </w:pPr>
      <w:r>
        <w:t>1815</w:t>
      </w:r>
    </w:p>
    <w:p>
      <w:pPr>
        <w:jc w:val="both"/>
      </w:pPr>
      <w:r>
        <w:t>04C6.435</w:t>
      </w:r>
    </w:p>
    <w:p>
      <w:pPr>
        <w:jc w:val="both"/>
      </w:pPr>
      <w:r>
        <w:t>Thăm dò các dung tích phổi</w:t>
      </w:r>
    </w:p>
    <w:p>
      <w:pPr>
        <w:jc w:val="both"/>
      </w:pPr>
      <w:r>
        <w:t>270.000</w:t>
      </w:r>
    </w:p>
    <w:p>
      <w:pPr>
        <w:jc w:val="both"/>
      </w:pPr>
      <w:r>
        <w:t>301.000</w:t>
      </w:r>
    </w:p>
    <w:p>
      <w:pPr>
        <w:jc w:val="both"/>
      </w:pPr>
      <w:r>
        <w:t>1832</w:t>
      </w:r>
    </w:p>
    <w:p>
      <w:pPr>
        <w:jc w:val="both"/>
      </w:pPr>
      <w:r>
        <w:t>1816</w:t>
      </w:r>
    </w:p>
    <w:p>
      <w:pPr>
        <w:jc w:val="both"/>
      </w:pPr>
      <w:r>
        <w:t>03C2.1.37</w:t>
      </w:r>
    </w:p>
    <w:p>
      <w:pPr>
        <w:jc w:val="both"/>
      </w:pPr>
      <w:r>
        <w:t>Thăm dò điện sinh lý trong buồng tim</w:t>
      </w:r>
    </w:p>
    <w:p>
      <w:pPr>
        <w:jc w:val="both"/>
      </w:pPr>
      <w:r>
        <w:t>1.997.000</w:t>
      </w:r>
    </w:p>
    <w:p>
      <w:pPr>
        <w:jc w:val="both"/>
      </w:pPr>
      <w:r>
        <w:t>2.258.000</w:t>
      </w:r>
    </w:p>
    <w:p>
      <w:pPr>
        <w:jc w:val="both"/>
      </w:pPr>
      <w:r>
        <w:t>Chưa bao gồm bộ dụng cụ thăm dò điện sinh lý tim.</w:t>
      </w:r>
    </w:p>
    <w:p>
      <w:pPr>
        <w:jc w:val="both"/>
      </w:pPr>
      <w:r>
        <w:t>1833</w:t>
      </w:r>
    </w:p>
    <w:p>
      <w:pPr>
        <w:jc w:val="both"/>
      </w:pPr>
      <w:r>
        <w:t>1817</w:t>
      </w:r>
    </w:p>
    <w:p>
      <w:pPr>
        <w:jc w:val="both"/>
      </w:pPr>
      <w:r>
        <w:t>04C6.431</w:t>
      </w:r>
    </w:p>
    <w:p>
      <w:pPr>
        <w:jc w:val="both"/>
      </w:pPr>
      <w:r>
        <w:t>Thử nghiệm dung nạp Cabonhydrate (glucoza, fructoza, galactoza, lactoza)</w:t>
      </w:r>
    </w:p>
    <w:p>
      <w:pPr>
        <w:jc w:val="both"/>
      </w:pPr>
      <w:r>
        <w:t>33.200</w:t>
      </w:r>
    </w:p>
    <w:p>
      <w:pPr>
        <w:jc w:val="both"/>
      </w:pPr>
      <w:r>
        <w:t>37.800</w:t>
      </w:r>
    </w:p>
    <w:p>
      <w:pPr>
        <w:jc w:val="both"/>
      </w:pPr>
      <w:r>
        <w:t>1834</w:t>
      </w:r>
    </w:p>
    <w:p>
      <w:pPr>
        <w:jc w:val="both"/>
      </w:pPr>
      <w:r>
        <w:t>1818</w:t>
      </w:r>
    </w:p>
    <w:p>
      <w:pPr>
        <w:jc w:val="both"/>
      </w:pPr>
      <w:r>
        <w:t>04C6.430</w:t>
      </w:r>
    </w:p>
    <w:p>
      <w:pPr>
        <w:jc w:val="both"/>
      </w:pPr>
      <w:r>
        <w:t>Thử nghiệm ngấm Bromsulphtalein trong thăm dò chức năng gan</w:t>
      </w:r>
    </w:p>
    <w:p>
      <w:pPr>
        <w:jc w:val="both"/>
      </w:pPr>
      <w:r>
        <w:t>33.200</w:t>
      </w:r>
    </w:p>
    <w:p>
      <w:pPr>
        <w:jc w:val="both"/>
      </w:pPr>
      <w:r>
        <w:t>37.800</w:t>
      </w:r>
    </w:p>
    <w:p>
      <w:pPr>
        <w:jc w:val="both"/>
      </w:pPr>
      <w:r>
        <w:t>Các thủ thuật còn lại khác</w:t>
      </w:r>
    </w:p>
    <w:p>
      <w:pPr>
        <w:jc w:val="both"/>
      </w:pPr>
      <w:r>
        <w:t>1835</w:t>
      </w:r>
    </w:p>
    <w:p>
      <w:pPr>
        <w:jc w:val="both"/>
      </w:pPr>
      <w:r>
        <w:t>1819</w:t>
      </w:r>
    </w:p>
    <w:p>
      <w:pPr>
        <w:jc w:val="both"/>
      </w:pPr>
      <w:r>
        <w:t>Thủ thuật loại đặc biệt</w:t>
      </w:r>
    </w:p>
    <w:p>
      <w:pPr>
        <w:jc w:val="both"/>
      </w:pPr>
      <w:r>
        <w:t>765.000</w:t>
      </w:r>
    </w:p>
    <w:p>
      <w:pPr>
        <w:jc w:val="both"/>
      </w:pPr>
      <w:r>
        <w:t>845.000</w:t>
      </w:r>
    </w:p>
    <w:p>
      <w:pPr>
        <w:jc w:val="both"/>
      </w:pPr>
      <w:r>
        <w:t>1836</w:t>
      </w:r>
    </w:p>
    <w:p>
      <w:pPr>
        <w:jc w:val="both"/>
      </w:pPr>
      <w:r>
        <w:t>1820</w:t>
      </w:r>
    </w:p>
    <w:p>
      <w:pPr>
        <w:jc w:val="both"/>
      </w:pPr>
      <w:r>
        <w:t>Thủ thuật loại I</w:t>
      </w:r>
    </w:p>
    <w:p>
      <w:pPr>
        <w:jc w:val="both"/>
      </w:pPr>
      <w:r>
        <w:t>293.000</w:t>
      </w:r>
    </w:p>
    <w:p>
      <w:pPr>
        <w:jc w:val="both"/>
      </w:pPr>
      <w:r>
        <w:t>325.000</w:t>
      </w:r>
    </w:p>
    <w:p>
      <w:pPr>
        <w:jc w:val="both"/>
      </w:pPr>
      <w:r>
        <w:t>1837</w:t>
      </w:r>
    </w:p>
    <w:p>
      <w:pPr>
        <w:jc w:val="both"/>
      </w:pPr>
      <w:r>
        <w:t>1821</w:t>
      </w:r>
    </w:p>
    <w:p>
      <w:pPr>
        <w:jc w:val="both"/>
      </w:pPr>
      <w:r>
        <w:t>Thủ thuật loại II</w:t>
      </w:r>
    </w:p>
    <w:p>
      <w:pPr>
        <w:jc w:val="both"/>
      </w:pPr>
      <w:r>
        <w:t>186.000</w:t>
      </w:r>
    </w:p>
    <w:p>
      <w:pPr>
        <w:jc w:val="both"/>
      </w:pPr>
      <w:r>
        <w:t>205.000</w:t>
      </w:r>
    </w:p>
    <w:p>
      <w:pPr>
        <w:jc w:val="both"/>
      </w:pPr>
      <w:r>
        <w:t>1838</w:t>
      </w:r>
    </w:p>
    <w:p>
      <w:pPr>
        <w:jc w:val="both"/>
      </w:pPr>
      <w:r>
        <w:t>1822</w:t>
      </w:r>
    </w:p>
    <w:p>
      <w:pPr>
        <w:jc w:val="both"/>
      </w:pPr>
      <w:r>
        <w:t>Thủ thuật loại III</w:t>
      </w:r>
    </w:p>
    <w:p>
      <w:pPr>
        <w:jc w:val="both"/>
      </w:pPr>
      <w:r>
        <w:t>95.400</w:t>
      </w:r>
    </w:p>
    <w:p>
      <w:pPr>
        <w:jc w:val="both"/>
      </w:pPr>
      <w:r>
        <w:t>105.000</w:t>
      </w:r>
    </w:p>
    <w:p>
      <w:pPr>
        <w:jc w:val="both"/>
      </w:pPr>
      <w:r>
        <w:t>F</w:t>
      </w:r>
    </w:p>
    <w:p>
      <w:pPr>
        <w:jc w:val="both"/>
      </w:pPr>
      <w:r>
        <w:t>F</w:t>
      </w:r>
    </w:p>
    <w:p>
      <w:pPr>
        <w:jc w:val="both"/>
      </w:pPr>
      <w:r>
        <w:t>CÁC THĂM DÒ VÀ ĐIỀU TRỊ BẰNG ĐỒNG VỊ PHÓNG XẠ</w:t>
      </w:r>
    </w:p>
    <w:p>
      <w:pPr>
        <w:jc w:val="both"/>
      </w:pPr>
      <w:r>
        <w:t>I</w:t>
      </w:r>
    </w:p>
    <w:p>
      <w:pPr>
        <w:jc w:val="both"/>
      </w:pPr>
      <w:r>
        <w:t>I</w:t>
      </w:r>
    </w:p>
    <w:p>
      <w:pPr>
        <w:jc w:val="both"/>
      </w:pPr>
      <w:r>
        <w:t>THĂM DÒ BẰNG ĐỒNG VỊ PHÓNG XẠ (giá chưa bao gồm dược chất, vật tư phóng xạ và Invivo kit)</w:t>
      </w:r>
    </w:p>
    <w:p>
      <w:pPr>
        <w:jc w:val="both"/>
      </w:pPr>
      <w:r>
        <w:t>1839</w:t>
      </w:r>
    </w:p>
    <w:p>
      <w:pPr>
        <w:jc w:val="both"/>
      </w:pPr>
      <w:r>
        <w:t>1823</w:t>
      </w:r>
    </w:p>
    <w:p>
      <w:pPr>
        <w:jc w:val="both"/>
      </w:pPr>
      <w:r>
        <w:t>04C7.447</w:t>
      </w:r>
    </w:p>
    <w:p>
      <w:pPr>
        <w:jc w:val="both"/>
      </w:pPr>
      <w:r>
        <w:t>Điều trị bệnh bằng kỹ thuật miễn dịch phóng xạ</w:t>
      </w:r>
    </w:p>
    <w:p>
      <w:pPr>
        <w:jc w:val="both"/>
      </w:pPr>
      <w:r>
        <w:t>835.000</w:t>
      </w:r>
    </w:p>
    <w:p>
      <w:pPr>
        <w:jc w:val="both"/>
      </w:pPr>
      <w:r>
        <w:t>917.000</w:t>
      </w:r>
    </w:p>
    <w:p>
      <w:pPr>
        <w:jc w:val="both"/>
      </w:pPr>
      <w:r>
        <w:t>1840</w:t>
      </w:r>
    </w:p>
    <w:p>
      <w:pPr>
        <w:jc w:val="both"/>
      </w:pPr>
      <w:r>
        <w:t>1824</w:t>
      </w:r>
    </w:p>
    <w:p>
      <w:pPr>
        <w:jc w:val="both"/>
      </w:pPr>
      <w:r>
        <w:t>04C7.441</w:t>
      </w:r>
    </w:p>
    <w:p>
      <w:pPr>
        <w:jc w:val="both"/>
      </w:pPr>
      <w:r>
        <w:t>Định lượng CA 19-9 hoặc CA 50 hoặc CA 125 hoặc CA 15-3 hoặc CA 72-4 hoặc PTH bằng kỹ thuật miễn dịch phóng xạ</w:t>
      </w:r>
    </w:p>
    <w:p>
      <w:pPr>
        <w:jc w:val="both"/>
      </w:pPr>
      <w:r>
        <w:t>296.000</w:t>
      </w:r>
    </w:p>
    <w:p>
      <w:pPr>
        <w:jc w:val="both"/>
      </w:pPr>
      <w:r>
        <w:t>330.000</w:t>
      </w:r>
    </w:p>
    <w:p>
      <w:pPr>
        <w:jc w:val="both"/>
      </w:pPr>
      <w:r>
        <w:t>1841</w:t>
      </w:r>
    </w:p>
    <w:p>
      <w:pPr>
        <w:jc w:val="both"/>
      </w:pPr>
      <w:r>
        <w:t>1825</w:t>
      </w:r>
    </w:p>
    <w:p>
      <w:pPr>
        <w:jc w:val="both"/>
      </w:pPr>
      <w:r>
        <w:t>04C7.440</w:t>
      </w:r>
    </w:p>
    <w:p>
      <w:pPr>
        <w:jc w:val="both"/>
      </w:pPr>
      <w:r>
        <w:t>Định lượng bằng kỹ thuật miễn dịch phóng xạ: LH hoặc FSH hoặc HCG hoặc Insullin hoặc Testosteron hoặc Prolactin hoặc Progesteron hoặc Estradiol hoặc CEA hoặc AFP hoặc PSA hoặc Cortisol</w:t>
      </w:r>
    </w:p>
    <w:p>
      <w:pPr>
        <w:jc w:val="both"/>
      </w:pPr>
      <w:r>
        <w:t>221.000</w:t>
      </w:r>
    </w:p>
    <w:p>
      <w:pPr>
        <w:jc w:val="both"/>
      </w:pPr>
      <w:r>
        <w:t>244.000</w:t>
      </w:r>
    </w:p>
    <w:p>
      <w:pPr>
        <w:jc w:val="both"/>
      </w:pPr>
      <w:r>
        <w:t>1842</w:t>
      </w:r>
    </w:p>
    <w:p>
      <w:pPr>
        <w:jc w:val="both"/>
      </w:pPr>
      <w:r>
        <w:t>1826</w:t>
      </w:r>
    </w:p>
    <w:p>
      <w:pPr>
        <w:jc w:val="both"/>
      </w:pPr>
      <w:r>
        <w:t>04C7.437</w:t>
      </w:r>
    </w:p>
    <w:p>
      <w:pPr>
        <w:jc w:val="both"/>
      </w:pPr>
      <w:r>
        <w:t>Định lượng bằng kỹ thuật miễn dịch phóng xạ: T3 hoặc FT3 hoặc T4 hoặc FT4 hoặc TSH hoặc Micro Albumin niệu hoặc kháng thể kháng Insullin hoặc Calcitonin</w:t>
      </w:r>
    </w:p>
    <w:p>
      <w:pPr>
        <w:jc w:val="both"/>
      </w:pPr>
      <w:r>
        <w:t>201.000</w:t>
      </w:r>
    </w:p>
    <w:p>
      <w:pPr>
        <w:jc w:val="both"/>
      </w:pPr>
      <w:r>
        <w:t>221.000</w:t>
      </w:r>
    </w:p>
    <w:p>
      <w:pPr>
        <w:jc w:val="both"/>
      </w:pPr>
      <w:r>
        <w:t>1843</w:t>
      </w:r>
    </w:p>
    <w:p>
      <w:pPr>
        <w:jc w:val="both"/>
      </w:pPr>
      <w:r>
        <w:t>1827</w:t>
      </w:r>
    </w:p>
    <w:p>
      <w:pPr>
        <w:jc w:val="both"/>
      </w:pPr>
      <w:r>
        <w:t>04C7.442</w:t>
      </w:r>
    </w:p>
    <w:p>
      <w:pPr>
        <w:jc w:val="both"/>
      </w:pPr>
      <w:r>
        <w:t>Định lượng kháng thể kháng Tg hoặc ACTH hoặc GH hoặc TRAb bằng kỹ thuật miễn dịch phóng xạ</w:t>
      </w:r>
    </w:p>
    <w:p>
      <w:pPr>
        <w:jc w:val="both"/>
      </w:pPr>
      <w:r>
        <w:t>386.000</w:t>
      </w:r>
    </w:p>
    <w:p>
      <w:pPr>
        <w:jc w:val="both"/>
      </w:pPr>
      <w:r>
        <w:t>434.000</w:t>
      </w:r>
    </w:p>
    <w:p>
      <w:pPr>
        <w:jc w:val="both"/>
      </w:pPr>
      <w:r>
        <w:t>1844</w:t>
      </w:r>
    </w:p>
    <w:p>
      <w:pPr>
        <w:jc w:val="both"/>
      </w:pPr>
      <w:r>
        <w:t>1828</w:t>
      </w:r>
    </w:p>
    <w:p>
      <w:pPr>
        <w:jc w:val="both"/>
      </w:pPr>
      <w:r>
        <w:t>03C3.7.1.13</w:t>
      </w:r>
    </w:p>
    <w:p>
      <w:pPr>
        <w:jc w:val="both"/>
      </w:pPr>
      <w:r>
        <w:t>Độ tập trung I-131 tuyến giáp</w:t>
      </w:r>
    </w:p>
    <w:p>
      <w:pPr>
        <w:jc w:val="both"/>
      </w:pPr>
      <w:r>
        <w:t>215.000</w:t>
      </w:r>
    </w:p>
    <w:p>
      <w:pPr>
        <w:jc w:val="both"/>
      </w:pPr>
      <w:r>
        <w:t>240.000</w:t>
      </w:r>
    </w:p>
    <w:p>
      <w:pPr>
        <w:jc w:val="both"/>
      </w:pPr>
      <w:r>
        <w:t>1845</w:t>
      </w:r>
    </w:p>
    <w:p>
      <w:pPr>
        <w:jc w:val="both"/>
      </w:pPr>
      <w:r>
        <w:t>1829</w:t>
      </w:r>
    </w:p>
    <w:p>
      <w:pPr>
        <w:jc w:val="both"/>
      </w:pPr>
      <w:r>
        <w:t>04C7.446</w:t>
      </w:r>
    </w:p>
    <w:p>
      <w:pPr>
        <w:jc w:val="both"/>
      </w:pPr>
      <w:r>
        <w:t>SPECT CT</w:t>
      </w:r>
    </w:p>
    <w:p>
      <w:pPr>
        <w:jc w:val="both"/>
      </w:pPr>
      <w:r>
        <w:t>931.000</w:t>
      </w:r>
    </w:p>
    <w:p>
      <w:pPr>
        <w:jc w:val="both"/>
      </w:pPr>
      <w:r>
        <w:t>1.053.000</w:t>
      </w:r>
    </w:p>
    <w:p>
      <w:pPr>
        <w:jc w:val="both"/>
      </w:pPr>
      <w:r>
        <w:t>1846</w:t>
      </w:r>
    </w:p>
    <w:p>
      <w:pPr>
        <w:jc w:val="both"/>
      </w:pPr>
      <w:r>
        <w:t>1830</w:t>
      </w:r>
    </w:p>
    <w:p>
      <w:pPr>
        <w:jc w:val="both"/>
      </w:pPr>
      <w:r>
        <w:t>03C3.7.1.1</w:t>
      </w:r>
    </w:p>
    <w:p>
      <w:pPr>
        <w:jc w:val="both"/>
      </w:pPr>
      <w:r>
        <w:t>SPECT não</w:t>
      </w:r>
    </w:p>
    <w:p>
      <w:pPr>
        <w:jc w:val="both"/>
      </w:pPr>
      <w:r>
        <w:t>461.000</w:t>
      </w:r>
    </w:p>
    <w:p>
      <w:pPr>
        <w:jc w:val="both"/>
      </w:pPr>
      <w:r>
        <w:t>512.000</w:t>
      </w:r>
    </w:p>
    <w:p>
      <w:pPr>
        <w:jc w:val="both"/>
      </w:pPr>
      <w:r>
        <w:t>1847</w:t>
      </w:r>
    </w:p>
    <w:p>
      <w:pPr>
        <w:jc w:val="both"/>
      </w:pPr>
      <w:r>
        <w:t>1831</w:t>
      </w:r>
    </w:p>
    <w:p>
      <w:pPr>
        <w:jc w:val="both"/>
      </w:pPr>
      <w:r>
        <w:t>04C7.445</w:t>
      </w:r>
    </w:p>
    <w:p>
      <w:pPr>
        <w:jc w:val="both"/>
      </w:pPr>
      <w:r>
        <w:t>SPECT phóng xạ miễn dịch (2 thời điểm)</w:t>
      </w:r>
    </w:p>
    <w:p>
      <w:pPr>
        <w:jc w:val="both"/>
      </w:pPr>
      <w:r>
        <w:t>606.000</w:t>
      </w:r>
    </w:p>
    <w:p>
      <w:pPr>
        <w:jc w:val="both"/>
      </w:pPr>
      <w:r>
        <w:t>679.000</w:t>
      </w:r>
    </w:p>
    <w:p>
      <w:pPr>
        <w:jc w:val="both"/>
      </w:pPr>
      <w:r>
        <w:t>1848</w:t>
      </w:r>
    </w:p>
    <w:p>
      <w:pPr>
        <w:jc w:val="both"/>
      </w:pPr>
      <w:r>
        <w:t>1832</w:t>
      </w:r>
    </w:p>
    <w:p>
      <w:pPr>
        <w:jc w:val="both"/>
      </w:pPr>
      <w:r>
        <w:t>03C3.7.1.2</w:t>
      </w:r>
    </w:p>
    <w:p>
      <w:pPr>
        <w:jc w:val="both"/>
      </w:pPr>
      <w:r>
        <w:t>SPECT tưới máu cơ tim</w:t>
      </w:r>
    </w:p>
    <w:p>
      <w:pPr>
        <w:jc w:val="both"/>
      </w:pPr>
      <w:r>
        <w:t>598.000</w:t>
      </w:r>
    </w:p>
    <w:p>
      <w:pPr>
        <w:jc w:val="both"/>
      </w:pPr>
      <w:r>
        <w:t>670.000</w:t>
      </w:r>
    </w:p>
    <w:p>
      <w:pPr>
        <w:jc w:val="both"/>
      </w:pPr>
      <w:r>
        <w:t>1849</w:t>
      </w:r>
    </w:p>
    <w:p>
      <w:pPr>
        <w:jc w:val="both"/>
      </w:pPr>
      <w:r>
        <w:t>1833</w:t>
      </w:r>
    </w:p>
    <w:p>
      <w:pPr>
        <w:jc w:val="both"/>
      </w:pPr>
      <w:r>
        <w:t>04C7.443</w:t>
      </w:r>
    </w:p>
    <w:p>
      <w:pPr>
        <w:jc w:val="both"/>
      </w:pPr>
      <w:r>
        <w:t>SPECT tuyến cận giáp với đồng vị kép</w:t>
      </w:r>
    </w:p>
    <w:p>
      <w:pPr>
        <w:jc w:val="both"/>
      </w:pPr>
      <w:r>
        <w:t>661.000</w:t>
      </w:r>
    </w:p>
    <w:p>
      <w:pPr>
        <w:jc w:val="both"/>
      </w:pPr>
      <w:r>
        <w:t>742.000</w:t>
      </w:r>
    </w:p>
    <w:p>
      <w:pPr>
        <w:jc w:val="both"/>
      </w:pPr>
      <w:r>
        <w:t>1850</w:t>
      </w:r>
    </w:p>
    <w:p>
      <w:pPr>
        <w:jc w:val="both"/>
      </w:pPr>
      <w:r>
        <w:t>1834</w:t>
      </w:r>
    </w:p>
    <w:p>
      <w:pPr>
        <w:jc w:val="both"/>
      </w:pPr>
      <w:r>
        <w:t>03C3.7.1.4</w:t>
      </w:r>
    </w:p>
    <w:p>
      <w:pPr>
        <w:jc w:val="both"/>
      </w:pPr>
      <w:r>
        <w:t>Thận đồ đồng vị</w:t>
      </w:r>
    </w:p>
    <w:p>
      <w:pPr>
        <w:jc w:val="both"/>
      </w:pPr>
      <w:r>
        <w:t>288.000</w:t>
      </w:r>
    </w:p>
    <w:p>
      <w:pPr>
        <w:jc w:val="both"/>
      </w:pPr>
      <w:r>
        <w:t>322.000</w:t>
      </w:r>
    </w:p>
    <w:p>
      <w:pPr>
        <w:jc w:val="both"/>
      </w:pPr>
      <w:r>
        <w:t>1851</w:t>
      </w:r>
    </w:p>
    <w:p>
      <w:pPr>
        <w:jc w:val="both"/>
      </w:pPr>
      <w:r>
        <w:t>1835</w:t>
      </w:r>
    </w:p>
    <w:p>
      <w:pPr>
        <w:jc w:val="both"/>
      </w:pPr>
      <w:r>
        <w:t>03C3.7.1.31</w:t>
      </w:r>
    </w:p>
    <w:p>
      <w:pPr>
        <w:jc w:val="both"/>
      </w:pPr>
      <w:r>
        <w:t>Xạ hình bạch mạch với Tc-99m HMPAO</w:t>
      </w:r>
    </w:p>
    <w:p>
      <w:pPr>
        <w:jc w:val="both"/>
      </w:pPr>
      <w:r>
        <w:t>361.000</w:t>
      </w:r>
    </w:p>
    <w:p>
      <w:pPr>
        <w:jc w:val="both"/>
      </w:pPr>
      <w:r>
        <w:t>397.000</w:t>
      </w:r>
    </w:p>
    <w:p>
      <w:pPr>
        <w:jc w:val="both"/>
      </w:pPr>
      <w:r>
        <w:t>1852</w:t>
      </w:r>
    </w:p>
    <w:p>
      <w:pPr>
        <w:jc w:val="both"/>
      </w:pPr>
      <w:r>
        <w:t>1836</w:t>
      </w:r>
    </w:p>
    <w:p>
      <w:pPr>
        <w:jc w:val="both"/>
      </w:pPr>
      <w:r>
        <w:t>03C3.7.1.28</w:t>
      </w:r>
    </w:p>
    <w:p>
      <w:pPr>
        <w:jc w:val="both"/>
      </w:pPr>
      <w:r>
        <w:t>Xạ hình chẩn đoán chức năng co bóp dạ dày với Tc-99m Sulfur Colloid dạ dày với Tc-99m Sulfur Colloid</w:t>
      </w:r>
    </w:p>
    <w:p>
      <w:pPr>
        <w:jc w:val="both"/>
      </w:pPr>
      <w:r>
        <w:t>381.000</w:t>
      </w:r>
    </w:p>
    <w:p>
      <w:pPr>
        <w:jc w:val="both"/>
      </w:pPr>
      <w:r>
        <w:t>420.000</w:t>
      </w:r>
    </w:p>
    <w:p>
      <w:pPr>
        <w:jc w:val="both"/>
      </w:pPr>
      <w:r>
        <w:t>1853</w:t>
      </w:r>
    </w:p>
    <w:p>
      <w:pPr>
        <w:jc w:val="both"/>
      </w:pPr>
      <w:r>
        <w:t>1837</w:t>
      </w:r>
    </w:p>
    <w:p>
      <w:pPr>
        <w:jc w:val="both"/>
      </w:pPr>
      <w:r>
        <w:t>03C3.7.1.27</w:t>
      </w:r>
    </w:p>
    <w:p>
      <w:pPr>
        <w:jc w:val="both"/>
      </w:pPr>
      <w:r>
        <w:t>Xạ hình chẩn đoán chức năng thực quản và trào ngược dạ dày - thực quản với Tc-99m Sulfur Colloid</w:t>
      </w:r>
    </w:p>
    <w:p>
      <w:pPr>
        <w:jc w:val="both"/>
      </w:pPr>
      <w:r>
        <w:t>491.000</w:t>
      </w:r>
    </w:p>
    <w:p>
      <w:pPr>
        <w:jc w:val="both"/>
      </w:pPr>
      <w:r>
        <w:t>547.000</w:t>
      </w:r>
    </w:p>
    <w:p>
      <w:pPr>
        <w:jc w:val="both"/>
      </w:pPr>
      <w:r>
        <w:t>1854</w:t>
      </w:r>
    </w:p>
    <w:p>
      <w:pPr>
        <w:jc w:val="both"/>
      </w:pPr>
      <w:r>
        <w:t>1838</w:t>
      </w:r>
    </w:p>
    <w:p>
      <w:pPr>
        <w:jc w:val="both"/>
      </w:pPr>
      <w:r>
        <w:t>03C3.7.1.19</w:t>
      </w:r>
    </w:p>
    <w:p>
      <w:pPr>
        <w:jc w:val="both"/>
      </w:pPr>
      <w:r>
        <w:t>Xạ hình chẩn đoán khối u</w:t>
      </w:r>
    </w:p>
    <w:p>
      <w:pPr>
        <w:jc w:val="both"/>
      </w:pPr>
      <w:r>
        <w:t>461.000</w:t>
      </w:r>
    </w:p>
    <w:p>
      <w:pPr>
        <w:jc w:val="both"/>
      </w:pPr>
      <w:r>
        <w:t>512.000</w:t>
      </w:r>
    </w:p>
    <w:p>
      <w:pPr>
        <w:jc w:val="both"/>
      </w:pPr>
      <w:r>
        <w:t>1855</w:t>
      </w:r>
    </w:p>
    <w:p>
      <w:pPr>
        <w:jc w:val="both"/>
      </w:pPr>
      <w:r>
        <w:t>1839</w:t>
      </w:r>
    </w:p>
    <w:p>
      <w:pPr>
        <w:jc w:val="both"/>
      </w:pPr>
      <w:r>
        <w:t>03C3.7.1.24</w:t>
      </w:r>
    </w:p>
    <w:p>
      <w:pPr>
        <w:jc w:val="both"/>
      </w:pPr>
      <w:r>
        <w:t>Xạ hình chẩn đoán nhồi máu cơ tim với Tc-99m Pyrophosphate</w:t>
      </w:r>
    </w:p>
    <w:p>
      <w:pPr>
        <w:jc w:val="both"/>
      </w:pPr>
      <w:r>
        <w:t>431.000</w:t>
      </w:r>
    </w:p>
    <w:p>
      <w:pPr>
        <w:jc w:val="both"/>
      </w:pPr>
      <w:r>
        <w:t>477.000</w:t>
      </w:r>
    </w:p>
    <w:p>
      <w:pPr>
        <w:jc w:val="both"/>
      </w:pPr>
      <w:r>
        <w:t>1856</w:t>
      </w:r>
    </w:p>
    <w:p>
      <w:pPr>
        <w:jc w:val="both"/>
      </w:pPr>
      <w:r>
        <w:t>1840</w:t>
      </w:r>
    </w:p>
    <w:p>
      <w:pPr>
        <w:jc w:val="both"/>
      </w:pPr>
      <w:r>
        <w:t>03C3.7.1.30</w:t>
      </w:r>
    </w:p>
    <w:p>
      <w:pPr>
        <w:jc w:val="both"/>
      </w:pPr>
      <w:r>
        <w:t>Xạ hình chẩn đoán túi thừa Meckel với Tc-99m</w:t>
      </w:r>
    </w:p>
    <w:p>
      <w:pPr>
        <w:jc w:val="both"/>
      </w:pPr>
      <w:r>
        <w:t>361.000</w:t>
      </w:r>
    </w:p>
    <w:p>
      <w:pPr>
        <w:jc w:val="both"/>
      </w:pPr>
      <w:r>
        <w:t>397.000</w:t>
      </w:r>
    </w:p>
    <w:p>
      <w:pPr>
        <w:jc w:val="both"/>
      </w:pPr>
      <w:r>
        <w:t>1857</w:t>
      </w:r>
    </w:p>
    <w:p>
      <w:pPr>
        <w:jc w:val="both"/>
      </w:pPr>
      <w:r>
        <w:t>1841</w:t>
      </w:r>
    </w:p>
    <w:p>
      <w:pPr>
        <w:jc w:val="both"/>
      </w:pPr>
      <w:r>
        <w:t>03C3.7.1.9</w:t>
      </w:r>
    </w:p>
    <w:p>
      <w:pPr>
        <w:jc w:val="both"/>
      </w:pPr>
      <w:r>
        <w:t>Xạ hình chẩn đoán u máu trong gan</w:t>
      </w:r>
    </w:p>
    <w:p>
      <w:pPr>
        <w:jc w:val="both"/>
      </w:pPr>
      <w:r>
        <w:t>431.000</w:t>
      </w:r>
    </w:p>
    <w:p>
      <w:pPr>
        <w:jc w:val="both"/>
      </w:pPr>
      <w:r>
        <w:t>477.000</w:t>
      </w:r>
    </w:p>
    <w:p>
      <w:pPr>
        <w:jc w:val="both"/>
      </w:pPr>
      <w:r>
        <w:t>1858</w:t>
      </w:r>
    </w:p>
    <w:p>
      <w:pPr>
        <w:jc w:val="both"/>
      </w:pPr>
      <w:r>
        <w:t>1842</w:t>
      </w:r>
    </w:p>
    <w:p>
      <w:pPr>
        <w:jc w:val="both"/>
      </w:pPr>
      <w:r>
        <w:t>03C3.7.1.17</w:t>
      </w:r>
    </w:p>
    <w:p>
      <w:pPr>
        <w:jc w:val="both"/>
      </w:pPr>
      <w:r>
        <w:t>Xạ hình chẩn đoán xuất huyết đường tiêu hóa với hồng cầu đánh dấu Tc-99m</w:t>
      </w:r>
    </w:p>
    <w:p>
      <w:pPr>
        <w:jc w:val="both"/>
      </w:pPr>
      <w:r>
        <w:t>431.000</w:t>
      </w:r>
    </w:p>
    <w:p>
      <w:pPr>
        <w:jc w:val="both"/>
      </w:pPr>
      <w:r>
        <w:t>477.000</w:t>
      </w:r>
    </w:p>
    <w:p>
      <w:pPr>
        <w:jc w:val="both"/>
      </w:pPr>
      <w:r>
        <w:t>1859</w:t>
      </w:r>
    </w:p>
    <w:p>
      <w:pPr>
        <w:jc w:val="both"/>
      </w:pPr>
      <w:r>
        <w:t>1843</w:t>
      </w:r>
    </w:p>
    <w:p>
      <w:pPr>
        <w:jc w:val="both"/>
      </w:pPr>
      <w:r>
        <w:t>03C3.7.1.3</w:t>
      </w:r>
    </w:p>
    <w:p>
      <w:pPr>
        <w:jc w:val="both"/>
      </w:pPr>
      <w:r>
        <w:t>Xạ hình chức năng thận</w:t>
      </w:r>
    </w:p>
    <w:p>
      <w:pPr>
        <w:jc w:val="both"/>
      </w:pPr>
      <w:r>
        <w:t>411.000</w:t>
      </w:r>
    </w:p>
    <w:p>
      <w:pPr>
        <w:jc w:val="both"/>
      </w:pPr>
      <w:r>
        <w:t>454.000</w:t>
      </w:r>
    </w:p>
    <w:p>
      <w:pPr>
        <w:jc w:val="both"/>
      </w:pPr>
      <w:r>
        <w:t>1860</w:t>
      </w:r>
    </w:p>
    <w:p>
      <w:pPr>
        <w:jc w:val="both"/>
      </w:pPr>
      <w:r>
        <w:t>1844</w:t>
      </w:r>
    </w:p>
    <w:p>
      <w:pPr>
        <w:jc w:val="both"/>
      </w:pPr>
      <w:r>
        <w:t>03C3.7.1.5</w:t>
      </w:r>
    </w:p>
    <w:p>
      <w:pPr>
        <w:jc w:val="both"/>
      </w:pPr>
      <w:r>
        <w:t>Xạ hình chức năng thận - tiết niệu sau ghép thận với Tc-99m MAG3</w:t>
      </w:r>
    </w:p>
    <w:p>
      <w:pPr>
        <w:jc w:val="both"/>
      </w:pPr>
      <w:r>
        <w:t>471.000</w:t>
      </w:r>
    </w:p>
    <w:p>
      <w:pPr>
        <w:jc w:val="both"/>
      </w:pPr>
      <w:r>
        <w:t>523.000</w:t>
      </w:r>
    </w:p>
    <w:p>
      <w:pPr>
        <w:jc w:val="both"/>
      </w:pPr>
      <w:r>
        <w:t>1861</w:t>
      </w:r>
    </w:p>
    <w:p>
      <w:pPr>
        <w:jc w:val="both"/>
      </w:pPr>
      <w:r>
        <w:t>1845</w:t>
      </w:r>
    </w:p>
    <w:p>
      <w:pPr>
        <w:jc w:val="both"/>
      </w:pPr>
      <w:r>
        <w:t>03C3.7.1.23</w:t>
      </w:r>
    </w:p>
    <w:p>
      <w:pPr>
        <w:jc w:val="both"/>
      </w:pPr>
      <w:r>
        <w:t>Xạ hình chức năng tim</w:t>
      </w:r>
    </w:p>
    <w:p>
      <w:pPr>
        <w:jc w:val="both"/>
      </w:pPr>
      <w:r>
        <w:t>461.000</w:t>
      </w:r>
    </w:p>
    <w:p>
      <w:pPr>
        <w:jc w:val="both"/>
      </w:pPr>
      <w:r>
        <w:t>512.000</w:t>
      </w:r>
    </w:p>
    <w:p>
      <w:pPr>
        <w:jc w:val="both"/>
      </w:pPr>
      <w:r>
        <w:t>1862</w:t>
      </w:r>
    </w:p>
    <w:p>
      <w:pPr>
        <w:jc w:val="both"/>
      </w:pPr>
      <w:r>
        <w:t>1846</w:t>
      </w:r>
    </w:p>
    <w:p>
      <w:pPr>
        <w:jc w:val="both"/>
      </w:pPr>
      <w:r>
        <w:t>03C3.7.1.8</w:t>
      </w:r>
    </w:p>
    <w:p>
      <w:pPr>
        <w:jc w:val="both"/>
      </w:pPr>
      <w:r>
        <w:t>Xạ hình gan mật</w:t>
      </w:r>
    </w:p>
    <w:p>
      <w:pPr>
        <w:jc w:val="both"/>
      </w:pPr>
      <w:r>
        <w:t>431.000</w:t>
      </w:r>
    </w:p>
    <w:p>
      <w:pPr>
        <w:jc w:val="both"/>
      </w:pPr>
      <w:r>
        <w:t>477.000</w:t>
      </w:r>
    </w:p>
    <w:p>
      <w:pPr>
        <w:jc w:val="both"/>
      </w:pPr>
      <w:r>
        <w:t>1863</w:t>
      </w:r>
    </w:p>
    <w:p>
      <w:pPr>
        <w:jc w:val="both"/>
      </w:pPr>
      <w:r>
        <w:t>1847</w:t>
      </w:r>
    </w:p>
    <w:p>
      <w:pPr>
        <w:jc w:val="both"/>
      </w:pPr>
      <w:r>
        <w:t>03C3.7.1.10</w:t>
      </w:r>
    </w:p>
    <w:p>
      <w:pPr>
        <w:jc w:val="both"/>
      </w:pPr>
      <w:r>
        <w:t>Xạ hình gan với Tc-99m Sulfur Colloid</w:t>
      </w:r>
    </w:p>
    <w:p>
      <w:pPr>
        <w:jc w:val="both"/>
      </w:pPr>
      <w:r>
        <w:t>461.000</w:t>
      </w:r>
    </w:p>
    <w:p>
      <w:pPr>
        <w:jc w:val="both"/>
      </w:pPr>
      <w:r>
        <w:t>512.000</w:t>
      </w:r>
    </w:p>
    <w:p>
      <w:pPr>
        <w:jc w:val="both"/>
      </w:pPr>
      <w:r>
        <w:t>1864</w:t>
      </w:r>
    </w:p>
    <w:p>
      <w:pPr>
        <w:jc w:val="both"/>
      </w:pPr>
      <w:r>
        <w:t>1848</w:t>
      </w:r>
    </w:p>
    <w:p>
      <w:pPr>
        <w:jc w:val="both"/>
      </w:pPr>
      <w:r>
        <w:t>Xạ hình hạch Lympho</w:t>
      </w:r>
    </w:p>
    <w:p>
      <w:pPr>
        <w:jc w:val="both"/>
      </w:pPr>
      <w:r>
        <w:t>461.000</w:t>
      </w:r>
    </w:p>
    <w:p>
      <w:pPr>
        <w:jc w:val="both"/>
      </w:pPr>
      <w:r>
        <w:t>512.000</w:t>
      </w:r>
    </w:p>
    <w:p>
      <w:pPr>
        <w:jc w:val="both"/>
      </w:pPr>
      <w:r>
        <w:t>1865</w:t>
      </w:r>
    </w:p>
    <w:p>
      <w:pPr>
        <w:jc w:val="both"/>
      </w:pPr>
      <w:r>
        <w:t>1849</w:t>
      </w:r>
    </w:p>
    <w:p>
      <w:pPr>
        <w:jc w:val="both"/>
      </w:pPr>
      <w:r>
        <w:t>03C3.7.1.11</w:t>
      </w:r>
    </w:p>
    <w:p>
      <w:pPr>
        <w:jc w:val="both"/>
      </w:pPr>
      <w:r>
        <w:t>Xạ hình lách</w:t>
      </w:r>
    </w:p>
    <w:p>
      <w:pPr>
        <w:jc w:val="both"/>
      </w:pPr>
      <w:r>
        <w:t>431.000</w:t>
      </w:r>
    </w:p>
    <w:p>
      <w:pPr>
        <w:jc w:val="both"/>
      </w:pPr>
      <w:r>
        <w:t>477.000</w:t>
      </w:r>
    </w:p>
    <w:p>
      <w:pPr>
        <w:jc w:val="both"/>
      </w:pPr>
      <w:r>
        <w:t>1866</w:t>
      </w:r>
    </w:p>
    <w:p>
      <w:pPr>
        <w:jc w:val="both"/>
      </w:pPr>
      <w:r>
        <w:t>1850</w:t>
      </w:r>
    </w:p>
    <w:p>
      <w:pPr>
        <w:jc w:val="both"/>
      </w:pPr>
      <w:r>
        <w:t>03C3.7.1.20</w:t>
      </w:r>
    </w:p>
    <w:p>
      <w:pPr>
        <w:jc w:val="both"/>
      </w:pPr>
      <w:r>
        <w:t>Xạ hình lưu thông dịch não tủy</w:t>
      </w:r>
    </w:p>
    <w:p>
      <w:pPr>
        <w:jc w:val="both"/>
      </w:pPr>
      <w:r>
        <w:t>461.000</w:t>
      </w:r>
    </w:p>
    <w:p>
      <w:pPr>
        <w:jc w:val="both"/>
      </w:pPr>
      <w:r>
        <w:t>512.000</w:t>
      </w:r>
    </w:p>
    <w:p>
      <w:pPr>
        <w:jc w:val="both"/>
      </w:pPr>
      <w:r>
        <w:t>1867</w:t>
      </w:r>
    </w:p>
    <w:p>
      <w:pPr>
        <w:jc w:val="both"/>
      </w:pPr>
      <w:r>
        <w:t>1851</w:t>
      </w:r>
    </w:p>
    <w:p>
      <w:pPr>
        <w:jc w:val="both"/>
      </w:pPr>
      <w:r>
        <w:t>03C3.7.1.29</w:t>
      </w:r>
    </w:p>
    <w:p>
      <w:pPr>
        <w:jc w:val="both"/>
      </w:pPr>
      <w:r>
        <w:t>Xạ hình não</w:t>
      </w:r>
    </w:p>
    <w:p>
      <w:pPr>
        <w:jc w:val="both"/>
      </w:pPr>
      <w:r>
        <w:t>381.000</w:t>
      </w:r>
    </w:p>
    <w:p>
      <w:pPr>
        <w:jc w:val="both"/>
      </w:pPr>
      <w:r>
        <w:t>420.000</w:t>
      </w:r>
    </w:p>
    <w:p>
      <w:pPr>
        <w:jc w:val="both"/>
      </w:pPr>
      <w:r>
        <w:t>1868</w:t>
      </w:r>
    </w:p>
    <w:p>
      <w:pPr>
        <w:jc w:val="both"/>
      </w:pPr>
      <w:r>
        <w:t>1852</w:t>
      </w:r>
    </w:p>
    <w:p>
      <w:pPr>
        <w:jc w:val="both"/>
      </w:pPr>
      <w:r>
        <w:t>04C7.444</w:t>
      </w:r>
    </w:p>
    <w:p>
      <w:pPr>
        <w:jc w:val="both"/>
      </w:pPr>
      <w:r>
        <w:t>Xạ hình phóng xạ miễn dịch (2 thời điểm)</w:t>
      </w:r>
    </w:p>
    <w:p>
      <w:pPr>
        <w:jc w:val="both"/>
      </w:pPr>
      <w:r>
        <w:t>606.000</w:t>
      </w:r>
    </w:p>
    <w:p>
      <w:pPr>
        <w:jc w:val="both"/>
      </w:pPr>
      <w:r>
        <w:t>679.000</w:t>
      </w:r>
    </w:p>
    <w:p>
      <w:pPr>
        <w:jc w:val="both"/>
      </w:pPr>
      <w:r>
        <w:t>1869</w:t>
      </w:r>
    </w:p>
    <w:p>
      <w:pPr>
        <w:jc w:val="both"/>
      </w:pPr>
      <w:r>
        <w:t>1853</w:t>
      </w:r>
    </w:p>
    <w:p>
      <w:pPr>
        <w:jc w:val="both"/>
      </w:pPr>
      <w:r>
        <w:t>03C3.7.1.6</w:t>
      </w:r>
    </w:p>
    <w:p>
      <w:pPr>
        <w:jc w:val="both"/>
      </w:pPr>
      <w:r>
        <w:t>Xạ hình thận với Tc-99m DMSA (DTPA)</w:t>
      </w:r>
    </w:p>
    <w:p>
      <w:pPr>
        <w:jc w:val="both"/>
      </w:pPr>
      <w:r>
        <w:t>411.000</w:t>
      </w:r>
    </w:p>
    <w:p>
      <w:pPr>
        <w:jc w:val="both"/>
      </w:pPr>
      <w:r>
        <w:t>454.000</w:t>
      </w:r>
    </w:p>
    <w:p>
      <w:pPr>
        <w:jc w:val="both"/>
      </w:pPr>
      <w:r>
        <w:t>1870</w:t>
      </w:r>
    </w:p>
    <w:p>
      <w:pPr>
        <w:jc w:val="both"/>
      </w:pPr>
      <w:r>
        <w:t>1854</w:t>
      </w:r>
    </w:p>
    <w:p>
      <w:pPr>
        <w:jc w:val="both"/>
      </w:pPr>
      <w:r>
        <w:t>03C3.7.1.33</w:t>
      </w:r>
    </w:p>
    <w:p>
      <w:pPr>
        <w:jc w:val="both"/>
      </w:pPr>
      <w:r>
        <w:t>Xạ hình thông khí phổi</w:t>
      </w:r>
    </w:p>
    <w:p>
      <w:pPr>
        <w:jc w:val="both"/>
      </w:pPr>
      <w:r>
        <w:t>461.000</w:t>
      </w:r>
    </w:p>
    <w:p>
      <w:pPr>
        <w:jc w:val="both"/>
      </w:pPr>
      <w:r>
        <w:t>512.000</w:t>
      </w:r>
    </w:p>
    <w:p>
      <w:pPr>
        <w:jc w:val="both"/>
      </w:pPr>
      <w:r>
        <w:t>1871</w:t>
      </w:r>
    </w:p>
    <w:p>
      <w:pPr>
        <w:jc w:val="both"/>
      </w:pPr>
      <w:r>
        <w:t>1855</w:t>
      </w:r>
    </w:p>
    <w:p>
      <w:pPr>
        <w:jc w:val="both"/>
      </w:pPr>
      <w:r>
        <w:t>03C3.7.1.16</w:t>
      </w:r>
    </w:p>
    <w:p>
      <w:pPr>
        <w:jc w:val="both"/>
      </w:pPr>
      <w:r>
        <w:t>Xạ hình tĩnh mạch với Tc-99m MAA</w:t>
      </w:r>
    </w:p>
    <w:p>
      <w:pPr>
        <w:jc w:val="both"/>
      </w:pPr>
      <w:r>
        <w:t>461.000</w:t>
      </w:r>
    </w:p>
    <w:p>
      <w:pPr>
        <w:jc w:val="both"/>
      </w:pPr>
      <w:r>
        <w:t>512.000</w:t>
      </w:r>
    </w:p>
    <w:p>
      <w:pPr>
        <w:jc w:val="both"/>
      </w:pPr>
      <w:r>
        <w:t>1872</w:t>
      </w:r>
    </w:p>
    <w:p>
      <w:pPr>
        <w:jc w:val="both"/>
      </w:pPr>
      <w:r>
        <w:t>1856</w:t>
      </w:r>
    </w:p>
    <w:p>
      <w:pPr>
        <w:jc w:val="both"/>
      </w:pPr>
      <w:r>
        <w:t>03C3.7.1.18</w:t>
      </w:r>
    </w:p>
    <w:p>
      <w:pPr>
        <w:jc w:val="both"/>
      </w:pPr>
      <w:r>
        <w:t>Xạ hình toàn thân với I-131</w:t>
      </w:r>
    </w:p>
    <w:p>
      <w:pPr>
        <w:jc w:val="both"/>
      </w:pPr>
      <w:r>
        <w:t>461.000</w:t>
      </w:r>
    </w:p>
    <w:p>
      <w:pPr>
        <w:jc w:val="both"/>
      </w:pPr>
      <w:r>
        <w:t>512.000</w:t>
      </w:r>
    </w:p>
    <w:p>
      <w:pPr>
        <w:jc w:val="both"/>
      </w:pPr>
      <w:r>
        <w:t>1873</w:t>
      </w:r>
    </w:p>
    <w:p>
      <w:pPr>
        <w:jc w:val="both"/>
      </w:pPr>
      <w:r>
        <w:t>1857</w:t>
      </w:r>
    </w:p>
    <w:p>
      <w:pPr>
        <w:jc w:val="both"/>
      </w:pPr>
      <w:r>
        <w:t>03C3.7.1.32</w:t>
      </w:r>
    </w:p>
    <w:p>
      <w:pPr>
        <w:jc w:val="both"/>
      </w:pPr>
      <w:r>
        <w:t>Xạ hình tưới máu phổi</w:t>
      </w:r>
    </w:p>
    <w:p>
      <w:pPr>
        <w:jc w:val="both"/>
      </w:pPr>
      <w:r>
        <w:t>431.000</w:t>
      </w:r>
    </w:p>
    <w:p>
      <w:pPr>
        <w:jc w:val="both"/>
      </w:pPr>
      <w:r>
        <w:t>477.000</w:t>
      </w:r>
    </w:p>
    <w:p>
      <w:pPr>
        <w:jc w:val="both"/>
      </w:pPr>
      <w:r>
        <w:t>1874</w:t>
      </w:r>
    </w:p>
    <w:p>
      <w:pPr>
        <w:jc w:val="both"/>
      </w:pPr>
      <w:r>
        <w:t>1858</w:t>
      </w:r>
    </w:p>
    <w:p>
      <w:pPr>
        <w:jc w:val="both"/>
      </w:pPr>
      <w:r>
        <w:t>03C3.7.1.14</w:t>
      </w:r>
    </w:p>
    <w:p>
      <w:pPr>
        <w:jc w:val="both"/>
      </w:pPr>
      <w:r>
        <w:t>Xạ hình tưới máu tinh hoàn với Tc-99m</w:t>
      </w:r>
    </w:p>
    <w:p>
      <w:pPr>
        <w:jc w:val="both"/>
      </w:pPr>
      <w:r>
        <w:t>331.000</w:t>
      </w:r>
    </w:p>
    <w:p>
      <w:pPr>
        <w:jc w:val="both"/>
      </w:pPr>
      <w:r>
        <w:t>362.000</w:t>
      </w:r>
    </w:p>
    <w:p>
      <w:pPr>
        <w:jc w:val="both"/>
      </w:pPr>
      <w:r>
        <w:t>1875</w:t>
      </w:r>
    </w:p>
    <w:p>
      <w:pPr>
        <w:jc w:val="both"/>
      </w:pPr>
      <w:r>
        <w:t>1859</w:t>
      </w:r>
    </w:p>
    <w:p>
      <w:pPr>
        <w:jc w:val="both"/>
      </w:pPr>
      <w:r>
        <w:t>04C7.439</w:t>
      </w:r>
    </w:p>
    <w:p>
      <w:pPr>
        <w:jc w:val="both"/>
      </w:pPr>
      <w:r>
        <w:t>Xạ hình tụy</w:t>
      </w:r>
    </w:p>
    <w:p>
      <w:pPr>
        <w:jc w:val="both"/>
      </w:pPr>
      <w:r>
        <w:t>560.000</w:t>
      </w:r>
    </w:p>
    <w:p>
      <w:pPr>
        <w:jc w:val="both"/>
      </w:pPr>
      <w:r>
        <w:t>634.000</w:t>
      </w:r>
    </w:p>
    <w:p>
      <w:pPr>
        <w:jc w:val="both"/>
      </w:pPr>
      <w:r>
        <w:t>1876</w:t>
      </w:r>
    </w:p>
    <w:p>
      <w:pPr>
        <w:jc w:val="both"/>
      </w:pPr>
      <w:r>
        <w:t>1860</w:t>
      </w:r>
    </w:p>
    <w:p>
      <w:pPr>
        <w:jc w:val="both"/>
      </w:pPr>
      <w:r>
        <w:t>03C3.7.1.21</w:t>
      </w:r>
    </w:p>
    <w:p>
      <w:pPr>
        <w:jc w:val="both"/>
      </w:pPr>
      <w:r>
        <w:t>Xạ hình tủy xương với Tc-99m Sulfur Colloid hoặc BMHP Sulfur Colloid hoặc BMHP</w:t>
      </w:r>
    </w:p>
    <w:p>
      <w:pPr>
        <w:jc w:val="both"/>
      </w:pPr>
      <w:r>
        <w:t>481.000</w:t>
      </w:r>
    </w:p>
    <w:p>
      <w:pPr>
        <w:jc w:val="both"/>
      </w:pPr>
      <w:r>
        <w:t>535.000</w:t>
      </w:r>
    </w:p>
    <w:p>
      <w:pPr>
        <w:jc w:val="both"/>
      </w:pPr>
      <w:r>
        <w:t>1877</w:t>
      </w:r>
    </w:p>
    <w:p>
      <w:pPr>
        <w:jc w:val="both"/>
      </w:pPr>
      <w:r>
        <w:t>1861</w:t>
      </w:r>
    </w:p>
    <w:p>
      <w:pPr>
        <w:jc w:val="both"/>
      </w:pPr>
      <w:r>
        <w:t>04C7.438</w:t>
      </w:r>
    </w:p>
    <w:p>
      <w:pPr>
        <w:jc w:val="both"/>
      </w:pPr>
      <w:r>
        <w:t>Xạ hình tuyến cận giáp: với Tc-99m MIBI hoặc với Tc-99m - V- DMSA hoặc với đồng vị kép</w:t>
      </w:r>
    </w:p>
    <w:p>
      <w:pPr>
        <w:jc w:val="both"/>
      </w:pPr>
      <w:r>
        <w:t>560.000</w:t>
      </w:r>
    </w:p>
    <w:p>
      <w:pPr>
        <w:jc w:val="both"/>
      </w:pPr>
      <w:r>
        <w:t>634.000</w:t>
      </w:r>
    </w:p>
    <w:p>
      <w:pPr>
        <w:jc w:val="both"/>
      </w:pPr>
      <w:r>
        <w:t>1878</w:t>
      </w:r>
    </w:p>
    <w:p>
      <w:pPr>
        <w:jc w:val="both"/>
      </w:pPr>
      <w:r>
        <w:t>1862</w:t>
      </w:r>
    </w:p>
    <w:p>
      <w:pPr>
        <w:jc w:val="both"/>
      </w:pPr>
      <w:r>
        <w:t>03G3.7.1.12</w:t>
      </w:r>
    </w:p>
    <w:p>
      <w:pPr>
        <w:jc w:val="both"/>
      </w:pPr>
      <w:r>
        <w:t>Xạ hình tuyến giáp</w:t>
      </w:r>
    </w:p>
    <w:p>
      <w:pPr>
        <w:jc w:val="both"/>
      </w:pPr>
      <w:r>
        <w:t>311.000</w:t>
      </w:r>
    </w:p>
    <w:p>
      <w:pPr>
        <w:jc w:val="both"/>
      </w:pPr>
      <w:r>
        <w:t>339.000</w:t>
      </w:r>
    </w:p>
    <w:p>
      <w:pPr>
        <w:jc w:val="both"/>
      </w:pPr>
      <w:r>
        <w:t>1879</w:t>
      </w:r>
    </w:p>
    <w:p>
      <w:pPr>
        <w:jc w:val="both"/>
      </w:pPr>
      <w:r>
        <w:t>1863</w:t>
      </w:r>
    </w:p>
    <w:p>
      <w:pPr>
        <w:jc w:val="both"/>
      </w:pPr>
      <w:r>
        <w:t>03C3.7.1.15</w:t>
      </w:r>
    </w:p>
    <w:p>
      <w:pPr>
        <w:jc w:val="both"/>
      </w:pPr>
      <w:r>
        <w:t>Xạ hình tuyến nước bọt với Tc-99m</w:t>
      </w:r>
    </w:p>
    <w:p>
      <w:pPr>
        <w:jc w:val="both"/>
      </w:pPr>
      <w:r>
        <w:t>361.000</w:t>
      </w:r>
    </w:p>
    <w:p>
      <w:pPr>
        <w:jc w:val="both"/>
      </w:pPr>
      <w:r>
        <w:t>397.000</w:t>
      </w:r>
    </w:p>
    <w:p>
      <w:pPr>
        <w:jc w:val="both"/>
      </w:pPr>
      <w:r>
        <w:t>1880</w:t>
      </w:r>
    </w:p>
    <w:p>
      <w:pPr>
        <w:jc w:val="both"/>
      </w:pPr>
      <w:r>
        <w:t>1864</w:t>
      </w:r>
    </w:p>
    <w:p>
      <w:pPr>
        <w:jc w:val="both"/>
      </w:pPr>
      <w:r>
        <w:t>03C3.7.1.7</w:t>
      </w:r>
    </w:p>
    <w:p>
      <w:pPr>
        <w:jc w:val="both"/>
      </w:pPr>
      <w:r>
        <w:t>Xạ hình tuyến thượng thận với I-131 MIBG</w:t>
      </w:r>
    </w:p>
    <w:p>
      <w:pPr>
        <w:jc w:val="both"/>
      </w:pPr>
      <w:r>
        <w:t>461.000</w:t>
      </w:r>
    </w:p>
    <w:p>
      <w:pPr>
        <w:jc w:val="both"/>
      </w:pPr>
      <w:r>
        <w:t>512.000</w:t>
      </w:r>
    </w:p>
    <w:p>
      <w:pPr>
        <w:jc w:val="both"/>
      </w:pPr>
      <w:r>
        <w:t>1881</w:t>
      </w:r>
    </w:p>
    <w:p>
      <w:pPr>
        <w:jc w:val="both"/>
      </w:pPr>
      <w:r>
        <w:t>1865</w:t>
      </w:r>
    </w:p>
    <w:p>
      <w:pPr>
        <w:jc w:val="both"/>
      </w:pPr>
      <w:r>
        <w:t>03C3.7.1.34</w:t>
      </w:r>
    </w:p>
    <w:p>
      <w:pPr>
        <w:jc w:val="both"/>
      </w:pPr>
      <w:r>
        <w:t>Xạ hình tuyến vú</w:t>
      </w:r>
    </w:p>
    <w:p>
      <w:pPr>
        <w:jc w:val="both"/>
      </w:pPr>
      <w:r>
        <w:t>431.000</w:t>
      </w:r>
    </w:p>
    <w:p>
      <w:pPr>
        <w:jc w:val="both"/>
      </w:pPr>
      <w:r>
        <w:t>477.000</w:t>
      </w:r>
    </w:p>
    <w:p>
      <w:pPr>
        <w:jc w:val="both"/>
      </w:pPr>
      <w:r>
        <w:t>1882</w:t>
      </w:r>
    </w:p>
    <w:p>
      <w:pPr>
        <w:jc w:val="both"/>
      </w:pPr>
      <w:r>
        <w:t>1866</w:t>
      </w:r>
    </w:p>
    <w:p>
      <w:pPr>
        <w:jc w:val="both"/>
      </w:pPr>
      <w:r>
        <w:t>03C3.7.1.22</w:t>
      </w:r>
    </w:p>
    <w:p>
      <w:pPr>
        <w:jc w:val="both"/>
      </w:pPr>
      <w:r>
        <w:t>Xạ hình xương</w:t>
      </w:r>
    </w:p>
    <w:p>
      <w:pPr>
        <w:jc w:val="both"/>
      </w:pPr>
      <w:r>
        <w:t>431.000</w:t>
      </w:r>
    </w:p>
    <w:p>
      <w:pPr>
        <w:jc w:val="both"/>
      </w:pPr>
      <w:r>
        <w:t>477.000</w:t>
      </w:r>
    </w:p>
    <w:p>
      <w:pPr>
        <w:jc w:val="both"/>
      </w:pPr>
      <w:r>
        <w:t>1883</w:t>
      </w:r>
    </w:p>
    <w:p>
      <w:pPr>
        <w:jc w:val="both"/>
      </w:pPr>
      <w:r>
        <w:t>1867</w:t>
      </w:r>
    </w:p>
    <w:p>
      <w:pPr>
        <w:jc w:val="both"/>
      </w:pPr>
      <w:r>
        <w:t>03C3.7.1.35</w:t>
      </w:r>
    </w:p>
    <w:p>
      <w:pPr>
        <w:jc w:val="both"/>
      </w:pPr>
      <w:r>
        <w:t>Xạ hình xương 3 pha với Tc-99m MDP</w:t>
      </w:r>
    </w:p>
    <w:p>
      <w:pPr>
        <w:jc w:val="both"/>
      </w:pPr>
      <w:r>
        <w:t>461.000</w:t>
      </w:r>
    </w:p>
    <w:p>
      <w:pPr>
        <w:jc w:val="both"/>
      </w:pPr>
      <w:r>
        <w:t>512.000</w:t>
      </w:r>
    </w:p>
    <w:p>
      <w:pPr>
        <w:jc w:val="both"/>
      </w:pPr>
      <w:r>
        <w:t>1884</w:t>
      </w:r>
    </w:p>
    <w:p>
      <w:pPr>
        <w:jc w:val="both"/>
      </w:pPr>
      <w:r>
        <w:t>1868</w:t>
      </w:r>
    </w:p>
    <w:p>
      <w:pPr>
        <w:jc w:val="both"/>
      </w:pPr>
      <w:r>
        <w:t>03C3.7.1.26</w:t>
      </w:r>
    </w:p>
    <w:p>
      <w:pPr>
        <w:jc w:val="both"/>
      </w:pPr>
      <w:r>
        <w:t>Xác định đời sống hồng cầu, nơi phân hủy hồng cầu với hồng cầu đánh dấu Cr-51</w:t>
      </w:r>
    </w:p>
    <w:p>
      <w:pPr>
        <w:jc w:val="both"/>
      </w:pPr>
      <w:r>
        <w:t>431.000</w:t>
      </w:r>
    </w:p>
    <w:p>
      <w:pPr>
        <w:jc w:val="both"/>
      </w:pPr>
      <w:r>
        <w:t>477.000</w:t>
      </w:r>
    </w:p>
    <w:p>
      <w:pPr>
        <w:jc w:val="both"/>
      </w:pPr>
      <w:r>
        <w:t>1885</w:t>
      </w:r>
    </w:p>
    <w:p>
      <w:pPr>
        <w:jc w:val="both"/>
      </w:pPr>
      <w:r>
        <w:t>1869</w:t>
      </w:r>
    </w:p>
    <w:p>
      <w:pPr>
        <w:jc w:val="both"/>
      </w:pPr>
      <w:r>
        <w:t>03C3.7.1.25</w:t>
      </w:r>
    </w:p>
    <w:p>
      <w:pPr>
        <w:jc w:val="both"/>
      </w:pPr>
      <w:r>
        <w:t>Xác định thể tích hồng cầu với hồng cầu đánh dấu Cr-51</w:t>
      </w:r>
    </w:p>
    <w:p>
      <w:pPr>
        <w:jc w:val="both"/>
      </w:pPr>
      <w:r>
        <w:t>331.000</w:t>
      </w:r>
    </w:p>
    <w:p>
      <w:pPr>
        <w:jc w:val="both"/>
      </w:pPr>
      <w:r>
        <w:t>362.000</w:t>
      </w:r>
    </w:p>
    <w:p>
      <w:pPr>
        <w:jc w:val="both"/>
      </w:pPr>
      <w:r>
        <w:t>II</w:t>
      </w:r>
    </w:p>
    <w:p>
      <w:pPr>
        <w:jc w:val="both"/>
      </w:pPr>
      <w:r>
        <w:t>II</w:t>
      </w:r>
    </w:p>
    <w:p>
      <w:pPr>
        <w:jc w:val="both"/>
      </w:pPr>
      <w:r>
        <w:t>Điều trị bằng chất phóng xạ (giá chưa bao gồm dược chất phóng xạ, hợp chất đánh dấu, vật tư phóng xạ và các thuốc bổ trợ khác, nếu có sử dụng)</w:t>
      </w:r>
    </w:p>
    <w:p>
      <w:pPr>
        <w:jc w:val="both"/>
      </w:pPr>
      <w:r>
        <w:t>1886</w:t>
      </w:r>
    </w:p>
    <w:p>
      <w:pPr>
        <w:jc w:val="both"/>
      </w:pPr>
      <w:r>
        <w:t>1870</w:t>
      </w:r>
    </w:p>
    <w:p>
      <w:pPr>
        <w:jc w:val="both"/>
      </w:pPr>
      <w:r>
        <w:t>03C3.7.2.36</w:t>
      </w:r>
    </w:p>
    <w:p>
      <w:pPr>
        <w:jc w:val="both"/>
      </w:pPr>
      <w:r>
        <w:t>Điều trị Basedow/ bướu tuyến giáp đơn thuần/ nhân độc tuyến giáp bằng I-131</w:t>
      </w:r>
    </w:p>
    <w:p>
      <w:pPr>
        <w:jc w:val="both"/>
      </w:pPr>
      <w:r>
        <w:t>828.000</w:t>
      </w:r>
    </w:p>
    <w:p>
      <w:pPr>
        <w:jc w:val="both"/>
      </w:pPr>
      <w:r>
        <w:t>900.000</w:t>
      </w:r>
    </w:p>
    <w:p>
      <w:pPr>
        <w:jc w:val="both"/>
      </w:pPr>
      <w:r>
        <w:t>1887</w:t>
      </w:r>
    </w:p>
    <w:p>
      <w:pPr>
        <w:jc w:val="both"/>
      </w:pPr>
      <w:r>
        <w:t>1871</w:t>
      </w:r>
    </w:p>
    <w:p>
      <w:pPr>
        <w:jc w:val="both"/>
      </w:pPr>
      <w:r>
        <w:t>03C3.7.2.38</w:t>
      </w:r>
    </w:p>
    <w:p>
      <w:pPr>
        <w:jc w:val="both"/>
      </w:pPr>
      <w:r>
        <w:t>Điều trị ung thư tuyến giáp bằng I-131</w:t>
      </w:r>
    </w:p>
    <w:p>
      <w:pPr>
        <w:jc w:val="both"/>
      </w:pPr>
      <w:r>
        <w:t>984.000</w:t>
      </w:r>
    </w:p>
    <w:p>
      <w:pPr>
        <w:jc w:val="both"/>
      </w:pPr>
      <w:r>
        <w:t>1.077.000</w:t>
      </w:r>
    </w:p>
    <w:p>
      <w:pPr>
        <w:jc w:val="both"/>
      </w:pPr>
      <w:r>
        <w:t>1888</w:t>
      </w:r>
    </w:p>
    <w:p>
      <w:pPr>
        <w:jc w:val="both"/>
      </w:pPr>
      <w:r>
        <w:t>1872</w:t>
      </w:r>
    </w:p>
    <w:p>
      <w:pPr>
        <w:jc w:val="both"/>
      </w:pPr>
      <w:r>
        <w:t>03C3.7.2.44</w:t>
      </w:r>
    </w:p>
    <w:p>
      <w:pPr>
        <w:jc w:val="both"/>
      </w:pPr>
      <w:r>
        <w:t>Điều trị bệnh đa hồng cầu nguyên phát/ bệnh Leucose kinh/ giảm đau do ung thư di căn vào xương bằng P-32</w:t>
      </w:r>
    </w:p>
    <w:p>
      <w:pPr>
        <w:jc w:val="both"/>
      </w:pPr>
      <w:r>
        <w:t>621.000</w:t>
      </w:r>
    </w:p>
    <w:p>
      <w:pPr>
        <w:jc w:val="both"/>
      </w:pPr>
      <w:r>
        <w:t>667.000</w:t>
      </w:r>
    </w:p>
    <w:p>
      <w:pPr>
        <w:jc w:val="both"/>
      </w:pPr>
      <w:r>
        <w:t>1889</w:t>
      </w:r>
    </w:p>
    <w:p>
      <w:pPr>
        <w:jc w:val="both"/>
      </w:pPr>
      <w:r>
        <w:t>1873</w:t>
      </w:r>
    </w:p>
    <w:p>
      <w:pPr>
        <w:jc w:val="both"/>
      </w:pPr>
      <w:r>
        <w:t>03C3.7.2.46</w:t>
      </w:r>
    </w:p>
    <w:p>
      <w:pPr>
        <w:jc w:val="both"/>
      </w:pPr>
      <w:r>
        <w:t>Điều trị giảm đau bằng Sammarium 153 (1 đợt điều trị 10 ngày)</w:t>
      </w:r>
    </w:p>
    <w:p>
      <w:pPr>
        <w:jc w:val="both"/>
      </w:pPr>
      <w:r>
        <w:t>836.000</w:t>
      </w:r>
    </w:p>
    <w:p>
      <w:pPr>
        <w:jc w:val="both"/>
      </w:pPr>
      <w:r>
        <w:t>915.000</w:t>
      </w:r>
    </w:p>
    <w:p>
      <w:pPr>
        <w:jc w:val="both"/>
      </w:pPr>
      <w:r>
        <w:t>1890</w:t>
      </w:r>
    </w:p>
    <w:p>
      <w:pPr>
        <w:jc w:val="both"/>
      </w:pPr>
      <w:r>
        <w:t>1874</w:t>
      </w:r>
    </w:p>
    <w:p>
      <w:pPr>
        <w:jc w:val="both"/>
      </w:pPr>
      <w:r>
        <w:t>03C3.7.2.40</w:t>
      </w:r>
    </w:p>
    <w:p>
      <w:pPr>
        <w:jc w:val="both"/>
      </w:pPr>
      <w:r>
        <w:t>Điều trị sẹo lồi/ Eczema/ u máu nông bằng P-32 (tính cho 1 ngày điều trị)</w:t>
      </w:r>
    </w:p>
    <w:p>
      <w:pPr>
        <w:jc w:val="both"/>
      </w:pPr>
      <w:r>
        <w:t>216.000</w:t>
      </w:r>
    </w:p>
    <w:p>
      <w:pPr>
        <w:jc w:val="both"/>
      </w:pPr>
      <w:r>
        <w:t>242.000</w:t>
      </w:r>
    </w:p>
    <w:p>
      <w:pPr>
        <w:jc w:val="both"/>
      </w:pPr>
      <w:r>
        <w:t>1891</w:t>
      </w:r>
    </w:p>
    <w:p>
      <w:pPr>
        <w:jc w:val="both"/>
      </w:pPr>
      <w:r>
        <w:t>1875</w:t>
      </w:r>
    </w:p>
    <w:p>
      <w:pPr>
        <w:jc w:val="both"/>
      </w:pPr>
      <w:r>
        <w:t>03C3.7.2.43</w:t>
      </w:r>
    </w:p>
    <w:p>
      <w:pPr>
        <w:jc w:val="both"/>
      </w:pPr>
      <w:r>
        <w:t>Điều trị tràn dịch màng bụng/ màng phổi do ung thư bằng keo phóng xạ</w:t>
      </w:r>
    </w:p>
    <w:p>
      <w:pPr>
        <w:jc w:val="both"/>
      </w:pPr>
      <w:r>
        <w:t>1.904.000</w:t>
      </w:r>
    </w:p>
    <w:p>
      <w:pPr>
        <w:jc w:val="both"/>
      </w:pPr>
      <w:r>
        <w:t>2.099.000</w:t>
      </w:r>
    </w:p>
    <w:p>
      <w:pPr>
        <w:jc w:val="both"/>
      </w:pPr>
      <w:r>
        <w:t>1892</w:t>
      </w:r>
    </w:p>
    <w:p>
      <w:pPr>
        <w:jc w:val="both"/>
      </w:pPr>
      <w:r>
        <w:t>1876</w:t>
      </w:r>
    </w:p>
    <w:p>
      <w:pPr>
        <w:jc w:val="both"/>
      </w:pPr>
      <w:r>
        <w:t>03C3.7.2.52</w:t>
      </w:r>
    </w:p>
    <w:p>
      <w:pPr>
        <w:jc w:val="both"/>
      </w:pPr>
      <w:r>
        <w:t>Điều trị u tuyến thượng thận và u tế bào thần kinh bằng I-131MIBG</w:t>
      </w:r>
    </w:p>
    <w:p>
      <w:pPr>
        <w:jc w:val="both"/>
      </w:pPr>
      <w:r>
        <w:t>605.000</w:t>
      </w:r>
    </w:p>
    <w:p>
      <w:pPr>
        <w:jc w:val="both"/>
      </w:pPr>
      <w:r>
        <w:t>681.000</w:t>
      </w:r>
    </w:p>
    <w:p>
      <w:pPr>
        <w:jc w:val="both"/>
      </w:pPr>
      <w:r>
        <w:t>1893</w:t>
      </w:r>
    </w:p>
    <w:p>
      <w:pPr>
        <w:jc w:val="both"/>
      </w:pPr>
      <w:r>
        <w:t>1877</w:t>
      </w:r>
    </w:p>
    <w:p>
      <w:pPr>
        <w:jc w:val="both"/>
      </w:pPr>
      <w:r>
        <w:t>03C3.7.2.49</w:t>
      </w:r>
    </w:p>
    <w:p>
      <w:pPr>
        <w:jc w:val="both"/>
      </w:pPr>
      <w:r>
        <w:t>Điều trị ung thư gan bằng keo Silicon P-32</w:t>
      </w:r>
    </w:p>
    <w:p>
      <w:pPr>
        <w:jc w:val="both"/>
      </w:pPr>
      <w:r>
        <w:t>850.000</w:t>
      </w:r>
    </w:p>
    <w:p>
      <w:pPr>
        <w:jc w:val="both"/>
      </w:pPr>
      <w:r>
        <w:t>947.000</w:t>
      </w:r>
    </w:p>
    <w:p>
      <w:pPr>
        <w:jc w:val="both"/>
      </w:pPr>
      <w:r>
        <w:t>1894</w:t>
      </w:r>
    </w:p>
    <w:p>
      <w:pPr>
        <w:jc w:val="both"/>
      </w:pPr>
      <w:r>
        <w:t>1878</w:t>
      </w:r>
    </w:p>
    <w:p>
      <w:pPr>
        <w:jc w:val="both"/>
      </w:pPr>
      <w:r>
        <w:t>03C3.7.2.47</w:t>
      </w:r>
    </w:p>
    <w:p>
      <w:pPr>
        <w:jc w:val="both"/>
      </w:pPr>
      <w:r>
        <w:t>Điều trị ung thư gan nguyên phát bằng I-131 Lipiodol</w:t>
      </w:r>
    </w:p>
    <w:p>
      <w:pPr>
        <w:jc w:val="both"/>
      </w:pPr>
      <w:r>
        <w:t>714.000</w:t>
      </w:r>
    </w:p>
    <w:p>
      <w:pPr>
        <w:jc w:val="both"/>
      </w:pPr>
      <w:r>
        <w:t>791.000</w:t>
      </w:r>
    </w:p>
    <w:p>
      <w:pPr>
        <w:jc w:val="both"/>
      </w:pPr>
      <w:r>
        <w:t>1895</w:t>
      </w:r>
    </w:p>
    <w:p>
      <w:pPr>
        <w:jc w:val="both"/>
      </w:pPr>
      <w:r>
        <w:t>1879</w:t>
      </w:r>
    </w:p>
    <w:p>
      <w:pPr>
        <w:jc w:val="both"/>
      </w:pPr>
      <w:r>
        <w:t>03C3.7.2.48</w:t>
      </w:r>
    </w:p>
    <w:p>
      <w:pPr>
        <w:jc w:val="both"/>
      </w:pPr>
      <w:r>
        <w:t>Điều trị ung thư gan nguyên phát bằng Renium188</w:t>
      </w:r>
    </w:p>
    <w:p>
      <w:pPr>
        <w:jc w:val="both"/>
      </w:pPr>
      <w:r>
        <w:t>700.000</w:t>
      </w:r>
    </w:p>
    <w:p>
      <w:pPr>
        <w:jc w:val="both"/>
      </w:pPr>
      <w:r>
        <w:t>774.000</w:t>
      </w:r>
    </w:p>
    <w:p>
      <w:pPr>
        <w:jc w:val="both"/>
      </w:pPr>
      <w:r>
        <w:t>1896</w:t>
      </w:r>
    </w:p>
    <w:p>
      <w:pPr>
        <w:jc w:val="both"/>
      </w:pPr>
      <w:r>
        <w:t>1880</w:t>
      </w:r>
    </w:p>
    <w:p>
      <w:pPr>
        <w:jc w:val="both"/>
      </w:pPr>
      <w:r>
        <w:t>03C3.7.2.51</w:t>
      </w:r>
    </w:p>
    <w:p>
      <w:pPr>
        <w:jc w:val="both"/>
      </w:pPr>
      <w:r>
        <w:t>Điều trị ung thư tiền liệt tuyến bằng hạt phóng xạ I-125</w:t>
      </w:r>
    </w:p>
    <w:p>
      <w:pPr>
        <w:jc w:val="both"/>
      </w:pPr>
      <w:r>
        <w:t>15.580.000</w:t>
      </w:r>
    </w:p>
    <w:p>
      <w:pPr>
        <w:jc w:val="both"/>
      </w:pPr>
      <w:r>
        <w:t>17.732.000</w:t>
      </w:r>
    </w:p>
    <w:p>
      <w:pPr>
        <w:jc w:val="both"/>
      </w:pPr>
      <w:r>
        <w:t>1897</w:t>
      </w:r>
    </w:p>
    <w:p>
      <w:pPr>
        <w:jc w:val="both"/>
      </w:pPr>
      <w:r>
        <w:t>1881</w:t>
      </w:r>
    </w:p>
    <w:p>
      <w:pPr>
        <w:jc w:val="both"/>
      </w:pPr>
      <w:r>
        <w:t>03C3.7.2.50</w:t>
      </w:r>
    </w:p>
    <w:p>
      <w:pPr>
        <w:jc w:val="both"/>
      </w:pPr>
      <w:r>
        <w:t>Điều trị ung thư vú bằng hạt phóng xạ I-125</w:t>
      </w:r>
    </w:p>
    <w:p>
      <w:pPr>
        <w:jc w:val="both"/>
      </w:pPr>
      <w:r>
        <w:t>15.580.000</w:t>
      </w:r>
    </w:p>
    <w:p>
      <w:pPr>
        <w:jc w:val="both"/>
      </w:pPr>
      <w:r>
        <w:t>17.732.000</w:t>
      </w:r>
    </w:p>
    <w:p>
      <w:pPr>
        <w:jc w:val="both"/>
      </w:pPr>
      <w:r>
        <w:t>1898</w:t>
      </w:r>
    </w:p>
    <w:p>
      <w:pPr>
        <w:jc w:val="both"/>
      </w:pPr>
      <w:r>
        <w:t>1882</w:t>
      </w:r>
    </w:p>
    <w:p>
      <w:pPr>
        <w:jc w:val="both"/>
      </w:pPr>
      <w:r>
        <w:t>03C3.7.2.42</w:t>
      </w:r>
    </w:p>
    <w:p>
      <w:pPr>
        <w:jc w:val="both"/>
      </w:pPr>
      <w:r>
        <w:t>Điều trị viêm bao hoạt dịch bằng keo phóng xạ</w:t>
      </w:r>
    </w:p>
    <w:p>
      <w:pPr>
        <w:jc w:val="both"/>
      </w:pPr>
      <w:r>
        <w:t>490.000</w:t>
      </w:r>
    </w:p>
    <w:p>
      <w:pPr>
        <w:jc w:val="both"/>
      </w:pPr>
      <w:r>
        <w:t>547.000</w:t>
      </w:r>
    </w:p>
    <w:p>
      <w:pPr>
        <w:jc w:val="both"/>
      </w:pPr>
      <w:r>
        <w:t>1899</w:t>
      </w:r>
    </w:p>
    <w:p>
      <w:pPr>
        <w:jc w:val="both"/>
      </w:pPr>
      <w:r>
        <w:t>1883</w:t>
      </w:r>
    </w:p>
    <w:p>
      <w:pPr>
        <w:jc w:val="both"/>
      </w:pPr>
      <w:r>
        <w:t>Điều trị ung thư gan bằng hạt vi cầu phóng xạ 90 Y</w:t>
      </w:r>
    </w:p>
    <w:p>
      <w:pPr>
        <w:jc w:val="both"/>
      </w:pPr>
      <w:r>
        <w:t>15.240.000</w:t>
      </w:r>
    </w:p>
    <w:p>
      <w:pPr>
        <w:jc w:val="both"/>
      </w:pPr>
      <w:r>
        <w:t>17.392.000</w:t>
      </w:r>
    </w:p>
    <w:p>
      <w:pPr>
        <w:jc w:val="both"/>
      </w:pPr>
      <w:r>
        <w:t>Chưa bao gồm chi phí dây dẫn trong trường hợp tiêm hạt vi cầu vào khối u gan thứ 2 trở lên.</w:t>
      </w:r>
    </w:p>
    <w:p>
      <w:pPr>
        <w:jc w:val="both"/>
      </w:pPr>
      <w:r>
        <w:t>1900</w:t>
      </w:r>
    </w:p>
    <w:p>
      <w:pPr>
        <w:jc w:val="both"/>
      </w:pPr>
      <w:r>
        <w:t>1884</w:t>
      </w:r>
    </w:p>
    <w:p>
      <w:pPr>
        <w:jc w:val="both"/>
      </w:pPr>
      <w:r>
        <w:t>PET/CT bằng bức xạ hãm ở bệnh nhân ung thư gan, ung thư đường mật trong gan, ung thư di căn gan sau điều trị bằng hạt vi cầu phóng xạ 90 Y</w:t>
      </w:r>
    </w:p>
    <w:p>
      <w:pPr>
        <w:jc w:val="both"/>
      </w:pPr>
      <w:r>
        <w:t>4.040.000</w:t>
      </w:r>
    </w:p>
    <w:p>
      <w:pPr>
        <w:jc w:val="both"/>
      </w:pPr>
      <w:r>
        <w:t>4.498.000</w:t>
      </w:r>
    </w:p>
    <w:p>
      <w:pPr>
        <w:jc w:val="both"/>
      </w:pPr>
      <w:r>
        <w:t>Các thủ thuật còn lại khác</w:t>
      </w:r>
    </w:p>
    <w:p>
      <w:pPr>
        <w:jc w:val="both"/>
      </w:pPr>
      <w:r>
        <w:t>1901</w:t>
      </w:r>
    </w:p>
    <w:p>
      <w:pPr>
        <w:jc w:val="both"/>
      </w:pPr>
      <w:r>
        <w:t>1885</w:t>
      </w:r>
    </w:p>
    <w:p>
      <w:pPr>
        <w:jc w:val="both"/>
      </w:pPr>
      <w:r>
        <w:t>Thủ thuật loại đặc biệt</w:t>
      </w:r>
    </w:p>
    <w:p>
      <w:pPr>
        <w:jc w:val="both"/>
      </w:pPr>
      <w:r>
        <w:t>526.000</w:t>
      </w:r>
    </w:p>
    <w:p>
      <w:pPr>
        <w:jc w:val="both"/>
      </w:pPr>
      <w:r>
        <w:t>583.000</w:t>
      </w:r>
    </w:p>
    <w:p>
      <w:pPr>
        <w:jc w:val="both"/>
      </w:pPr>
      <w:r>
        <w:t>1902</w:t>
      </w:r>
    </w:p>
    <w:p>
      <w:pPr>
        <w:jc w:val="both"/>
      </w:pPr>
      <w:r>
        <w:t>1886</w:t>
      </w:r>
    </w:p>
    <w:p>
      <w:pPr>
        <w:jc w:val="both"/>
      </w:pPr>
      <w:r>
        <w:t>Thủ thuật loại I</w:t>
      </w:r>
    </w:p>
    <w:p>
      <w:pPr>
        <w:jc w:val="both"/>
      </w:pPr>
      <w:r>
        <w:t>324.000</w:t>
      </w:r>
    </w:p>
    <w:p>
      <w:pPr>
        <w:jc w:val="both"/>
      </w:pPr>
      <w:r>
        <w:t>357.000</w:t>
      </w:r>
    </w:p>
    <w:p>
      <w:pPr>
        <w:jc w:val="both"/>
      </w:pPr>
      <w:r>
        <w:t>1903</w:t>
      </w:r>
    </w:p>
    <w:p>
      <w:pPr>
        <w:jc w:val="both"/>
      </w:pPr>
      <w:r>
        <w:t>1887</w:t>
      </w:r>
    </w:p>
    <w:p>
      <w:pPr>
        <w:jc w:val="both"/>
      </w:pPr>
      <w:r>
        <w:t>Thủ thuật loại II</w:t>
      </w:r>
    </w:p>
    <w:p>
      <w:pPr>
        <w:jc w:val="both"/>
      </w:pPr>
      <w:r>
        <w:t>207.000</w:t>
      </w:r>
    </w:p>
    <w:p>
      <w:pPr>
        <w:jc w:val="both"/>
      </w:pPr>
      <w:r>
        <w:t>230.000</w:t>
      </w:r>
    </w:p>
    <w:p>
      <w:pPr>
        <w:jc w:val="both"/>
      </w:pPr>
      <w:r>
        <w:t>F</w:t>
      </w:r>
    </w:p>
    <w:p>
      <w:pPr>
        <w:jc w:val="both"/>
      </w:pPr>
      <w:r>
        <w:t>F</w:t>
      </w:r>
    </w:p>
    <w:p>
      <w:pPr>
        <w:jc w:val="both"/>
      </w:pPr>
      <w:r>
        <w:t>BỔ SUNG MỘT SỐ DỊCH VỤ</w:t>
      </w:r>
    </w:p>
    <w:p>
      <w:pPr>
        <w:jc w:val="both"/>
      </w:pPr>
      <w:r>
        <w:t>1904</w:t>
      </w:r>
    </w:p>
    <w:p>
      <w:pPr>
        <w:jc w:val="both"/>
      </w:pPr>
      <w:r>
        <w:t>Theo dõi tim thai và cơn co tử cung bằng monitoring</w:t>
      </w:r>
    </w:p>
    <w:p>
      <w:pPr>
        <w:jc w:val="both"/>
      </w:pPr>
      <w:r>
        <w:t>55.000</w:t>
      </w:r>
    </w:p>
    <w:p>
      <w:pPr>
        <w:jc w:val="both"/>
      </w:pPr>
      <w:r>
        <w:t>63.300</w:t>
      </w:r>
    </w:p>
    <w:p>
      <w:pPr>
        <w:jc w:val="both"/>
      </w:pPr>
      <w:r>
        <w:t>Trường hợp theo dõi tim thai và cơn co tử cung của sản phụ khoa trong cuộc đẻ thì thanh toán 01 lần/ngày điều trị.</w:t>
      </w:r>
    </w:p>
    <w:p>
      <w:pPr>
        <w:jc w:val="both"/>
      </w:pPr>
      <w:r>
        <w:t>1905</w:t>
      </w:r>
    </w:p>
    <w:p>
      <w:pPr>
        <w:jc w:val="both"/>
      </w:pPr>
      <w:r>
        <w:t>Gây mê trong phẫu thuật mắt</w:t>
      </w:r>
    </w:p>
    <w:p>
      <w:pPr>
        <w:jc w:val="both"/>
      </w:pPr>
      <w:r>
        <w:t>500.000</w:t>
      </w:r>
    </w:p>
    <w:p>
      <w:pPr>
        <w:jc w:val="both"/>
      </w:pPr>
      <w:r>
        <w:t>575.600</w:t>
      </w:r>
    </w:p>
    <w:p>
      <w:pPr>
        <w:jc w:val="both"/>
      </w:pPr>
      <w:r>
        <w:t>1906</w:t>
      </w:r>
    </w:p>
    <w:p>
      <w:pPr>
        <w:jc w:val="both"/>
      </w:pPr>
      <w:r>
        <w:t>Gây mê trong thủ thuật mắt</w:t>
      </w:r>
    </w:p>
    <w:p>
      <w:pPr>
        <w:jc w:val="both"/>
      </w:pPr>
      <w:r>
        <w:t>250.000</w:t>
      </w:r>
    </w:p>
    <w:p>
      <w:pPr>
        <w:jc w:val="both"/>
      </w:pPr>
      <w:r>
        <w:t>287.800</w:t>
      </w:r>
    </w:p>
    <w:p>
      <w:pPr>
        <w:jc w:val="both"/>
      </w:pPr>
      <w:r>
        <w:t>1907</w:t>
      </w:r>
    </w:p>
    <w:p>
      <w:pPr>
        <w:jc w:val="both"/>
      </w:pPr>
      <w:r>
        <w:t>Chiếu tia Plasma lạnh điều trị vết thương hoặc vết mổ chiều dài ≤ 15cm</w:t>
      </w:r>
    </w:p>
    <w:p>
      <w:pPr>
        <w:jc w:val="both"/>
      </w:pPr>
      <w:r>
        <w:t>140.000</w:t>
      </w:r>
    </w:p>
    <w:p>
      <w:pPr>
        <w:jc w:val="both"/>
      </w:pPr>
      <w:r>
        <w:t>170.600</w:t>
      </w:r>
    </w:p>
    <w:p>
      <w:pPr>
        <w:jc w:val="both"/>
      </w:pPr>
      <w:r>
        <w:t>1908</w:t>
      </w:r>
    </w:p>
    <w:p>
      <w:pPr>
        <w:jc w:val="both"/>
      </w:pPr>
      <w:r>
        <w:t>Chiếu tia Plasma lạnh điều trị vết thương hoặc vết mổ chiều dài trên 15 cm đến 30 cm</w:t>
      </w:r>
    </w:p>
    <w:p>
      <w:pPr>
        <w:jc w:val="both"/>
      </w:pPr>
      <w:r>
        <w:t>280.000</w:t>
      </w:r>
    </w:p>
    <w:p>
      <w:pPr>
        <w:jc w:val="both"/>
      </w:pPr>
      <w:r>
        <w:t>315.800</w:t>
      </w:r>
    </w:p>
    <w:p>
      <w:pPr>
        <w:jc w:val="both"/>
      </w:pPr>
      <w:r>
        <w:t>1909</w:t>
      </w:r>
    </w:p>
    <w:p>
      <w:pPr>
        <w:jc w:val="both"/>
      </w:pPr>
      <w:r>
        <w:t>Chiếu tia Plasma lạnh điều trị vết thương hoặc vết mổ chiều dài trên 30 cm</w:t>
      </w:r>
    </w:p>
    <w:p>
      <w:pPr>
        <w:jc w:val="both"/>
      </w:pPr>
      <w:r>
        <w:t>430.000</w:t>
      </w:r>
    </w:p>
    <w:p>
      <w:pPr>
        <w:jc w:val="both"/>
      </w:pPr>
      <w:r>
        <w:t>505.400</w:t>
      </w:r>
    </w:p>
    <w:p>
      <w:pPr>
        <w:jc w:val="both"/>
      </w:pPr>
      <w:r>
        <w:t>1910</w:t>
      </w:r>
    </w:p>
    <w:p>
      <w:pPr>
        <w:jc w:val="both"/>
      </w:pPr>
      <w:r>
        <w:t>03C5.1</w:t>
      </w:r>
    </w:p>
    <w:p>
      <w:pPr>
        <w:jc w:val="both"/>
      </w:pPr>
      <w:r>
        <w:t>Telemedicine</w:t>
      </w:r>
    </w:p>
    <w:p>
      <w:pPr>
        <w:jc w:val="both"/>
      </w:pPr>
      <w:r>
        <w:t>1.734.000</w:t>
      </w:r>
    </w:p>
    <w:p>
      <w:pPr>
        <w:jc w:val="both"/>
      </w:pPr>
      <w:r>
        <w:t>1.961.000</w:t>
      </w:r>
    </w:p>
    <w:p>
      <w:pPr>
        <w:jc w:val="both"/>
      </w:pPr>
      <w:r>
        <w:t>1911</w:t>
      </w:r>
    </w:p>
    <w:p>
      <w:pPr>
        <w:jc w:val="both"/>
      </w:pPr>
      <w:r>
        <w:t>Điều trị bệnh rụng tóc hoặc bệnh hói hoặc rạn da sử dụng phương pháp vi kim dẫn thuốc và tái tạo collagen</w:t>
      </w:r>
    </w:p>
    <w:p>
      <w:pPr>
        <w:jc w:val="both"/>
      </w:pPr>
      <w:r>
        <w:t>258.000</w:t>
      </w:r>
    </w:p>
    <w:p>
      <w:pPr>
        <w:jc w:val="both"/>
      </w:pPr>
      <w:r>
        <w:t>286.000</w:t>
      </w:r>
    </w:p>
    <w:p>
      <w:pPr>
        <w:jc w:val="both"/>
      </w:pPr>
      <w:r>
        <w:t>Giá tính cho mỗi đơn vị là 10 cm2 diện tích điều trị, không bao gồm thuốc và kim dẫn thuốc.</w:t>
      </w:r>
    </w:p>
    <w:p>
      <w:pPr>
        <w:jc w:val="both"/>
      </w:pPr>
      <w:r>
        <w:t>1912</w:t>
      </w:r>
    </w:p>
    <w:p>
      <w:pPr>
        <w:jc w:val="both"/>
      </w:pPr>
      <w:r>
        <w:t>Điều trị bệnh da sử dụng phương pháp vi kim dẫn thuốc và tái tạo collagen</w:t>
      </w:r>
    </w:p>
    <w:p>
      <w:pPr>
        <w:jc w:val="both"/>
      </w:pPr>
      <w:r>
        <w:t>320.000</w:t>
      </w:r>
    </w:p>
    <w:p>
      <w:pPr>
        <w:jc w:val="both"/>
      </w:pPr>
      <w:r>
        <w:t>358.000</w:t>
      </w:r>
    </w:p>
    <w:p>
      <w:pPr>
        <w:jc w:val="both"/>
      </w:pPr>
      <w:r>
        <w:t>Giá tính cho mỗi đơn vị là 10 cm2 diện tích điều trị, không bao gồm thuốc và kim dẫn thuốc.</w:t>
      </w:r>
    </w:p>
    <w:p>
      <w:pPr>
        <w:jc w:val="both"/>
      </w:pPr>
      <w:r>
        <w:t>1913</w:t>
      </w:r>
    </w:p>
    <w:p>
      <w:pPr>
        <w:jc w:val="both"/>
      </w:pPr>
      <w:r>
        <w:t>Điều trị các bệnh về da sử dụng công nghệ ionphoresis</w:t>
      </w:r>
    </w:p>
    <w:p>
      <w:pPr>
        <w:jc w:val="both"/>
      </w:pPr>
      <w:r>
        <w:t>535.000</w:t>
      </w:r>
    </w:p>
    <w:p>
      <w:pPr>
        <w:jc w:val="both"/>
      </w:pPr>
      <w:r>
        <w:t>605.000</w:t>
      </w:r>
    </w:p>
    <w:p>
      <w:pPr>
        <w:jc w:val="both"/>
      </w:pPr>
      <w:r>
        <w:t>Giá tính cho mỗi đơn vị là 10 cm2 diện tích điều trị, không bao gồm thuốc và kim dẫn thuốc.</w:t>
      </w:r>
    </w:p>
    <w:p>
      <w:pPr>
        <w:jc w:val="both"/>
      </w:pPr>
      <w:r>
        <w:t>1914</w:t>
      </w:r>
    </w:p>
    <w:p>
      <w:pPr>
        <w:jc w:val="both"/>
      </w:pPr>
      <w:r>
        <w:t>Phẫu thuật cấy lông mày</w:t>
      </w:r>
    </w:p>
    <w:p>
      <w:pPr>
        <w:jc w:val="both"/>
      </w:pPr>
      <w:r>
        <w:t>1.923.000</w:t>
      </w:r>
    </w:p>
    <w:p>
      <w:pPr>
        <w:jc w:val="both"/>
      </w:pPr>
      <w:r>
        <w:t>2.093.000</w:t>
      </w:r>
    </w:p>
    <w:p>
      <w:pPr>
        <w:jc w:val="both"/>
      </w:pPr>
      <w:r>
        <w:t>1915</w:t>
      </w:r>
    </w:p>
    <w:p>
      <w:pPr>
        <w:jc w:val="both"/>
      </w:pPr>
      <w:r>
        <w:t>Xoá xăm bằng các kỹ thuật Laser Ruby</w:t>
      </w:r>
    </w:p>
    <w:p>
      <w:pPr>
        <w:jc w:val="both"/>
      </w:pPr>
      <w:r>
        <w:t>798.000</w:t>
      </w:r>
    </w:p>
    <w:p>
      <w:pPr>
        <w:jc w:val="both"/>
      </w:pPr>
      <w:r>
        <w:t>877.000</w:t>
      </w:r>
    </w:p>
    <w:p>
      <w:pPr>
        <w:jc w:val="both"/>
      </w:pPr>
      <w:r>
        <w:t>Giá tính cho mỗi đơn vị là 10 cm2 diện tích điều trị.</w:t>
      </w:r>
    </w:p>
    <w:p>
      <w:pPr>
        <w:jc w:val="both"/>
      </w:pPr>
      <w:r>
        <w:t>1916</w:t>
      </w:r>
    </w:p>
    <w:p>
      <w:pPr>
        <w:jc w:val="both"/>
      </w:pPr>
      <w:r>
        <w:t>Xoá nếp nhăn bằng Laser Fractional, Intracell</w:t>
      </w:r>
    </w:p>
    <w:p>
      <w:pPr>
        <w:jc w:val="both"/>
      </w:pPr>
      <w:r>
        <w:t>1.072.000</w:t>
      </w:r>
    </w:p>
    <w:p>
      <w:pPr>
        <w:jc w:val="both"/>
      </w:pPr>
      <w:r>
        <w:t>1.187.000</w:t>
      </w:r>
    </w:p>
    <w:p>
      <w:pPr>
        <w:jc w:val="both"/>
      </w:pPr>
      <w:r>
        <w:t>Giá tính cho mỗi đơn vị là 10 cm2 diện tích điều trị.</w:t>
      </w:r>
    </w:p>
    <w:p>
      <w:pPr>
        <w:jc w:val="both"/>
      </w:pPr>
      <w:r>
        <w:t>1917</w:t>
      </w:r>
    </w:p>
    <w:p>
      <w:pPr>
        <w:jc w:val="both"/>
      </w:pPr>
      <w:r>
        <w:t>Trẻ hoá da bằng các kỹ thuật Laser Fractional</w:t>
      </w:r>
    </w:p>
    <w:p>
      <w:pPr>
        <w:jc w:val="both"/>
      </w:pPr>
      <w:r>
        <w:t>1.072.000</w:t>
      </w:r>
    </w:p>
    <w:p>
      <w:pPr>
        <w:jc w:val="both"/>
      </w:pPr>
      <w:r>
        <w:t>1.187.000</w:t>
      </w:r>
    </w:p>
    <w:p>
      <w:pPr>
        <w:jc w:val="both"/>
      </w:pPr>
      <w:r>
        <w:t>Giá tính cho mỗi đơn vị là 10 cm2 diện tích điều trị.</w:t>
      </w:r>
    </w:p>
    <w:p>
      <w:pPr>
        <w:jc w:val="both"/>
      </w:pPr>
      <w:r>
        <w:t>1918</w:t>
      </w:r>
    </w:p>
    <w:p>
      <w:pPr>
        <w:jc w:val="both"/>
      </w:pPr>
      <w:r>
        <w:t>Trẻ hoá da bằng Radiofrequency (RF)</w:t>
      </w:r>
    </w:p>
    <w:p>
      <w:pPr>
        <w:jc w:val="both"/>
      </w:pPr>
      <w:r>
        <w:t>574.000</w:t>
      </w:r>
    </w:p>
    <w:p>
      <w:pPr>
        <w:jc w:val="both"/>
      </w:pPr>
      <w:r>
        <w:t>636.000</w:t>
      </w:r>
    </w:p>
    <w:p>
      <w:pPr>
        <w:jc w:val="both"/>
      </w:pPr>
      <w:r>
        <w:t>Giá tính cho mỗi đơn vị là 10 cm2 diện tích điều trị.</w:t>
      </w:r>
    </w:p>
    <w:p>
      <w:pPr>
        <w:jc w:val="both"/>
      </w:pPr>
      <w:r>
        <w:t>1919</w:t>
      </w:r>
    </w:p>
    <w:p>
      <w:pPr>
        <w:jc w:val="both"/>
      </w:pPr>
      <w:r>
        <w:t>Điều trị bệnh da bằng kỹ thuật ly trích huyết tương giàu tiểu cầu (PRP)</w:t>
      </w:r>
    </w:p>
    <w:p>
      <w:pPr>
        <w:jc w:val="both"/>
      </w:pPr>
      <w:r>
        <w:t>4.489.000</w:t>
      </w:r>
    </w:p>
    <w:p>
      <w:pPr>
        <w:jc w:val="both"/>
      </w:pPr>
      <w:r>
        <w:t>5.047.000</w:t>
      </w:r>
    </w:p>
    <w:p>
      <w:pPr>
        <w:jc w:val="both"/>
      </w:pPr>
      <w:r>
        <w:t>Giá tính cho mỗi đơn vị là 10 cm2 diện tích điều trị, không bao gồm thuốc.</w:t>
      </w:r>
    </w:p>
    <w:p>
      <w:pPr>
        <w:jc w:val="both"/>
      </w:pPr>
      <w:r>
        <w:t>1920</w:t>
      </w:r>
    </w:p>
    <w:p>
      <w:pPr>
        <w:jc w:val="both"/>
      </w:pPr>
      <w:r>
        <w:t>Điều trị lão hóa da sử dụng kim dẫn thuốc</w:t>
      </w:r>
    </w:p>
    <w:p>
      <w:pPr>
        <w:jc w:val="both"/>
      </w:pPr>
      <w:r>
        <w:t>597.000</w:t>
      </w:r>
    </w:p>
    <w:p>
      <w:pPr>
        <w:jc w:val="both"/>
      </w:pPr>
      <w:r>
        <w:t>640.000</w:t>
      </w:r>
    </w:p>
    <w:p>
      <w:pPr>
        <w:jc w:val="both"/>
      </w:pPr>
      <w:r>
        <w:t>Giá tính cho mỗi đơn vị là 10 cm2 diện tích điều trị, không bao gồm thuốc.</w:t>
      </w:r>
    </w:p>
    <w:p>
      <w:pPr>
        <w:jc w:val="both"/>
      </w:pPr>
      <w:r>
        <w:t>1921</w:t>
      </w:r>
    </w:p>
    <w:p>
      <w:pPr>
        <w:jc w:val="both"/>
      </w:pPr>
      <w:r>
        <w:t>Điều trị mụn trứng cá, rụng tóc bằng máy Mesoderm</w:t>
      </w:r>
    </w:p>
    <w:p>
      <w:pPr>
        <w:jc w:val="both"/>
      </w:pPr>
      <w:r>
        <w:t>218.000</w:t>
      </w:r>
    </w:p>
    <w:p>
      <w:pPr>
        <w:jc w:val="both"/>
      </w:pPr>
      <w:r>
        <w:t>243.000</w:t>
      </w:r>
    </w:p>
    <w:p>
      <w:pPr>
        <w:jc w:val="both"/>
      </w:pPr>
      <w:r>
        <w:t>Giá tính cho mỗi đơn vị là 10 cm2 diện tích điều trị, không bao gồm thuốc và kim dẫn thuốc.</w:t>
      </w:r>
    </w:p>
    <w:p>
      <w:pPr>
        <w:jc w:val="both"/>
      </w:pPr>
      <w:r>
        <w:t>1922</w:t>
      </w:r>
    </w:p>
    <w:p>
      <w:pPr>
        <w:jc w:val="both"/>
      </w:pPr>
      <w:r>
        <w:t>Điều trị bệnh da bằng chiếu đèn LED</w:t>
      </w:r>
    </w:p>
    <w:p>
      <w:pPr>
        <w:jc w:val="both"/>
      </w:pPr>
      <w:r>
        <w:t>198.000</w:t>
      </w:r>
    </w:p>
    <w:p>
      <w:pPr>
        <w:jc w:val="both"/>
      </w:pPr>
      <w:r>
        <w:t>220.000</w:t>
      </w:r>
    </w:p>
    <w:p>
      <w:pPr>
        <w:jc w:val="both"/>
      </w:pPr>
      <w:r>
        <w:t>1923</w:t>
      </w:r>
    </w:p>
    <w:p>
      <w:pPr>
        <w:jc w:val="both"/>
      </w:pPr>
      <w:r>
        <w:t>Bơm tinh trùng vào buồng tử cung (IUI)</w:t>
      </w:r>
    </w:p>
    <w:p>
      <w:pPr>
        <w:jc w:val="both"/>
      </w:pPr>
      <w:r>
        <w:t>1.028.000</w:t>
      </w:r>
    </w:p>
    <w:p>
      <w:pPr>
        <w:jc w:val="both"/>
      </w:pPr>
      <w:r>
        <w:t>1.171.000</w:t>
      </w:r>
    </w:p>
    <w:p>
      <w:pPr>
        <w:jc w:val="both"/>
      </w:pPr>
      <w:r>
        <w:t>1924</w:t>
      </w:r>
    </w:p>
    <w:p>
      <w:pPr>
        <w:jc w:val="both"/>
      </w:pPr>
      <w:r>
        <w:t>Cấy - tháo thuốc tránh thai</w:t>
      </w:r>
    </w:p>
    <w:p>
      <w:pPr>
        <w:jc w:val="both"/>
      </w:pPr>
      <w:r>
        <w:t>228.000</w:t>
      </w:r>
    </w:p>
    <w:p>
      <w:pPr>
        <w:jc w:val="both"/>
      </w:pPr>
      <w:r>
        <w:t>250.000</w:t>
      </w:r>
    </w:p>
    <w:p>
      <w:pPr>
        <w:jc w:val="both"/>
      </w:pPr>
      <w:r>
        <w:t>1925</w:t>
      </w:r>
    </w:p>
    <w:p>
      <w:pPr>
        <w:jc w:val="both"/>
      </w:pPr>
      <w:r>
        <w:t>Chọc hút noãn</w:t>
      </w:r>
    </w:p>
    <w:p>
      <w:pPr>
        <w:jc w:val="both"/>
      </w:pPr>
      <w:r>
        <w:t>7.142.000</w:t>
      </w:r>
    </w:p>
    <w:p>
      <w:pPr>
        <w:jc w:val="both"/>
      </w:pPr>
      <w:r>
        <w:t>8.181.000</w:t>
      </w:r>
    </w:p>
    <w:p>
      <w:pPr>
        <w:jc w:val="both"/>
      </w:pPr>
      <w:r>
        <w:t>1926</w:t>
      </w:r>
    </w:p>
    <w:p>
      <w:pPr>
        <w:jc w:val="both"/>
      </w:pPr>
      <w:r>
        <w:t>Chọc hút tinh hoàn mào tinh hoàn lấy tinh trùng hoặc sinh thiết tinh hoàn, mào tinh hoàn</w:t>
      </w:r>
    </w:p>
    <w:p>
      <w:pPr>
        <w:jc w:val="both"/>
      </w:pPr>
      <w:r>
        <w:t>2.577.000</w:t>
      </w:r>
    </w:p>
    <w:p>
      <w:pPr>
        <w:jc w:val="both"/>
      </w:pPr>
      <w:r>
        <w:t>2.946.000</w:t>
      </w:r>
    </w:p>
    <w:p>
      <w:pPr>
        <w:jc w:val="both"/>
      </w:pPr>
      <w:r>
        <w:t>1927</w:t>
      </w:r>
    </w:p>
    <w:p>
      <w:pPr>
        <w:jc w:val="both"/>
      </w:pPr>
      <w:r>
        <w:t>Chuyển phôi hoặc chuyển phôi giao tử vào vòi tử cung</w:t>
      </w:r>
    </w:p>
    <w:p>
      <w:pPr>
        <w:jc w:val="both"/>
      </w:pPr>
      <w:r>
        <w:t>3.899.000</w:t>
      </w:r>
    </w:p>
    <w:p>
      <w:pPr>
        <w:jc w:val="both"/>
      </w:pPr>
      <w:r>
        <w:t>4.468.000</w:t>
      </w:r>
    </w:p>
    <w:p>
      <w:pPr>
        <w:jc w:val="both"/>
      </w:pPr>
      <w:r>
        <w:t>1928</w:t>
      </w:r>
    </w:p>
    <w:p>
      <w:pPr>
        <w:jc w:val="both"/>
      </w:pPr>
      <w:r>
        <w:t>Đặt và tháo dụng cụ tử cung</w:t>
      </w:r>
    </w:p>
    <w:p>
      <w:pPr>
        <w:jc w:val="both"/>
      </w:pPr>
      <w:r>
        <w:t>233.000</w:t>
      </w:r>
    </w:p>
    <w:p>
      <w:pPr>
        <w:jc w:val="both"/>
      </w:pPr>
      <w:r>
        <w:t>259.000</w:t>
      </w:r>
    </w:p>
    <w:p>
      <w:pPr>
        <w:jc w:val="both"/>
      </w:pPr>
      <w:r>
        <w:t>1929</w:t>
      </w:r>
    </w:p>
    <w:p>
      <w:pPr>
        <w:jc w:val="both"/>
      </w:pPr>
      <w:r>
        <w:t>Điều trị tắc tia sữa bằng máy hút hoặc sóng ngắn hoặc hồng ngoại</w:t>
      </w:r>
    </w:p>
    <w:p>
      <w:pPr>
        <w:jc w:val="both"/>
      </w:pPr>
      <w:r>
        <w:t>65.600</w:t>
      </w:r>
    </w:p>
    <w:p>
      <w:pPr>
        <w:jc w:val="both"/>
      </w:pPr>
      <w:r>
        <w:t>73.200</w:t>
      </w:r>
    </w:p>
    <w:p>
      <w:pPr>
        <w:jc w:val="both"/>
      </w:pPr>
      <w:r>
        <w:t>1930</w:t>
      </w:r>
    </w:p>
    <w:p>
      <w:pPr>
        <w:jc w:val="both"/>
      </w:pPr>
      <w:r>
        <w:t>Giảm thiểu phôi (Giảm thiểu thai)</w:t>
      </w:r>
    </w:p>
    <w:p>
      <w:pPr>
        <w:jc w:val="both"/>
      </w:pPr>
      <w:r>
        <w:t>2.208.000</w:t>
      </w:r>
    </w:p>
    <w:p>
      <w:pPr>
        <w:jc w:val="both"/>
      </w:pPr>
      <w:r>
        <w:t>2.482.000</w:t>
      </w:r>
    </w:p>
    <w:p>
      <w:pPr>
        <w:jc w:val="both"/>
      </w:pPr>
      <w:r>
        <w:t>1931</w:t>
      </w:r>
    </w:p>
    <w:p>
      <w:pPr>
        <w:jc w:val="both"/>
      </w:pPr>
      <w:r>
        <w:t>Lọc rửa tinh trùng</w:t>
      </w:r>
    </w:p>
    <w:p>
      <w:pPr>
        <w:jc w:val="both"/>
      </w:pPr>
      <w:r>
        <w:t>950.000</w:t>
      </w:r>
    </w:p>
    <w:p>
      <w:pPr>
        <w:jc w:val="both"/>
      </w:pPr>
      <w:r>
        <w:t>1.083.000</w:t>
      </w:r>
    </w:p>
    <w:p>
      <w:pPr>
        <w:jc w:val="both"/>
      </w:pPr>
      <w:r>
        <w:t>1932</w:t>
      </w:r>
    </w:p>
    <w:p>
      <w:pPr>
        <w:jc w:val="both"/>
      </w:pPr>
      <w:r>
        <w:t>Rã đông phôi, noãn</w:t>
      </w:r>
    </w:p>
    <w:p>
      <w:pPr>
        <w:jc w:val="both"/>
      </w:pPr>
      <w:r>
        <w:t>3.623.000</w:t>
      </w:r>
    </w:p>
    <w:p>
      <w:pPr>
        <w:jc w:val="both"/>
      </w:pPr>
      <w:r>
        <w:t>4.086.000</w:t>
      </w:r>
    </w:p>
    <w:p>
      <w:pPr>
        <w:jc w:val="both"/>
      </w:pPr>
      <w:r>
        <w:t>1933</w:t>
      </w:r>
    </w:p>
    <w:p>
      <w:pPr>
        <w:jc w:val="both"/>
      </w:pPr>
      <w:r>
        <w:t>Rã đông tinh trùng</w:t>
      </w:r>
    </w:p>
    <w:p>
      <w:pPr>
        <w:jc w:val="both"/>
      </w:pPr>
      <w:r>
        <w:t>212.000</w:t>
      </w:r>
    </w:p>
    <w:p>
      <w:pPr>
        <w:jc w:val="both"/>
      </w:pPr>
      <w:r>
        <w:t>235.000</w:t>
      </w:r>
    </w:p>
    <w:p>
      <w:pPr>
        <w:jc w:val="both"/>
      </w:pPr>
      <w:r>
        <w:t>1934</w:t>
      </w:r>
    </w:p>
    <w:p>
      <w:pPr>
        <w:jc w:val="both"/>
      </w:pPr>
      <w:r>
        <w:t>Sinh thiết phôi chẩn đoán (Sinh thiết phôi bào cho chẩn đoán di truyền tiền làm tổ (Biopsy-PGS)/cho 1 người bệnh)</w:t>
      </w:r>
    </w:p>
    <w:p>
      <w:pPr>
        <w:jc w:val="both"/>
      </w:pPr>
      <w:r>
        <w:t>8.868.000</w:t>
      </w:r>
    </w:p>
    <w:p>
      <w:pPr>
        <w:jc w:val="both"/>
      </w:pPr>
      <w:r>
        <w:t>10.179.000</w:t>
      </w:r>
    </w:p>
    <w:p>
      <w:pPr>
        <w:jc w:val="both"/>
      </w:pPr>
      <w:r>
        <w:t>1935</w:t>
      </w:r>
    </w:p>
    <w:p>
      <w:pPr>
        <w:jc w:val="both"/>
      </w:pPr>
      <w:r>
        <w:t>Tiêm tinh trùng vào bào tương của noãn (ICSI)</w:t>
      </w:r>
    </w:p>
    <w:p>
      <w:pPr>
        <w:jc w:val="both"/>
      </w:pPr>
      <w:r>
        <w:t>6.253.000</w:t>
      </w:r>
    </w:p>
    <w:p>
      <w:pPr>
        <w:jc w:val="both"/>
      </w:pPr>
      <w:r>
        <w:t>7.168.000</w:t>
      </w:r>
    </w:p>
    <w:p>
      <w:pPr>
        <w:jc w:val="both"/>
      </w:pPr>
      <w:r>
        <w:t>1936</w:t>
      </w:r>
    </w:p>
    <w:p>
      <w:pPr>
        <w:jc w:val="both"/>
      </w:pPr>
      <w:r>
        <w:t>Triệt sản nam (bằng dao hoặc không bằng dao)</w:t>
      </w:r>
    </w:p>
    <w:p>
      <w:pPr>
        <w:jc w:val="both"/>
      </w:pPr>
      <w:r>
        <w:t>1.288.000</w:t>
      </w:r>
    </w:p>
    <w:p>
      <w:pPr>
        <w:jc w:val="both"/>
      </w:pPr>
      <w:r>
        <w:t>1.471.000</w:t>
      </w:r>
    </w:p>
    <w:p>
      <w:pPr>
        <w:jc w:val="both"/>
      </w:pPr>
      <w:r>
        <w:t>1937</w:t>
      </w:r>
    </w:p>
    <w:p>
      <w:pPr>
        <w:jc w:val="both"/>
      </w:pPr>
      <w:r>
        <w:t>03C2.3.93</w:t>
      </w:r>
    </w:p>
    <w:p>
      <w:pPr>
        <w:jc w:val="both"/>
      </w:pPr>
      <w:r>
        <w:t>Phẫu thuật điều trị tật khúc xạ bằng Laser Excimer (01 mắt)</w:t>
      </w:r>
    </w:p>
    <w:p>
      <w:pPr>
        <w:jc w:val="both"/>
      </w:pPr>
      <w:r>
        <w:t>4.190.000</w:t>
      </w:r>
    </w:p>
    <w:p>
      <w:pPr>
        <w:jc w:val="both"/>
      </w:pPr>
      <w:r>
        <w:t>4.792.000</w:t>
      </w:r>
    </w:p>
    <w:p>
      <w:pPr>
        <w:jc w:val="both"/>
      </w:pPr>
      <w:r>
        <w:t>1938</w:t>
      </w:r>
    </w:p>
    <w:p>
      <w:pPr>
        <w:jc w:val="both"/>
      </w:pPr>
      <w:r>
        <w:t>03C2.3.21</w:t>
      </w:r>
    </w:p>
    <w:p>
      <w:pPr>
        <w:jc w:val="both"/>
      </w:pPr>
      <w:r>
        <w:t>Rạch giác mạc nan hoa (1 mắt)</w:t>
      </w:r>
    </w:p>
    <w:p>
      <w:pPr>
        <w:jc w:val="both"/>
      </w:pPr>
      <w:r>
        <w:t>623.000</w:t>
      </w:r>
    </w:p>
    <w:p>
      <w:pPr>
        <w:jc w:val="both"/>
      </w:pPr>
      <w:r>
        <w:t>689.000</w:t>
      </w:r>
    </w:p>
    <w:p>
      <w:pPr>
        <w:jc w:val="both"/>
      </w:pPr>
      <w:r>
        <w:t>1939</w:t>
      </w:r>
    </w:p>
    <w:p>
      <w:pPr>
        <w:jc w:val="both"/>
      </w:pPr>
      <w:r>
        <w:t>03C2.3.22</w:t>
      </w:r>
    </w:p>
    <w:p>
      <w:pPr>
        <w:jc w:val="both"/>
      </w:pPr>
      <w:r>
        <w:t>Rạch giác mạc nan hoa (2 mắt)</w:t>
      </w:r>
    </w:p>
    <w:p>
      <w:pPr>
        <w:jc w:val="both"/>
      </w:pPr>
      <w:r>
        <w:t>757.000</w:t>
      </w:r>
    </w:p>
    <w:p>
      <w:pPr>
        <w:jc w:val="both"/>
      </w:pPr>
      <w:r>
        <w:t>833.000</w:t>
      </w:r>
    </w:p>
    <w:p>
      <w:pPr>
        <w:jc w:val="both"/>
      </w:pPr>
      <w:r>
        <w:t>1940</w:t>
      </w:r>
    </w:p>
    <w:p>
      <w:pPr>
        <w:jc w:val="both"/>
      </w:pPr>
      <w:r>
        <w:t>03C2.5.7.40</w:t>
      </w:r>
    </w:p>
    <w:p>
      <w:pPr>
        <w:jc w:val="both"/>
      </w:pPr>
      <w:r>
        <w:t>Dùng laser, sóng cao tần trong điều trị sẹo &gt;2cm</w:t>
      </w:r>
    </w:p>
    <w:p>
      <w:pPr>
        <w:jc w:val="both"/>
      </w:pPr>
      <w:r>
        <w:t>1.707.000</w:t>
      </w:r>
    </w:p>
    <w:p>
      <w:pPr>
        <w:jc w:val="both"/>
      </w:pPr>
      <w:r>
        <w:t>1.911.000</w:t>
      </w:r>
    </w:p>
    <w:p>
      <w:pPr>
        <w:jc w:val="both"/>
      </w:pPr>
      <w:r>
        <w:t>Ghi chú:</w:t>
      </w:r>
    </w:p>
    <w:p>
      <w:pPr>
        <w:jc w:val="both"/>
      </w:pPr>
      <w:r>
        <w:t>(*) Số thứ tự theo Thông tư liên tịch số 37/2015/TTLT-BYT-BTC ngày 29/10/2015 của Bộ Y tế - Bộ Tài chính quy định thống nhất giá dịch vụ khám bệnh, chữa bệnh bảo hiểm y tế giữa các bệnh viện cùng hạng trên toàn quốc.</w:t>
      </w:r>
    </w:p>
    <w:p>
      <w:pPr>
        <w:jc w:val="both"/>
      </w:pPr>
      <w:r>
        <w:t>1. Giá của các dịch vụ kỹ thuật đã bao gồm tiền thuốc, vật tư tiêu hao, vật tư thay thế để thực hiện dịch vụ trừ một số trường hợp đặc biệt đã có ghi chú cụ thể. Bệnh viện không được thu thêm của người bệnh các chi phí đã kết cấu trong giá của các dịch vụ.</w:t>
      </w:r>
    </w:p>
    <w:p>
      <w:pPr>
        <w:jc w:val="both"/>
      </w:pPr>
      <w:r>
        <w:t>2. Chi phí gây mê:</w:t>
      </w:r>
    </w:p>
    <w:p>
      <w:pPr>
        <w:jc w:val="both"/>
      </w:pPr>
      <w:r>
        <w:t>+ Giá của các phẫu thuật đã bao gồm chi phí gây mê hoặc gây tê (trừ chuyên khoa Mắt); Trường hợp khi thực hiện phẫu thuật chuyên khoa mắt gây mê thì chi phí gây mê được thanh toán theo giá của dịch vụ số 1905 của Phụ lục này.</w:t>
      </w:r>
    </w:p>
    <w:p>
      <w:pPr>
        <w:jc w:val="both"/>
      </w:pPr>
      <w:r>
        <w:t>+ Giá của các thủ thuật đã bao gồm chi phí thuốc gây tê, an thần tiền mê, chưa bao gồm chi phí gây mê (trừ một số trường hợp đã ghi cụ thể đã bao gồm chi phí gây mê).</w:t>
      </w:r>
    </w:p>
    <w:p>
      <w:pPr>
        <w:jc w:val="both"/>
      </w:pPr>
      <w:r>
        <w:t>Trường hợp khi thực hiện thủ thuật cần phải gây mê thì chi phí gây mê của thủ thuật chuyên khoa mắt được thanh toán theo giá của dịch vụ số 1906; chi phí gây mê của các thủ thuật còn lại khác được thanh toán theo giá của dịch vụ số 1230 của Phụ lục này.</w:t>
      </w:r>
    </w:p>
    <w:p>
      <w:pPr>
        <w:jc w:val="both"/>
      </w:pPr>
      <w:r>
        <w:t>3. Dịch vụ định nhóm máu ABO trong truyền máu đối với các xét nghiệm số 1281, 1282, 1283 quy định tại Phụ lục này:</w:t>
      </w:r>
    </w:p>
    <w:p>
      <w:pPr>
        <w:jc w:val="both"/>
      </w:pPr>
      <w:r>
        <w:t>a) Định nhóm máu hệ ABO tại khoa xét nghiệm khi phát máu toàn phần và các chế phẩm khối hồng cầu, khối bạch cầu, khối tiểu cầu, huyết tương:</w:t>
      </w:r>
    </w:p>
    <w:p>
      <w:pPr>
        <w:jc w:val="both"/>
      </w:pPr>
      <w:r>
        <w:t>- Định nhóm máu cho người bệnh: thanh toán 1 lần theo giá dịch vụ số thứ tự 1283 (do mức giá của dịch vụ 1283 đã tính chi phí của 2 lần định nhóm máu hệ ABO trên cùng một mẫu máu hoặc 2 mẫu máu của cùng một người bệnh bằng 2 phương pháp huyết thanh mẫu và hồng cầu mẫu);</w:t>
      </w:r>
    </w:p>
    <w:p>
      <w:pPr>
        <w:jc w:val="both"/>
      </w:pPr>
      <w:r>
        <w:t>- Định nhóm máu hệ ABO của đơn vị túi máu, đơn vị chế phẩm máu: thanh toán 01 lần theo giá dịch vụ số thứ tự 1281;</w:t>
      </w:r>
    </w:p>
    <w:p>
      <w:pPr>
        <w:jc w:val="both"/>
      </w:pPr>
      <w:r>
        <w:t>- Trường hợp người bệnh được phát nhiều đơn vị máu hoặc chế phẩm máu tại cùng một thời điểm thì bắt đầu từ đơn vị máu hoặc đơn vị chế phẩm thứ 2 trở đi, cứ phát thêm một đơn vị thì sẽ được thanh toán thêm 01 lần định nhóm máu hệ ABO của đơn vị túi máu theo giá dịch vụ có số thứ tự 1281. Trường hợp này không phải xác định nhóm máu hệ ABO của người bệnh do người bệnh đã được xác định nhóm máu hệ ABO khi phát đơn vị máu hoặc đơn vị chế phẩm thứ nhất.</w:t>
      </w:r>
    </w:p>
    <w:p>
      <w:pPr>
        <w:jc w:val="both"/>
      </w:pPr>
      <w:r>
        <w:t>b) Xét nghiệm định nhóm máu hệ ABO tại giường bệnh:</w:t>
      </w:r>
    </w:p>
    <w:p>
      <w:pPr>
        <w:jc w:val="both"/>
      </w:pPr>
      <w:r>
        <w:t>- Định nhóm máu hệ ABO tại giường bệnh khi người bệnh được truyền máu toàn phần hoặc khối hồng cầu hoặc khối bạch cầu: thanh toán 01 lần theo giá dịch vụ có số thứ tự 1281;</w:t>
      </w:r>
    </w:p>
    <w:p>
      <w:pPr>
        <w:jc w:val="both"/>
      </w:pPr>
      <w:r>
        <w:t>- Định nhóm máu hệ ABO tại giường bệnh khi người bệnh được truyền chế phẩm huyết tương, khối tiểu cầu: thanh toán 01 lần theo giá dịch vụ có số thứ tự 1282;</w:t>
      </w:r>
    </w:p>
    <w:p>
      <w:pPr>
        <w:jc w:val="both"/>
      </w:pPr>
      <w:r>
        <w:t>- Trường hợp tại cùng một thời điểm người bệnh được truyền nhiều đơn vị máu hoặc chế phẩm máu thì bắt đầu từ đơn vị máu hoặc đơn vị chế phẩm thứ 2 trở đi thanh toán thêm 01 lần định nhóm máu tại giường bệnh theo mức giá dịch vụ có số thứ tự 1281; số lần định nhóm máu ABO tại giường, thực hiện theo quy định của Bộ Y tế.</w:t>
      </w:r>
    </w:p>
    <w:p>
      <w:pPr>
        <w:jc w:val="both"/>
      </w:pPr>
      <w:r>
        <w:t>- Mức giá của các dịch vụ định nhóm máu ABO từ số thứ tự 1281, 1282, 1283 được quy định chung cho các phương pháp ống nghiệm, phiến đá hoặc trên giấy.</w:t>
      </w:r>
    </w:p>
    <w:p>
      <w:pPr>
        <w:jc w:val="both"/>
      </w:pPr>
      <w:r>
        <w:t>PHỤ LỤC IV</w:t>
      </w:r>
    </w:p>
    <w:p>
      <w:pPr>
        <w:jc w:val="both"/>
      </w:pPr>
      <w:r>
        <w:t>BỔ SUNG GHI CHÚ CỦA MỘT SỐ DỊCH VỤ KỸ THUẬT Y TẾ</w:t>
      </w:r>
    </w:p>
    <w:p>
      <w:pPr>
        <w:jc w:val="both"/>
      </w:pPr>
      <w:r>
        <w:t>(Ban hành kèm theo Thông tư 21/2023/TT-BYT ngày 17/11/2023 của Bộ Y tế)</w:t>
      </w:r>
    </w:p>
    <w:p>
      <w:pPr>
        <w:jc w:val="both"/>
      </w:pPr>
      <w:r>
        <w:t>Đơn vị: đồng</w:t>
      </w:r>
    </w:p>
    <w:p>
      <w:pPr>
        <w:jc w:val="both"/>
      </w:pPr>
      <w:r>
        <w:t>STT</w:t>
      </w:r>
    </w:p>
    <w:p>
      <w:pPr>
        <w:jc w:val="both"/>
      </w:pPr>
      <w:r>
        <w:t>Mã theo TT50 (*)</w:t>
      </w:r>
    </w:p>
    <w:p>
      <w:pPr>
        <w:jc w:val="both"/>
      </w:pPr>
      <w:r>
        <w:t>Tên theo Thông tư 50/2014/TT-BYT</w:t>
      </w:r>
    </w:p>
    <w:p>
      <w:pPr>
        <w:jc w:val="both"/>
      </w:pPr>
      <w:r>
        <w:t>Tên danh mục tại Phụ lục 3 Thông tư này</w:t>
      </w:r>
    </w:p>
    <w:p>
      <w:pPr>
        <w:jc w:val="both"/>
      </w:pPr>
      <w:r>
        <w:t>Ghi chú</w:t>
      </w:r>
    </w:p>
    <w:p>
      <w:pPr>
        <w:jc w:val="both"/>
      </w:pPr>
      <w:r>
        <w:t>1</w:t>
      </w:r>
    </w:p>
    <w:p>
      <w:pPr>
        <w:jc w:val="both"/>
      </w:pPr>
      <w:r>
        <w:t>1.209</w:t>
      </w:r>
    </w:p>
    <w:p>
      <w:pPr>
        <w:jc w:val="both"/>
      </w:pPr>
      <w:r>
        <w:t>Dẫn lưu não thất cấp cứu ≤ 8 giờ</w:t>
      </w:r>
    </w:p>
    <w:p>
      <w:pPr>
        <w:jc w:val="both"/>
      </w:pPr>
      <w:r>
        <w:t>Đặt catheter tĩnh mạch trung tâm một nòng</w:t>
      </w:r>
    </w:p>
    <w:p>
      <w:pPr>
        <w:jc w:val="both"/>
      </w:pPr>
      <w:r>
        <w:t>Chưa bao gồm bộ dẫn lưu não thất và đo áp lực nội sọ. Thanh toán theo số lần thực hiện kỹ thuật đặt dẫn lưu, không thanh toán theo giờ.</w:t>
      </w:r>
    </w:p>
    <w:p>
      <w:pPr>
        <w:jc w:val="both"/>
      </w:pPr>
      <w:r>
        <w:t>2</w:t>
      </w:r>
    </w:p>
    <w:p>
      <w:pPr>
        <w:jc w:val="both"/>
      </w:pPr>
      <w:r>
        <w:t>1.231</w:t>
      </w:r>
    </w:p>
    <w:p>
      <w:pPr>
        <w:jc w:val="both"/>
      </w:pPr>
      <w:r>
        <w:t>Đặt ống thông Blakemore vào thực quản cầm máu</w:t>
      </w:r>
    </w:p>
    <w:p>
      <w:pPr>
        <w:jc w:val="both"/>
      </w:pPr>
      <w:r>
        <w:t>Thủ thuật loại I (HSCC - CĐ)</w:t>
      </w:r>
    </w:p>
    <w:p>
      <w:pPr>
        <w:jc w:val="both"/>
      </w:pPr>
      <w:r>
        <w:t>Chưa bao gồm bộ ống thông Blakemore</w:t>
      </w:r>
    </w:p>
    <w:p>
      <w:pPr>
        <w:jc w:val="both"/>
      </w:pPr>
      <w:r>
        <w:t>3</w:t>
      </w:r>
    </w:p>
    <w:p>
      <w:pPr>
        <w:jc w:val="both"/>
      </w:pPr>
      <w:r>
        <w:t>2.127</w:t>
      </w:r>
    </w:p>
    <w:p>
      <w:pPr>
        <w:jc w:val="both"/>
      </w:pPr>
      <w:r>
        <w:t>Triệt đốt thần kinh giao cảm động mạch thận bằng năng lượng sóng tần số radio qua đường ống thông trong điều trị tăng huyết áp kháng trị</w:t>
      </w:r>
    </w:p>
    <w:p>
      <w:pPr>
        <w:jc w:val="both"/>
      </w:pPr>
      <w:r>
        <w:t>Chụp và can thiệp tim mạch (van tim, tim bẩm sinh, động mạch vành) dưới DSA</w:t>
      </w:r>
    </w:p>
    <w:p>
      <w:pPr>
        <w:jc w:val="both"/>
      </w:pPr>
      <w:r>
        <w:t>Chưa bao gồm catheter đốt và cáp nối</w:t>
      </w:r>
    </w:p>
    <w:p>
      <w:pPr>
        <w:jc w:val="both"/>
      </w:pPr>
      <w:r>
        <w:t>4</w:t>
      </w:r>
    </w:p>
    <w:p>
      <w:pPr>
        <w:jc w:val="both"/>
      </w:pPr>
      <w:r>
        <w:t>2.219</w:t>
      </w:r>
    </w:p>
    <w:p>
      <w:pPr>
        <w:jc w:val="both"/>
      </w:pPr>
      <w:r>
        <w:t>Nội soi bơm rửa bàng quang, bơm hoá chất</w:t>
      </w:r>
    </w:p>
    <w:p>
      <w:pPr>
        <w:jc w:val="both"/>
      </w:pPr>
      <w:r>
        <w:t>Nội soi bàng quang không sinh thiết</w:t>
      </w:r>
    </w:p>
    <w:p>
      <w:pPr>
        <w:jc w:val="both"/>
      </w:pPr>
      <w:r>
        <w:t>Chưa bao gồm hóa chất</w:t>
      </w:r>
    </w:p>
    <w:p>
      <w:pPr>
        <w:jc w:val="both"/>
      </w:pPr>
      <w:r>
        <w:t>5</w:t>
      </w:r>
    </w:p>
    <w:p>
      <w:pPr>
        <w:jc w:val="both"/>
      </w:pPr>
      <w:r>
        <w:t>2.461</w:t>
      </w:r>
    </w:p>
    <w:p>
      <w:pPr>
        <w:jc w:val="both"/>
      </w:pPr>
      <w:r>
        <w:t>Điều trị rối loạn nhịp tim bằng sóng cao tần thông thường</w:t>
      </w:r>
    </w:p>
    <w:p>
      <w:pPr>
        <w:jc w:val="both"/>
      </w:pPr>
      <w:r>
        <w:t>Điều trị suy tĩnh mạch bằng Laser nội mạch</w:t>
      </w:r>
    </w:p>
    <w:p>
      <w:pPr>
        <w:jc w:val="both"/>
      </w:pPr>
      <w:r>
        <w:t>Chưa bao gồm bộ dụng cụ điều trị rối loạn nhịp tim bằng RF.</w:t>
      </w:r>
    </w:p>
    <w:p>
      <w:pPr>
        <w:jc w:val="both"/>
      </w:pPr>
      <w:r>
        <w:t>6</w:t>
      </w:r>
    </w:p>
    <w:p>
      <w:pPr>
        <w:jc w:val="both"/>
      </w:pPr>
      <w:r>
        <w:t>10.51</w:t>
      </w:r>
    </w:p>
    <w:p>
      <w:pPr>
        <w:jc w:val="both"/>
      </w:pPr>
      <w:r>
        <w:t>Phẫu thuật u rễ thần kinh ngoài màng tủy kèm tái tạo đốt sống, bằng đường vào phía sau</w:t>
      </w:r>
    </w:p>
    <w:p>
      <w:pPr>
        <w:jc w:val="both"/>
      </w:pPr>
      <w:r>
        <w:t>Phẫu thuật nội soi não hoặc tủy sống</w:t>
      </w:r>
    </w:p>
    <w:p>
      <w:pPr>
        <w:jc w:val="both"/>
      </w:pPr>
      <w:r>
        <w:t>Chưa bao gồm xương nhân tạo hoặc sản phẩm sinh học thay thế xương, đốt sống nhân tạo.</w:t>
      </w:r>
    </w:p>
    <w:p>
      <w:pPr>
        <w:jc w:val="both"/>
      </w:pPr>
      <w:r>
        <w:t>7</w:t>
      </w:r>
    </w:p>
    <w:p>
      <w:pPr>
        <w:jc w:val="both"/>
      </w:pPr>
      <w:r>
        <w:t>10.53</w:t>
      </w:r>
    </w:p>
    <w:p>
      <w:pPr>
        <w:jc w:val="both"/>
      </w:pPr>
      <w:r>
        <w:t>Phẫu thuật u trong và ngoài ống sống, kèm tái tạo đốt sống, bằng đường vào trước hoặc trước-ngoài</w:t>
      </w:r>
    </w:p>
    <w:p>
      <w:pPr>
        <w:jc w:val="both"/>
      </w:pPr>
      <w:r>
        <w:t>Phẫu thuật nội soi não hoặc tủy sống</w:t>
      </w:r>
    </w:p>
    <w:p>
      <w:pPr>
        <w:jc w:val="both"/>
      </w:pPr>
      <w:r>
        <w:t>Chưa bao gồm xương nhân tạo hoặc sản phẩm sinh học thay thế xương, đốt sống nhân tạo.</w:t>
      </w:r>
    </w:p>
    <w:p>
      <w:pPr>
        <w:jc w:val="both"/>
      </w:pPr>
      <w:r>
        <w:t>8</w:t>
      </w:r>
    </w:p>
    <w:p>
      <w:pPr>
        <w:jc w:val="both"/>
      </w:pPr>
      <w:r>
        <w:t>10.167</w:t>
      </w:r>
    </w:p>
    <w:p>
      <w:pPr>
        <w:jc w:val="both"/>
      </w:pPr>
      <w:r>
        <w:t>Phẫu thuật điều trị vết thương - chấn thương mạch máu chi</w:t>
      </w:r>
    </w:p>
    <w:p>
      <w:pPr>
        <w:jc w:val="both"/>
      </w:pPr>
      <w:r>
        <w:t>Phẫu thuật loại I (Ngoại khoa)</w:t>
      </w:r>
    </w:p>
    <w:p>
      <w:pPr>
        <w:jc w:val="both"/>
      </w:pPr>
      <w:r>
        <w:t>Chưa bao gồm đoạn mạch nhân tạo.</w:t>
      </w:r>
    </w:p>
    <w:p>
      <w:pPr>
        <w:jc w:val="both"/>
      </w:pPr>
      <w:r>
        <w:t>9</w:t>
      </w:r>
    </w:p>
    <w:p>
      <w:pPr>
        <w:jc w:val="both"/>
      </w:pPr>
      <w:r>
        <w:t>10.175</w:t>
      </w:r>
    </w:p>
    <w:p>
      <w:pPr>
        <w:jc w:val="both"/>
      </w:pPr>
      <w:r>
        <w:t>Phẫu thuật Hybrid trong cấp cứu mạch máu (phẫu thuật mạch + can thiệp mạch)</w:t>
      </w:r>
    </w:p>
    <w:p>
      <w:pPr>
        <w:jc w:val="both"/>
      </w:pPr>
      <w:r>
        <w:t>Phẫu thuật đặc biệt (Ngoại khoa)</w:t>
      </w:r>
    </w:p>
    <w:p>
      <w:pPr>
        <w:jc w:val="both"/>
      </w:pPr>
      <w:r>
        <w:t>Chưa bao gồm: mạch nhân tạo, keo sinh học, bóng nong, stent, các vật liệu nút mạch, các loại ống thông hoặc vi ống thông, các loại dây dẫn hoặc vi dây dẫn, các vòng xoắn kim loại, dụng cụ lấy dị vật, bộ dụng cụ lấy huyết khối.</w:t>
      </w:r>
    </w:p>
    <w:p>
      <w:pPr>
        <w:jc w:val="both"/>
      </w:pPr>
      <w:r>
        <w:t>10</w:t>
      </w:r>
    </w:p>
    <w:p>
      <w:pPr>
        <w:jc w:val="both"/>
      </w:pPr>
      <w:r>
        <w:t>10.249</w:t>
      </w:r>
    </w:p>
    <w:p>
      <w:pPr>
        <w:jc w:val="both"/>
      </w:pPr>
      <w:r>
        <w:t>Phẫu thuật bắc cầu điều trị thiếu máu mạn tính chi</w:t>
      </w:r>
    </w:p>
    <w:p>
      <w:pPr>
        <w:jc w:val="both"/>
      </w:pPr>
      <w:r>
        <w:t>Phẫu thuật loại I (Ngoại khoa)</w:t>
      </w:r>
    </w:p>
    <w:p>
      <w:pPr>
        <w:jc w:val="both"/>
      </w:pPr>
      <w:r>
        <w:t>Chưa bao gồm đoạn mạch nhân tạo.</w:t>
      </w:r>
    </w:p>
    <w:p>
      <w:pPr>
        <w:jc w:val="both"/>
      </w:pPr>
      <w:r>
        <w:t>11</w:t>
      </w:r>
    </w:p>
    <w:p>
      <w:pPr>
        <w:jc w:val="both"/>
      </w:pPr>
      <w:r>
        <w:t>10.250</w:t>
      </w:r>
    </w:p>
    <w:p>
      <w:pPr>
        <w:jc w:val="both"/>
      </w:pPr>
      <w:r>
        <w:t>Phẫu thuật điều trị tắc động mạch chi cấp tính do huyết khối, mảnh sùi, dị vật</w:t>
      </w:r>
    </w:p>
    <w:p>
      <w:pPr>
        <w:jc w:val="both"/>
      </w:pPr>
      <w:r>
        <w:t>Phẫu thuật loại I (Ngoại khoa)</w:t>
      </w:r>
    </w:p>
    <w:p>
      <w:pPr>
        <w:jc w:val="both"/>
      </w:pPr>
      <w:r>
        <w:t>Chưa bao gồm đoạn mạch nhân tạo.</w:t>
      </w:r>
    </w:p>
    <w:p>
      <w:pPr>
        <w:jc w:val="both"/>
      </w:pPr>
      <w:r>
        <w:t>12</w:t>
      </w:r>
    </w:p>
    <w:p>
      <w:pPr>
        <w:jc w:val="both"/>
      </w:pPr>
      <w:r>
        <w:t>10.251</w:t>
      </w:r>
    </w:p>
    <w:p>
      <w:pPr>
        <w:jc w:val="both"/>
      </w:pPr>
      <w:r>
        <w:t>Phẫu thuật điều trị tắc động mạch chi bán cấp tính</w:t>
      </w:r>
    </w:p>
    <w:p>
      <w:pPr>
        <w:jc w:val="both"/>
      </w:pPr>
      <w:r>
        <w:t>Phẫu thuật loại I (Ngoại khoa)</w:t>
      </w:r>
    </w:p>
    <w:p>
      <w:pPr>
        <w:jc w:val="both"/>
      </w:pPr>
      <w:r>
        <w:t>Chưa bao gồm đoạn mạch nhân tạo.</w:t>
      </w:r>
    </w:p>
    <w:p>
      <w:pPr>
        <w:jc w:val="both"/>
      </w:pPr>
      <w:r>
        <w:t>13</w:t>
      </w:r>
    </w:p>
    <w:p>
      <w:pPr>
        <w:jc w:val="both"/>
      </w:pPr>
      <w:r>
        <w:t>10.258</w:t>
      </w:r>
    </w:p>
    <w:p>
      <w:pPr>
        <w:jc w:val="both"/>
      </w:pPr>
      <w:r>
        <w:t>Phẫu thuật bắc cầu động mạch nách - động mạch đùi</w:t>
      </w:r>
    </w:p>
    <w:p>
      <w:pPr>
        <w:jc w:val="both"/>
      </w:pPr>
      <w:r>
        <w:t>Phẫu thuật loại I (Ngoại khoa)</w:t>
      </w:r>
    </w:p>
    <w:p>
      <w:pPr>
        <w:jc w:val="both"/>
      </w:pPr>
      <w:r>
        <w:t>Chưa bao gồm đoạn mạch nhân tạo.</w:t>
      </w:r>
    </w:p>
    <w:p>
      <w:pPr>
        <w:jc w:val="both"/>
      </w:pPr>
      <w:r>
        <w:t>14</w:t>
      </w:r>
    </w:p>
    <w:p>
      <w:pPr>
        <w:jc w:val="both"/>
      </w:pPr>
      <w:r>
        <w:t>10.270</w:t>
      </w:r>
    </w:p>
    <w:p>
      <w:pPr>
        <w:jc w:val="both"/>
      </w:pPr>
      <w:r>
        <w:t>Phẫu thuật Hybrid điều trị bệnh mạch máu (phẫu thuật mạch + can thiệp mạch)</w:t>
      </w:r>
    </w:p>
    <w:p>
      <w:pPr>
        <w:jc w:val="both"/>
      </w:pPr>
      <w:r>
        <w:t>Phẫu thuật đặc biệt (Ngoại khoa)</w:t>
      </w:r>
    </w:p>
    <w:p>
      <w:pPr>
        <w:jc w:val="both"/>
      </w:pPr>
      <w:r>
        <w:t>Chưa bao gồm: mạch nhân tạo, keo sinh học, bóng nong, stent, các vật liệu nút mạch, các loại ống thông hoặc vi ống thông, các loại dây dẫn hoặc vi dây dẫn, các vòng xoắn kim loại, dụng cụ lấy dị vật, bộ dụng cụ lấy huyết khối.</w:t>
      </w:r>
    </w:p>
    <w:p>
      <w:pPr>
        <w:jc w:val="both"/>
      </w:pPr>
      <w:r>
        <w:t>15</w:t>
      </w:r>
    </w:p>
    <w:p>
      <w:pPr>
        <w:jc w:val="both"/>
      </w:pPr>
      <w:r>
        <w:t>10.312</w:t>
      </w:r>
    </w:p>
    <w:p>
      <w:pPr>
        <w:jc w:val="both"/>
      </w:pPr>
      <w:r>
        <w:t>Chọc hút và bơm thuốc vào nang thận</w:t>
      </w:r>
    </w:p>
    <w:p>
      <w:pPr>
        <w:jc w:val="both"/>
      </w:pPr>
      <w:r>
        <w:t>Chọc hút hạch hoặc u hoặc áp xe hoặc các tổn thương khác dưới hướng dẫn của siêu âm</w:t>
      </w:r>
    </w:p>
    <w:p>
      <w:pPr>
        <w:jc w:val="both"/>
      </w:pPr>
      <w:r>
        <w:t>Chưa bao gồm thuốc cản quang.</w:t>
      </w:r>
    </w:p>
    <w:p>
      <w:pPr>
        <w:jc w:val="both"/>
      </w:pPr>
      <w:r>
        <w:t>16</w:t>
      </w:r>
    </w:p>
    <w:p>
      <w:pPr>
        <w:jc w:val="both"/>
      </w:pPr>
      <w:r>
        <w:t>10.312</w:t>
      </w:r>
    </w:p>
    <w:p>
      <w:pPr>
        <w:jc w:val="both"/>
      </w:pPr>
      <w:r>
        <w:t>Chọc hút và bơm thuốc vào nang thận</w:t>
      </w:r>
    </w:p>
    <w:p>
      <w:pPr>
        <w:jc w:val="both"/>
      </w:pPr>
      <w:r>
        <w:t>Chọc hút hạch hoặc u hoặc áp xe hoặc các tổn thương khác dưới hướng dẫn của cắt lớp vi tính</w:t>
      </w:r>
    </w:p>
    <w:p>
      <w:pPr>
        <w:jc w:val="both"/>
      </w:pPr>
      <w:r>
        <w:t>Chưa bao gồm thuốc cản quang.</w:t>
      </w:r>
    </w:p>
    <w:p>
      <w:pPr>
        <w:jc w:val="both"/>
      </w:pPr>
      <w:r>
        <w:t>17</w:t>
      </w:r>
    </w:p>
    <w:p>
      <w:pPr>
        <w:jc w:val="both"/>
      </w:pPr>
      <w:r>
        <w:t>10.313</w:t>
      </w:r>
    </w:p>
    <w:p>
      <w:pPr>
        <w:jc w:val="both"/>
      </w:pPr>
      <w:r>
        <w:t>Dẫn lưu đài bể thận qua da</w:t>
      </w:r>
    </w:p>
    <w:p>
      <w:pPr>
        <w:jc w:val="both"/>
      </w:pPr>
      <w:r>
        <w:t>Đặt sonde JJ niệu quản</w:t>
      </w:r>
    </w:p>
    <w:p>
      <w:pPr>
        <w:jc w:val="both"/>
      </w:pPr>
      <w:r>
        <w:t>Chưa bao gồm sonde.</w:t>
      </w:r>
    </w:p>
    <w:p>
      <w:pPr>
        <w:jc w:val="both"/>
      </w:pPr>
      <w:r>
        <w:t>18</w:t>
      </w:r>
    </w:p>
    <w:p>
      <w:pPr>
        <w:jc w:val="both"/>
      </w:pPr>
      <w:r>
        <w:t>10.318</w:t>
      </w:r>
    </w:p>
    <w:p>
      <w:pPr>
        <w:jc w:val="both"/>
      </w:pPr>
      <w:r>
        <w:t>Dẫn lưu thận qua da dưới hướng dẫn của siêu âm</w:t>
      </w:r>
    </w:p>
    <w:p>
      <w:pPr>
        <w:jc w:val="both"/>
      </w:pPr>
      <w:r>
        <w:t>Đặt sonde JJ niệu quản</w:t>
      </w:r>
    </w:p>
    <w:p>
      <w:pPr>
        <w:jc w:val="both"/>
      </w:pPr>
      <w:r>
        <w:t>Chưa bao gồm sonde.</w:t>
      </w:r>
    </w:p>
    <w:p>
      <w:pPr>
        <w:jc w:val="both"/>
      </w:pPr>
      <w:r>
        <w:t>19</w:t>
      </w:r>
    </w:p>
    <w:p>
      <w:pPr>
        <w:jc w:val="both"/>
      </w:pPr>
      <w:r>
        <w:t>10.383</w:t>
      </w:r>
    </w:p>
    <w:p>
      <w:pPr>
        <w:jc w:val="both"/>
      </w:pPr>
      <w:r>
        <w:t>Đặt ống Stent chữa bí đái do phì đại tiền liệt tuyến</w:t>
      </w:r>
    </w:p>
    <w:p>
      <w:pPr>
        <w:jc w:val="both"/>
      </w:pPr>
      <w:r>
        <w:t>Phẫu thuật nội soi đặt Sonde JJ</w:t>
      </w:r>
    </w:p>
    <w:p>
      <w:pPr>
        <w:jc w:val="both"/>
      </w:pPr>
      <w:r>
        <w:t>Chưa bao gồm stent.</w:t>
      </w:r>
    </w:p>
    <w:p>
      <w:pPr>
        <w:jc w:val="both"/>
      </w:pPr>
      <w:r>
        <w:t>20</w:t>
      </w:r>
    </w:p>
    <w:p>
      <w:pPr>
        <w:jc w:val="both"/>
      </w:pPr>
      <w:r>
        <w:t>10.603</w:t>
      </w:r>
    </w:p>
    <w:p>
      <w:pPr>
        <w:jc w:val="both"/>
      </w:pPr>
      <w:r>
        <w:t>Lấy huyết khối tĩnh mạch cửa</w:t>
      </w:r>
    </w:p>
    <w:p>
      <w:pPr>
        <w:jc w:val="both"/>
      </w:pPr>
      <w:r>
        <w:t>Phẫu thuật khâu lỗ thủng tiêu hóa hoặc lấy dị vật ống tiêu hóa hoặc đẩy bả thức ăn xuống đại tràng</w:t>
      </w:r>
    </w:p>
    <w:p>
      <w:pPr>
        <w:jc w:val="both"/>
      </w:pPr>
      <w:r>
        <w:t>Chưa bao gồm đoạn mạch nhân tạo.</w:t>
      </w:r>
    </w:p>
    <w:p>
      <w:pPr>
        <w:jc w:val="both"/>
      </w:pPr>
      <w:r>
        <w:t>21</w:t>
      </w:r>
    </w:p>
    <w:p>
      <w:pPr>
        <w:jc w:val="both"/>
      </w:pPr>
      <w:r>
        <w:t>10.604</w:t>
      </w:r>
    </w:p>
    <w:p>
      <w:pPr>
        <w:jc w:val="both"/>
      </w:pPr>
      <w:r>
        <w:t>Các loại phẫu thuật phân lưu cửa chủ</w:t>
      </w:r>
    </w:p>
    <w:p>
      <w:pPr>
        <w:jc w:val="both"/>
      </w:pPr>
      <w:r>
        <w:t>Phẫu thuật khâu lỗ thủng tiêu hóa hoặc lấy dị vật ống tiêu hóa hoặc đẩy bả thức ăn xuống đại tràng</w:t>
      </w:r>
    </w:p>
    <w:p>
      <w:pPr>
        <w:jc w:val="both"/>
      </w:pPr>
      <w:r>
        <w:t>Chưa bao gồm đoạn mạch nhân tạo.</w:t>
      </w:r>
    </w:p>
    <w:p>
      <w:pPr>
        <w:jc w:val="both"/>
      </w:pPr>
      <w:r>
        <w:t>22</w:t>
      </w:r>
    </w:p>
    <w:p>
      <w:pPr>
        <w:jc w:val="both"/>
      </w:pPr>
      <w:r>
        <w:t>10.618</w:t>
      </w:r>
    </w:p>
    <w:p>
      <w:pPr>
        <w:jc w:val="both"/>
      </w:pPr>
      <w:r>
        <w:t>Thăm dò kết hợp với tiêm cồn hoặc đốt sóng cao tần hoặc áp lạnh</w:t>
      </w:r>
    </w:p>
    <w:p>
      <w:pPr>
        <w:jc w:val="both"/>
      </w:pPr>
      <w:r>
        <w:t>Phẫu thuật thăm dò ổ bụng hoặc mở thông dạ dày hoặc mở thông hổng tràng hoặc làm hậu môn nhân tạo</w:t>
      </w:r>
    </w:p>
    <w:p>
      <w:pPr>
        <w:jc w:val="both"/>
      </w:pPr>
      <w:r>
        <w:t>Chưa bao gồm kim đốt sóng cao tần.</w:t>
      </w:r>
    </w:p>
    <w:p>
      <w:pPr>
        <w:jc w:val="both"/>
      </w:pPr>
      <w:r>
        <w:t>23</w:t>
      </w:r>
    </w:p>
    <w:p>
      <w:pPr>
        <w:jc w:val="both"/>
      </w:pPr>
      <w:r>
        <w:t>10.823</w:t>
      </w:r>
    </w:p>
    <w:p>
      <w:pPr>
        <w:jc w:val="both"/>
      </w:pPr>
      <w:r>
        <w:t>Phẫu thuật và điều trị trật khớp quay trụ dưới</w:t>
      </w:r>
    </w:p>
    <w:p>
      <w:pPr>
        <w:jc w:val="both"/>
      </w:pPr>
      <w:r>
        <w:t>Phẫu thuật loại I (Ngoại khoa)</w:t>
      </w:r>
    </w:p>
    <w:p>
      <w:pPr>
        <w:jc w:val="both"/>
      </w:pPr>
      <w:r>
        <w:t>Chưa bao gồm kim găm, nẹp vít.</w:t>
      </w:r>
    </w:p>
    <w:p>
      <w:pPr>
        <w:jc w:val="both"/>
      </w:pPr>
      <w:r>
        <w:t>24</w:t>
      </w:r>
    </w:p>
    <w:p>
      <w:pPr>
        <w:jc w:val="both"/>
      </w:pPr>
      <w:r>
        <w:t>10.829</w:t>
      </w:r>
    </w:p>
    <w:p>
      <w:pPr>
        <w:jc w:val="both"/>
      </w:pPr>
      <w:r>
        <w:t>Phẫu thuật phương pháp Suave.Kapandji và điều trị viêm khớp quay trụ dưới</w:t>
      </w:r>
    </w:p>
    <w:p>
      <w:pPr>
        <w:jc w:val="both"/>
      </w:pPr>
      <w:r>
        <w:t>Phẫu thuật loại I (Ngoại khoa)</w:t>
      </w:r>
    </w:p>
    <w:p>
      <w:pPr>
        <w:jc w:val="both"/>
      </w:pPr>
      <w:r>
        <w:t>Chưa bao gồm kim găm, nẹp vít.</w:t>
      </w:r>
    </w:p>
    <w:p>
      <w:pPr>
        <w:jc w:val="both"/>
      </w:pPr>
      <w:r>
        <w:t>25</w:t>
      </w:r>
    </w:p>
    <w:p>
      <w:pPr>
        <w:jc w:val="both"/>
      </w:pPr>
      <w:r>
        <w:t>15.2</w:t>
      </w:r>
    </w:p>
    <w:p>
      <w:pPr>
        <w:jc w:val="both"/>
      </w:pPr>
      <w:r>
        <w:t>Phẫu thuật cấy máy trợ thính đường xương (BAHA)</w:t>
      </w:r>
    </w:p>
    <w:p>
      <w:pPr>
        <w:jc w:val="both"/>
      </w:pPr>
      <w:r>
        <w:t>Phẫu thuật loại I (Tai Mũi Họng)</w:t>
      </w:r>
    </w:p>
    <w:p>
      <w:pPr>
        <w:jc w:val="both"/>
      </w:pPr>
      <w:r>
        <w:t>Chưa bao gồm máy trợ thính đường xương.</w:t>
      </w:r>
    </w:p>
    <w:p>
      <w:pPr>
        <w:jc w:val="both"/>
      </w:pPr>
      <w:r>
        <w:t>26</w:t>
      </w:r>
    </w:p>
    <w:p>
      <w:pPr>
        <w:jc w:val="both"/>
      </w:pPr>
      <w:r>
        <w:t>18.580</w:t>
      </w:r>
    </w:p>
    <w:p>
      <w:pPr>
        <w:jc w:val="both"/>
      </w:pPr>
      <w:r>
        <w:t>Đốt sóng cao tần điều trị các khối u số hóa xóa nền</w:t>
      </w:r>
    </w:p>
    <w:p>
      <w:pPr>
        <w:jc w:val="both"/>
      </w:pPr>
      <w:r>
        <w:t>Điều trị các tổn thương xương, khớp, cột sống và các tạng dưới DSA (đổ xi măng cột sống, điều trị các khối u tạng và giả u xương...)</w:t>
      </w:r>
    </w:p>
    <w:p>
      <w:pPr>
        <w:jc w:val="both"/>
      </w:pPr>
      <w:r>
        <w:t>Chưa bao gồm bộ kim đốt và dây dẫn tín hiệu.</w:t>
      </w:r>
    </w:p>
    <w:p>
      <w:pPr>
        <w:jc w:val="both"/>
      </w:pPr>
      <w:r>
        <w:t>27</w:t>
      </w:r>
    </w:p>
    <w:p>
      <w:pPr>
        <w:jc w:val="both"/>
      </w:pPr>
      <w:r>
        <w:t>27.65</w:t>
      </w:r>
    </w:p>
    <w:p>
      <w:pPr>
        <w:jc w:val="both"/>
      </w:pPr>
      <w:r>
        <w:t>Phẫu thuật nội soi lấy nhân đệm cột sống thắt lưng qua lỗ liên hợp</w:t>
      </w:r>
    </w:p>
    <w:p>
      <w:pPr>
        <w:jc w:val="both"/>
      </w:pPr>
      <w:r>
        <w:t>Phẫu thuật nội soi khớp gối hoặc khớp háng hoặc khớp vai hoặc cổ chân</w:t>
      </w:r>
    </w:p>
    <w:p>
      <w:pPr>
        <w:jc w:val="both"/>
      </w:pPr>
      <w:r>
        <w:t>Chưa bao gồm bộ kít dùng trong điều trị thoát vị đĩa đệm cột sống, mũi khoan (mài), dây bơm nước, tấm phủ, đầu đốt RF.</w:t>
      </w:r>
    </w:p>
    <w:p>
      <w:pPr>
        <w:jc w:val="both"/>
      </w:pPr>
      <w:r>
        <w:t>28</w:t>
      </w:r>
    </w:p>
    <w:p>
      <w:pPr>
        <w:jc w:val="both"/>
      </w:pPr>
      <w:r>
        <w:t>27.66</w:t>
      </w:r>
    </w:p>
    <w:p>
      <w:pPr>
        <w:jc w:val="both"/>
      </w:pPr>
      <w:r>
        <w:t>Phẫu thuật nội soi cắt bản sống giải ép trong hẹp ống sống thắt lưng</w:t>
      </w:r>
    </w:p>
    <w:p>
      <w:pPr>
        <w:jc w:val="both"/>
      </w:pPr>
      <w:r>
        <w:t>Phẫu thuật nội soi khớp gối hoặc khớp háng hoặc khớp vai hoặc cổ chân</w:t>
      </w:r>
    </w:p>
    <w:p>
      <w:pPr>
        <w:jc w:val="both"/>
      </w:pPr>
      <w:r>
        <w:t>Chưa bao gồm bộ kít dùng trong điều trị thoát vị đĩa đệm cột sống, mũi khoan (mài), miếng ghép đĩa đệm, nẹp, vít.</w:t>
      </w:r>
    </w:p>
    <w:p>
      <w:pPr>
        <w:jc w:val="both"/>
      </w:pPr>
      <w:r>
        <w:t>29</w:t>
      </w:r>
    </w:p>
    <w:p>
      <w:pPr>
        <w:jc w:val="both"/>
      </w:pPr>
      <w:r>
        <w:t>27.68</w:t>
      </w:r>
    </w:p>
    <w:p>
      <w:pPr>
        <w:jc w:val="both"/>
      </w:pPr>
      <w:r>
        <w:t>Phẫu thuật nội soi lấy đĩa đệm cột sống ngực đường trước trong vẹo cột sống</w:t>
      </w:r>
    </w:p>
    <w:p>
      <w:pPr>
        <w:jc w:val="both"/>
      </w:pPr>
      <w:r>
        <w:t>Phẫu thuật nội soi khớp gối hoặc khớp háng hoặc khớp vai hoặc cổ chân</w:t>
      </w:r>
    </w:p>
    <w:p>
      <w:pPr>
        <w:jc w:val="both"/>
      </w:pPr>
      <w:r>
        <w:t>Chưa bao gồm hệ thống bộ kít dùng trong điều trị thoát vị đĩa đệm cột sống, mũi khoan (mài), miếng ghép đĩa đệm, nẹp, vít, xương nhân tạo hoặc sản phẩm thay thế xương.</w:t>
      </w:r>
    </w:p>
    <w:p>
      <w:pPr>
        <w:jc w:val="both"/>
      </w:pPr>
      <w:r>
        <w:t>30</w:t>
      </w:r>
    </w:p>
    <w:p>
      <w:pPr>
        <w:jc w:val="both"/>
      </w:pPr>
      <w:r>
        <w:t>27.69</w:t>
      </w:r>
    </w:p>
    <w:p>
      <w:pPr>
        <w:jc w:val="both"/>
      </w:pPr>
      <w:r>
        <w:t>Phẫu thuật nội soi chỉnh vẹo cột sống ngực</w:t>
      </w:r>
    </w:p>
    <w:p>
      <w:pPr>
        <w:jc w:val="both"/>
      </w:pPr>
      <w:r>
        <w:t>Phẫu thuật nội soi khớp gối hoặc khớp háng hoặc khớp vai hoặc cổ chân</w:t>
      </w:r>
    </w:p>
    <w:p>
      <w:pPr>
        <w:jc w:val="both"/>
      </w:pPr>
      <w:r>
        <w:t>Chưa bao gồm hệ thống bộ kít dùng trong điều trị thoát vị đĩa đệm cột sống, mũi khoan (mài), miếng ghép đĩa đệm, nẹp, vít, xương nhân tạo hoặc sản phẩm thay thế xương.</w:t>
      </w:r>
    </w:p>
    <w:p>
      <w:pPr>
        <w:jc w:val="both"/>
      </w:pPr>
      <w:r>
        <w:t>31</w:t>
      </w:r>
    </w:p>
    <w:p>
      <w:pPr>
        <w:jc w:val="both"/>
      </w:pPr>
      <w:r>
        <w:t>27.70</w:t>
      </w:r>
    </w:p>
    <w:p>
      <w:pPr>
        <w:jc w:val="both"/>
      </w:pPr>
      <w:r>
        <w:t>Phẫu thuật nội soi lấy thoát vị đĩa đệm cột sống cổ đường sau</w:t>
      </w:r>
    </w:p>
    <w:p>
      <w:pPr>
        <w:jc w:val="both"/>
      </w:pPr>
      <w:r>
        <w:t>Phẫu thuật nội soi khớp gối hoặc khớp háng hoặc khớp vai hoặc cổ chân</w:t>
      </w:r>
    </w:p>
    <w:p>
      <w:pPr>
        <w:jc w:val="both"/>
      </w:pPr>
      <w:r>
        <w:t>Chưa bao gồm mũi khoan (mài).</w:t>
      </w:r>
    </w:p>
    <w:p>
      <w:pPr>
        <w:jc w:val="both"/>
      </w:pPr>
      <w:r>
        <w:t>32</w:t>
      </w:r>
    </w:p>
    <w:p>
      <w:pPr>
        <w:jc w:val="both"/>
      </w:pPr>
      <w:r>
        <w:t>27.74</w:t>
      </w:r>
    </w:p>
    <w:p>
      <w:pPr>
        <w:jc w:val="both"/>
      </w:pPr>
      <w:r>
        <w:t>Phẫu thuật nội soi lấy đĩa đệm cột sống ngực</w:t>
      </w:r>
    </w:p>
    <w:p>
      <w:pPr>
        <w:jc w:val="both"/>
      </w:pPr>
      <w:r>
        <w:t>Phẫu thuật nội soi khớp gối hoặc khớp háng hoặc khớp vai hoặc cổ chân</w:t>
      </w:r>
    </w:p>
    <w:p>
      <w:pPr>
        <w:jc w:val="both"/>
      </w:pPr>
      <w:r>
        <w:t>Chưa bao gồm mũi khoan (mài), miếng ghép đĩa đệm, nẹp</w:t>
      </w:r>
    </w:p>
    <w:p>
      <w:pPr>
        <w:jc w:val="both"/>
      </w:pPr>
      <w:r>
        <w:t>33</w:t>
      </w:r>
    </w:p>
    <w:p>
      <w:pPr>
        <w:jc w:val="both"/>
      </w:pPr>
      <w:r>
        <w:t>27.82</w:t>
      </w:r>
    </w:p>
    <w:p>
      <w:pPr>
        <w:jc w:val="both"/>
      </w:pPr>
      <w:r>
        <w:t>Phẫu thuật nội soi cắt - khâu kén khí phổi</w:t>
      </w:r>
    </w:p>
    <w:p>
      <w:pPr>
        <w:jc w:val="both"/>
      </w:pPr>
      <w:r>
        <w:t>Nội soi màng phổi, sinh thiết màng phổi</w:t>
      </w:r>
    </w:p>
    <w:p>
      <w:pPr>
        <w:jc w:val="both"/>
      </w:pPr>
      <w:r>
        <w:t>Chưa bao gồm: máy cắt nối tự động, ghim khâu máy; hoặc Stapler.</w:t>
      </w:r>
    </w:p>
    <w:p>
      <w:pPr>
        <w:jc w:val="both"/>
      </w:pPr>
      <w:r>
        <w:t>34</w:t>
      </w:r>
    </w:p>
    <w:p>
      <w:pPr>
        <w:jc w:val="both"/>
      </w:pPr>
      <w:r>
        <w:t>27.90</w:t>
      </w:r>
    </w:p>
    <w:p>
      <w:pPr>
        <w:jc w:val="both"/>
      </w:pPr>
      <w:r>
        <w:t>Phẫu thuật nội soi cắt u trung thất nhỏ (&lt; 5 cm)</w:t>
      </w:r>
    </w:p>
    <w:p>
      <w:pPr>
        <w:jc w:val="both"/>
      </w:pPr>
      <w:r>
        <w:t>Nội soi màng phổi, sinh thiết màng phổi</w:t>
      </w:r>
    </w:p>
    <w:p>
      <w:pPr>
        <w:jc w:val="both"/>
      </w:pPr>
      <w:r>
        <w:t>Chưa bao gồm: máy cắt nối tự động, ghim khâu máy; hoặc Stapler.</w:t>
      </w:r>
    </w:p>
    <w:p>
      <w:pPr>
        <w:jc w:val="both"/>
      </w:pPr>
      <w:r>
        <w:t>35</w:t>
      </w:r>
    </w:p>
    <w:p>
      <w:pPr>
        <w:jc w:val="both"/>
      </w:pPr>
      <w:r>
        <w:t>27.91</w:t>
      </w:r>
    </w:p>
    <w:p>
      <w:pPr>
        <w:jc w:val="both"/>
      </w:pPr>
      <w:r>
        <w:t>Phẫu thuật nội soi cắt u trung thất lớn (&gt; 5 cm)</w:t>
      </w:r>
    </w:p>
    <w:p>
      <w:pPr>
        <w:jc w:val="both"/>
      </w:pPr>
      <w:r>
        <w:t>Phẫu thuật nội soi cắt u trung thất</w:t>
      </w:r>
    </w:p>
    <w:p>
      <w:pPr>
        <w:jc w:val="both"/>
      </w:pPr>
      <w:r>
        <w:t>Chưa bao gồm: máy cắt nối tự động, ghim khâu máy; hoặc Stapler.</w:t>
      </w:r>
    </w:p>
    <w:p>
      <w:pPr>
        <w:jc w:val="both"/>
      </w:pPr>
      <w:r>
        <w:t>36</w:t>
      </w:r>
    </w:p>
    <w:p>
      <w:pPr>
        <w:jc w:val="both"/>
      </w:pPr>
      <w:r>
        <w:t>27.94</w:t>
      </w:r>
    </w:p>
    <w:p>
      <w:pPr>
        <w:jc w:val="both"/>
      </w:pPr>
      <w:r>
        <w:t>Phẫu thuật nội soi cắt một phần thùy phổi, kén - nang phổi</w:t>
      </w:r>
    </w:p>
    <w:p>
      <w:pPr>
        <w:jc w:val="both"/>
      </w:pPr>
      <w:r>
        <w:t>Phẫu thuật nội soi ngực bệnh lý hoặc chấn thương</w:t>
      </w:r>
    </w:p>
    <w:p>
      <w:pPr>
        <w:jc w:val="both"/>
      </w:pPr>
      <w:r>
        <w:t>Chưa bao gồm: máy cắt nối tự động, ghim khâu máy; hoặc Stapler.</w:t>
      </w:r>
    </w:p>
    <w:p>
      <w:pPr>
        <w:jc w:val="both"/>
      </w:pPr>
      <w:r>
        <w:t>37</w:t>
      </w:r>
    </w:p>
    <w:p>
      <w:pPr>
        <w:jc w:val="both"/>
      </w:pPr>
      <w:r>
        <w:t>27.95</w:t>
      </w:r>
    </w:p>
    <w:p>
      <w:pPr>
        <w:jc w:val="both"/>
      </w:pPr>
      <w:r>
        <w:t>Phẫu thuật nội soi cắt một thùy phổi</w:t>
      </w:r>
    </w:p>
    <w:p>
      <w:pPr>
        <w:jc w:val="both"/>
      </w:pPr>
      <w:r>
        <w:t>Phẫu thuật nội soi ngực bệnh lý hoặc chấn thương</w:t>
      </w:r>
    </w:p>
    <w:p>
      <w:pPr>
        <w:jc w:val="both"/>
      </w:pPr>
      <w:r>
        <w:t>Chưa bao gồm: máy cắt nối tự động, ghim khâu máy; hoặc Stapler.</w:t>
      </w:r>
    </w:p>
    <w:p>
      <w:pPr>
        <w:jc w:val="both"/>
      </w:pPr>
      <w:r>
        <w:t>38</w:t>
      </w:r>
    </w:p>
    <w:p>
      <w:pPr>
        <w:jc w:val="both"/>
      </w:pPr>
      <w:r>
        <w:t>27.96</w:t>
      </w:r>
    </w:p>
    <w:p>
      <w:pPr>
        <w:jc w:val="both"/>
      </w:pPr>
      <w:r>
        <w:t>Phẫu thuật nội soi cắt một thùy phổi kèm nạo vét hạch</w:t>
      </w:r>
    </w:p>
    <w:p>
      <w:pPr>
        <w:jc w:val="both"/>
      </w:pPr>
      <w:r>
        <w:t>Phẫu thuật nội soi ngực bệnh lý hoặc chấn thương</w:t>
      </w:r>
    </w:p>
    <w:p>
      <w:pPr>
        <w:jc w:val="both"/>
      </w:pPr>
      <w:r>
        <w:t>Chưa bao gồm: máy cắt nối tự động, ghim khâu máy; hoặc Stapler.</w:t>
      </w:r>
    </w:p>
    <w:p>
      <w:pPr>
        <w:jc w:val="both"/>
      </w:pPr>
      <w:r>
        <w:t>39</w:t>
      </w:r>
    </w:p>
    <w:p>
      <w:pPr>
        <w:jc w:val="both"/>
      </w:pPr>
      <w:r>
        <w:t>27.97</w:t>
      </w:r>
    </w:p>
    <w:p>
      <w:pPr>
        <w:jc w:val="both"/>
      </w:pPr>
      <w:r>
        <w:t>Phẫu thuật nội soi cắt một phổi</w:t>
      </w:r>
    </w:p>
    <w:p>
      <w:pPr>
        <w:jc w:val="both"/>
      </w:pPr>
      <w:r>
        <w:t>Phẫu thuật nội soi ngực bệnh lý hoặc chấn thương</w:t>
      </w:r>
    </w:p>
    <w:p>
      <w:pPr>
        <w:jc w:val="both"/>
      </w:pPr>
      <w:r>
        <w:t>Chưa bao gồm: máy cắt nối tự động, ghim khâu máy; hoặc Stapler.</w:t>
      </w:r>
    </w:p>
    <w:p>
      <w:pPr>
        <w:jc w:val="both"/>
      </w:pPr>
      <w:r>
        <w:t>40</w:t>
      </w:r>
    </w:p>
    <w:p>
      <w:pPr>
        <w:jc w:val="both"/>
      </w:pPr>
      <w:r>
        <w:t>27.98</w:t>
      </w:r>
    </w:p>
    <w:p>
      <w:pPr>
        <w:jc w:val="both"/>
      </w:pPr>
      <w:r>
        <w:t>Phẫu thuật nội soi cắt một phổi kèm nạo vét hạch</w:t>
      </w:r>
    </w:p>
    <w:p>
      <w:pPr>
        <w:jc w:val="both"/>
      </w:pPr>
      <w:r>
        <w:t>Phẫu thuật nội soi ngực bệnh lý hoặc chấn thương</w:t>
      </w:r>
    </w:p>
    <w:p>
      <w:pPr>
        <w:jc w:val="both"/>
      </w:pPr>
      <w:r>
        <w:t>Chưa bao gồm: máy cắt nối tự động, ghim khâu máy; hoặc Stapler.</w:t>
      </w:r>
    </w:p>
    <w:p>
      <w:pPr>
        <w:jc w:val="both"/>
      </w:pPr>
      <w:r>
        <w:t>41</w:t>
      </w:r>
    </w:p>
    <w:p>
      <w:pPr>
        <w:jc w:val="both"/>
      </w:pPr>
      <w:r>
        <w:t>27.99</w:t>
      </w:r>
    </w:p>
    <w:p>
      <w:pPr>
        <w:jc w:val="both"/>
      </w:pPr>
      <w:r>
        <w:t>Phẫu thuật nội soi cắt - nối phế quản</w:t>
      </w:r>
    </w:p>
    <w:p>
      <w:pPr>
        <w:jc w:val="both"/>
      </w:pPr>
      <w:r>
        <w:t>Phẫu thuật nội soi ngực bệnh lý hoặc chấn thương</w:t>
      </w:r>
    </w:p>
    <w:p>
      <w:pPr>
        <w:jc w:val="both"/>
      </w:pPr>
      <w:r>
        <w:t>Chưa bao gồm: máy cắt nối tự động, ghim khâu máy; hoặc Stapler.</w:t>
      </w:r>
    </w:p>
    <w:p>
      <w:pPr>
        <w:jc w:val="both"/>
      </w:pPr>
      <w:r>
        <w:t>42</w:t>
      </w:r>
    </w:p>
    <w:p>
      <w:pPr>
        <w:jc w:val="both"/>
      </w:pPr>
      <w:r>
        <w:t>27.135</w:t>
      </w:r>
    </w:p>
    <w:p>
      <w:pPr>
        <w:jc w:val="both"/>
      </w:pPr>
      <w:r>
        <w:t>Phẫu thuật mở cơ thực quản nội soi ngực phải điều trị bệnh co thắt thực quản lan tỏa</w:t>
      </w:r>
    </w:p>
    <w:p>
      <w:pPr>
        <w:jc w:val="both"/>
      </w:pPr>
      <w:r>
        <w:t>Phẫu thuật đặc biệt (Phẫu thuật Nội soi)</w:t>
      </w:r>
    </w:p>
    <w:p>
      <w:pPr>
        <w:jc w:val="both"/>
      </w:pPr>
      <w:r>
        <w:t>Chưa bao gồm dao hàn mạch, hàn mô.</w:t>
      </w:r>
    </w:p>
    <w:p>
      <w:pPr>
        <w:jc w:val="both"/>
      </w:pPr>
      <w:r>
        <w:t>43</w:t>
      </w:r>
    </w:p>
    <w:p>
      <w:pPr>
        <w:jc w:val="both"/>
      </w:pPr>
      <w:r>
        <w:t>27.313</w:t>
      </w:r>
    </w:p>
    <w:p>
      <w:pPr>
        <w:jc w:val="both"/>
      </w:pPr>
      <w:r>
        <w:t>Phẫu thuật nội soi đặt tấm lưới nhân tạo đường vào hoàn toàn trước phúc mạc (TEP)</w:t>
      </w:r>
    </w:p>
    <w:p>
      <w:pPr>
        <w:jc w:val="both"/>
      </w:pPr>
      <w:r>
        <w:t>Phẫu thuật loại I (Nội soi)</w:t>
      </w:r>
    </w:p>
    <w:p>
      <w:pPr>
        <w:jc w:val="both"/>
      </w:pPr>
      <w:r>
        <w:t>Chưa bao gồm tấm lưới nhân tạo.</w:t>
      </w:r>
    </w:p>
    <w:p>
      <w:pPr>
        <w:jc w:val="both"/>
      </w:pPr>
      <w:r>
        <w:t>44</w:t>
      </w:r>
    </w:p>
    <w:p>
      <w:pPr>
        <w:jc w:val="both"/>
      </w:pPr>
      <w:r>
        <w:t>27.314</w:t>
      </w:r>
    </w:p>
    <w:p>
      <w:pPr>
        <w:jc w:val="both"/>
      </w:pPr>
      <w:r>
        <w:t>Phẫu thuật nội soi đặt tấm lưới nhân tạo trước phúc mạc đường vào qua ổ bụng (TAPP)</w:t>
      </w:r>
    </w:p>
    <w:p>
      <w:pPr>
        <w:jc w:val="both"/>
      </w:pPr>
      <w:r>
        <w:t>Phẫu thuật loại I (Nội soi)</w:t>
      </w:r>
    </w:p>
    <w:p>
      <w:pPr>
        <w:jc w:val="both"/>
      </w:pPr>
      <w:r>
        <w:t>Chưa bao gồm tấm lưới nhân tạo.</w:t>
      </w:r>
    </w:p>
    <w:p>
      <w:pPr>
        <w:jc w:val="both"/>
      </w:pPr>
      <w:r>
        <w:t>45</w:t>
      </w:r>
    </w:p>
    <w:p>
      <w:pPr>
        <w:jc w:val="both"/>
      </w:pPr>
      <w:r>
        <w:t>27.315</w:t>
      </w:r>
    </w:p>
    <w:p>
      <w:pPr>
        <w:jc w:val="both"/>
      </w:pPr>
      <w:r>
        <w:t>Phẫu thuật nội soi đặt lưới nhân tạo trong ổ bụng</w:t>
      </w:r>
    </w:p>
    <w:p>
      <w:pPr>
        <w:jc w:val="both"/>
      </w:pPr>
      <w:r>
        <w:t>Phẫu thuật loại I (Nội soi)</w:t>
      </w:r>
    </w:p>
    <w:p>
      <w:pPr>
        <w:jc w:val="both"/>
      </w:pPr>
      <w:r>
        <w:t>Chưa bao gồm tấm lưới nhân tạo.</w:t>
      </w:r>
    </w:p>
    <w:p>
      <w:pPr>
        <w:jc w:val="both"/>
      </w:pPr>
      <w:r>
        <w:t>46</w:t>
      </w:r>
    </w:p>
    <w:p>
      <w:pPr>
        <w:jc w:val="both"/>
      </w:pPr>
      <w:r>
        <w:t>27.354</w:t>
      </w:r>
    </w:p>
    <w:p>
      <w:pPr>
        <w:jc w:val="both"/>
      </w:pPr>
      <w:r>
        <w:t>Tán sỏi thận qua da</w:t>
      </w:r>
    </w:p>
    <w:p>
      <w:pPr>
        <w:jc w:val="both"/>
      </w:pPr>
      <w:r>
        <w:t>Phẫu thuật loại I (Nội soi)</w:t>
      </w:r>
    </w:p>
    <w:p>
      <w:pPr>
        <w:jc w:val="both"/>
      </w:pPr>
      <w:r>
        <w:t>Chưa bao gồm sonde JJ.</w:t>
      </w:r>
    </w:p>
    <w:p>
      <w:pPr>
        <w:jc w:val="both"/>
      </w:pPr>
      <w:r>
        <w:t>47</w:t>
      </w:r>
    </w:p>
    <w:p>
      <w:pPr>
        <w:jc w:val="both"/>
      </w:pPr>
      <w:r>
        <w:t>27.355</w:t>
      </w:r>
    </w:p>
    <w:p>
      <w:pPr>
        <w:jc w:val="both"/>
      </w:pPr>
      <w:r>
        <w:t>Nội soi niệu quản ngược dòng bằng ống soi mềm tán sỏi thận bằng laser</w:t>
      </w:r>
    </w:p>
    <w:p>
      <w:pPr>
        <w:jc w:val="both"/>
      </w:pPr>
      <w:r>
        <w:t>Phẫu thuật loại I (Nội soi)</w:t>
      </w:r>
    </w:p>
    <w:p>
      <w:pPr>
        <w:jc w:val="both"/>
      </w:pPr>
      <w:r>
        <w:t>Chưa bao gồm sonde JJ và rọ lấy sỏi.</w:t>
      </w:r>
    </w:p>
    <w:p>
      <w:pPr>
        <w:jc w:val="both"/>
      </w:pPr>
      <w:r>
        <w:t>48</w:t>
      </w:r>
    </w:p>
    <w:p>
      <w:pPr>
        <w:jc w:val="both"/>
      </w:pPr>
      <w:r>
        <w:t>27.445</w:t>
      </w:r>
    </w:p>
    <w:p>
      <w:pPr>
        <w:jc w:val="both"/>
      </w:pPr>
      <w:r>
        <w:t>Phẫu thuật nội soi đính lại điểm bám gân nhị đầu</w:t>
      </w:r>
    </w:p>
    <w:p>
      <w:pPr>
        <w:jc w:val="both"/>
      </w:pPr>
      <w:r>
        <w:t>Phẫu thuật nội soi tái tạo dây chằng</w:t>
      </w:r>
    </w:p>
    <w:p>
      <w:pPr>
        <w:jc w:val="both"/>
      </w:pPr>
      <w:r>
        <w:t>Chưa bao gồm lưỡi bào (mài), bộ dây bơm nước, đầu đốt điện, tay dao đốt điện, ốc, vít.</w:t>
      </w:r>
    </w:p>
    <w:p>
      <w:pPr>
        <w:jc w:val="both"/>
      </w:pPr>
      <w:r>
        <w:t>49</w:t>
      </w:r>
    </w:p>
    <w:p>
      <w:pPr>
        <w:jc w:val="both"/>
      </w:pPr>
      <w:r>
        <w:t>27.448</w:t>
      </w:r>
    </w:p>
    <w:p>
      <w:pPr>
        <w:jc w:val="both"/>
      </w:pPr>
      <w:r>
        <w:t>Phẫu thuật nội soi khâu chóp xoay</w:t>
      </w:r>
    </w:p>
    <w:p>
      <w:pPr>
        <w:jc w:val="both"/>
      </w:pPr>
      <w:r>
        <w:t>Phẫu thuật nội soi khớp gối hoặc khớp háng hoặc khớp vai hoặc cổ chân</w:t>
      </w:r>
    </w:p>
    <w:p>
      <w:pPr>
        <w:jc w:val="both"/>
      </w:pPr>
      <w:r>
        <w:t>Chưa bao gồm lưỡi bào (mài), bộ dây bơm nước, đầu đốt điện, tay dao đốt điện, ốc, vít.</w:t>
      </w:r>
    </w:p>
    <w:p>
      <w:pPr>
        <w:jc w:val="both"/>
      </w:pPr>
      <w:r>
        <w:t>50</w:t>
      </w:r>
    </w:p>
    <w:p>
      <w:pPr>
        <w:jc w:val="both"/>
      </w:pPr>
      <w:r>
        <w:t>27.451</w:t>
      </w:r>
    </w:p>
    <w:p>
      <w:pPr>
        <w:jc w:val="both"/>
      </w:pPr>
      <w:r>
        <w:t>Phẫu thuật nội soi cắt hoạt mạc viêm khớp khuỷu</w:t>
      </w:r>
    </w:p>
    <w:p>
      <w:pPr>
        <w:jc w:val="both"/>
      </w:pPr>
      <w:r>
        <w:t>Phẫu thuật loại I (Nội soi)</w:t>
      </w:r>
    </w:p>
    <w:p>
      <w:pPr>
        <w:jc w:val="both"/>
      </w:pPr>
      <w:r>
        <w:t>Chưa bao gồm lưỡi bào (mài), bộ dây bơm nước, đầu đốt điện, tay dao đốt điện, ốc, vít.</w:t>
      </w:r>
    </w:p>
    <w:p>
      <w:pPr>
        <w:jc w:val="both"/>
      </w:pPr>
      <w:r>
        <w:t>51</w:t>
      </w:r>
    </w:p>
    <w:p>
      <w:pPr>
        <w:jc w:val="both"/>
      </w:pPr>
      <w:r>
        <w:t>27.454</w:t>
      </w:r>
    </w:p>
    <w:p>
      <w:pPr>
        <w:jc w:val="both"/>
      </w:pPr>
      <w:r>
        <w:t>Phẫu thuật nội soi điều trị viêm mỏm trên lồi cầu ngoài</w:t>
      </w:r>
    </w:p>
    <w:p>
      <w:pPr>
        <w:jc w:val="both"/>
      </w:pPr>
      <w:r>
        <w:t>Phẫu thuật loại I (Nội soi)</w:t>
      </w:r>
    </w:p>
    <w:p>
      <w:pPr>
        <w:jc w:val="both"/>
      </w:pPr>
      <w:r>
        <w:t>Chưa bao gồm lưỡi bào (mài), bộ dây bơm nước, đầu đốt điện, tay dao đốt điện, ốc, vít.</w:t>
      </w:r>
    </w:p>
    <w:p>
      <w:pPr>
        <w:jc w:val="both"/>
      </w:pPr>
      <w:r>
        <w:t>52</w:t>
      </w:r>
    </w:p>
    <w:p>
      <w:pPr>
        <w:jc w:val="both"/>
      </w:pPr>
      <w:r>
        <w:t>14.49</w:t>
      </w:r>
    </w:p>
    <w:p>
      <w:pPr>
        <w:jc w:val="both"/>
      </w:pPr>
      <w:r>
        <w:t>Phẫu thuật cố định IOL thì hai + cắt dịch kính</w:t>
      </w:r>
    </w:p>
    <w:p>
      <w:pPr>
        <w:jc w:val="both"/>
      </w:pPr>
      <w:r>
        <w:t>Cắt dịch kính đơn thuần hoặc lấy dị vật nội nhãn</w:t>
      </w:r>
    </w:p>
    <w:p>
      <w:pPr>
        <w:jc w:val="both"/>
      </w:pPr>
      <w:r>
        <w:t>Chưa bao gồm: thủy tinh thể nhân tạo, đầu cắt dịch kính, đầu laser, dây dẫn sáng.</w:t>
      </w:r>
    </w:p>
    <w:p>
      <w:pPr>
        <w:jc w:val="both"/>
      </w:pPr>
      <w:r>
        <w:t>53</w:t>
      </w:r>
    </w:p>
    <w:p>
      <w:pPr>
        <w:jc w:val="both"/>
      </w:pPr>
      <w:r>
        <w:t>14.42</w:t>
      </w:r>
    </w:p>
    <w:p>
      <w:pPr>
        <w:jc w:val="both"/>
      </w:pPr>
      <w:r>
        <w:t>Lấy thể thủy tinh sa, lệch trong bao phối hợp cắt dịch kính có hoặc không cố định IOL</w:t>
      </w:r>
    </w:p>
    <w:p>
      <w:pPr>
        <w:jc w:val="both"/>
      </w:pPr>
      <w:r>
        <w:t>Phẫu thuật cắt thủy tinh thể</w:t>
      </w:r>
    </w:p>
    <w:p>
      <w:pPr>
        <w:jc w:val="both"/>
      </w:pPr>
      <w:r>
        <w:t>Chưa bao gồm đầu cắt, thủy tinh thể nhân tạo.</w:t>
      </w:r>
    </w:p>
    <w:p>
      <w:pPr>
        <w:jc w:val="both"/>
      </w:pPr>
      <w:r>
        <w:t>54</w:t>
      </w:r>
    </w:p>
    <w:p>
      <w:pPr>
        <w:jc w:val="both"/>
      </w:pPr>
      <w:r>
        <w:t>14.43</w:t>
      </w:r>
    </w:p>
    <w:p>
      <w:pPr>
        <w:jc w:val="both"/>
      </w:pPr>
      <w:r>
        <w:t>Cắt thể thủy tinh, dịch kính có hoặc không cố định IOL</w:t>
      </w:r>
    </w:p>
    <w:p>
      <w:pPr>
        <w:jc w:val="both"/>
      </w:pPr>
      <w:r>
        <w:t>Phẫu thuật cắt thủy tinh thể.</w:t>
      </w:r>
    </w:p>
    <w:p>
      <w:pPr>
        <w:jc w:val="both"/>
      </w:pPr>
      <w:r>
        <w:t>Chưa bao gồm đầu cắt, thủy tinh thể nhân tạo.</w:t>
      </w:r>
    </w:p>
    <w:p>
      <w:pPr>
        <w:jc w:val="both"/>
      </w:pPr>
      <w:r>
        <w:t>55</w:t>
      </w:r>
    </w:p>
    <w:p>
      <w:pPr>
        <w:jc w:val="both"/>
      </w:pPr>
      <w:r>
        <w:t>01.0023</w:t>
      </w:r>
    </w:p>
    <w:p>
      <w:pPr>
        <w:jc w:val="both"/>
      </w:pPr>
      <w:r>
        <w:t>Thăm dò huyết động theo phương pháp PiCCO</w:t>
      </w:r>
    </w:p>
    <w:p>
      <w:pPr>
        <w:jc w:val="both"/>
      </w:pPr>
      <w:r>
        <w:t>Đặt catheter động mạch quay</w:t>
      </w:r>
    </w:p>
    <w:p>
      <w:pPr>
        <w:jc w:val="both"/>
      </w:pPr>
      <w:r>
        <w:t>Chưa bao gồm bộ theo dõi cung liên tục tim PiCCO (catheter động mạch đùi có đầu nhận cảm biến)</w:t>
      </w:r>
    </w:p>
    <w:p>
      <w:pPr>
        <w:jc w:val="both"/>
      </w:pPr>
      <w:r>
        <w:t>56</w:t>
      </w:r>
    </w:p>
    <w:p>
      <w:pPr>
        <w:jc w:val="both"/>
      </w:pPr>
      <w:r>
        <w:t>01.0247</w:t>
      </w:r>
    </w:p>
    <w:p>
      <w:pPr>
        <w:jc w:val="both"/>
      </w:pPr>
      <w:r>
        <w:t>Hạ thân nhiệt chỉ huy</w:t>
      </w:r>
    </w:p>
    <w:p>
      <w:pPr>
        <w:jc w:val="both"/>
      </w:pPr>
      <w:r>
        <w:t>Lọc máu liên tục (01 lần)</w:t>
      </w:r>
    </w:p>
    <w:p>
      <w:pPr>
        <w:jc w:val="both"/>
      </w:pPr>
      <w:r>
        <w:t>Chưa bao gồm: bộ bẫy khí và hệ thống kết nối (bộ dây truyền dịch ICY hoặc chăn hạ nhiệt)</w:t>
      </w:r>
    </w:p>
    <w:p>
      <w:pPr>
        <w:jc w:val="both"/>
      </w:pPr>
      <w:r>
        <w:t>57</w:t>
      </w:r>
    </w:p>
    <w:p>
      <w:pPr>
        <w:jc w:val="both"/>
      </w:pPr>
      <w:r>
        <w:t>01.0322</w:t>
      </w:r>
    </w:p>
    <w:p>
      <w:pPr>
        <w:jc w:val="both"/>
      </w:pPr>
      <w:r>
        <w:t>Khai thông động mạch vành bằng sử dụng thuốc tiêu sợi huyết trong điều trị nhồi máu cơ tim cấp</w:t>
      </w:r>
    </w:p>
    <w:p>
      <w:pPr>
        <w:jc w:val="both"/>
      </w:pPr>
      <w:r>
        <w:t>Đặt catheter động mạch quay</w:t>
      </w:r>
    </w:p>
    <w:p>
      <w:pPr>
        <w:jc w:val="both"/>
      </w:pPr>
      <w:r>
        <w:t>Chưa bao gồm thuốc tiêu sợi huyết</w:t>
      </w:r>
    </w:p>
    <w:p>
      <w:pPr>
        <w:jc w:val="both"/>
      </w:pPr>
      <w:r>
        <w:t>58</w:t>
      </w:r>
    </w:p>
    <w:p>
      <w:pPr>
        <w:jc w:val="both"/>
      </w:pPr>
      <w:r>
        <w:t>01.0346</w:t>
      </w:r>
    </w:p>
    <w:p>
      <w:pPr>
        <w:jc w:val="both"/>
      </w:pPr>
      <w:r>
        <w:t>Khai thông mạch não bằng điều trị thuốc tiêu sợi huyết trong nhồi máu não cấp</w:t>
      </w:r>
    </w:p>
    <w:p>
      <w:pPr>
        <w:jc w:val="both"/>
      </w:pPr>
      <w:r>
        <w:t>Đặt catheter động mạch quay</w:t>
      </w:r>
    </w:p>
    <w:p>
      <w:pPr>
        <w:jc w:val="both"/>
      </w:pPr>
      <w:r>
        <w:t>Chưa bao gồm thuốc tiêu sợi huyết</w:t>
      </w:r>
    </w:p>
    <w:p>
      <w:pPr>
        <w:jc w:val="both"/>
      </w:pPr>
      <w:r>
        <w:t>59</w:t>
      </w:r>
    </w:p>
    <w:p>
      <w:pPr>
        <w:jc w:val="both"/>
      </w:pPr>
      <w:r>
        <w:t>01.0386</w:t>
      </w:r>
    </w:p>
    <w:p>
      <w:pPr>
        <w:jc w:val="both"/>
      </w:pPr>
      <w:r>
        <w:t>Khai thông động mạch phổi bằng sử dụng thuốc tiêu sợi huyết trong điều trị tắc mạch phổi cấp</w:t>
      </w:r>
    </w:p>
    <w:p>
      <w:pPr>
        <w:jc w:val="both"/>
      </w:pPr>
      <w:r>
        <w:t>Đặt catheter động mạch quay</w:t>
      </w:r>
    </w:p>
    <w:p>
      <w:pPr>
        <w:jc w:val="both"/>
      </w:pPr>
      <w:r>
        <w:t>Chưa bao gồm thuốc tiêu sợi huyết</w:t>
      </w:r>
    </w:p>
    <w:p>
      <w:pPr>
        <w:jc w:val="both"/>
      </w:pPr>
      <w:r>
        <w:t>60</w:t>
      </w:r>
    </w:p>
    <w:p>
      <w:pPr>
        <w:jc w:val="both"/>
      </w:pPr>
      <w:r>
        <w:t>01.0191</w:t>
      </w:r>
    </w:p>
    <w:p>
      <w:pPr>
        <w:jc w:val="both"/>
      </w:pPr>
      <w:r>
        <w:t>Lọc máu hấp phụ bằng quả lọc resin</w:t>
      </w:r>
    </w:p>
    <w:p>
      <w:pPr>
        <w:jc w:val="both"/>
      </w:pPr>
      <w:r>
        <w:t>Thận nhân tạo cấp cứu</w:t>
      </w:r>
    </w:p>
    <w:p>
      <w:pPr>
        <w:jc w:val="both"/>
      </w:pPr>
      <w:r>
        <w:t>Chưa bao gồm quả lọc hấp phụ và dây dẫn</w:t>
      </w:r>
    </w:p>
    <w:p>
      <w:pPr>
        <w:jc w:val="both"/>
      </w:pPr>
      <w:r>
        <w:t>61</w:t>
      </w:r>
    </w:p>
    <w:p>
      <w:pPr>
        <w:jc w:val="both"/>
      </w:pPr>
      <w:r>
        <w:t>27101</w:t>
      </w:r>
    </w:p>
    <w:p>
      <w:pPr>
        <w:jc w:val="both"/>
      </w:pPr>
      <w:r>
        <w:t>Phẫu thuật nội soi sửa van hai lá</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62</w:t>
      </w:r>
    </w:p>
    <w:p>
      <w:pPr>
        <w:jc w:val="both"/>
      </w:pPr>
      <w:r>
        <w:t>27.102</w:t>
      </w:r>
    </w:p>
    <w:p>
      <w:pPr>
        <w:jc w:val="both"/>
      </w:pPr>
      <w:r>
        <w:t>Phẫu thuật nội soi thay van hai lá</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63</w:t>
      </w:r>
    </w:p>
    <w:p>
      <w:pPr>
        <w:jc w:val="both"/>
      </w:pPr>
      <w:r>
        <w:t>27.103</w:t>
      </w:r>
    </w:p>
    <w:p>
      <w:pPr>
        <w:jc w:val="both"/>
      </w:pPr>
      <w:r>
        <w:t>Phẫu thuật nội soi đóng lỗ thông liên nhĩ</w:t>
      </w:r>
    </w:p>
    <w:p>
      <w:pPr>
        <w:jc w:val="both"/>
      </w:pPr>
      <w:r>
        <w:t>Phẫu thuật tim các loại (tim bẩm sinh hoặc sửa van tim hoặc thay van tim...)</w:t>
      </w:r>
    </w:p>
    <w:p>
      <w:pPr>
        <w:jc w:val="both"/>
      </w:pPr>
      <w:r>
        <w:t>Chưa bao gồm bộ tim phổi nhân tạo và dây chạy máy, vòng van và van tim nhân tạo, mạch máu nhân tạo, động mạch chủ nhân tạo, keo sinh học, quả lọc tách huyết tương và bộ dây dẫn, miếng vá, dung dịch bảo vệ tạng, dây truyền dung dịch bảo vệ tạng;</w:t>
      </w:r>
    </w:p>
    <w:p>
      <w:pPr>
        <w:jc w:val="both"/>
      </w:pPr>
      <w:r>
        <w:t>64</w:t>
      </w:r>
    </w:p>
    <w:p>
      <w:pPr>
        <w:jc w:val="both"/>
      </w:pPr>
      <w:r>
        <w:t>2.266</w:t>
      </w:r>
    </w:p>
    <w:p>
      <w:pPr>
        <w:jc w:val="both"/>
      </w:pPr>
      <w:r>
        <w:t>Nội soi can thiệp - Nong thực quản bằng bóng</w:t>
      </w:r>
    </w:p>
    <w:p>
      <w:pPr>
        <w:jc w:val="both"/>
      </w:pPr>
      <w:r>
        <w:t>Nong thực quản qua nội soi</w:t>
      </w:r>
    </w:p>
    <w:p>
      <w:pPr>
        <w:jc w:val="both"/>
      </w:pPr>
      <w:r>
        <w:t>Chưa bao gồm bóng nong thực quản</w:t>
      </w:r>
    </w:p>
    <w:p>
      <w:pPr>
        <w:jc w:val="both"/>
      </w:pPr>
      <w:r>
        <w:t>65</w:t>
      </w:r>
    </w:p>
    <w:p>
      <w:pPr>
        <w:jc w:val="both"/>
      </w:pPr>
      <w:r>
        <w:t>2.321</w:t>
      </w:r>
    </w:p>
    <w:p>
      <w:pPr>
        <w:jc w:val="both"/>
      </w:pPr>
      <w:r>
        <w:t>Siêu âm can thiệp - Đặt dẫn lưu đường mật, đặt stent đường mật qua da</w:t>
      </w:r>
    </w:p>
    <w:p>
      <w:pPr>
        <w:jc w:val="both"/>
      </w:pPr>
      <w:r>
        <w:t>Đặt stent đường mật hoặc tụy dưới hướng dẫn của siêu âm</w:t>
      </w:r>
    </w:p>
    <w:p>
      <w:pPr>
        <w:jc w:val="both"/>
      </w:pPr>
      <w:r>
        <w:t>Chưa bao gồm stent, dao cắt, catheter, guidewire, bộ dẫn lưu đường mật</w:t>
      </w:r>
    </w:p>
    <w:p>
      <w:pPr>
        <w:jc w:val="both"/>
      </w:pPr>
      <w:r>
        <w:t>66</w:t>
      </w:r>
    </w:p>
    <w:p>
      <w:pPr>
        <w:jc w:val="both"/>
      </w:pPr>
      <w:r>
        <w:t>2277</w:t>
      </w:r>
    </w:p>
    <w:p>
      <w:pPr>
        <w:jc w:val="both"/>
      </w:pPr>
      <w:r>
        <w:t>Nội soi can thiệp - mở thông dạ dày</w:t>
      </w:r>
    </w:p>
    <w:p>
      <w:pPr>
        <w:jc w:val="both"/>
      </w:pPr>
      <w:r>
        <w:t>Mở thông dạ dày qua nội soi</w:t>
      </w:r>
    </w:p>
    <w:p>
      <w:pPr>
        <w:jc w:val="both"/>
      </w:pPr>
      <w:r>
        <w:t>Chưa bao gồm bộ mở thông dạ dày qua da</w:t>
      </w:r>
    </w:p>
    <w:p>
      <w:pPr>
        <w:jc w:val="both"/>
      </w:pPr>
      <w:r>
        <w:t>67</w:t>
      </w:r>
    </w:p>
    <w:p>
      <w:pPr>
        <w:jc w:val="both"/>
      </w:pPr>
      <w:r>
        <w:t>1128</w:t>
      </w:r>
    </w:p>
    <w:p>
      <w:pPr>
        <w:jc w:val="both"/>
      </w:pPr>
      <w:r>
        <w:t>Thông khí nhân tạo không xâm nhập</w:t>
      </w:r>
    </w:p>
    <w:p>
      <w:pPr>
        <w:jc w:val="both"/>
      </w:pPr>
      <w:r>
        <w:t>Thở máy</w:t>
      </w:r>
    </w:p>
    <w:p>
      <w:pPr>
        <w:jc w:val="both"/>
      </w:pPr>
      <w:r>
        <w:t>Chưa bao gồm bộ dây máy thở cao tần các loại, các cỡ. Trường hợp sử dụng bộ dây máy thở cao tần thì trừ đi 34.000 đồng chi phí bộ dây máy thở và 5.360 đồng bộ làm ẩm oxy).</w:t>
      </w:r>
    </w:p>
    <w:p>
      <w:pPr>
        <w:jc w:val="both"/>
      </w:pPr>
      <w:r>
        <w:t>68</w:t>
      </w:r>
    </w:p>
    <w:p>
      <w:pPr>
        <w:jc w:val="both"/>
      </w:pPr>
      <w:r>
        <w:t>1.0067</w:t>
      </w:r>
    </w:p>
    <w:p>
      <w:pPr>
        <w:jc w:val="both"/>
      </w:pPr>
      <w:r>
        <w:t>Đặt nội khí quản 2 nòng</w:t>
      </w:r>
    </w:p>
    <w:p>
      <w:pPr>
        <w:jc w:val="both"/>
      </w:pPr>
      <w:r>
        <w:t>Đặt nội khí quản</w:t>
      </w:r>
    </w:p>
    <w:p>
      <w:pPr>
        <w:jc w:val="both"/>
      </w:pPr>
      <w:r>
        <w:t>Chưa bao gồm ống nội khí quản 2 nòng. Trường hợp sử dụng ống nội khí quản 2 nòng thì trừ 19.500 đồng chi phí ông nội khí quản thông thường.</w:t>
      </w:r>
    </w:p>
    <w:p>
      <w:pPr>
        <w:jc w:val="both"/>
      </w:pPr>
      <w:r>
        <w:t>69</w:t>
      </w:r>
    </w:p>
    <w:p>
      <w:pPr>
        <w:jc w:val="both"/>
      </w:pPr>
      <w:r>
        <w:t>1.0070</w:t>
      </w:r>
    </w:p>
    <w:p>
      <w:pPr>
        <w:jc w:val="both"/>
      </w:pPr>
      <w:r>
        <w:t>Đặt ống nội khí quản có cửa hút trên bóng chèn (Hi-low EVAC)</w:t>
      </w:r>
    </w:p>
    <w:p>
      <w:pPr>
        <w:jc w:val="both"/>
      </w:pPr>
      <w:r>
        <w:t>Đặt nội khí quản</w:t>
      </w:r>
    </w:p>
    <w:p>
      <w:pPr>
        <w:jc w:val="both"/>
      </w:pPr>
      <w:r>
        <w:t>Chưa bao gồm ống Hi_low EVAC. Trường hợp sử dụng ống Hi_low EVAC thì trừ 19.500 đồng chi phí ống nội khí quản thông thường.</w:t>
      </w:r>
    </w:p>
    <w:p>
      <w:pPr>
        <w:jc w:val="both"/>
      </w:pPr>
      <w:r>
        <w:t>70</w:t>
      </w:r>
    </w:p>
    <w:p>
      <w:pPr>
        <w:jc w:val="both"/>
      </w:pPr>
      <w:r>
        <w:t>7.0200</w:t>
      </w:r>
    </w:p>
    <w:p>
      <w:pPr>
        <w:jc w:val="both"/>
      </w:pPr>
      <w:r>
        <w:t>Thay băng trên người bệnh đái tháo đường</w:t>
      </w:r>
    </w:p>
    <w:p>
      <w:pPr>
        <w:jc w:val="both"/>
      </w:pPr>
      <w:r>
        <w:t>Thay băng vết thương hoặc mổ chiều dài ≤ 15cm</w:t>
      </w:r>
    </w:p>
    <w:p>
      <w:pPr>
        <w:jc w:val="both"/>
      </w:pPr>
      <w:r>
        <w:t>Chưa bao gồm gạc hydrocolloid; gạc xốp, miếng xốp (foam); gạc, gạc lưới có tẩm kháng sinh hoặc chất sát khuẩn.</w:t>
      </w:r>
    </w:p>
    <w:p>
      <w:pPr>
        <w:jc w:val="both"/>
      </w:pPr>
      <w:r>
        <w:t>71</w:t>
      </w:r>
    </w:p>
    <w:p>
      <w:pPr>
        <w:jc w:val="both"/>
      </w:pPr>
      <w:r>
        <w:t>7.0201</w:t>
      </w:r>
    </w:p>
    <w:p>
      <w:pPr>
        <w:jc w:val="both"/>
      </w:pPr>
      <w:r>
        <w:t>Thay băng trên người bệnh đái tháo đường</w:t>
      </w:r>
    </w:p>
    <w:p>
      <w:pPr>
        <w:jc w:val="both"/>
      </w:pPr>
      <w:r>
        <w:t>Thay băng vết mổ chiều dài trên 15cm đến 30 cm</w:t>
      </w:r>
    </w:p>
    <w:p>
      <w:pPr>
        <w:jc w:val="both"/>
      </w:pPr>
      <w:r>
        <w:t>Chưa bao gồm gạc hydrocolloid; gạc xốp, miếng xốp (foam); gạc, gạc lưới có tẩm kháng sinh hoặc chất sát khuẩn.</w:t>
      </w:r>
    </w:p>
    <w:p>
      <w:pPr>
        <w:jc w:val="both"/>
      </w:pPr>
      <w:r>
        <w:t>72</w:t>
      </w:r>
    </w:p>
    <w:p>
      <w:pPr>
        <w:jc w:val="both"/>
      </w:pPr>
      <w:r>
        <w:t>7.0202</w:t>
      </w:r>
    </w:p>
    <w:p>
      <w:pPr>
        <w:jc w:val="both"/>
      </w:pPr>
      <w:r>
        <w:t>Thay băng trên người bệnh đái tháo đường</w:t>
      </w:r>
    </w:p>
    <w:p>
      <w:pPr>
        <w:jc w:val="both"/>
      </w:pPr>
      <w:r>
        <w:t>Thay băng vết thương hoặc mổ chiều dài từ trên 30 cm đến 50 cm</w:t>
      </w:r>
    </w:p>
    <w:p>
      <w:pPr>
        <w:jc w:val="both"/>
      </w:pPr>
      <w:r>
        <w:t>Chưa bao gồm gạc hydrocolloid; gạc xốp, miếng xốp (foam); gạc, gạc lưới có tẩm kháng sinh hoặc chất sát khuẩn.</w:t>
      </w:r>
    </w:p>
    <w:p>
      <w:pPr>
        <w:jc w:val="both"/>
      </w:pPr>
      <w:r>
        <w:t>73</w:t>
      </w:r>
    </w:p>
    <w:p>
      <w:pPr>
        <w:jc w:val="both"/>
      </w:pPr>
      <w:r>
        <w:t>7.0203</w:t>
      </w:r>
    </w:p>
    <w:p>
      <w:pPr>
        <w:jc w:val="both"/>
      </w:pPr>
      <w:r>
        <w:t>Thay băng trên người bệnh đái tháo đường</w:t>
      </w:r>
    </w:p>
    <w:p>
      <w:pPr>
        <w:jc w:val="both"/>
      </w:pPr>
      <w:r>
        <w:t>Thay băng vết thương hoặc mổ chiều dài từ trên 15 cm đến 30 cm nhiễm trùng</w:t>
      </w:r>
    </w:p>
    <w:p>
      <w:pPr>
        <w:jc w:val="both"/>
      </w:pPr>
      <w:r>
        <w:t>Chưa bao gồm gạc hydrocolloid; gạc xốp, miếng xốp (foam); gạc, gạc lưới có tẩm kháng sinh hoặc chất sát khuẩn.</w:t>
      </w:r>
    </w:p>
    <w:p>
      <w:pPr>
        <w:jc w:val="both"/>
      </w:pPr>
      <w:r>
        <w:t>74</w:t>
      </w:r>
    </w:p>
    <w:p>
      <w:pPr>
        <w:jc w:val="both"/>
      </w:pPr>
      <w:r>
        <w:t>7.0204</w:t>
      </w:r>
    </w:p>
    <w:p>
      <w:pPr>
        <w:jc w:val="both"/>
      </w:pPr>
      <w:r>
        <w:t>Thay băng trên người bệnh đái tháo đường</w:t>
      </w:r>
    </w:p>
    <w:p>
      <w:pPr>
        <w:jc w:val="both"/>
      </w:pPr>
      <w:r>
        <w:t>Thay băng vết thương hoặc mổ chiều dài từ 30 cm đến 50 cm nhiễm trùng</w:t>
      </w:r>
    </w:p>
    <w:p>
      <w:pPr>
        <w:jc w:val="both"/>
      </w:pPr>
      <w:r>
        <w:t>Chưa bao gồm gạc hydrocolloid; gạc xốp, miếng xốp (foam); gạc, gạc lưới có tẩm kháng sinh hoặc chất sát khuẩn.</w:t>
      </w:r>
    </w:p>
    <w:p>
      <w:pPr>
        <w:jc w:val="both"/>
      </w:pPr>
      <w:r>
        <w:t>75</w:t>
      </w:r>
    </w:p>
    <w:p>
      <w:pPr>
        <w:jc w:val="both"/>
      </w:pPr>
      <w:r>
        <w:t>7.0205</w:t>
      </w:r>
    </w:p>
    <w:p>
      <w:pPr>
        <w:jc w:val="both"/>
      </w:pPr>
      <w:r>
        <w:t>Thay băng trên người bệnh đái tháo đường</w:t>
      </w:r>
    </w:p>
    <w:p>
      <w:pPr>
        <w:jc w:val="both"/>
      </w:pPr>
      <w:r>
        <w:t>Thay băng vết thương hoặc mổ chiều dài &gt; 50cm nhiễm trùng</w:t>
      </w:r>
    </w:p>
    <w:p>
      <w:pPr>
        <w:jc w:val="both"/>
      </w:pPr>
      <w:r>
        <w:t>Chưa bao gồm gạc hydrocolloid; gạc xốp, miếng xốp (foam); gạc, gạc lưới có tẩm kháng sinh hoặc chất sát khuẩn.</w:t>
      </w:r>
    </w:p>
    <w:p>
      <w:pPr>
        <w:jc w:val="both"/>
      </w:pPr>
      <w:r>
        <w:t>76</w:t>
      </w:r>
    </w:p>
    <w:p>
      <w:pPr>
        <w:jc w:val="both"/>
      </w:pPr>
      <w:r>
        <w:t>10140</w:t>
      </w:r>
    </w:p>
    <w:p>
      <w:pPr>
        <w:jc w:val="both"/>
      </w:pPr>
      <w:r>
        <w:t>Phẫu thuật thay bộ phát kích thích điện cực thần kinh, đặt dưới da</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77</w:t>
      </w:r>
    </w:p>
    <w:p>
      <w:pPr>
        <w:jc w:val="both"/>
      </w:pPr>
      <w:r>
        <w:t>10141</w:t>
      </w:r>
    </w:p>
    <w:p>
      <w:pPr>
        <w:jc w:val="both"/>
      </w:pPr>
      <w:r>
        <w:t>Phẫu thuật đặt dưới da bộ phát kích thích điện cực thần kinh</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78</w:t>
      </w:r>
    </w:p>
    <w:p>
      <w:pPr>
        <w:jc w:val="both"/>
      </w:pPr>
      <w:r>
        <w:t>10142</w:t>
      </w:r>
    </w:p>
    <w:p>
      <w:pPr>
        <w:jc w:val="both"/>
      </w:pPr>
      <w:r>
        <w:t>Phẫu thuật đặt bộ phát kích thích điện cực tủy sống</w:t>
      </w:r>
    </w:p>
    <w:p>
      <w:pPr>
        <w:jc w:val="both"/>
      </w:pPr>
      <w:r>
        <w:t>Cấy hoặc đặt máy tạo nhịp hoặc cấy máy tạo nhịp phá rung</w:t>
      </w:r>
    </w:p>
    <w:p>
      <w:pPr>
        <w:jc w:val="both"/>
      </w:pPr>
      <w:r>
        <w:t>Chưa bao gồm bộ phát kích thích tủy sống và các phụ kiện kèm theo</w:t>
      </w:r>
    </w:p>
    <w:p>
      <w:pPr>
        <w:jc w:val="both"/>
      </w:pPr>
      <w:r>
        <w:t>79</w:t>
      </w:r>
    </w:p>
    <w:p>
      <w:pPr>
        <w:jc w:val="both"/>
      </w:pPr>
      <w:r>
        <w:t>10143</w:t>
      </w:r>
    </w:p>
    <w:p>
      <w:pPr>
        <w:jc w:val="both"/>
      </w:pPr>
      <w:r>
        <w:t>Phẫu thuật lấy bỏ bộ phát kích thích điện cực thần kinh</w:t>
      </w:r>
    </w:p>
    <w:p>
      <w:pPr>
        <w:jc w:val="both"/>
      </w:pPr>
      <w:r>
        <w:t>Cấy hoặc đặt máy tạo nhịp hoặc cấy máy tạo nhịp phá rung</w:t>
      </w:r>
    </w:p>
    <w:p>
      <w:pPr>
        <w:jc w:val="both"/>
      </w:pPr>
      <w:r>
        <w:t>Chưa bao gồm bộ phát kích thích điện cực thần kinh và các phụ kiện kèm theo</w:t>
      </w:r>
    </w:p>
    <w:p>
      <w:pPr>
        <w:jc w:val="both"/>
      </w:pPr>
      <w:r>
        <w:t>80</w:t>
      </w:r>
    </w:p>
    <w:p>
      <w:pPr>
        <w:jc w:val="both"/>
      </w:pPr>
      <w:r>
        <w:t>10126</w:t>
      </w:r>
    </w:p>
    <w:p>
      <w:pPr>
        <w:jc w:val="both"/>
      </w:pPr>
      <w:r>
        <w:t>Phẫu thuật đặt điện cực sâu điều trị bệnh Parkinson</w:t>
      </w:r>
    </w:p>
    <w:p>
      <w:pPr>
        <w:jc w:val="both"/>
      </w:pPr>
      <w:r>
        <w:t>Phẫu thuật vi phẫu u não đường giữa</w:t>
      </w:r>
    </w:p>
    <w:p>
      <w:pPr>
        <w:jc w:val="both"/>
      </w:pPr>
      <w:r>
        <w:t>Chưa bao gồm hệ thống điện cực kích thích não sâu và các phụ kiện kèm theo</w:t>
      </w:r>
    </w:p>
    <w:p>
      <w:pPr>
        <w:jc w:val="both"/>
      </w:pPr>
      <w:r>
        <w:t>81</w:t>
      </w:r>
    </w:p>
    <w:p>
      <w:pPr>
        <w:jc w:val="both"/>
      </w:pPr>
      <w:r>
        <w:t>18.0521</w:t>
      </w:r>
    </w:p>
    <w:p>
      <w:pPr>
        <w:jc w:val="both"/>
      </w:pPr>
      <w:r>
        <w:t>Chụp và nong cầu nối mạch chi (trên, dưới) số hóa xóa nền</w:t>
      </w:r>
    </w:p>
    <w:p>
      <w:pPr>
        <w:jc w:val="both"/>
      </w:pPr>
      <w:r>
        <w:t>Chụp mạch máu số hóa xóa nền (DSA)</w:t>
      </w:r>
    </w:p>
    <w:p>
      <w:pPr>
        <w:jc w:val="both"/>
      </w:pPr>
      <w:r>
        <w:t>Chưa bao gồm bóng nong, bộ bơm áp lực, stent, keo nút mạch, các vật liệu nút mạch, các vi ống thông, vi dây dẫn, các vòng xoắn kim loại, Dụng cụ đóng lòng mạch (angioseal; perclose...), Dụng cụ lấy dị vật (multi-snare) trong tim mạch, bộ dụng cụ lấy huyết khối.</w:t>
      </w:r>
    </w:p>
    <w:p>
      <w:pPr>
        <w:jc w:val="both"/>
      </w:pPr>
      <w:r>
        <w:t>82</w:t>
      </w:r>
    </w:p>
    <w:p>
      <w:pPr>
        <w:jc w:val="both"/>
      </w:pPr>
      <w:r>
        <w:t>2.0027</w:t>
      </w:r>
    </w:p>
    <w:p>
      <w:pPr>
        <w:jc w:val="both"/>
      </w:pPr>
      <w:r>
        <w:t>Kỹ thuật đặt van một chiều nội phế quản</w:t>
      </w:r>
    </w:p>
    <w:p>
      <w:pPr>
        <w:jc w:val="both"/>
      </w:pPr>
      <w:r>
        <w:t>Nội soi phế quản dưới gây mê lấy dị vật phế quản</w:t>
      </w:r>
    </w:p>
    <w:p>
      <w:pPr>
        <w:jc w:val="both"/>
      </w:pPr>
      <w:r>
        <w:t>Chưa bao gồm van dẫn lưu nhân tạo các loại, các cỡ</w:t>
      </w:r>
    </w:p>
    <w:p>
      <w:pPr>
        <w:jc w:val="both"/>
      </w:pPr>
      <w:r>
        <w:t>(*) Mã số theo Thông tư 50/2014/TT-BYT ngày 26/12/2014 của Bộ Y tế quy định việc phân loại phẫu thuật, thủ thuật và định mức nhân lực trong từng ca phẫu thuật, thủ thuật.</w:t>
      </w:r>
    </w:p>
    <w:p>
      <w:r>
        <w:rPr>
          <w:i/>
        </w:rPr>
        <w:t>Nguồn: Cơ sở dữ liệu quốc gia về văn bản pháp luật (Bộ Tư pháp). VietSmart Legal, legal.giangpham.asia/van-ban/166467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