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34/2023/TT-BYT</w:t>
      </w:r>
    </w:p>
    <w:p>
      <w:pPr>
        <w:jc w:val="both"/>
      </w:pPr>
      <w:r>
        <w:t>Hà Nội, ngày 31 tháng 12 năm 2023</w:t>
      </w:r>
    </w:p>
    <w:p>
      <w:pPr>
        <w:jc w:val="center"/>
      </w:pPr>
      <w:r>
        <w:rPr>
          <w:b/>
        </w:rPr>
        <w:t>THÔNG TƯ</w:t>
      </w:r>
    </w:p>
    <w:p>
      <w:pPr>
        <w:jc w:val="both"/>
      </w:pPr>
      <w:r>
        <w:t>Hướng dẫn chức năng, nhiệm vụ và quyền hạn của</w:t>
      </w:r>
    </w:p>
    <w:p>
      <w:pPr>
        <w:jc w:val="both"/>
      </w:pPr>
      <w:r>
        <w:t>Chi cục Dân số thuộc Sở Y Tế</w:t>
      </w:r>
    </w:p>
    <w:p>
      <w:pPr>
        <w:jc w:val="both"/>
      </w:pPr>
      <w:r>
        <w:t>Căn cứ Nghị định số 95/2022/NĐ-CP ngày 15 tháng 11 năm 2022 của Chính phủ quy định chức năng, nhiệm vụ, quyền hạn và cơ cấu tổ chức của Bộ Y tế;</w:t>
      </w:r>
    </w:p>
    <w:p>
      <w:pPr>
        <w:jc w:val="both"/>
      </w:pPr>
      <w:r>
        <w:t>Căn cứ Nghị định số 123/2016/NĐ-CP ngày 01 tháng 9 năm 2016 của Chính phủ quy định chức năng, nhiệm vụ, quyền hạn và cơ cấu tổ chức của Bộ, cơ quan ngang Bộ và Nghị định số 101/2020/NĐ-CP ngày 28 tháng 8 năm 2020 của Chính phủ sửa đổi, bổ sung một số điều của Nghị định số 123/2016/NĐ-CP ngày 01 tháng 9 năm 2016 của Chính phủ quy định chức năng, nhiệm vụ và cơ cấu tổ chức của Bộ, cơ quan ngang Bộ;</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Theo đề nghị của Cục trưởng Cục Dân số;</w:t>
      </w:r>
    </w:p>
    <w:p>
      <w:pPr>
        <w:jc w:val="both"/>
      </w:pPr>
      <w:r>
        <w:t>Bộ trưởng Bộ Y tế ban hành Thông tư hướng dẫn chức năng, nhiệm vụ và quyền hạn của Chi cục Dân số thuộc Sở Y tế.</w:t>
      </w:r>
    </w:p>
    <w:p>
      <w:pPr>
        <w:jc w:val="both"/>
      </w:pPr>
      <w:r>
        <w:rPr>
          <w:b/>
        </w:rPr>
        <w:t>Điều 1. Vị trí và chức năng</w:t>
      </w:r>
    </w:p>
    <w:p>
      <w:pPr>
        <w:jc w:val="both"/>
      </w:pPr>
      <w:r>
        <w:t>1. Chi cục Dân số tỉnh, thành phố trực thuộc Trung ương (sau đây viết tắt là Chi cục Dân số tỉnh) là tổ chức thuộc Sở Y tế, thực hiện chức năng tham mưu giúp Sở Y tế quản lý nhà nước về công tác dân số, bao gồm các lĩnh vực: quy mô dân số, cơ cấu dân số, chất lượng dân số, kế hoạch hóa gia đình và chăm sóc sức khỏe người cao tuổi tại cộng đồng; chỉ đạo và tổ chức thực hiện các hoạt động chuyên môn, nghiệp vụ về dân số trên địa bàn tỉnh.</w:t>
      </w:r>
    </w:p>
    <w:p>
      <w:pPr>
        <w:jc w:val="both"/>
      </w:pPr>
      <w:r>
        <w:t>2. Chi cục Dân số tỉnh chịu sự chỉ đạo, quản lý về tổ chức, biên chế và hoạt động của Sở Y tế; đồng thời chịu sự chỉ đạo, hướng dẫn, kiểm tra về chuyên môn nghiệp vụ của Cục Dân số thuộc Bộ Y tế.</w:t>
      </w:r>
    </w:p>
    <w:p>
      <w:pPr>
        <w:jc w:val="both"/>
      </w:pPr>
      <w:r>
        <w:t>3. Chi cục Dân số tỉnh có tư cách pháp nhân, có trụ sở làm việc, có con dấu và tài khoản riêng.</w:t>
      </w:r>
    </w:p>
    <w:p>
      <w:pPr>
        <w:jc w:val="both"/>
      </w:pPr>
      <w:r>
        <w:rPr>
          <w:b/>
        </w:rPr>
        <w:t>Điều 2. Nhiệm vụ, quyền hạn</w:t>
      </w:r>
    </w:p>
    <w:p>
      <w:pPr>
        <w:jc w:val="both"/>
      </w:pPr>
      <w:r>
        <w:t>1. Tham mưu giúp Sở Y tế trình cấp có thẩm quyền ban hành và tổ chức thực hiện các văn bản quy phạm pháp luật, quy hoạch, kế hoạch, chương trình, đề án, dự án, quy chế phối hợp liên ngành, biện pháp tổ chức thực hiện nhiệm vụ chuyên môn và xã hội hóa về công tác dân số trên địa bàn tỉnh.</w:t>
      </w:r>
    </w:p>
    <w:p>
      <w:pPr>
        <w:jc w:val="both"/>
      </w:pPr>
      <w:r>
        <w:t>2. Trình Sở Y tế ban hành các chương trình, kế hoạch, đề án, dự án, chương trình phối hợp liên ngành trong lĩnh vực dân số trên địa bàn tỉnh.</w:t>
      </w:r>
    </w:p>
    <w:p>
      <w:pPr>
        <w:jc w:val="both"/>
      </w:pPr>
      <w:r>
        <w:t>3. Chủ trì, phối hợp với các cơ quan, tổ chức liên quan tổ chức thực hiện các văn bản quy phạm pháp luật, chính sách, chiến lược, quy hoạch, kế hoạch, chương trình, đề án, dự án về dân số đã được phê duyệt;</w:t>
      </w:r>
    </w:p>
    <w:p>
      <w:pPr>
        <w:jc w:val="both"/>
      </w:pPr>
      <w:r>
        <w:t>4. Tuyên truyền, phổ biến chính sách, pháp luật về công tác dân số trên địa bàn tỉnh.</w:t>
      </w:r>
    </w:p>
    <w:p>
      <w:pPr>
        <w:jc w:val="both"/>
      </w:pPr>
      <w:r>
        <w:t>5. Tham mưu cấp có thẩm quyền lồng ghép nội dung dân số trong các quy hoạch, kế hoạch phát triển kinh tế - xã hội của địa phương; của các ngành, lĩnh vực trên địa bàn tỉnh.</w:t>
      </w:r>
    </w:p>
    <w:p>
      <w:pPr>
        <w:jc w:val="both"/>
      </w:pPr>
      <w:r>
        <w:t>6. Ban hành theo thẩm quyền hoặc trình cấp có thẩm quyền ban hành văn bản hướng dẫn chuyên môn, nghiệp vụ, kiểm tra và tổ chức thực hiện.</w:t>
      </w:r>
    </w:p>
    <w:p>
      <w:pPr>
        <w:jc w:val="both"/>
      </w:pPr>
      <w:r>
        <w:t>7. Về quy mô dân số:</w:t>
      </w:r>
    </w:p>
    <w:p>
      <w:pPr>
        <w:jc w:val="both"/>
      </w:pPr>
      <w:r>
        <w:t>a) Theo dõi biến động về dân số, trình cấp có thẩm quyền đề xuất các giải pháp, mô hình điều chỉnh mức sinh và tỷ lệ tăng dân số trên địa bàn tỉnh;</w:t>
      </w:r>
    </w:p>
    <w:p>
      <w:pPr>
        <w:jc w:val="both"/>
      </w:pPr>
      <w:r>
        <w:t>b) Xây dựng dự báo dân số phục vụ kế hoạch phát triển kinh tế - xã hội của tỉnh.</w:t>
      </w:r>
    </w:p>
    <w:p>
      <w:pPr>
        <w:jc w:val="both"/>
      </w:pPr>
      <w:r>
        <w:t>8. Về cơ cấu dân số:</w:t>
      </w:r>
    </w:p>
    <w:p>
      <w:pPr>
        <w:jc w:val="both"/>
      </w:pPr>
      <w:r>
        <w:t>a) Xây dựng mục tiêu, chỉ tiêu, biện pháp can thiệp về cơ cấu dân số theo giới tính và độ tuổi trên địa bàn tỉnh;</w:t>
      </w:r>
    </w:p>
    <w:p>
      <w:pPr>
        <w:jc w:val="both"/>
      </w:pPr>
      <w:r>
        <w:t>b) Hướng dẫn, kiểm tra việc thực hiện quy định của pháp luật để bảo đảm cân bằng giới tính khi sinh theo quy luật sinh sản tự nhiên trên địa bàn tỉnh.</w:t>
      </w:r>
    </w:p>
    <w:p>
      <w:pPr>
        <w:jc w:val="both"/>
      </w:pPr>
      <w:r>
        <w:t>9. Về chất lượng dân số:</w:t>
      </w:r>
    </w:p>
    <w:p>
      <w:pPr>
        <w:jc w:val="both"/>
      </w:pPr>
      <w:r>
        <w:t>a) Xây dựng mục tiêu, chỉ tiêu, biện pháp can thiệp về chất lượng dân số để góp phần đáp ứng nhu cầu nguồn nhân lực của tỉnh;</w:t>
      </w:r>
    </w:p>
    <w:p>
      <w:pPr>
        <w:jc w:val="both"/>
      </w:pPr>
      <w:r>
        <w:t>b) Hướng dẫn, triển khai thực hiện các đề án nâng cao chất lượng dân số, tư vấn, khám sức khỏe trước khi kết hôn, giảm tảo hôn, hôn nhân cận huyết, sàng lọc, chẩn đoán trước sinh và sơ sinh trên địa bàn tỉnh.</w:t>
      </w:r>
    </w:p>
    <w:p>
      <w:pPr>
        <w:jc w:val="both"/>
      </w:pPr>
      <w:r>
        <w:t>10. Về kế hoạch hóa gia đình:</w:t>
      </w:r>
    </w:p>
    <w:p>
      <w:pPr>
        <w:jc w:val="both"/>
      </w:pPr>
      <w:r>
        <w:t>a) Xây dựng mục tiêu, chỉ tiêu về thực hiện kế hoạch hóa gia đình, biện pháp tránh thai; hướng dẫn các biện pháp phòng tránh vô sinh tại cộng đồng trên địa bàn tỉnh;</w:t>
      </w:r>
    </w:p>
    <w:p>
      <w:pPr>
        <w:jc w:val="both"/>
      </w:pPr>
      <w:r>
        <w:t>b) Dự báo nhu cầu phương tiện tránh thai; quản lý điều phối hoạt động cung ứng phương tiện tránh thai qua các kênh phân phối miễn phí, tiếp thị xã hội, xã hội hóa trong chương trình dân số.</w:t>
      </w:r>
    </w:p>
    <w:p>
      <w:pPr>
        <w:jc w:val="both"/>
      </w:pPr>
      <w:r>
        <w:t>11. Về chăm sóc sức khỏe người cao tuổi tại cộng đồng:</w:t>
      </w:r>
    </w:p>
    <w:p>
      <w:pPr>
        <w:jc w:val="both"/>
      </w:pPr>
      <w:r>
        <w:t>a) Xây dựng, hướng dẫn, tổ chức triển khai thực hiện mục tiêu, chỉ tiêu về chăm sóc sức khỏe và dinh dưỡng cho người cao tuổi tại cộng đồng;</w:t>
      </w:r>
    </w:p>
    <w:p>
      <w:pPr>
        <w:jc w:val="both"/>
      </w:pPr>
      <w:r>
        <w:t>b) Hướng dẫn tổ chức thực hiện tăng cường sức khỏe, phòng bệnh, tự chăm sóc sức khỏe, dinh dưỡng cho người cao tuổi tại cộng đồng; phối hợp tổ chức khám sức khỏe định kỳ, lập hồ sơ theo dõi, phục hồi chức năng cho người cao tuổi tại cộng đồng.</w:t>
      </w:r>
    </w:p>
    <w:p>
      <w:pPr>
        <w:jc w:val="both"/>
      </w:pPr>
      <w:r>
        <w:t>12. Chủ trì, phối hợp với các cơ quan, tổ chức liên quan hướng dẫn chuyên môn, thực hiện các hoạt động truyền thông, vận động, giáo dục và cung cấp dịch vụ tư vấn về dân số, kế hoạch hóa gia đình, chăm sóc sức khỏe người cao tuổi tại cộng đồng trên địa bàn tỉnh.</w:t>
      </w:r>
    </w:p>
    <w:p>
      <w:pPr>
        <w:jc w:val="both"/>
      </w:pPr>
      <w:r>
        <w:t>13. Tổ chức thực hiện các hoạt động nghiên cứu khoa học, ứng dụng tiến bộ khoa học và công nghệ thông tin, cải cách hành chính trong phạm vi thẩm quyền được giao.</w:t>
      </w:r>
    </w:p>
    <w:p>
      <w:pPr>
        <w:jc w:val="both"/>
      </w:pPr>
      <w:r>
        <w:t>14. Phối hợp xây dựng hệ thông tin quản lý dữ liệu về dân số, chuyển đổi số trong công tác dân số; tổ chức thực hiện công tác thống kê, thông tin và báo cáo về dân số theo quy định.</w:t>
      </w:r>
    </w:p>
    <w:p>
      <w:pPr>
        <w:jc w:val="both"/>
      </w:pPr>
      <w:r>
        <w:t>15. Hướng dẫn, kiểm tra, giám sát về hoạt động của các cơ quan, tổ chức cung cấp dịch vụ tư vấn về dân số thuộc phạm vi quản lý trên địa bàn tỉnh: Dịch vụ tư vấn khám sức khỏe trước khi kết hôn, tư vấn sàng lọc trước sinh, sơ sinh, tư vấn kế hoạch hóa gia đình, tư vấn chăm sóc sức khỏe người cao tuổi tại cộng đồng.</w:t>
      </w:r>
    </w:p>
    <w:p>
      <w:pPr>
        <w:jc w:val="both"/>
      </w:pPr>
      <w:r>
        <w:t>16. Tổ chức tập huấn, bồi dưỡng chuyên môn, nghiệp vụ về dân số cho công chức, viên chức dân số, cộng tác viên và người làm công tác dân số trên địa tỉnh theo quy định.</w:t>
      </w:r>
    </w:p>
    <w:p>
      <w:pPr>
        <w:jc w:val="both"/>
      </w:pPr>
      <w:r>
        <w:t>17. Quản lý về tổ chức bộ máy, biên chế; tài chính, tài sản được giao; quản lý các tổ chức sự nghiệp thuộc Chi cục (nếu có); thực hiện chế độ tiền lương và các chế độ chính sách đãi ngộ, khen thưởng, kỷ luật theo quy định của pháp luật và phân cấp quản lý của Sở Y tế.</w:t>
      </w:r>
    </w:p>
    <w:p>
      <w:pPr>
        <w:jc w:val="both"/>
      </w:pPr>
      <w:r>
        <w:t>18. Giải quyết tranh chấp, khiếu nại, tố cáo; phòng, chống tham nhũng, tiêu cực; thực hành tiết kiệm, chống lãng phí trong công tác dân số trên địa bàn tỉnh theo quy định của pháp luật và theo phân công hoặc ủy quyền của Sở Y tế.</w:t>
      </w:r>
    </w:p>
    <w:p>
      <w:pPr>
        <w:jc w:val="both"/>
      </w:pPr>
      <w:r>
        <w:t>19. Tham mưu, giúp việc cho Ban Chỉ đạo về công tác dân số của tỉnh.</w:t>
      </w:r>
    </w:p>
    <w:p>
      <w:pPr>
        <w:jc w:val="both"/>
      </w:pPr>
      <w:r>
        <w:t>20. Thực hiện các nhiệm vụ khác theo quy định của pháp luật.</w:t>
      </w:r>
    </w:p>
    <w:p>
      <w:pPr>
        <w:jc w:val="both"/>
      </w:pPr>
      <w:r>
        <w:rPr>
          <w:b/>
        </w:rPr>
        <w:t>Điều 3. Hiệu lực thi hành</w:t>
      </w:r>
    </w:p>
    <w:p>
      <w:pPr>
        <w:jc w:val="both"/>
      </w:pPr>
      <w:r>
        <w:t>1. Thông tư này có hiệu lực thi hành kể từ ngày 19 tháng 02 năm 2024.</w:t>
      </w:r>
    </w:p>
    <w:p>
      <w:pPr>
        <w:jc w:val="both"/>
      </w:pPr>
      <w:r>
        <w:t>2. Phần 1 của Thông tư số 05/2008/TT-BYT ngày 14 tháng 5 năm 2008 của Bộ Y tế hướng dẫn chức năng, nhiệm vụ và cơ cấu tổ chức bộ máy dân số-kế hoạch hóa gia đình ở địa phương hết hiệu lực, kể từ ngày Thông tư này có hiệu lực thi hành.</w:t>
      </w:r>
    </w:p>
    <w:p>
      <w:pPr>
        <w:jc w:val="both"/>
      </w:pPr>
      <w:r>
        <w:rPr>
          <w:b/>
        </w:rPr>
        <w:t>Điều 4. Trách nhiệm thi hành và tổ chức thực hiện</w:t>
      </w:r>
    </w:p>
    <w:p>
      <w:pPr>
        <w:jc w:val="both"/>
      </w:pPr>
      <w:r>
        <w:t>1. Ủy ban nhân dân các tỉnh, thành phố trực thuộc Trung ương có trách nhiệm chỉ đạo Sở Y tế triển khai thực hiện Thông tư này tại địa phương.</w:t>
      </w:r>
    </w:p>
    <w:p>
      <w:pPr>
        <w:jc w:val="both"/>
      </w:pPr>
      <w:r>
        <w:t>2. Sở Y tế các tỉnh, thành phố trực thuộc Trung ương có trách nhiệm:</w:t>
      </w:r>
    </w:p>
    <w:p>
      <w:pPr>
        <w:jc w:val="both"/>
      </w:pPr>
      <w:r>
        <w:t>a) Làm đầu mối tổ chức thực hiện Thông tư này tại địa phương;</w:t>
      </w:r>
    </w:p>
    <w:p>
      <w:pPr>
        <w:jc w:val="both"/>
      </w:pPr>
      <w:r>
        <w:t>b) Trình Ủy ban nhân dân cấp tỉnh ban hành Quyết định quy định chức năng, nhiệm vụ, quyền hạn và cơ cấu tổ chức của Chi cục Dân số tỉnh theo hướng dẫn tại Thông tư này, phù hợp với nhu cầu, điều kiện thực tế tại địa phương.</w:t>
      </w:r>
    </w:p>
    <w:p>
      <w:pPr>
        <w:jc w:val="both"/>
      </w:pPr>
      <w:r>
        <w:t>3. Cục Dân số và các cơ quan chức năng khác thuộc Bộ Y tế có trách nhiệm hướng dẫn, kiểm tra việc thực hiện Thông tư này. Trong quá trình thực hiện, nếu có vướng mắc hoặc cần bổ sung, sửa đổi, Giám đốc Sở Y tế báo cáo Bộ Y tế (qua Cục Dân số) để nghiên cứu giải quyết theo quy định.</w:t>
      </w:r>
    </w:p>
    <w:p>
      <w:pPr>
        <w:jc w:val="both"/>
      </w:pPr>
      <w:r>
        <w:t>Trong quá trình thực hiện, nếu có vướng mắc hoặc cần bổ sung, sửa đổi, Giám đốc Sở Y tế báo cáo Bộ Y tế (qua Cục Dân số) để nghiên cứu giải quyết theo quy định./.</w:t>
      </w:r>
    </w:p>
    <w:p>
      <w:pPr>
        <w:jc w:val="both"/>
      </w:pPr>
      <w:r>
        <w:t>KT. BỘ TRƯỞNG</w:t>
      </w:r>
    </w:p>
    <w:p>
      <w:pPr>
        <w:jc w:val="both"/>
      </w:pPr>
      <w:r>
        <w:t>THỨ TRƯỞNG</w:t>
      </w:r>
    </w:p>
    <w:p>
      <w:pPr>
        <w:jc w:val="both"/>
      </w:pPr>
      <w:r>
        <w:t>(Đã ký)</w:t>
      </w:r>
    </w:p>
    <w:p>
      <w:pPr>
        <w:jc w:val="both"/>
      </w:pPr>
      <w:r>
        <w:t>Nguyễn Thị Liên Hương</w:t>
      </w:r>
    </w:p>
    <w:p>
      <w:r>
        <w:rPr>
          <w:i/>
        </w:rPr>
        <w:t>Nguồn: Cơ sở dữ liệu quốc gia về văn bản pháp luật (Bộ Tư pháp). VietSmart Legal, legal.giangpham.asia/van-ban/166208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