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11/2006/QĐ-BYT</w:t>
      </w:r>
    </w:p>
    <w:p>
      <w:pPr>
        <w:jc w:val="both"/>
      </w:pPr>
      <w:r>
        <w:t>Ngày 9 tháng 3 năm 2006</w:t>
      </w:r>
    </w:p>
    <w:p>
      <w:pPr>
        <w:jc w:val="center"/>
      </w:pPr>
      <w:r>
        <w:rPr>
          <w:b/>
        </w:rPr>
        <w:t>QUYẾT ĐỊNH</w:t>
      </w:r>
    </w:p>
    <w:p>
      <w:pPr>
        <w:jc w:val="both"/>
      </w:pPr>
      <w:r>
        <w:t>Về việc ban hành "Quy chế cấp Giấy chứng nhận đủ điều kiện vệ sinh an toàn thực phẩm đối</w:t>
      </w:r>
    </w:p>
    <w:p>
      <w:pPr>
        <w:jc w:val="both"/>
      </w:pPr>
      <w:r>
        <w:t>với cơ sở sản xuất, kinh doanh thực phẩm có nguy cơ cao"</w:t>
      </w:r>
    </w:p>
    <w:p>
      <w:pPr>
        <w:jc w:val="both"/>
      </w:pPr>
      <w:r>
        <w:t>_____________________________</w:t>
      </w:r>
    </w:p>
    <w:p>
      <w:pPr>
        <w:jc w:val="both"/>
      </w:pPr>
      <w:r>
        <w:t>BỘ TRƯỞNG BỘ Y TẾ</w:t>
      </w:r>
    </w:p>
    <w:p>
      <w:pPr>
        <w:jc w:val="both"/>
      </w:pPr>
      <w:r>
        <w:t>Căn cứ Nghị định số 49/2003/NĐ-CP ngày 15 tháng 5 năm 2003 của Chính phủ quy định chức năng, nhiệm vụ, quyền hạn và cơ cấu tổ chức của Bộ Y tế;</w:t>
      </w:r>
    </w:p>
    <w:p>
      <w:pPr>
        <w:jc w:val="both"/>
      </w:pPr>
      <w:r>
        <w:t>Căn cứ Pháp lệnh Vệ sinh an toàn thực phẩm số 12/2003/PL-UBTVQH11 ngày 26 tháng 7 năm 2003;</w:t>
      </w:r>
    </w:p>
    <w:p>
      <w:pPr>
        <w:jc w:val="both"/>
      </w:pPr>
      <w:r>
        <w:t>Căn cứ Nghị định số 163/2004/NĐ-CP ngày 07 tháng 9 năm 2004 của Chính phủ quy định chi tiết thi hành một số điều của Pháp lệnh Vệ sinh an toàn thực phẩm;</w:t>
      </w:r>
    </w:p>
    <w:p>
      <w:pPr>
        <w:jc w:val="both"/>
      </w:pPr>
      <w:r>
        <w:t>Xét đề nghị của Cục trưởng Cục An toàn vệ sinh thực phẩm - Bộ Y tế,</w:t>
      </w:r>
    </w:p>
    <w:p>
      <w:pPr>
        <w:jc w:val="center"/>
      </w:pPr>
      <w:r>
        <w:rPr>
          <w:b/>
        </w:rPr>
        <w:t>QUYẾT ĐỊNH:</w:t>
      </w:r>
    </w:p>
    <w:p>
      <w:pPr>
        <w:jc w:val="both"/>
      </w:pPr>
      <w:r>
        <w:rPr>
          <w:b/>
        </w:rPr>
        <w:t>Điều 1. Ban hành kèm theo Quyết định này "Quy chế cấp Giấy chứng nhận đủ điều kiện vệ sinh an toàn thực phẩm đối với cơ sở sản xuất, kinh doanh thực phẩm có nguy cơ cao".</w:t>
      </w:r>
    </w:p>
    <w:p>
      <w:pPr>
        <w:jc w:val="both"/>
      </w:pPr>
      <w:r>
        <w:rPr>
          <w:b/>
        </w:rPr>
        <w:t>Điều 2 . Quyết định này có hiệu lực thi hành sau 15 ngày, kể từ ngày đăng Công báo.</w:t>
      </w:r>
    </w:p>
    <w:p>
      <w:pPr>
        <w:jc w:val="both"/>
      </w:pPr>
      <w:r>
        <w:rPr>
          <w:b/>
        </w:rPr>
        <w:t>Điều 3. Các Ông (Bà): Chánh Văn phòng, Chánh Thanh tra, Vụ trưởng Vụ Pháp chế, Cục trưởng Cục An toàn vệ sinh thực phẩm, Thủ trưởng các đơn vị liên quan trực thuộc Bộ Y tế, Giám đốc Sở Y tế các tỉnh, thành phố trực thuộc Trung ương chịu trách nhiệm thi hành Quyết định này./.</w:t>
      </w:r>
    </w:p>
    <w:p>
      <w:pPr>
        <w:jc w:val="both"/>
      </w:pPr>
      <w:r>
        <w:t>KT. BỘ TRƯỞNG</w:t>
      </w:r>
    </w:p>
    <w:p>
      <w:pPr>
        <w:jc w:val="both"/>
      </w:pPr>
      <w:r>
        <w:t>THỨ TRƯỞNG</w:t>
      </w:r>
    </w:p>
    <w:p>
      <w:pPr>
        <w:jc w:val="both"/>
      </w:pPr>
      <w:r>
        <w:t>(Đã ký)</w:t>
      </w:r>
    </w:p>
    <w:p>
      <w:pPr>
        <w:jc w:val="both"/>
      </w:pPr>
      <w:r>
        <w:t>Trịnh Quân Huấn</w:t>
      </w:r>
    </w:p>
    <w:p>
      <w:r>
        <w:rPr>
          <w:i/>
        </w:rPr>
        <w:t>Nguồn: Cơ sở dữ liệu quốc gia về văn bản pháp luật (Bộ Tư pháp). VietSmart Legal, legal.giangpham.asia/van-ban/16435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