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37/2023/TT-BTC</w:t>
      </w:r>
    </w:p>
    <w:p>
      <w:pPr>
        <w:jc w:val="both"/>
      </w:pPr>
      <w:r>
        <w:t>Hà Nội, ngày 07 tháng 6 năm 2023</w:t>
      </w:r>
    </w:p>
    <w:p>
      <w:pPr>
        <w:jc w:val="center"/>
      </w:pPr>
      <w:r>
        <w:rPr>
          <w:b/>
        </w:rPr>
        <w:t>THÔNG TƯ</w:t>
      </w:r>
    </w:p>
    <w:p>
      <w:pPr>
        <w:jc w:val="both"/>
      </w:pPr>
      <w:r>
        <w:t>Quy định mức thu, chế độ thu, nộp, quản lý và sử dụng phí sát hạch lái xe;</w:t>
      </w:r>
    </w:p>
    <w:p>
      <w:pPr>
        <w:jc w:val="both"/>
      </w:pPr>
      <w:r>
        <w:t>lệ phí cấp bằng, chứng chỉ được hoạt động trên các loại phương tiện và</w:t>
      </w:r>
    </w:p>
    <w:p>
      <w:pPr>
        <w:jc w:val="both"/>
      </w:pPr>
      <w:r>
        <w:t>lệ phí đăng ký, cấp biển xe máy chuyên dùng</w:t>
      </w:r>
    </w:p>
    <w:p>
      <w:pPr>
        <w:jc w:val="both"/>
      </w:pPr>
      <w:r>
        <w:t>_______________</w:t>
      </w:r>
    </w:p>
    <w:p>
      <w:pPr>
        <w:jc w:val="both"/>
      </w:pPr>
      <w:r>
        <w:t>Căn cứ Luật Phí và lệ phí ngày 25 tháng 11 năm 2015;</w:t>
      </w:r>
    </w:p>
    <w:p>
      <w:pPr>
        <w:jc w:val="both"/>
      </w:pPr>
      <w:r>
        <w:t>Căn cứ Luật Giao thông đường bộ ngày 13 tháng 11 năm 2008;</w:t>
      </w:r>
    </w:p>
    <w:p>
      <w:pPr>
        <w:jc w:val="both"/>
      </w:pPr>
      <w:r>
        <w:t>Căn cứ Luật Ngân sách nhà nước ngày 25 tháng 6 năm 2015;</w:t>
      </w:r>
    </w:p>
    <w:p>
      <w:pPr>
        <w:jc w:val="both"/>
      </w:pPr>
      <w:r>
        <w:t>Căn cứ Luật Quản lý thuế ngày 13 tháng 6 năm 2019;</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sát hạch lái xe; lệ phí cấp bằng, chứng chỉ được hoạt động trên các loại phương tiện và lệ phí đăng ký, cấp biển xe máy chuyên dùng.</w:t>
      </w:r>
    </w:p>
    <w:p>
      <w:pPr>
        <w:jc w:val="both"/>
      </w:pPr>
      <w:r>
        <w:rPr>
          <w:b/>
        </w:rPr>
        <w:t>Điều 1. Phạm vi điều chỉnh và đối tượng áp dụng</w:t>
      </w:r>
    </w:p>
    <w:p>
      <w:pPr>
        <w:jc w:val="both"/>
      </w:pPr>
      <w:r>
        <w:t>1. Thông tư này quy định về mức thu, chế độ thu, nộp, quản lý và sử dụng phí sát hạch lái xe; lệ phí cấp bằng, chứng chỉ được hoạt động trên các loại phương tiện giao thông cơ giới đường bộ và lệ phí đăng ký, cấp biển xe máy chuyên dùng.</w:t>
      </w:r>
    </w:p>
    <w:p>
      <w:pPr>
        <w:jc w:val="both"/>
      </w:pPr>
      <w:r>
        <w:t>2. Đối tượng áp dụng Thông tư này gồm:</w:t>
      </w:r>
    </w:p>
    <w:p>
      <w:pPr>
        <w:jc w:val="both"/>
      </w:pPr>
      <w:r>
        <w:t>a) Tổ chức thu phí, lệ phí và người nộp phí, lệ phí quy định tại Điều 2 Thông tư này.</w:t>
      </w:r>
    </w:p>
    <w:p>
      <w:pPr>
        <w:jc w:val="both"/>
      </w:pPr>
      <w:r>
        <w:t>b) Tổ chức, cá nhân khác có liên quan đến kê khai, thu, nộp, quản lý và sử dụng phí sát hạch lái xe; lệ phí cấp bằng, chứng chỉ được hoạt động trên các loại phương tiện và lệ phí đăng ký, cấp biển xe máy chuyên dùng.</w:t>
      </w:r>
    </w:p>
    <w:p>
      <w:pPr>
        <w:jc w:val="both"/>
      </w:pPr>
      <w:r>
        <w:t>3. Thông tư này không áp dụng đối với sát hạch lái xe và cấp bằng, chứng chỉ được hoạt động trên các loại phương tiện cho lực lượng quân đội, công an làm nhiệm vụ quốc phòng, an ninh.</w:t>
      </w:r>
    </w:p>
    <w:p>
      <w:pPr>
        <w:jc w:val="both"/>
      </w:pPr>
      <w:r>
        <w:rPr>
          <w:b/>
        </w:rPr>
        <w:t>Điều 2. Tổ chức thu phí, lệ phí và người nộp phí, lệ phí</w:t>
      </w:r>
    </w:p>
    <w:p>
      <w:pPr>
        <w:jc w:val="both"/>
      </w:pPr>
      <w:r>
        <w:t>1. Người nộp phí, lệ phí là tổ chức, cá nhân có hồ sơ đề nghị cơ quan quy định tại khoản 2 Điều này phục vụ các công việc quy định thu phí, lệ phí sau đây:</w:t>
      </w:r>
    </w:p>
    <w:p>
      <w:pPr>
        <w:jc w:val="both"/>
      </w:pPr>
      <w:r>
        <w:t>a) Cấp giấy chứng nhận đăng ký, biển xe máy chuyên dùng.</w:t>
      </w:r>
    </w:p>
    <w:p>
      <w:pPr>
        <w:jc w:val="both"/>
      </w:pPr>
      <w:r>
        <w:t>b) Cấp bằng, chứng chỉ được hoạt động trên các loại phương tiện.</w:t>
      </w:r>
    </w:p>
    <w:p>
      <w:pPr>
        <w:jc w:val="both"/>
      </w:pPr>
      <w:r>
        <w:t>c) Sát hạch để được cấp giấy phép lái xe cơ giới đường bộ.</w:t>
      </w:r>
    </w:p>
    <w:p>
      <w:pPr>
        <w:jc w:val="both"/>
      </w:pPr>
      <w:r>
        <w:t>2. Tổ chức thu phí, lệ phí quy định tại Thông tư này gồm: Cục Đường bộ Việt Nam và cơ quan quản lý đường bộ các tỉnh, thành phố trực thuộc trung ương.</w:t>
      </w:r>
    </w:p>
    <w:p>
      <w:pPr>
        <w:jc w:val="both"/>
      </w:pPr>
      <w:r>
        <w:rPr>
          <w:b/>
        </w:rPr>
        <w:t>Điều 3. Mức thu phí, lệ phí</w:t>
      </w:r>
    </w:p>
    <w:p>
      <w:pPr>
        <w:jc w:val="both"/>
      </w:pPr>
      <w:r>
        <w:t>Mức thu phí sát hạch lái xe; lệ phí cấp bằng, chứng chỉ được hoạt động trên các loại phương tiện và lệ phí đăng ký, cấp biển xe máy chuyên dùng quy định tại Biểu mức thu phí, lệ phí ban hành kèm theo Thông tư này.</w:t>
      </w:r>
    </w:p>
    <w:p>
      <w:pPr>
        <w:jc w:val="both"/>
      </w:pPr>
      <w:r>
        <w:rPr>
          <w:b/>
        </w:rPr>
        <w:t>Điều 4. Kê khai, thu, nộp phí, lệ phí</w:t>
      </w:r>
    </w:p>
    <w:p>
      <w:pPr>
        <w:jc w:val="both"/>
      </w:pPr>
      <w:r>
        <w:t>1. Người nộp phí, lệ phí thực hiện nộp phí, lệ phí theo mức thu quy định tại Điều 3 Thông tư này cho tổ chức thu phí, lệ phí theo hình thức quy định tại Thông tư số 74/2022/TT-BTC ngày 22 tháng 12 năm 2022 của Bộ trưởng Bộ Tài chính quy định về hình thức, thời hạn thu, nộp, kê khai các khoản phí, lệ phí thuộc thẩm quyền quy định của Bộ Tài chính.</w:t>
      </w:r>
    </w:p>
    <w:p>
      <w:pPr>
        <w:jc w:val="both"/>
      </w:pPr>
      <w:r>
        <w:t>2. Định kỳ chậm nhất là ngày thứ 5 hàng tuần, tổ chức thu phí phải gửi số tiền phí đã thu được trong tuần trước vào tài khoản phí chờ nộp ngân sách của tổ chức thu phí mở tại Kho bạc Nhà nước. Tổ chức thu phí, lệ phí thực hiện kê khai, nộp phí, lệ phí thu được vào ngân sách nhà nước, quyết toán phí theo quy định tại Thông tư số 74/2022/TT-BTC.</w:t>
      </w:r>
    </w:p>
    <w:p>
      <w:pPr>
        <w:jc w:val="both"/>
      </w:pPr>
      <w:r>
        <w:t>3. Tổ chức thu phí, lệ phí thực hiện nộp số tiền phí thu được theo tỷ lệ quy định tại Điều 5 Thông tư này và 100% số tiền lệ phí thu được vào ngân sách nhà nước (tổ chức thu phí, lệ phí thuộc Trung ương quản lý nộp phí, lệ phí vào ngân sách trung ương; tổ chức thu phí, lệ phí thuộc địa phương quản lý nộp phí, lệ phí vào ngân sách địa phương) theo chương, tiểu mục của Mục lục ngân sách nhà nước.</w:t>
      </w:r>
    </w:p>
    <w:p>
      <w:pPr>
        <w:jc w:val="both"/>
      </w:pPr>
      <w:r>
        <w:rPr>
          <w:b/>
        </w:rPr>
        <w:t>Điều 5. Quản lý và sử dụng phí</w:t>
      </w:r>
    </w:p>
    <w:p>
      <w:pPr>
        <w:jc w:val="both"/>
      </w:pPr>
      <w:r>
        <w:t>1. Tổ chức thu phí phải nộp 100% số tiền phí thu được vào ngân sách nhà nước. Nguồn chi phí trang trải cho hoạt động cung cấp dịch vụ, thu phí do ngân sách nhà nước bố trí trong dự toán của tổ chức thu phí theo chế độ, định mức chi ngân sách nhà nước theo quy định của pháp luật.</w:t>
      </w:r>
    </w:p>
    <w:p>
      <w:pPr>
        <w:jc w:val="both"/>
      </w:pPr>
      <w:r>
        <w:t>2. Trường hợp tổ chức thu phí được khoán chi phí hoạt động từ nguồn thu phí theo quy định tại khoản 1 Điều 4 Nghị định số 120/2016/NĐ-CP ngày 23 tháng 8 năm 2016 của Chính phủ quy định chi tiết và hướng dẫn thi hành một số điều của Luật Phí và lệ phí được trích để lại 75% số tiền phí thu được để trang trải chi phí cung cấp dịch vụ, thu phí theo quy định tại Điều 5 Nghị định số 120/2016/NĐ-CP; nộp 25% số tiền phí thu được vào ngân sách nhà nước.</w:t>
      </w:r>
    </w:p>
    <w:p>
      <w:pPr>
        <w:jc w:val="both"/>
      </w:pPr>
      <w:r>
        <w:t>Trường hợp tại những địa phương còn khó khăn về điều kiện vật chất, chưa xây dựng được trung tâm sát hạch đủ điều kiện vật chất nhưng được Bộ Giao thông vận tải cho phép sát hạch lái xe tại các trung tâm, bãi sát hạch cũ, tổ chức thu phí được trích để lại 40% số tiền phí thu được để trang trải chi phí cung cấp dịch vụ, thu phí theo quy định tại Điều 5 Nghị định số 120/2016/NĐ-CP; nộp 60% số tiền phí thu được vào ngân sách nhà nước.</w:t>
      </w:r>
    </w:p>
    <w:p>
      <w:pPr>
        <w:jc w:val="both"/>
      </w:pPr>
      <w:r>
        <w:rPr>
          <w:b/>
        </w:rPr>
        <w:t>Điều 6. Điều khoản thi hành</w:t>
      </w:r>
    </w:p>
    <w:p>
      <w:pPr>
        <w:jc w:val="both"/>
      </w:pPr>
      <w:r>
        <w:t>1. Thông tư này có hiệu lực từ ngày 01 tháng 8 năm 2023. Thông tư này thay thế Thông tư số 188/2016/TT-BTC ngày 08 tháng 11 năm 2016 của Bộ trưởng Bộ Tài chính quy định mức thu, chế độ thu, nộp, quản lý và sử dụng phí sát hạch lái xe; lệ phí cấp bằng, chứng chỉ hoạt động trên các phương tiện và lệ phí đăng ký, cấp biển xe máy chuyên dùng.</w:t>
      </w:r>
    </w:p>
    <w:p>
      <w:pPr>
        <w:jc w:val="both"/>
      </w:pPr>
      <w:r>
        <w:t>2. Các nội dung khác liên quan đến thu, nộp, quản lý, sử dụng, chứng từ thu, công khai chế độ thu phí, lệ phí không đề cập tại Thông tư này được thực hiện theo quy định tại các văn bản: Luật Phí và lệ phí; Nghị định số 120/2016/NĐ-CP; Luật Quản lý thuế;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 Nghị định số 11/2020/NĐ-CP ngày 20 tháng 01 năm 2020 của Chính phủ quy định về thủ tục hành chính thuộc lĩnh vực Kho bạc Nhà nước; Nghị định số 123/2020/NĐ-CP ngày 19 tháng 10 năm 2020 của Chính phủ quy định về hóa đơn, chứng từ; Thông tư số 78/2021/TT-BTC ngày 17 tháng 9 năm 2021 của Bộ trưởng Bộ Tài chính hướng dẫn thực hiện một số điều của Luật Quản lý thuế ngày 13 tháng 6 năm 2019, Nghị định số 123/2020/NĐ-CP ngày 19 tháng 10 năm 2020 của Chính phủ quy định về hóa đơn, chứng từ.</w:t>
      </w:r>
    </w:p>
    <w:p>
      <w:pPr>
        <w:jc w:val="both"/>
      </w:pPr>
      <w:r>
        <w:t>3. Trong quá trình thực hiện, nếu các văn bản liên quan viện dẫn tại Thông tư này được sửa đổi, bổ sung hoặc thay thế thì thực hiện theo văn bản mới được sửa đổi, bổ sung hoặc thay thế.</w:t>
      </w:r>
    </w:p>
    <w:p>
      <w:pPr>
        <w:jc w:val="both"/>
      </w:pPr>
      <w:r>
        <w:t>4. Trong quá trình thực hiện nếu có vướng mắc, đề nghị cơ quan, tổ chức, cá nhân phản ánh kịp thời về Bộ Tài chính để nghiên cứu, hướng dẫn sửa đổi, bổ sung phù hợp./.</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HĐNĐ, UBND các tỉnh, thành phố trực thuộc TW;</w:t>
      </w:r>
    </w:p>
    <w:p>
      <w:pPr>
        <w:jc w:val="both"/>
      </w:pPr>
      <w:r>
        <w:t>- Cơ quan Trung ương của các Hội, Đoàn thể;</w:t>
      </w:r>
    </w:p>
    <w:p>
      <w:pPr>
        <w:jc w:val="both"/>
      </w:pPr>
      <w:r>
        <w:t>- Hội đồng dân tộc;</w:t>
      </w:r>
    </w:p>
    <w:p>
      <w:pPr>
        <w:jc w:val="both"/>
      </w:pPr>
      <w:r>
        <w:t>- Ủy ban tài chính, ngân sách;</w:t>
      </w:r>
    </w:p>
    <w:p>
      <w:pPr>
        <w:jc w:val="both"/>
      </w:pPr>
      <w:r>
        <w:t>- Sở Tài chính, KBNN các tỉnh, thành phố trực thuộc TW;</w:t>
      </w:r>
    </w:p>
    <w:p>
      <w:pPr>
        <w:jc w:val="both"/>
      </w:pPr>
      <w:r>
        <w:t>- Cục Kiểm tra văn bản quy phạm pháp luật, Bộ Tư pháp;</w:t>
      </w:r>
    </w:p>
    <w:p>
      <w:pPr>
        <w:jc w:val="both"/>
      </w:pPr>
      <w:r>
        <w:t>- Công báo, Cổng Thông tin điện tử của Chính phủ;</w:t>
      </w:r>
    </w:p>
    <w:p>
      <w:pPr>
        <w:jc w:val="both"/>
      </w:pPr>
      <w:r>
        <w:t>- Cổng Thông tin điện tử của Bộ Tài chính;</w:t>
      </w:r>
    </w:p>
    <w:p>
      <w:pPr>
        <w:jc w:val="both"/>
      </w:pPr>
      <w:r>
        <w:t>- Các đơn vị thuộc Bộ Tài chính;</w:t>
      </w:r>
    </w:p>
    <w:p>
      <w:pPr>
        <w:jc w:val="both"/>
      </w:pPr>
      <w:r>
        <w:t>- Lưu: VT, Vụ CST (270b).</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legal.giangpham.asia/van-ban/163728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