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KHOA HỌC VÀ CÔNG NGHỆ</w:t>
      </w:r>
    </w:p>
    <w:p>
      <w:pPr>
        <w:jc w:val="both"/>
      </w:pPr>
      <w:r>
        <w:t>CỘNG HÒA XÃ HỘI CHỦ NGHĨA VIỆT NAM</w:t>
      </w:r>
    </w:p>
    <w:p>
      <w:pPr>
        <w:jc w:val="both"/>
      </w:pPr>
      <w:r>
        <w:t>Độc lập – Tự do – Hạnh phúc</w:t>
      </w:r>
    </w:p>
    <w:p>
      <w:pPr>
        <w:jc w:val="both"/>
      </w:pPr>
      <w:r>
        <w:t>Số: 11/2022/TT-BKHCN</w:t>
      </w:r>
    </w:p>
    <w:p>
      <w:pPr>
        <w:jc w:val="both"/>
      </w:pPr>
      <w:r>
        <w:t>Hà Nội, ngày 10 tháng 8 năm 2022</w:t>
      </w:r>
    </w:p>
    <w:p>
      <w:pPr>
        <w:jc w:val="center"/>
      </w:pPr>
      <w:r>
        <w:rPr>
          <w:b/>
        </w:rPr>
        <w:t>THÔNG TƯ</w:t>
      </w:r>
    </w:p>
    <w:p>
      <w:pPr>
        <w:jc w:val="both"/>
      </w:pPr>
      <w:r>
        <w:t>Bãi bỏ các văn bản quy phạm pháp luật do</w:t>
      </w:r>
    </w:p>
    <w:p>
      <w:pPr>
        <w:jc w:val="both"/>
      </w:pPr>
      <w:r>
        <w:t>Bộ trưởng Bộ Khoa học và Công nghệ ban hành</w:t>
      </w:r>
    </w:p>
    <w:p>
      <w:pPr>
        <w:jc w:val="both"/>
      </w:pPr>
      <w:r>
        <w:t>quy định về phương pháp xác định tỷ lệ nội địa hóa đối với ô tô</w:t>
      </w:r>
    </w:p>
    <w:p>
      <w:pPr>
        <w:jc w:val="both"/>
      </w:pPr>
      <w:r>
        <w:t>________________________________</w:t>
      </w:r>
    </w:p>
    <w:p>
      <w:pPr>
        <w:jc w:val="both"/>
      </w:pPr>
      <w:r>
        <w:t>Căn cứ Luật Ban hành văn bản quy phạm pháp luật ngày 22 tháng 6 năm 2015;</w:t>
      </w:r>
    </w:p>
    <w:p>
      <w:pPr>
        <w:jc w:val="both"/>
      </w:pPr>
      <w:r>
        <w:t>Căn cứ Luật sửa đổi, bổ sung một số điều của Luật Ban hành văn bản quy phạm pháp luật ngày 18 tháng 6 năm 2020;</w:t>
      </w:r>
    </w:p>
    <w:p>
      <w:pPr>
        <w:jc w:val="both"/>
      </w:pPr>
      <w:r>
        <w:t>Căn cứ Nghị định số 116/2017/NĐ-CP ngày 17 tháng 10 năm 2017 của Chính phủ quy định điều kiện sản xuất, lắp ráp, nhập khẩu và kinh doanh dịch vụ bảo hành, bảo dưỡng ô tô;</w:t>
      </w:r>
    </w:p>
    <w:p>
      <w:pPr>
        <w:jc w:val="both"/>
      </w:pPr>
      <w:r>
        <w:t>Căn cứ Nghị định số 57/2020/NĐ-CP ngày 25 tháng 5 năm 2020 của Chính phủ sửa đổi, bổ sung một số điều của Nghị định số 122/2016/NĐ-CP ngày 01 tháng 9 năm 2016 của Chính phủ về Biểu thuế xuất khẩu, Biểu thu nhập khẩu ưu đãi, Danh mục hàng hóa và mức thuế tuyệt đối, thuế hỗn hợp, thuế nhập khẩu ngoài hạn ngạch thuế quan và Nghị định số 125/2017/NĐ-CP ngày 16 tháng 11 năm 2017 sửa đổi, bổ sung một số điều của Nghị định số 122/2016/NĐ-CP ;</w:t>
      </w:r>
    </w:p>
    <w:p>
      <w:pPr>
        <w:jc w:val="both"/>
      </w:pPr>
      <w:r>
        <w:t>Căn cứ Nghị định số 95/2017/NĐ-CP ngày 16 tháng 8 năm 2017 của Chính phủ quy định chức năng, nhiệm vụ, quyền hạn và cơ cấu tổ chức của Bộ Khoa học và Công nghệ;</w:t>
      </w:r>
    </w:p>
    <w:p>
      <w:pPr>
        <w:jc w:val="both"/>
      </w:pPr>
      <w:r>
        <w:t>Theo đề nghị của Vụ trưởng Vụ Đánh giá, Thẩm định và Giám định công nghệ và Vụ trưởng Vụ Pháp chế;</w:t>
      </w:r>
    </w:p>
    <w:p>
      <w:pPr>
        <w:jc w:val="both"/>
      </w:pPr>
      <w:r>
        <w:t>Bộ trưởng Bộ Khoa học và Công nghệ ban hành Thông tư bãi bỏ các văn bản quy phạm pháp luật do Bộ trưởng Bộ Khoa học và Công nghệ ban hành quy định về phương pháp xác định tỷ lệ nội địa hóa đối với ô tô.</w:t>
      </w:r>
    </w:p>
    <w:p>
      <w:pPr>
        <w:jc w:val="both"/>
      </w:pPr>
      <w:r>
        <w:rPr>
          <w:b/>
        </w:rPr>
        <w:t>Điều 1. Bãi bỏ toàn bộ các văn bản quy phạm pháp luật</w:t>
      </w:r>
    </w:p>
    <w:p>
      <w:pPr>
        <w:jc w:val="both"/>
      </w:pPr>
      <w:r>
        <w:t>Bãi bỏ toàn bộ các văn bản quy phạm pháp luật sau đây:</w:t>
      </w:r>
    </w:p>
    <w:p>
      <w:pPr>
        <w:jc w:val="both"/>
      </w:pPr>
      <w:r>
        <w:t>1. Quyết định số 28/2004/QĐ-BKHCN ngày 01 tháng 10 năm 2004 của Bộ trưởng Bộ Khoa học và Công nghệ về phương pháp xác định tỷ lệ nội địa hóa đối với ô tô;</w:t>
      </w:r>
    </w:p>
    <w:p>
      <w:pPr>
        <w:jc w:val="both"/>
      </w:pPr>
      <w:r>
        <w:t>2. Quyết định số 05/2005/QĐ-BKHCN ngày 11 tháng 5 năm 2005 của Bộ trưởng Bộ Khoa học và Công nghệ về việc sửa đổi, bổ sung Quyết định số 28/2004/QĐ-BKHCN ngày 01 tháng 10 năm 2004 của Bộ trưởng Bộ Khoa học và Công nghệ về phương pháp xác định tỷ lệ nội địa hóa đối với ô tô;</w:t>
      </w:r>
    </w:p>
    <w:p>
      <w:pPr>
        <w:jc w:val="both"/>
      </w:pPr>
      <w:r>
        <w:t>3. Thông tư số 05/2012/TT-BKHCN ngày 12 tháng 3 năm 2012 của Bộ trưởng Bộ Khoa học và Công nghệ về việc sửa đổi, bổ sung Điều 1 Quyết định số 05/2005/QĐ-BKHCN ngày 11 tháng 5 năm 2005 của Bộ trưởng Bộ Khoa học và Công nghệ về việc sửa đổi, bổ sung Quyết định số 28/2004/QĐ-BKHCN ngày 01 tháng 10 năm 2004 về phương pháp xác định tỷ lệ nội địa hóa đối với ô tô.</w:t>
      </w:r>
    </w:p>
    <w:p>
      <w:pPr>
        <w:jc w:val="both"/>
      </w:pPr>
      <w:r>
        <w:rPr>
          <w:b/>
        </w:rPr>
        <w:t>Điều 2. Điều khoản thi hành</w:t>
      </w:r>
    </w:p>
    <w:p>
      <w:pPr>
        <w:jc w:val="both"/>
      </w:pPr>
      <w:r>
        <w:t>Thông tư này có hiệu lực từ ngày 01 tháng 10 năm 2022./.</w:t>
      </w:r>
    </w:p>
    <w:p>
      <w:pPr>
        <w:jc w:val="both"/>
      </w:pPr>
      <w:r>
        <w:t>KT. BỘ TRƯỞNG</w:t>
      </w:r>
    </w:p>
    <w:p>
      <w:pPr>
        <w:jc w:val="both"/>
      </w:pPr>
      <w:r>
        <w:t>THỨ TRƯỞNG</w:t>
      </w:r>
    </w:p>
    <w:p>
      <w:pPr>
        <w:jc w:val="both"/>
      </w:pPr>
      <w:r>
        <w:t>(Đã ký)</w:t>
      </w:r>
    </w:p>
    <w:p>
      <w:pPr>
        <w:jc w:val="both"/>
      </w:pPr>
      <w:r>
        <w:t>Lê Xuân Định</w:t>
      </w:r>
    </w:p>
    <w:p>
      <w:r>
        <w:rPr>
          <w:i/>
        </w:rPr>
        <w:t>Nguồn: Cơ sở dữ liệu quốc gia về văn bản pháp luật (Bộ Tư pháp). VietSmart Legal, legal.giangpham.asia/van-ban/160094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