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11/2022/TT-BTNMT</w:t>
      </w:r>
    </w:p>
    <w:p>
      <w:pPr>
        <w:jc w:val="both"/>
      </w:pPr>
      <w:r>
        <w:t>Hà Nội, ngày 20 tháng 10 năm 2022</w:t>
      </w:r>
    </w:p>
    <w:p>
      <w:pPr>
        <w:jc w:val="center"/>
      </w:pPr>
      <w:r>
        <w:rPr>
          <w:b/>
        </w:rPr>
        <w:t>THÔNG TƯ</w:t>
      </w:r>
    </w:p>
    <w:p>
      <w:pPr>
        <w:jc w:val="both"/>
      </w:pPr>
      <w:r>
        <w:t>Sửa đổi, bổ sung một số điều của một số thông tư liên quan đến</w:t>
      </w:r>
    </w:p>
    <w:p>
      <w:pPr>
        <w:jc w:val="both"/>
      </w:pPr>
      <w:r>
        <w:t>hoạt động kinh doanh thuộc phạm vi chức năng quản lý nhà nước của</w:t>
      </w:r>
    </w:p>
    <w:p>
      <w:pPr>
        <w:jc w:val="both"/>
      </w:pPr>
      <w:r>
        <w:t>Bộ Tài nguyên và Môi trường</w:t>
      </w:r>
    </w:p>
    <w:p>
      <w:pPr>
        <w:jc w:val="both"/>
      </w:pPr>
      <w:r>
        <w:t>___________________</w:t>
      </w:r>
    </w:p>
    <w:p>
      <w:pPr>
        <w:jc w:val="both"/>
      </w:pPr>
      <w:r>
        <w:t>Căn cứ Luật Tài nguyên nước ngày 21 tháng 6 năm 2012;</w:t>
      </w:r>
    </w:p>
    <w:p>
      <w:pPr>
        <w:jc w:val="both"/>
      </w:pPr>
      <w:r>
        <w:t>Căn cứ Luật Đất đai ngày 29 tháng 11 năm 2013;</w:t>
      </w:r>
    </w:p>
    <w:p>
      <w:pPr>
        <w:jc w:val="both"/>
      </w:pPr>
      <w:r>
        <w:t>Căn cứ Luật Khí tượng thủy văn ngày 23 tháng 11 năm 2015;</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Nghị định số 201/2013/NĐ-CP ngày 27 tháng 11 năm 2013 của Chính phủ quy định chi tiết thi hành một số điều của Luật Tài nguyên nước;</w:t>
      </w:r>
    </w:p>
    <w:p>
      <w:pPr>
        <w:jc w:val="both"/>
      </w:pPr>
      <w:r>
        <w:t>Căn cứ Nghị định số 43/2014/NĐ-CP ngày 15 tháng 5 năm 2014 của Chính phủ quy định chi tiết thi hành một số điều của Luật Đất đai;</w:t>
      </w:r>
    </w:p>
    <w:p>
      <w:pPr>
        <w:jc w:val="both"/>
      </w:pPr>
      <w:r>
        <w:t>Căn cứ Nghị định số 44/2014/NĐ-CP ngày 15 tháng 5 năm 2014 của Chính phủ quy định về giá đất;</w:t>
      </w:r>
    </w:p>
    <w:p>
      <w:pPr>
        <w:jc w:val="both"/>
      </w:pPr>
      <w: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p>
      <w:pPr>
        <w:jc w:val="both"/>
      </w:pPr>
      <w:r>
        <w:t>Căn cứ Nghị định số 36/2017/NĐ-CP ngày 04 tháng 4 năm 2017 của Chính phủ quy định chức năng, nhiệm vụ, quyền hạn và cơ cấu tổ chức của Bộ Tài nguyên và Môi trường;</w:t>
      </w:r>
    </w:p>
    <w:p>
      <w:pPr>
        <w:jc w:val="both"/>
      </w:pPr>
      <w:r>
        <w:t>Theo đề nghị của Tổng cục trưởng các Tổng cục: Quản lý đất đai, Khí tượng thủy văn; Cục trưởng các Cục: Quản lý tài nguyên nước; Biến đổi khí hậu và Vụ trưởng Vụ Pháp chế;</w:t>
      </w:r>
    </w:p>
    <w:p>
      <w:pPr>
        <w:jc w:val="both"/>
      </w:pPr>
      <w:r>
        <w:t>Bộ trưởng Bộ Tài nguyên và Môi trường ban hành Thông tư sửa đổi, bổ sung một số điều của một số thông tư liên quan đến hoạt động kinh doanh thuộc phạm vi chức năng quản lý nhà nước của Bộ Tài nguyên và Môi trường.</w:t>
      </w:r>
    </w:p>
    <w:p>
      <w:pPr>
        <w:jc w:val="both"/>
      </w:pPr>
      <w:r>
        <w:rPr>
          <w:b/>
        </w:rPr>
        <w:t>Điều 1. Sửa đổi, bổ sung một số điều của một số thông tư liên quan đến hoạt động kinh doanh</w:t>
      </w:r>
    </w:p>
    <w:p>
      <w:pPr>
        <w:jc w:val="both"/>
      </w:pPr>
      <w:r>
        <w:t>1. Sửa đổi một số điều của Thông tư số 30/2014/TT-BTNMT ngày 02 tháng 6 năm 2014 của Bộ trưởng Bộ Tài nguyên và Môi trường quy định về hồ sơ giao đất, cho thuê đất, chuyển mục đích sử dụng đất, thu hồi đất như sau:</w:t>
      </w:r>
    </w:p>
    <w:p>
      <w:pPr>
        <w:jc w:val="both"/>
      </w:pPr>
      <w:r>
        <w:t>a) Sửa đổi điểm a khoản 2 Điều 3 như sau:</w:t>
      </w:r>
    </w:p>
    <w:p>
      <w:pPr>
        <w:jc w:val="both"/>
      </w:pPr>
      <w:r>
        <w:t>“a) Giấy tờ quy định tại điểm a khoản 1 Điều này;”</w:t>
      </w:r>
    </w:p>
    <w:p>
      <w:pPr>
        <w:jc w:val="both"/>
      </w:pPr>
      <w:r>
        <w:t>b) Sửa đổi khoản 1 Điều 4 như sau:</w:t>
      </w:r>
    </w:p>
    <w:p>
      <w:pPr>
        <w:jc w:val="both"/>
      </w:pPr>
      <w:r>
        <w:t>“1. Người xin giao đất, thuê đất nộp 01 bộ hồ sơ các giấy tờ quy định tại điểm a khoản 1 Điều 3 của Thông tư này.”</w:t>
      </w:r>
    </w:p>
    <w:p>
      <w:pPr>
        <w:jc w:val="both"/>
      </w:pPr>
      <w:r>
        <w:t>c) Bãi bỏ điểm c, d khoản 1 Điều 3;</w:t>
      </w:r>
    </w:p>
    <w:p>
      <w:pPr>
        <w:jc w:val="both"/>
      </w:pPr>
      <w:r>
        <w:t>d) Sửa đổi Mẫu số 01 (Đơn xin giao đất/cho thuê đất/cho phép chuyển mục đích sử dụng đất), Mẫu số 04 (Hợp đồng cho thuê đất) và Mẫu số 07 (Thông báo thu hồi đất) quy định tại Phụ lục số I kèm theo Thông tư này.</w:t>
      </w:r>
    </w:p>
    <w:p>
      <w:pPr>
        <w:jc w:val="both"/>
      </w:pPr>
      <w:r>
        <w:t>2. Sửa đổi, bổ sung khoản 1 Điều 7 Thông tư số 07/2015/TT-BTNMT ngày 26 tháng 02 năm 2015 của Bộ trưởng Bộ Tài nguyên và Môi trường quy định việc lập phương án sử dụng đất; lập hồ sơ ranh giới sử dụng đất; đo đạc, lập bản đồ địa chính; xác định giá thuê đất; giao đất, cho thuê đất và cấp giấy chứng nhận quyền sử dụng đất, quyền sở hữu nhà ở và tài sản khác gắn liền với đất đối với công ty nông, lâm nghiệp như sau:</w:t>
      </w:r>
    </w:p>
    <w:p>
      <w:pPr>
        <w:jc w:val="both"/>
      </w:pPr>
      <w:r>
        <w:t>“1. Hồ sơ phương án sử dụng đất của công ty nông, lâm nghiệp được lập thành</w:t>
      </w:r>
    </w:p>
    <w:p>
      <w:pPr>
        <w:jc w:val="both"/>
      </w:pPr>
      <w:r>
        <w:t>01 bộ nộp trực tiếp hoặc qua đường bưu điện đến Sở Tài nguyên và Môi trường hoặc qua hệ thống dịch vụ công trực tuyến để thẩm định. Hồ sơ bao gồm:</w:t>
      </w:r>
    </w:p>
    <w:p>
      <w:pPr>
        <w:jc w:val="both"/>
      </w:pPr>
      <w:r>
        <w:t>a) Báo cáo thuyết minh tổng hợp phương án sử dụng đất và Biểu kèm theo, lập theo mẫu quy định tại Phụ lục số 01 kèm theo Thông tư này;</w:t>
      </w:r>
    </w:p>
    <w:p>
      <w:pPr>
        <w:jc w:val="both"/>
      </w:pPr>
      <w:r>
        <w:t>b) Tờ trình đề nghị phê duyệt phương án sử dụng đất quy định tại Phụ lục số 12 kèm theo Thông tư này;</w:t>
      </w:r>
    </w:p>
    <w:p>
      <w:pPr>
        <w:jc w:val="both"/>
      </w:pPr>
      <w:r>
        <w:t>c) Bản đồ phương án sử dụng đất của công ty nông, lâm nghiệp.”</w:t>
      </w:r>
    </w:p>
    <w:p>
      <w:pPr>
        <w:jc w:val="both"/>
      </w:pPr>
      <w:r>
        <w:t>3. Sửa đổi một số điều của Thông tư số 61/2015/TT-BTNMT ngày 15 tháng 12 năm 2015 của Bộ trưởng Bộ Tài nguyên và Môi trường quy định về cấp và quản lý chứng chỉ định giá đất như sau:</w:t>
      </w:r>
    </w:p>
    <w:p>
      <w:pPr>
        <w:jc w:val="both"/>
      </w:pPr>
      <w:r>
        <w:t>a) Sửa đổi điểm c khoản 1 Điều 3 (được sửa đổi, bổ sung bởi khoản 1 Điều 6 Thông tư số 09/2021/TT-BTNMT ngày 30 tháng 6 năm 2021 của Bộ trưởng Bộ Tài nguyên và Môi trường sửa đổi, bổ sung một số điều của các Thông tư quy định chi tiết và hướng dẫn thi hành Luật đất đai) như sau:</w:t>
      </w:r>
    </w:p>
    <w:p>
      <w:pPr>
        <w:jc w:val="both"/>
      </w:pPr>
      <w:r>
        <w:t>“c) Trang 3 in chữ màu đen gồm: dòng chữ Quốc hiệu; “CHỨNG CHỈ ĐỊNH GIÁ ĐẤT”; “TỔNG CỤC TRƯỞNG TỔNG CỤC QUẢN LÝ ĐẤT ĐAI” ; “Cấp cho ông/bà:”; "Ngày sinh:”; “Quốc tịch:”; “Số CMND/CCCD/Hộ chiếu/Định danh cá nhân”; “Ngày cấp”; “Nơi cấp”; “Được hành nghề tư vấn xác định giá đất trong phạm vi cả nước”; ngày, tháng, năm ký Chứng chỉ định giá đất; người ký Chứng chỉ định giá đất;”</w:t>
      </w:r>
    </w:p>
    <w:p>
      <w:pPr>
        <w:jc w:val="both"/>
      </w:pPr>
      <w:r>
        <w:t>b) Sửa đổi điểm a khoản 2 Điều 5 như sau:</w:t>
      </w:r>
    </w:p>
    <w:p>
      <w:pPr>
        <w:jc w:val="both"/>
      </w:pPr>
      <w:r>
        <w:t>“a) Nộp hồ sơ đề nghị cấp Chứng chỉ định giá đất: Người đề nghị cấp Chứng chỉ định giá đất nộp 01 bộ hồ sơ trực tiếp hoặc gửi qua đường bưu điện đến Văn phòng Tiếp nhận và Trả kết quả giải quyết thủ tục hành chính của Bộ Tài nguyên và Môi trường hoặc qua hệ thống dịch vụ công trực tuyến.</w:t>
      </w:r>
    </w:p>
    <w:p>
      <w:pPr>
        <w:jc w:val="both"/>
      </w:pPr>
      <w:r>
        <w:t>Đối với hình thức nộp hồ sơ trên môi trường điện tử, thành phần hồ sơ là bản sao chứng thực điện tử;”</w:t>
      </w:r>
    </w:p>
    <w:p>
      <w:pPr>
        <w:jc w:val="both"/>
      </w:pPr>
      <w:r>
        <w:t>c) Bãi bỏ Điều 4; điểm b, d khoản 1 Điều 5;</w:t>
      </w:r>
    </w:p>
    <w:p>
      <w:pPr>
        <w:jc w:val="both"/>
      </w:pPr>
      <w:r>
        <w:t>d) Sửa đổi Phụ lục số 01 (Mẫu chứng chỉ định giá đất) (được thay thế bởi khoản 9 Điều 11 Thông tư số 09/2021/TT-BTNMT), Phụ lục số 02 (Đơn đề nghị cấp chứng chỉ định giá đất), Phụ lục số 03 (Giấy xác nhận thời gian thực tế làm việc theo ngành, chuyên ngành), Phụ lục số 04 (Đơn đề nghị cấp đổi, cấp lại chứng chỉ định giá đất) quy định tại Phụ lục số III ban hành kèm theo Thông tư này.</w:t>
      </w:r>
    </w:p>
    <w:p>
      <w:pPr>
        <w:jc w:val="both"/>
      </w:pPr>
      <w:r>
        <w:t>4. Sửa đổi một số điều của Thông tư số 40/2014/TT-BTNMT ngày 11 tháng 7 năm 2014 của Bộ trưởng Bộ Tài nguyên và Môi trường quy định việc hành nghề khoan nước dưới đất như sau:</w:t>
      </w:r>
    </w:p>
    <w:p>
      <w:pPr>
        <w:jc w:val="both"/>
      </w:pPr>
      <w:r>
        <w:t>a) Sửa đổi khoản 2 Điều 11 như sau:</w:t>
      </w:r>
    </w:p>
    <w:p>
      <w:pPr>
        <w:jc w:val="both"/>
      </w:pPr>
      <w:r>
        <w:t>“2. Sở Tài nguyên và Môi trường trực thuộc Ủy ban nhân dân tỉnh, thành phố trực thuộc Trung ương (sau đây gọi chung là Sở Tài nguyên và Môi trường) cấp, gia hạn, điều chỉnh nội dung, cấp lại, đình chỉ hiệu lực, thu hồi giấy phép hành nghề khoan nước dưới đất quy mô vừa và nhỏ theo quy định tại điểm a và điểm b khoản 1 Điều 5 của Thông tư này đối với các tổ chức, cá nhân có nơi đăng ký thường trú trên địa bàn.”</w:t>
      </w:r>
    </w:p>
    <w:p>
      <w:pPr>
        <w:jc w:val="both"/>
      </w:pPr>
      <w:r>
        <w:t>b) Sửa đổi Điều 12 và Điều 13 như sau:</w:t>
      </w:r>
    </w:p>
    <w:p>
      <w:pPr>
        <w:jc w:val="both"/>
      </w:pPr>
      <w:r>
        <w:t>“Điều 12. Cơ quan tiếp nhận, thẩm định và quản lý hồ sơ cấp phép</w:t>
      </w:r>
    </w:p>
    <w:p>
      <w:pPr>
        <w:jc w:val="both"/>
      </w:pPr>
      <w:r>
        <w:t>1. Văn phòng Tiếp nhận và Trả kết quả giải quyết thủ tục hành chính của Bộ Tài nguyên và Môi trường có trách nhiệm tiếp nhận và trả kết quả giải quyết thủ tục hành chính thuộc thẩm quyền cấp phép của Bộ Tài nguyên và Môi trường. Cục Quản lý tài nguyên nước thuộc Bộ Tài nguyên và Môi trường có trách nhiệm thẩm định và quản lý hồ sơ, giấy phép thuộc thẩm quyền cấp phép của Bộ Tài nguyên và Môi trường.</w:t>
      </w:r>
    </w:p>
    <w:p>
      <w:pPr>
        <w:jc w:val="both"/>
      </w:pPr>
      <w:r>
        <w:t>2. Cơ quan chuyên môn về lĩnh vực tài nguyên nước thuộc Sở Tài nguyên và Môi trường (sau đây gọi là cơ quan chuyên môn về lĩnh vực tài nguyên nước) có trách nhiệm tiếp nhận, thẩm định và quản lý hồ sơ, giấy phép thuộc thẩm quyền cấp phép của Sở Tài nguyên và Môi trường. Trường hợp địa phương đã tổ chức Bộ phận một cửa hoặc Trung tâm Phục vụ hành chính công thì thực hiện việc tiếp nhận hồ sơ và trả kết quả qua Bộ phận Một cửa hoặc Trung tâm Phục vụ hành chính công.</w:t>
      </w:r>
    </w:p>
    <w:p>
      <w:pPr>
        <w:jc w:val="both"/>
      </w:pPr>
      <w:r>
        <w:rPr>
          <w:b/>
        </w:rPr>
        <w:t>Điều 13. Trình tự, thủ tục cấp phép</w:t>
      </w:r>
    </w:p>
    <w:p>
      <w:pPr>
        <w:jc w:val="both"/>
      </w:pPr>
      <w:r>
        <w:t>1. Hồ sơ đề nghị cấp phép hành nghề khoan nước dưới đất bao gồm:</w:t>
      </w:r>
    </w:p>
    <w:p>
      <w:pPr>
        <w:jc w:val="both"/>
      </w:pPr>
      <w:r>
        <w:t>a) Đơn đề nghị cấp phép hành nghề khoan nước dưới đất (theo Mẫu số 01 ban hành kèm theo Thông tư này);</w:t>
      </w:r>
    </w:p>
    <w:p>
      <w:pPr>
        <w:jc w:val="both"/>
      </w:pPr>
      <w:r>
        <w:t>b) Bản sao có chứng thực hoặc bản sao chụp có xác nhận của cơ quan cấp văn bằng, chứng chỉ của người chịu trách nhiệm chính về kỹ thuật theo quy định của pháp luật và hợp đồng lao động đối với trường hợp tổ chức, cá nhân đề nghị cấp phép hợp đồng lao động với người chịu trách nhiệm chính về kỹ thuật; trường hợp chỉ có bản sao chụp thì phải kèm bản chính để đối chiếu;</w:t>
      </w:r>
    </w:p>
    <w:p>
      <w:pPr>
        <w:jc w:val="both"/>
      </w:pPr>
      <w:r>
        <w:t>c) Bản khai kinh nghiệm chuyên môn trong hoạt động khoan nước dưới đất của người chịu trách nhiệm chính về kỹ thuật của tổ chức, cá nhân đề nghị cấp phép (theo Mẫu số 02 ban hành kèm theo Thông tư này).</w:t>
      </w:r>
    </w:p>
    <w:p>
      <w:pPr>
        <w:jc w:val="both"/>
      </w:pPr>
      <w:r>
        <w:t>2. Nộp hồ sơ:</w:t>
      </w:r>
    </w:p>
    <w:p>
      <w:pPr>
        <w:jc w:val="both"/>
      </w:pPr>
      <w:r>
        <w:t>a) Tổ chức, cá nhân đề nghị cấp phép nộp 01 bộ hồ sơ trực tiếp hoặc gửi qua đường bưu điện hoặc gửi bản điện tử qua hệ thống dịch vụ công trực tuyến đến cơ quan thụ lý hồ sơ cấp phép;</w:t>
      </w:r>
    </w:p>
    <w:p>
      <w:pPr>
        <w:jc w:val="both"/>
      </w:pPr>
      <w:r>
        <w:t>b) Đối với hình thức nộp hồ sơ trên môi trường điện tử, thành phần hồ sơ phải nộp là các bản sao chứng thực điện tử.</w:t>
      </w:r>
    </w:p>
    <w:p>
      <w:pPr>
        <w:jc w:val="both"/>
      </w:pPr>
      <w:r>
        <w:t>3. Tiếp nhận hồ sơ:</w:t>
      </w:r>
    </w:p>
    <w:p>
      <w:pPr>
        <w:jc w:val="both"/>
      </w:pPr>
      <w:r>
        <w:t>Trong thời hạn không quá 03 ngày làm việc, kể từ ngày nhận hồ sơ, cơ quan thụ lý hồ sơ cấp phép có trách nhiệm xem xét, kiểm tra tính đầy đủ, hợp lệ của hồ sơ. Trường hợp hồ sơ đề nghị cấp phép chưa đầy đủ, không hợp lệ, cơ quan thụ lý hồ sơ cấp phép trả lại hồ sơ và thông báo bằng văn bản cho tổ chức, cá nhân đề nghị cấp phép để bổ sung, hoàn thiện hồ sơ theo quy định.</w:t>
      </w:r>
    </w:p>
    <w:p>
      <w:pPr>
        <w:jc w:val="both"/>
      </w:pPr>
      <w:r>
        <w:t>4. Thẩm định hồ sơ:</w:t>
      </w:r>
    </w:p>
    <w:p>
      <w:pPr>
        <w:jc w:val="both"/>
      </w:pPr>
      <w:r>
        <w:t>a) Trong thời hạn không quá 15 ngày kể từ ngày nhận đủ hồ sơ hợp lệ, cơ quan thụ lý hồ sơ cấp phép có trách nhiệm thẩm định và trình cơ quan có thẩm quyền quyết định cấp phép; trường hợp hồ sơ không đủ điều kiện để cấp phép thì trả lại hồ sơ và thông báo bằng văn bản nêu rõ lý do không cấp phép cho tổ chức, cá nhân đề nghị cấp phép;</w:t>
      </w:r>
    </w:p>
    <w:p>
      <w:pPr>
        <w:jc w:val="both"/>
      </w:pPr>
      <w:r>
        <w:t>b) Nội dung thẩm định hồ sơ bao gồm:</w:t>
      </w:r>
    </w:p>
    <w:p>
      <w:pPr>
        <w:jc w:val="both"/>
      </w:pPr>
      <w:r>
        <w:t>Căn cứ pháp lý của việc đề nghị cấp phép hành nghề; sự đáp ứng các điều kiện hành nghề theo quy định;</w:t>
      </w:r>
    </w:p>
    <w:p>
      <w:pPr>
        <w:jc w:val="both"/>
      </w:pPr>
      <w:r>
        <w:t>Trường hợp cần thiết, cơ quan thụ lý hồ sơ cấp phép có văn bản yêu cầu tổ chức, cá nhân đề nghị cấp phép giải trình, bổ sung để làm rõ nội dung hồ sơ; tổ chức kiểm tra thực tế điều kiện hành nghề, năng lực chuyên môn kỹ thuật của tổ chức, cá nhân đề nghị cấp phép hoặc đề nghị cơ quan chuyên môn về lĩnh vực tài nguyên nước địa phương nơi đăng ký thường trú của tổ chức, cá nhân đề nghị cấp phép tiến hành kiểm tra thực tế. Cơ quan được đề nghị kiểm tra có trách nhiệm kiểm tra và trả lời bằng văn bản cho cơ quan thụ lý hồ sơ cấp phép trong thời hạn không quá 07 ngày làm việc kể từ ngày nhận được văn bản đề nghị kiểm tra.</w:t>
      </w:r>
    </w:p>
    <w:p>
      <w:pPr>
        <w:jc w:val="both"/>
      </w:pPr>
      <w:r>
        <w:t>5. Quyết định cấp phép:</w:t>
      </w:r>
    </w:p>
    <w:p>
      <w:pPr>
        <w:jc w:val="both"/>
      </w:pPr>
      <w:r>
        <w:t>a) Trong thời hạn không quá 03 ngày làm việc kể từ ngày nhận được hồ sơ trình cấp phép, cơ quan có thẩm quyền cấp phép quyết định cấp giấy phép hành nghề (theo Mẫu số 03 ban hành kèm theo Thông tư này). Trường hợp không chấp nhận cấp phép, trong thời hạn không quá 02 ngày làm việc, cơ quan thụ lý hồ sơ phải thông báo bằng văn bản cho tổ chức, cá nhân đề nghị cấp phép, trong đó nêu rõ lý do không cấp phép;</w:t>
      </w:r>
    </w:p>
    <w:p>
      <w:pPr>
        <w:jc w:val="both"/>
      </w:pPr>
      <w:r>
        <w:t>b) Giấy phép đã cấp được giao trực tiếp cho tổ chức, cá nhân đề nghị cấp phép tại cơ quan thụ lý hồ sơ cấp phép hoặc được gửi qua đường bưu điện sau khi chủ giấy phép đã nộp đầy đủ phí và lệ phí theo quy định.”</w:t>
      </w:r>
    </w:p>
    <w:p>
      <w:pPr>
        <w:jc w:val="both"/>
      </w:pPr>
      <w:r>
        <w:t>c) Sửa đổi khoản 1 Điều 14 như sau:</w:t>
      </w:r>
    </w:p>
    <w:p>
      <w:pPr>
        <w:jc w:val="both"/>
      </w:pPr>
      <w:r>
        <w:t>“1. Hồ sơ đề nghị gia hạn, điều chỉnh nội dung giấy phép hành nghề khoan nước dưới đất bao gồm:</w:t>
      </w:r>
    </w:p>
    <w:p>
      <w:pPr>
        <w:jc w:val="both"/>
      </w:pPr>
      <w:r>
        <w:t>a) Đơn đề nghị gia hạn, điều chỉnh nội dung giấy phép hành nghề khoan nước dưới đất (theo Mẫu số 04 ban hành kèm theo Thông tư này);</w:t>
      </w:r>
    </w:p>
    <w:p>
      <w:pPr>
        <w:jc w:val="both"/>
      </w:pPr>
      <w:r>
        <w:t>b) Bảng tổng hợp các công trình khoan nước dưới đất do tổ chức, cá nhân thực hiện trong thời gian sử dụng giấy phép đã được cấp (theo Mẫu số 05 ban hành kèm theo Thông tư này);</w:t>
      </w:r>
    </w:p>
    <w:p>
      <w:pPr>
        <w:jc w:val="both"/>
      </w:pPr>
      <w:r>
        <w:t>c) Đối với trường hợp đề nghị gia hạn giấy phép mà có sự thay đổi người chịu trách nhiệm chính về kỹ thuật thì ngoài những tài liệu quy định tại điểm a và điểm b khoản này, hồ sơ đề nghị gia hạn giấy phép còn bao gồm:</w:t>
      </w:r>
    </w:p>
    <w:p>
      <w:pPr>
        <w:jc w:val="both"/>
      </w:pPr>
      <w:r>
        <w:t>Bản sao có chứng thực hoặc bản sao chụp có xác nhận của cơ quan cấp văn bằng, chứng chỉ của người chịu trách nhiệm chính về kỹ thuật theo quy định của pháp luật và hợp đồng lao động đối với trường hợp tổ chức, cá nhân đề nghị cấp phép hợp đồng lao động với người chịu trách nhiệm chính về kỹ thuật; trường hợp chỉ có bản sao chụp thì phải kèm bản chính để đối chiếu.</w:t>
      </w:r>
    </w:p>
    <w:p>
      <w:pPr>
        <w:jc w:val="both"/>
      </w:pPr>
      <w:r>
        <w:t>Bản khai kinh nghiệm chuyên môn trong hoạt động khoan nước dưới đất của người chịu trách nhiệm chính về kỹ thuật (theo Mẫu số 02 ban hành kèm theo Thông tư này);</w:t>
      </w:r>
    </w:p>
    <w:p>
      <w:pPr>
        <w:jc w:val="both"/>
      </w:pPr>
      <w:r>
        <w:t>d) Đối với trường hợp đề nghị điều chỉnh nội dung giấy phép, ngoài những tài liệu quy định tại điểm a và điểm b khoản này, hồ sơ đề nghị điều chỉnh nội dung giấy phép còn bao gồm giấy tờ, tài liệu chứng minh việc thay đổi nơi đăng ký thường trú (đối với trường hợp thay đổi địa chỉ trụ sở chính của tổ chức hoặc nơi đăng ký thường trú của cá nhân hộ gia đình hành nghề) hoặc các tài liệu chứng minh điều kiện năng lực đáp ứng quy mô hành nghề theo quy định (đối với trường hợp đề nghị điều chỉnh quy mô hành nghề).”</w:t>
      </w:r>
    </w:p>
    <w:p>
      <w:pPr>
        <w:jc w:val="both"/>
      </w:pPr>
      <w:r>
        <w:t>d) Sửa đổi khoản 2 Điều 17 như sau:</w:t>
      </w:r>
    </w:p>
    <w:p>
      <w:pPr>
        <w:jc w:val="both"/>
      </w:pPr>
      <w:r>
        <w:t>“2. Sở Tài nguyên và Môi trường có trách nhiệm quản lý cấp giấy phép hành nghề khoan nước dưới đất quy mô vừa và nhỏ trên địa bàn; hằng năm tổng hợp, báo cáo Ủy ban nhân dân cấp tỉnh và Cục Quản lý tài nguyên nước tình hình cấp phép hành nghề của các tổ chức, cá nhân trên địa bàn (theo Mẫu số 09 ban hành kèm theo Thông tư này) trước ngày 15 tháng 12 hằng năm.”;</w:t>
      </w:r>
    </w:p>
    <w:p>
      <w:pPr>
        <w:jc w:val="both"/>
      </w:pPr>
      <w:r>
        <w:t>đ) Sửa đổi Mẫu số 01, Mẫu số 02, Mẫu số 03, Mẫu số 04, Mẫu số 06 và Mẫu số 07 quy định tại Phụ lục số IV ban hành kèm theo Thông tư này.</w:t>
      </w:r>
    </w:p>
    <w:p>
      <w:pPr>
        <w:jc w:val="both"/>
      </w:pPr>
      <w:r>
        <w:t>5. Sửa đổi một số điều của Thông tư số 09/2016/TT-BTNMT ngày 16 tháng 5 năm 2016 của Bộ trưởng Bộ Tài nguyên và Môi trường quy định việc xây dựng, thẩm định kế hoạch tác động vào thời tiết như sau:</w:t>
      </w:r>
    </w:p>
    <w:p>
      <w:pPr>
        <w:jc w:val="both"/>
      </w:pPr>
      <w:r>
        <w:t>a) Sửa đổi Điều 5 như sau:</w:t>
      </w:r>
    </w:p>
    <w:p>
      <w:pPr>
        <w:jc w:val="both"/>
      </w:pPr>
      <w:r>
        <w:t>“Điều 5. Tiếp nhận và trả kết quả giải quyết Hồ sơ đề nghị thẩm định kế hoạch tác động vào thời tiết</w:t>
      </w:r>
    </w:p>
    <w:p>
      <w:pPr>
        <w:jc w:val="both"/>
      </w:pPr>
      <w:r>
        <w:t>1. Hồ sơ đề nghị thẩm định kế hoạch tác động vào thời tiết gồm:</w:t>
      </w:r>
    </w:p>
    <w:p>
      <w:pPr>
        <w:jc w:val="both"/>
      </w:pPr>
      <w:r>
        <w:t>a) Văn bản đề nghị phê duyệt kế hoạch tác động vào thời tiết được lập theo Phụ lục số 02 Thông tư này;</w:t>
      </w:r>
    </w:p>
    <w:p>
      <w:pPr>
        <w:jc w:val="both"/>
      </w:pPr>
      <w:r>
        <w:t>b) Kế hoạch tác động vào thời tiết quy định tại Điều 3 của Thông tư này kèm theo hồ sơ lấy ý kiến của cộng đồng dân cư khu vực trực tiếp chịu ảnh hưởng;</w:t>
      </w:r>
    </w:p>
    <w:p>
      <w:pPr>
        <w:jc w:val="both"/>
      </w:pPr>
      <w:r>
        <w:t>c) Đối với hình thức nộp hồ sơ trên môi trường điện tử, thành phần hồ sơ là bản sao chứng thực điện tử.</w:t>
      </w:r>
    </w:p>
    <w:p>
      <w:pPr>
        <w:jc w:val="both"/>
      </w:pPr>
      <w:r>
        <w:t>2. Cơ quan, tổ chức đề nghị thẩm định kế hoạch nộp 01 bộ hồ sơ trực tiếp hoặc gửi qua đường bưu điện đến Văn phòng Tiếp nhận và Trả kết quả giải quyết thủ tục hành chính của Bộ Tài nguyên và Môi trường hoặc qua hệ thống dịch vụ công trực tuyến. Trong thời hạn 02 ngày làm việc kể từ ngày nhận được hồ sơ, cơ quan tiếp nhận hồ sơ kiểm tra hồ sơ, trường hợp hồ sơ chưa đúng quy định, cơ quan tiếp nhận hồ sơ hướng dẫn một lần bằng văn bản cho cơ quan, tổ chức để bổ sung, hoàn thiện; trường hợp hồ sơ đúng quy định, cơ quan tiếp nhận hồ sơ lập phiếu tiếp nhận, hẹn giải quyết hồ sơ cho cơ quan, tổ chức đã nộp hồ sơ và chuyển hồ sơ cho cơ quan thẩm định hồ sơ.</w:t>
      </w:r>
    </w:p>
    <w:p>
      <w:pPr>
        <w:jc w:val="both"/>
      </w:pPr>
      <w:r>
        <w:t>3. Trong thời hạn không quá 02 ngày làm việc, kể từ ngày nhận được kết quả giải quyết hồ sơ, cơ quan tiếp nhận hồ sơ có trách nhiệm thông báo cho cơ quan, tổ chức đã nộp hồ sơ để nhận kết quả.”</w:t>
      </w:r>
    </w:p>
    <w:p>
      <w:pPr>
        <w:jc w:val="both"/>
      </w:pPr>
      <w:r>
        <w:t>b) Sửa đổi Điều 9 như sau:</w:t>
      </w:r>
    </w:p>
    <w:p>
      <w:pPr>
        <w:jc w:val="both"/>
      </w:pPr>
      <w:r>
        <w:t>“Điều 9. Tiếp nhận và trả kết quả giải quyết Hồ sơ đề nghị điều chỉnh kế hoạch tác động vào thời tiết</w:t>
      </w:r>
    </w:p>
    <w:p>
      <w:pPr>
        <w:jc w:val="both"/>
      </w:pPr>
      <w:r>
        <w:t>1. Điều chỉnh toàn bộ kế hoạch tác động vào thời tiết thì hồ sơ, trình tự tiếp nhận và trả kết quả giải quyết theo quy định tại Điều 5 của Thông tư này.</w:t>
      </w:r>
    </w:p>
    <w:p>
      <w:pPr>
        <w:jc w:val="both"/>
      </w:pPr>
      <w:r>
        <w:t>2. Điều chỉnh một phần kế hoạch tác động vào thời tiết:</w:t>
      </w:r>
    </w:p>
    <w:p>
      <w:pPr>
        <w:jc w:val="both"/>
      </w:pPr>
      <w:r>
        <w:t>a) Hồ sơ điều chỉnh gồm Văn bản đề nghị điều chỉnh một phần kế hoạch và Báo cáo thuyết minh điều chỉnh một phần kế hoạch. Đối với hình thức nộp hồ sơ trên môi trường điện tử, thành phần hồ sơ là bản sao chứng thực điện tử;</w:t>
      </w:r>
    </w:p>
    <w:p>
      <w:pPr>
        <w:jc w:val="both"/>
      </w:pPr>
      <w:r>
        <w:t>b) Việc tiếp nhận và trả kết quả giải quyết hồ sơ đề nghị điều chỉnh một phần kế hoạch tác động vào thời tiết theo quy định tại khoản 2 và khoản 3 Điều 5 Thông tư này.”</w:t>
      </w:r>
    </w:p>
    <w:p>
      <w:pPr>
        <w:jc w:val="both"/>
      </w:pPr>
      <w:r>
        <w:t>c) Sửa cụm từ “Cục Khí tượng Thủy văn và Biến đổi khí hậu” thành cụm từ “Tổng cục Khí tượng Thủy văn” tại căn cứ pháp lý, Điều 6, Điều 7 và Điều 11.</w:t>
      </w:r>
    </w:p>
    <w:p>
      <w:pPr>
        <w:jc w:val="both"/>
      </w:pPr>
      <w:r>
        <w:t>6. Sửa đổi một số điều của Thông tư số 15/2014/TT-BTNMT ngày 24 tháng 3 năm 2014 của Bộ trưởng Bộ Tài nguyên và Môi trường quy định việc xây dựng, cấp Thư xác nhận, cấp Thư phê duyệt dự án theo Cơ chế phát triển sạch trong khuôn khổ Nghị định thư Kyoto như sau:</w:t>
      </w:r>
    </w:p>
    <w:p>
      <w:pPr>
        <w:jc w:val="both"/>
      </w:pPr>
      <w:r>
        <w:t>a) Sửa đổi khoản 4 Điều 13 như sau:</w:t>
      </w:r>
    </w:p>
    <w:p>
      <w:pPr>
        <w:jc w:val="both"/>
      </w:pPr>
      <w:r>
        <w:t>“4. Trình tự, thủ tục điều chỉnh nội dung Thư phê duyệt:</w:t>
      </w:r>
    </w:p>
    <w:p>
      <w:pPr>
        <w:jc w:val="both"/>
      </w:pPr>
      <w:r>
        <w:t>a) Bên xây dựng dự án nộp 01 bộ hồ sơ trực tiếp hoặc gửi qua đường bưu điện đến Văn phòng Tiếp nhận và Trả kết quả giải quyết thủ tục hành chính của Bộ Tài nguyên và Môi trường hoặc qua hệ thống dịch vụ công trực tuyến;</w:t>
      </w:r>
    </w:p>
    <w:p>
      <w:pPr>
        <w:jc w:val="both"/>
      </w:pPr>
      <w:r>
        <w:t>b) Trong thời hạn không quá 01 ngày làm việc, Cục Biến đổi khí hậu kiểm tra tính đầy đủ và hợp lệ của hồ sơ. Trường hợp hồ sơ chưa đầy đủ theo quy định, Cục Biến đổi khí hậu yêu cầu bên xây dựng dự án bổ sung hồ sơ;</w:t>
      </w:r>
    </w:p>
    <w:p>
      <w:pPr>
        <w:jc w:val="both"/>
      </w:pPr>
      <w:r>
        <w:t>c) Trong thời hạn không quá 08 ngày kể từ ngày tiếp nhận hồ sơ theo quy định, Cục Biến đổi khí hậu thẩm định hồ sơ dự án và xem xét, điều chỉnh nội dung Thư phê duyệt; trường hợp không chấp thuận bên xây dựng dự án được thông báo lý do bằng văn bản;</w:t>
      </w:r>
    </w:p>
    <w:p>
      <w:pPr>
        <w:jc w:val="both"/>
      </w:pPr>
      <w:r>
        <w:t>d) Trong thời hạn tối đa 01 ngày làm việc kể từ khi quyết định việc điều chỉnh nội dung Thư phê duyệt, Văn phòng Tiếp nhận và Trả kết quả giải quyết thủ tục hành chính của Bộ Tài nguyên và Môi trường trả kết quả cho bên xây dựng dự án.”</w:t>
      </w:r>
    </w:p>
    <w:p>
      <w:pPr>
        <w:jc w:val="both"/>
      </w:pPr>
      <w:r>
        <w:t>b) Sửa cụm từ “Cục Khí tượng thủy văn và Biến đổi khí hậu” thành cụm từ “Cục Biến đổi khí hậu” tại căn cứ pháp lý; các Điều: Điều 3, Điều 6, Điều 8, Điều 9, Điều 10, Điều 12, Điều 13, Điều 15, Điều 18 và các Phụ lục: Phụ lục 01, Phụ lục 02, Phụ lục 05 và Phụ lục 06.</w:t>
      </w:r>
    </w:p>
    <w:p>
      <w:pPr>
        <w:jc w:val="both"/>
      </w:pPr>
      <w:r>
        <w:rPr>
          <w:b/>
        </w:rPr>
        <w:t>Điều 2. Hiệu lực và trách nhiệm thi hành</w:t>
      </w:r>
    </w:p>
    <w:p>
      <w:pPr>
        <w:jc w:val="both"/>
      </w:pPr>
      <w:r>
        <w:t>1. Thông tư này có hiệu lực thi hành kể từ ngày 10 tháng 12 năm 2022.</w:t>
      </w:r>
    </w:p>
    <w:p>
      <w:pPr>
        <w:jc w:val="both"/>
      </w:pPr>
      <w:r>
        <w:t>2. Điều khoản chuyển tiếp</w:t>
      </w:r>
    </w:p>
    <w:p>
      <w:pPr>
        <w:jc w:val="both"/>
      </w:pPr>
      <w:r>
        <w:t>Các yêu cầu điều kiện đầu tư kinh doanh, hồ sơ đã được tiếp nhận đầy đủ, hợp lệ trước ngày Thông tư này có hiệu lực thi hành thì xử lý theo quy định của các Thông tư hiện hành tại thời điểm tiếp nhận.</w:t>
      </w:r>
    </w:p>
    <w:p>
      <w:pPr>
        <w:jc w:val="both"/>
      </w:pPr>
      <w:r>
        <w:t>3. Tổng cục Quản lý đất đai; Tổng cục Khí tượng thủy văn; Cục Quản lý tài nguyên nước; Cục Biến đổi khí hậu và Vụ Pháp chế có trách nhiệm hướng dẫn và tổ chức thi hành Thông tư này.</w:t>
      </w:r>
    </w:p>
    <w:p>
      <w:pPr>
        <w:jc w:val="both"/>
      </w:pPr>
      <w:r>
        <w:t>4. Bộ, cơ quan ngang bộ, Ủy ban nhân dân các cấp, Sở Tài nguyên và Môi trường các tỉnh, thành phố trực thuộc Trung ương và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Thị Phương Hoa</w:t>
      </w:r>
    </w:p>
    <w:p>
      <w:r>
        <w:rPr>
          <w:i/>
        </w:rPr>
        <w:t>Nguồn: Cơ sở dữ liệu quốc gia về văn bản pháp luật (Bộ Tư pháp). VietSmart Legal, legal.giangpham.asia/van-ban/160089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