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4/2023/NĐ-CP</w:t>
      </w:r>
    </w:p>
    <w:p>
      <w:pPr>
        <w:jc w:val="both"/>
      </w:pPr>
      <w:r>
        <w:t>Hà Nội, ngày 13 tháng 02 năm 2023</w:t>
      </w:r>
    </w:p>
    <w:p>
      <w:pPr>
        <w:jc w:val="center"/>
      </w:pPr>
      <w:r>
        <w:rPr>
          <w:b/>
        </w:rPr>
        <w:t>NGHỊ ĐỊNH</w:t>
      </w:r>
    </w:p>
    <w:p>
      <w:pPr>
        <w:jc w:val="both"/>
      </w:pPr>
      <w:r>
        <w:t>S ửa đổi, bổ sung một số điều của các Nghị định liên quan đến điều kiện đầu tư kinh doanh và thủ tục hành chính thuộc phạm vi quản lý Nhà nước của Bộ Lao động - Thương binh và Xã hội</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Giáo dục nghề nghiệp ngày 27 tháng 11 năm 2014;</w:t>
      </w:r>
    </w:p>
    <w:p>
      <w:pPr>
        <w:jc w:val="both"/>
      </w:pPr>
      <w:r>
        <w:t>Căn cứ Luật An toàn, vệ sinh lao động ngày 25 tháng 6 năm 2015; Căn cứ Luật Doanh nghiệp ngày 17 tháng 6 năm 2020;</w:t>
      </w:r>
    </w:p>
    <w:p>
      <w:pPr>
        <w:jc w:val="both"/>
      </w:pPr>
      <w:r>
        <w:t>Căn cứ Luật Đầu tư ngày 17 tháng 6 năm 2020;</w:t>
      </w:r>
    </w:p>
    <w:p>
      <w:pPr>
        <w:jc w:val="both"/>
      </w:pPr>
      <w:r>
        <w:t>Theo đề nghị của Bộ trưởng Bộ Lao động - Thương binh và Xã hội;</w:t>
      </w:r>
    </w:p>
    <w:p>
      <w:pPr>
        <w:jc w:val="both"/>
      </w:pPr>
      <w:r>
        <w:t>Chính phủ ban hành Nghị định sửa đổi, bổ sung một số điều của các Nghị định liên quan đến điều kiện đầu tư kinh doanh và thủ tục hành chính thuộc phạm vi quản lý nhà nước của Bộ Lao động - Thương binh và Xã hội.</w:t>
      </w:r>
    </w:p>
    <w:p>
      <w:pPr>
        <w:jc w:val="center"/>
      </w:pPr>
      <w:r>
        <w:rPr>
          <w:b/>
        </w:rPr>
        <w:t>Chương I</w:t>
      </w:r>
    </w:p>
    <w:p>
      <w:pPr>
        <w:jc w:val="both"/>
      </w:pPr>
      <w:r>
        <w:t>LĨNH VỰC GIÁO DỤC NGHỀ NGHIỆP</w:t>
      </w:r>
    </w:p>
    <w:p>
      <w:pPr>
        <w:jc w:val="both"/>
      </w:pPr>
      <w:r>
        <w:rPr>
          <w:b/>
        </w:rPr>
        <w:t>Điều 1. Sửa đổi, bổ sung một số điều của Nghị định số 49/2018/NĐ-CP ngày 30 tháng 3 năm 2018 của Chính phủ quy định về kiểm định chất lượng giáo dục nghề nghiệp đã được sửa đổi, bổ sung một số điều theo quy định tại Nghị định số 140/2018/NĐ-CP ngày 08 tháng 10 năm 2018 của Chính phủ sửa đổi, bổ sung các Nghị định liên quan đến điều kiện đầu tư kinh doanh và thủ tục hành chính thuộc phạm vi quản lý nhà nước của Bộ Lao động - Thương binh và Xã hội</w:t>
      </w:r>
    </w:p>
    <w:p>
      <w:pPr>
        <w:jc w:val="both"/>
      </w:pPr>
      <w:r>
        <w:t>1. Sửa đổi, bổ sung Điều 7 như sau:</w:t>
      </w:r>
    </w:p>
    <w:p>
      <w:pPr>
        <w:jc w:val="both"/>
      </w:pPr>
      <w:r>
        <w:t>"Điều 7. Thẩm quyền cấp, cấp lại và thu hồi Giấy chứng nhận đủ điều kiện hoạt động kiểm định chất lượng giáo dục nghề nghiệp; đình chỉ hoạt động kiểm định chất lượng giáo dục nghề nghiệpTổng cục trưởng Tổng cục Giáo dục nghề nghiệp cấp, cấp lại và thu hồi Giấy chứng nhận đủ điều kiện hoạt động kiểm định; đình chỉ hoạt động kiểm định chất lượng giáo dục nghề nghiệp."</w:t>
      </w:r>
    </w:p>
    <w:p>
      <w:pPr>
        <w:jc w:val="both"/>
      </w:pPr>
      <w:r>
        <w:t>2. Sửa đổi, bổ sung Điều 8 như sau:</w:t>
      </w:r>
    </w:p>
    <w:p>
      <w:pPr>
        <w:jc w:val="both"/>
      </w:pPr>
      <w:r>
        <w:t>a) Sửa đổi điểm b, c, d khoản 1 như sau:</w:t>
      </w:r>
    </w:p>
    <w:p>
      <w:pPr>
        <w:jc w:val="both"/>
      </w:pPr>
      <w:r>
        <w:t>"b) Bản sao Quyết định thành lập đối với đơn vị sự nghiệp;</w:t>
      </w:r>
    </w:p>
    <w:p>
      <w:pPr>
        <w:jc w:val="both"/>
      </w:pPr>
      <w:r>
        <w:t>c) Tài liệu về người trực tiếp phụ trách hoạt động kiểm định chất lượng giáo dục nghề nghiệp của tổ chức kiểm định: Quyết định bổ nhiệm người trực tiếp phụ trách hoạt động kiểm định chất lượng giáo dục nghề nghiệp;</w:t>
      </w:r>
    </w:p>
    <w:p>
      <w:pPr>
        <w:jc w:val="both"/>
      </w:pPr>
      <w:r>
        <w:t>d) Tài liệu về kiểm định viên của tổ chức kiểm định: Bản sao các hợp đồng lao động hoặc hợp đồng làm việc ký kết giữa tổ chức kiểm định và kiểm định viên;"</w:t>
      </w:r>
    </w:p>
    <w:p>
      <w:pPr>
        <w:jc w:val="both"/>
      </w:pPr>
      <w:r>
        <w:t>b) Sửa đổi, bổ sung điểm a, b, c khoản 4 như sau:</w:t>
      </w:r>
    </w:p>
    <w:p>
      <w:pPr>
        <w:jc w:val="both"/>
      </w:pPr>
      <w:r>
        <w:t>"a) Tổ chức có nhu cầu cấp, cấp lại Giấy chứng nhận đủ điều kiện hoạt động kiểm định nộp 01 bộ hồ sơ theo quy định đến Tổng cục Giáo dục nghề nghiệp trực tiếp tại Bộ phận Một cửa hoặc thông qua dịch vụ bưu chính hoặc nộp trực tuyến tại Cổng Dịch vụ công quốc gia hoặc Cổng Dịch vụ công của Bộ Lao động - Thương binh và Xã hội;</w:t>
      </w:r>
    </w:p>
    <w:p>
      <w:pPr>
        <w:jc w:val="both"/>
      </w:pPr>
      <w:r>
        <w:t>b) Trong thời hạn 30 ngày làm việc kể từ ngày nhận đủ hồ sơ hợp lệ, căn cứ vào các quy định tại khoản 1, khoản 2 Điều 8 Nghị định này, Tổng cục Giáo dục nghề nghiệp thẩm định, trình Tổng cục trưởng Tổng cục Giáo dục nghề nghiệp cấp Giấy chứng nhận đủ điều kiện hoạt động kiểm định (Mẫu số 02 quy định tại Phụ lục I kèm theo Nghị định này). Trường hợp hồ sơ không hợp lệ, trong thời hạn 05 ngày làm việc kể từ ngày nhận được hồ sơ, Tổng cục Giáo dục nghề nghiệp có văn bản trả lời cho tổ chức có nhu cầu cấp Giấy chứng nhận đủ điều kiện hoạt động kiểm định và nêu rõ lý do;</w:t>
      </w:r>
    </w:p>
    <w:p>
      <w:pPr>
        <w:jc w:val="both"/>
      </w:pPr>
      <w:r>
        <w:t>c) Trong thời hạn 15 ngày làm việc kể từ ngày nhận đủ hồ sơ hợp lệ, căn cứ vào các quy định tại khoản 1, khoản 2 Điều 8 Nghị định này, Tổng cục Giáo dục nghề nghiệp thẩm định, trình Tổng cục trưởng Tổng cục Giáo dục nghề nghiệp cấp lại Giấy chứng nhận đủ điều kiện hoạt động kiểm định (Mẫu số 02 quy định tại Phụ lục I kèm theo Nghị định này). Trường hợp hồ sơ không hợp lệ, trong thời hạn 05 ngày làm việc kể từ ngày nhận được hồ sơ, Tổng cục Giáo dục nghề nghiệp có văn bản trả lời cho tổ chức có nhu cầu cấp lại Giấy chứng nhận đủ điều kiện hoạt động kiểm định và nêu rõ lý do;"</w:t>
      </w:r>
    </w:p>
    <w:p>
      <w:pPr>
        <w:jc w:val="both"/>
      </w:pPr>
      <w:r>
        <w:t>3. Sửa đổi, bổ sung Điều 9 như sau:</w:t>
      </w:r>
    </w:p>
    <w:p>
      <w:pPr>
        <w:jc w:val="both"/>
      </w:pPr>
      <w:r>
        <w:t>a) Sửa đổi điểm a khoản 3 như sau:</w:t>
      </w:r>
    </w:p>
    <w:p>
      <w:pPr>
        <w:jc w:val="both"/>
      </w:pPr>
      <w:r>
        <w:t>"a) Trong thời hạn 10 ngày làm việc, kể từ ngày nhận được kết luận của cơ quan có thẩm quyền theo quy định tại Điều 26 Nghị định này về hành vi vi phạm của tổ chức kiểm định quy định tại khoản 1 Điều 9 Nghị định này, Tổng cục trưởng Tổng cục Giáo dục nghề nghiệp quyết định đình chỉ hoạt động kiểm định chất lượng giáo dục nghề nghiệp;"</w:t>
      </w:r>
    </w:p>
    <w:p>
      <w:pPr>
        <w:jc w:val="both"/>
      </w:pPr>
      <w:r>
        <w:t>b) Sửa đổi, bổ sung điểm b khoản 4 như sau:</w:t>
      </w:r>
    </w:p>
    <w:p>
      <w:pPr>
        <w:jc w:val="both"/>
      </w:pPr>
      <w:r>
        <w:t>"b) Trình tự thực hiện:</w:t>
      </w:r>
    </w:p>
    <w:p>
      <w:pPr>
        <w:jc w:val="both"/>
      </w:pPr>
      <w:r>
        <w:t>- Tổ chức kiểm định gửi 01 bộ hồ sơ đề nghị cho phép tiếp tục hoạt động kiểm định chất lượng giáo dục nghề nghiệp theo quy định đến Tổng cục Giáo dục nghề nghiệp trực tiếp tại Bộ phận Một cửa hoặc thông qua dịch vụ bưu chính hoặc nộp trực tuyến tại Cổng Dịch vụ công quốc gia hoặc Cổng Dịch vụ công của Bộ Lao động - Thương binh và Xã hội;</w:t>
      </w:r>
    </w:p>
    <w:p>
      <w:pPr>
        <w:jc w:val="both"/>
      </w:pPr>
      <w:r>
        <w:t>- Trong thời hạn 30 ngày làm việc kể từ ngày nhận đủ hồ sơ hợp lệ, Tổng cục Giáo dục nghề nghiệp xem xét, trình Tổng cục trưởng Tổng cục Giáo dục nghề nghiệp quyết định cho phép tổ chức kiểm định tiếp tục hoạt động kiểm định chất lượng giáo dục nghề nghiệp. Trường hợp hồ sơ không hợp lệ, trong thời hạn 05 ngày làm việc kể từ ngày nhận được hồ sơ, Tổng cục Giáo dục nghề nghiệp có văn bản trả lời cho tổ chức đề nghị cho phép tiếp tục hoạt động kiểm định chất lượng giáo dục nghề nghiệp và nêu rõ lý do;"</w:t>
      </w:r>
    </w:p>
    <w:p>
      <w:pPr>
        <w:jc w:val="both"/>
      </w:pPr>
      <w:r>
        <w:t>4. Sửa đổi, bổ sung Điều 10 như sau:</w:t>
      </w:r>
    </w:p>
    <w:p>
      <w:pPr>
        <w:jc w:val="both"/>
      </w:pPr>
      <w:r>
        <w:t>a) Sửa đổi, bổ sung điểm b khoản 2 như sau:</w:t>
      </w:r>
    </w:p>
    <w:p>
      <w:pPr>
        <w:jc w:val="both"/>
      </w:pPr>
      <w:r>
        <w:t>"b) Trường hợp bị buộc thu hồi Giấy chứng nhận đủ điều kiện hoạt động kiểm định, hồ sơ phải có các chứng cứ dẫn đến buộc thu hồi Giấy chứng nhận đủ điều kiện hoạt động kiểm định."</w:t>
      </w:r>
    </w:p>
    <w:p>
      <w:pPr>
        <w:jc w:val="both"/>
      </w:pPr>
      <w:r>
        <w:t>b) Sửa đổi, bổ sung khoản 3 như sau:</w:t>
      </w:r>
    </w:p>
    <w:p>
      <w:pPr>
        <w:jc w:val="both"/>
      </w:pPr>
      <w:r>
        <w:t>"3. Trình tự thu hồi Giấy chứng nhận đủ điều kiện hoạt động kiểm định</w:t>
      </w:r>
    </w:p>
    <w:p>
      <w:pPr>
        <w:jc w:val="both"/>
      </w:pPr>
      <w:r>
        <w:t>a) Trường hợp tổ chức kiểm định đề nghị chấm dứt hoạt động kiểm định chất lượng giáo dục nghề nghiệp:</w:t>
      </w:r>
    </w:p>
    <w:p>
      <w:pPr>
        <w:jc w:val="both"/>
      </w:pPr>
      <w:r>
        <w:t>Tổ chức kiểm định gửi 01 bộ hồ sơ đề nghị chấm dứt hoạt động kiểm định chất lượng giáo dục nghề nghiệp đến Tổng cục Giáo dục nghề nghiệp trực tiếp tại Bộ phận Một cửa hoặc thông qua dịch vụ bưu chính hoặc nộp trực tuyến tại Cổng Dịch vụ công quốc gia hoặc Cổng Dịch vụ công của Bộ Lao động - Thương binh và Xã hội;</w:t>
      </w:r>
    </w:p>
    <w:p>
      <w:pPr>
        <w:jc w:val="both"/>
      </w:pPr>
      <w:r>
        <w:t>Trong thời hạn 30 ngày làm việc kể từ ngày nhận đủ hồ sơ hợp lệ, Tổng cục Giáo dục nghề nghiệp xem xét, trình Tổng cục trưởng Tổng cục Giáo dục nghề nghiệp quyết định thu hồi Giấy chứng nhận đủ điều kiện hoạt động kiểm định. Trường hợp hồ sơ không hợp lệ, trong thời hạn 05 ngày làm việc kể từ ngày nhận được hồ sơ, Tổng cục Giáo dục nghề nghiệp có văn bản trả lời cho tổ chức kiểm định đề nghị chấm dứt hoạt động kiểm định chất lượng giáo dục nghề nghiệp và nêu rõ lý do.</w:t>
      </w:r>
    </w:p>
    <w:p>
      <w:pPr>
        <w:jc w:val="both"/>
      </w:pPr>
      <w:r>
        <w:t>b) Trường hợp bị buộc thu hồi Giấy chứng nhận đủ điều kiện hoạt động kiểm định, trong thời hạn 10 ngày làm việc kể từ ngày nhận đủ hồ sơ hợp lệ, Tổng cục Giáo dục nghề nghiệp lập hồ sơ, trình Tổng cục trưởng Tổng cục Giáo dục nghề nghiệp quyết định thu hồi Giấy chứng nhận đủ điều kiện hoạt động kiểm định."</w:t>
      </w:r>
    </w:p>
    <w:p>
      <w:pPr>
        <w:jc w:val="both"/>
      </w:pPr>
      <w:r>
        <w:t>5. Sửa đổi, bổ sung khoản 2 Điều 18 như sau:</w:t>
      </w:r>
    </w:p>
    <w:p>
      <w:pPr>
        <w:jc w:val="both"/>
      </w:pPr>
      <w:r>
        <w:t>"2. Cá nhân có nhu cầu cấp thẻ kiểm định viên gửi 01 bộ hồ sơ theo quy định đến Tổng cục Giáo dục nghề nghiệp trực tiếp tại Bộ phận Một cửa hoặc thông qua dịch vụ bưu chính hoặc nộp trực tuyến tại Cổng Dịch vụ công quốc gia hoặc Cổng Dịch vụ công của Bộ Lao động - Thương binh và Xã hội. Hồ sơ bao gồm:</w:t>
      </w:r>
    </w:p>
    <w:p>
      <w:pPr>
        <w:jc w:val="both"/>
      </w:pPr>
      <w:r>
        <w:t>a) Đơn đề nghị cấp thẻ kiểm định viên (Mẫu số 05 quy định tại Phụ lục I kèm theo Nghị định này);</w:t>
      </w:r>
    </w:p>
    <w:p>
      <w:pPr>
        <w:jc w:val="both"/>
      </w:pPr>
      <w:r>
        <w:t>b) 04 ảnh màu giống nhau, cỡ 2 cm x 3 cm chụp trên nền màu sáng, mắt nhìn thẳng, đầu để trần, không đeo kính màu, mặc thường phục, được chụp trong thời gian không quá 06 tháng tính đến ngày nộp hồ sơ;</w:t>
      </w:r>
    </w:p>
    <w:p>
      <w:pPr>
        <w:jc w:val="both"/>
      </w:pPr>
      <w:r>
        <w:t>c) Bản sao văn bằng, chứng chỉ đáp ứng quy định tại các khoản 2, 4, 5 và 6 Điều 13 Nghị định này;d) Giấy chứng nhận sức khỏe do trung tâm y tế cấp huyện hoặc cấp tương đương trở lên cấp trong thời gian không quá 06 tháng tính đến ngày nộp hồ sơ."</w:t>
      </w:r>
    </w:p>
    <w:p>
      <w:pPr>
        <w:jc w:val="both"/>
      </w:pPr>
      <w:r>
        <w:t>6. Sửa đổi, bổ sung khoản 3 Điều 19 như sau:</w:t>
      </w:r>
    </w:p>
    <w:p>
      <w:pPr>
        <w:jc w:val="both"/>
      </w:pPr>
      <w:r>
        <w:t>"3. Cá nhân có nhu cầu cấp lại thẻ kiểm định viên gửi 01 bộ hồ sơ theo quy định đến Tổng cục Giáo dục nghề nghiệp trực tiếp tại Bộ phận Một cửa hoặc thông qua dịch vụ bưu chính hoặc nộp trực tuyến tại Cổng Dịch vụ công quốc gia hoặc Cổng Dịch vụ công của Bộ Lao động - Thương binh và Xã hội. Hồ sơ bao gồm:</w:t>
      </w:r>
    </w:p>
    <w:p>
      <w:pPr>
        <w:jc w:val="both"/>
      </w:pPr>
      <w:r>
        <w:t>a) Đơn đề nghị cấp lại thẻ kiểm định viên (Mẫu số 05 quy định tại Phụ lục I kèm theo Nghị định này);</w:t>
      </w:r>
    </w:p>
    <w:p>
      <w:pPr>
        <w:jc w:val="both"/>
      </w:pPr>
      <w:r>
        <w:t>b) 04 ảnh màu giống nhau, cỡ 2 cm x 3 cm chụp trên nền màu sáng, mắt nhìn thẳng, đầu để trần, không đeo kính màu, mặc thường phục, được chụp trong thời gian không quá 6 tháng tính đến ngày nộp hồ sơ;</w:t>
      </w:r>
    </w:p>
    <w:p>
      <w:pPr>
        <w:jc w:val="both"/>
      </w:pPr>
      <w:r>
        <w:t>c) Bản khai quá trình tham gia hoạt động liên quan đến kiểm định chất lượng giáo dục nghề nghiệp trong thời gian thẻ kiểm định viên còn giá trị sử dụng và bản sao các hợp đồng ký với tổ chức kiểm định để thực hiện đánh giá ngoài (nếu có);</w:t>
      </w:r>
    </w:p>
    <w:p>
      <w:pPr>
        <w:jc w:val="both"/>
      </w:pPr>
      <w:r>
        <w:t>d) Thẻ kiểm định viên đã được cấp bị hỏng hoặc hết thời hạn."</w:t>
      </w:r>
    </w:p>
    <w:p>
      <w:pPr>
        <w:jc w:val="both"/>
      </w:pPr>
      <w:r>
        <w:t>7. Thay thế Mẫu số 01, 02 tại Phụ lục kèm theo Nghị định số 49/2018/NĐ-CP bằng Mẫu số 01 tại Phụ lục I kèm theo Nghị định này.</w:t>
      </w:r>
    </w:p>
    <w:p>
      <w:pPr>
        <w:jc w:val="both"/>
      </w:pPr>
      <w:r>
        <w:t>8. Thay thế Mẫu số 03, 04, 05 tại Phụ lục kèm theo Nghị định số 49/2018/NĐ-CP lần lượt bằng Mẫu số 02, 03, 04 tại Phụ lục I kèm theo Nghị định này.</w:t>
      </w:r>
    </w:p>
    <w:p>
      <w:pPr>
        <w:jc w:val="both"/>
      </w:pPr>
      <w:r>
        <w:t>9. Thay thế Mẫu số 08, 09 tại Phụ lục kèm theo Nghị định số 49/2018/NĐ-CP bằng Mẫu số 05 tại Phụ lục I kèm theo Nghị định này.</w:t>
      </w:r>
    </w:p>
    <w:p>
      <w:pPr>
        <w:jc w:val="both"/>
      </w:pPr>
      <w:r>
        <w:rPr>
          <w:b/>
        </w:rPr>
        <w:t>Điều 2. Bãi bỏ khoản 2 và khoản 3 Điều 25 Nghị định số 49/2018/NĐ-CP ngày 30 tháng 3 năm 2018 của Chính phủ quy định về kiểm định chất lượng giáo dục nghề nghiệp</w:t>
      </w:r>
    </w:p>
    <w:p>
      <w:pPr>
        <w:jc w:val="center"/>
      </w:pPr>
      <w:r>
        <w:rPr>
          <w:b/>
        </w:rPr>
        <w:t>Chương II</w:t>
      </w:r>
    </w:p>
    <w:p>
      <w:pPr>
        <w:jc w:val="both"/>
      </w:pPr>
      <w:r>
        <w:t>LĨNH VỰC AN TOÀN, VỆ SINH LAO ĐỘNG</w:t>
      </w:r>
    </w:p>
    <w:p>
      <w:pPr>
        <w:jc w:val="both"/>
      </w:pPr>
      <w:r>
        <w:rPr>
          <w:b/>
        </w:rPr>
        <w:t>Điều 3. Sửa đổi, bổ sung một số điều của Nghị định số 44/2016/NĐ-CP ngày 15 tháng 5 năm 2016 của Chính phủ quy định chi tiết một số điều của Luật An toàn, vệ sinh lao động về hoạt động kiểm định kỹ thuật an toàn lao động, huấn luyện an toàn, vệ sinh lao động và quan trắc môi trường lao động</w:t>
      </w:r>
    </w:p>
    <w:p>
      <w:pPr>
        <w:jc w:val="both"/>
      </w:pPr>
      <w:r>
        <w:t>1. Sửa đổi, bổ sung khoản 1 Điều 13 như sau:</w:t>
      </w:r>
    </w:p>
    <w:p>
      <w:pPr>
        <w:jc w:val="both"/>
      </w:pPr>
      <w:r>
        <w:t>"1. Cá nhân có nhu cầu cấp, cấp lại chứng chỉ kiểm định viên gửi 01 bộ hồ sơ đến cơ quan có thẩm quyền trực tiếp tại Bộ phận Một cửa hoặc thông qua dịch vụ bưu chính hoặc nộp trực tuyến tại Cổng Dịch vụ công quốc gia hoặc Cổng Dịch vụ công của các bộ có thẩm quyền cấp Giấy chứng nhận đủ điều kiện hoạt động kiểm định quy định tại Phụ lục Ib ban hành kèm theo Nghị định này."</w:t>
      </w:r>
    </w:p>
    <w:p>
      <w:pPr>
        <w:jc w:val="both"/>
      </w:pPr>
      <w:r>
        <w:t>2. Sửa đổi, bổ sung khoản 2 Điều 16 như sau:</w:t>
      </w:r>
    </w:p>
    <w:p>
      <w:pPr>
        <w:jc w:val="both"/>
      </w:pPr>
      <w:r>
        <w:t>"2. Khai báo đến Sở Lao động - Thương binh và Xã hội tại địa phương bằng hình thức nộp trực tiếp tại Bộ phận Một cửa hoặc thông qua dịch vụ bưu chính hoặc nộp trực tuyến tại Cổng Dịch vụ công quốc gia hoặc Cổng dịch vụ công của tỉnh, thành phố trực thuộc trung ương trong khoảng thời gian 30 ngày kể từ ngày đưa vào sử dụng các loại máy, thiết bị, vật tư có yêu cầu nghiêm ngặt về an toàn lao động, trừ pháp luật chuyên ngành có quy định khác."</w:t>
      </w:r>
    </w:p>
    <w:p>
      <w:pPr>
        <w:jc w:val="both"/>
      </w:pPr>
      <w:r>
        <w:t>3. Thay thế mẫu "Đơn đề nghị cấp Giấy chứng nhận đủ điều kiện hoạt động kiểm định kỹ thuật an toàn lao động" tại Phụ lục Ia Nghị định số 44/2016/NĐ-CP bằng Mẫu số 01 tại Phụ lục II ban hành kèm theo Nghị định này.</w:t>
      </w:r>
    </w:p>
    <w:p>
      <w:pPr>
        <w:jc w:val="both"/>
      </w:pPr>
      <w:r>
        <w:t>4. Thay thế mẫu "Đơn đề nghị cấp lại (gia hạn) Giấy chứng nhận đủ điều kiện hoạt động kiểm định kỹ thuật an toàn lao động" tại Phụ lục Ia Nghị định số 44/2016/NĐ-CP bằng Mẫu số 02 tại Phụ lục II ban hành kèm theo Nghị định này.</w:t>
      </w:r>
    </w:p>
    <w:p>
      <w:pPr>
        <w:jc w:val="both"/>
      </w:pPr>
      <w:r>
        <w:t>5. Thay thế mẫu "Đơn đề nghị cấp Chứng chỉ kiểm định viên" tại Phụ lục Ic Nghị định 44/2016/NĐ-CP bằng Mẫu số 03 tại Phụ lục II ban hành kèm theo Nghị định này.</w:t>
      </w:r>
    </w:p>
    <w:p>
      <w:pPr>
        <w:jc w:val="both"/>
      </w:pPr>
      <w:r>
        <w:t>6. Thay thế Phụ lục Iđ Nghị định số 44/2016/NĐ-CP bằng Mẫu số 04 tại Phụ lục II ban hành kèm theo Nghị định này.</w:t>
      </w:r>
    </w:p>
    <w:p>
      <w:pPr>
        <w:jc w:val="both"/>
      </w:pPr>
      <w:r>
        <w:rPr>
          <w:b/>
        </w:rPr>
        <w:t>Điều 4. Bãi bỏ khoản 5 Điều 11 Nghị định số 44/2016/NĐ-CP ngày 15 tháng 5 năm 2016 của Chính phủ quy định chi tiết một số điều của Luật An toàn, vệ sinh lao động về hoạt động kiểm định kỹ thuật an toàn lao động, huấn luyện an toàn, vệ sinh lao động và quan trắc môi trường lao động</w:t>
      </w:r>
    </w:p>
    <w:p>
      <w:pPr>
        <w:jc w:val="center"/>
      </w:pPr>
      <w:r>
        <w:rPr>
          <w:b/>
        </w:rPr>
        <w:t>Chương III</w:t>
      </w:r>
    </w:p>
    <w:p>
      <w:pPr>
        <w:jc w:val="both"/>
      </w:pPr>
      <w:r>
        <w:t>TỔ CHỨC THỰC HIỆN</w:t>
      </w:r>
    </w:p>
    <w:p>
      <w:pPr>
        <w:jc w:val="both"/>
      </w:pPr>
      <w:r>
        <w:rPr>
          <w:b/>
        </w:rPr>
        <w:t>Điều 5. Hiệu lực thi hành và tổ chức thực hiện</w:t>
      </w:r>
    </w:p>
    <w:p>
      <w:pPr>
        <w:jc w:val="both"/>
      </w:pPr>
      <w:r>
        <w:t>1. Nghị định này có hiệu lực kể từ ngày ký ban hành.</w:t>
      </w:r>
    </w:p>
    <w:p>
      <w:pPr>
        <w:jc w:val="both"/>
      </w:pPr>
      <w:r>
        <w:t>2. Trường hợp thủ tục hành chính phát sinh trước ngày Nghị định này có hiệu lực thi hành thì tiếp tục thực hiện theo quy định tại Nghị định số 49/2018/NĐ-CP ngày 30 tháng 3 năm 2018 của Chính phủ quy định về kiểm định chất lượng giáo dục nghề nghiệp đã được sửa đổi, bổ sung một số điều theo quy định tại Nghị định số 140/2018/NĐ-CP ngày 08 tháng 10 năm 2018 của Chính phủ sửa đổi, bổ sung các Nghị định liên quan đến điều kiện đầu tư kinh doanh và thủ tục hành chính thuộc phạm vi quản lý nhà nước của Bộ Lao động - Thương binh và Xã hội và Nghị định số 44/2016/NĐ-CP ngày 15 tháng 5 năm 2016 của Chính phủ quy định chi tiết một số điều của Luật An toàn, vệ sinh lao động về hoạt động kiểm định kỹ thuật an toàn lao động, huấn luyện an toàn, vệ sinh lao động và quan trắc môi trường lao động.</w:t>
      </w:r>
    </w:p>
    <w:p>
      <w:pPr>
        <w:jc w:val="both"/>
      </w:pPr>
      <w:r>
        <w:t>3. Các Bộ trưởng, Thủ trưởng cơ quan ngang bộ, Thủ trưởng cơ quan thuộc Chính phủ, Chủ tịch Ủy ban nhân dân tỉnh, thành phố trực thuộc trung ương chịu trách nhiệm hướng dẫn và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pPr>
        <w:jc w:val="both"/>
      </w:pPr>
      <w:r>
        <w:t>PHỤ LỤC I</w:t>
      </w:r>
    </w:p>
    <w:p>
      <w:pPr>
        <w:jc w:val="both"/>
      </w:pPr>
      <w:r>
        <w:t>BIỂU MẪU VỀ GIÁO DỤC NGHỀ NGHIỆP</w:t>
      </w:r>
    </w:p>
    <w:p>
      <w:pPr>
        <w:jc w:val="both"/>
      </w:pPr>
      <w:r>
        <w:t>(Kèm theo Nghị định số 04 /2023/NĐ-CP ngày 13 tháng 02 năm 2023 của Chính phủ)</w:t>
      </w:r>
    </w:p>
    <w:p>
      <w:pPr>
        <w:jc w:val="both"/>
      </w:pPr>
      <w:r>
        <w:t>Mẫu số 01</w:t>
      </w:r>
    </w:p>
    <w:p>
      <w:pPr>
        <w:jc w:val="both"/>
      </w:pPr>
      <w:r>
        <w:t>Đơn đề nghị cấp/cấp lại Giấy chứng nhận đủ điều kiện hoạt động kiểm định chất lượng giáo dục nghề nghiệp</w:t>
      </w:r>
    </w:p>
    <w:p>
      <w:pPr>
        <w:jc w:val="both"/>
      </w:pPr>
      <w:r>
        <w:t>Mẫu số 02</w:t>
      </w:r>
    </w:p>
    <w:p>
      <w:pPr>
        <w:jc w:val="both"/>
      </w:pPr>
      <w:r>
        <w:t>Giấy chứng nhận đủ điều kiện hoạt động kiểm định chất lượng giáo dục nghề nghiệp</w:t>
      </w:r>
    </w:p>
    <w:p>
      <w:pPr>
        <w:jc w:val="both"/>
      </w:pPr>
      <w:r>
        <w:t>Mẫu số 03</w:t>
      </w:r>
    </w:p>
    <w:p>
      <w:pPr>
        <w:jc w:val="both"/>
      </w:pPr>
      <w:r>
        <w:t>Đơn đề nghị cho phép tiếp tục hoạt động kiểm định chất lượng giáo dục nghề nghiệp</w:t>
      </w:r>
    </w:p>
    <w:p>
      <w:pPr>
        <w:jc w:val="both"/>
      </w:pPr>
      <w:r>
        <w:t>Mẫu số 04</w:t>
      </w:r>
    </w:p>
    <w:p>
      <w:pPr>
        <w:jc w:val="both"/>
      </w:pPr>
      <w:r>
        <w:t>Đơn đề nghị chấm dứt hoạt động kiểm định chất lượng giáo dục nghề nghiệp</w:t>
      </w:r>
    </w:p>
    <w:p>
      <w:pPr>
        <w:jc w:val="both"/>
      </w:pPr>
      <w:r>
        <w:t>Mẫu số 05</w:t>
      </w:r>
    </w:p>
    <w:p>
      <w:pPr>
        <w:jc w:val="both"/>
      </w:pPr>
      <w:r>
        <w:t>Đơn đề nghị cấp/cấp lại thẻ kiểm định viên chất lượng giáo dục nghề nghiệp</w:t>
      </w:r>
    </w:p>
    <w:p>
      <w:pPr>
        <w:jc w:val="both"/>
      </w:pPr>
      <w:r>
        <w:t>Mẫu số 01</w:t>
      </w:r>
    </w:p>
    <w:p>
      <w:pPr>
        <w:jc w:val="both"/>
      </w:pPr>
      <w:r>
        <w:t>TÊN TỔ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ĐƠN ĐỀ NGHỊ</w:t>
      </w:r>
    </w:p>
    <w:p>
      <w:pPr>
        <w:jc w:val="both"/>
      </w:pPr>
      <w:r>
        <w:t>Cấp/cấp lại Giấy chứng nhận đủ điều kiện hoạt động kiểm định chất lượng giáo dục nghề nghiệp</w:t>
      </w:r>
    </w:p>
    <w:p>
      <w:pPr>
        <w:jc w:val="both"/>
      </w:pPr>
      <w:r>
        <w:t>Kính gửi:………………………</w:t>
      </w:r>
    </w:p>
    <w:p>
      <w:pPr>
        <w:jc w:val="both"/>
      </w:pPr>
      <w:r>
        <w:t>1. Tên tổ chức: ......................................................................................................</w:t>
      </w:r>
    </w:p>
    <w:p>
      <w:pPr>
        <w:jc w:val="both"/>
      </w:pPr>
      <w:r>
        <w:t>2. Địa chỉ trụ sở chính: .........................................................................................</w:t>
      </w:r>
    </w:p>
    <w:p>
      <w:pPr>
        <w:jc w:val="both"/>
      </w:pPr>
      <w:r>
        <w:t>3. Điện thoại: ………………Fax: ……….….E-mail: .......................................</w:t>
      </w:r>
    </w:p>
    <w:p>
      <w:pPr>
        <w:jc w:val="both"/>
      </w:pPr>
      <w:r>
        <w:t>4. Website: ...........................................................................................................</w:t>
      </w:r>
    </w:p>
    <w:p>
      <w:pPr>
        <w:jc w:val="both"/>
      </w:pPr>
      <w:r>
        <w:t>5. Quyết định thành lập/Quyết định đổi tên (nếu có)/Giấy chứng nhận đăng ký doanh nghiệp số ……..Cơ quan cấp:…………cấp ngày…………….tại ......................</w:t>
      </w:r>
    </w:p>
    <w:p>
      <w:pPr>
        <w:jc w:val="both"/>
      </w:pPr>
      <w:r>
        <w:t>6. Giấy chứng nhận đủ điều kiện hoạt động kiểm định chất lượng giáo dục nghề nghiệp: Số…………… ngày cấp: ................................................. (Đối với trường hợp đề nghị cấp lại Giấy chứng nhận đủ điều kiện hoạt động kiểm định chất lượng giáo dục nghề nghiệp).</w:t>
      </w:r>
    </w:p>
    <w:p>
      <w:pPr>
        <w:jc w:val="both"/>
      </w:pPr>
      <w:r>
        <w:t>7. Sau khi nghiên cứu quy định tại Nghị định số ……./……/NĐ-CP ngày….. tháng ... năm…. của Chính phủ, chúng tôi nhận thấy có đủ các điều kiện hoạt động kiểm định chất lượng giáo dục nghề nghiệp (Đối với trường hợp đề nghị cấp Giấy chứng nhận đủ điều kiện hoạt động kiểm định chất lượng giáo dục nghề nghiệp)</w:t>
      </w:r>
    </w:p>
    <w:p>
      <w:pPr>
        <w:jc w:val="both"/>
      </w:pPr>
      <w:r>
        <w:t>Đề nghị Tổng cục trưởng Tổng cục Giáo dục nghề nghiệp cấp/cấp lại Giấy chứng nhận đủ điều kiện hoạt động kiểm định chất lượng giáo dục nghề nghiệp.</w:t>
      </w:r>
    </w:p>
    <w:p>
      <w:pPr>
        <w:jc w:val="both"/>
      </w:pPr>
      <w:r>
        <w:t>(Đối với trường hợp đề nghị cấp lại Giấy chứng nhận đủ điều kiện hoạt động kiểm định chất lượng giáo dục nghề nghiệp, đề nghị nêu lý do cấp lại)</w:t>
      </w:r>
    </w:p>
    <w:p>
      <w:pPr>
        <w:jc w:val="both"/>
      </w:pPr>
      <w:r>
        <w:t>8. Hồ sơ kèm theo gồm:</w:t>
      </w:r>
    </w:p>
    <w:p>
      <w:pPr>
        <w:jc w:val="both"/>
      </w:pPr>
      <w:r>
        <w:t>-................................................................................................................</w:t>
      </w:r>
    </w:p>
    <w:p>
      <w:pPr>
        <w:jc w:val="both"/>
      </w:pPr>
      <w:r>
        <w:t>-………………………………………………………………………………….</w:t>
      </w:r>
    </w:p>
    <w:p>
      <w:pPr>
        <w:jc w:val="both"/>
      </w:pPr>
      <w:r>
        <w:t>(Đối với tài liệu về kiểm định viên của tổ chức kiểm định ghi rõ thông tin về số thẻ, ngày cấp thẻ kiểm định viên chất lượng giáo dục nghề nghiệp của kiểm định viên).</w:t>
      </w:r>
    </w:p>
    <w:p>
      <w:pPr>
        <w:jc w:val="both"/>
      </w:pPr>
      <w:r>
        <w:t>9. Chúng tôi cam kết:</w:t>
      </w:r>
    </w:p>
    <w:p>
      <w:pPr>
        <w:jc w:val="both"/>
      </w:pPr>
      <w:r>
        <w:t>- Chịu trách nhiệm trước pháp luật về tính chính xác và tính hợp pháp của nội dung trong đơn đề nghị này và các hồ sơ, tài liệu kèm theo.</w:t>
      </w:r>
    </w:p>
    <w:p>
      <w:pPr>
        <w:jc w:val="both"/>
      </w:pPr>
      <w:r>
        <w:t>- Thực hiện đúng các quy định về hoạt động kiểm định chất lượng giáo dục nghề nghiệp và các quy định khác của pháp luật có liên quan.</w:t>
      </w:r>
    </w:p>
    <w:p>
      <w:pPr>
        <w:jc w:val="both"/>
      </w:pPr>
      <w:r>
        <w:t>Nơi nhận:</w:t>
      </w:r>
    </w:p>
    <w:p>
      <w:pPr>
        <w:jc w:val="both"/>
      </w:pPr>
      <w:r>
        <w:t>- …..</w:t>
      </w:r>
    </w:p>
    <w:p>
      <w:pPr>
        <w:jc w:val="both"/>
      </w:pPr>
      <w:r>
        <w:t>- ..…</w:t>
      </w:r>
    </w:p>
    <w:p>
      <w:pPr>
        <w:jc w:val="both"/>
      </w:pPr>
      <w:r>
        <w:t>NGƯỜI ĐỨNG ĐẦU TỔ CHỨC</w:t>
      </w:r>
    </w:p>
    <w:p>
      <w:pPr>
        <w:jc w:val="both"/>
      </w:pPr>
      <w:r>
        <w:t>(Ký, ghi rõ họ tên và đóng dấu hoặc ký số)</w:t>
      </w:r>
    </w:p>
    <w:p>
      <w:pPr>
        <w:jc w:val="both"/>
      </w:pPr>
      <w:r>
        <w:t>Mẫu số 02</w:t>
      </w:r>
    </w:p>
    <w:p>
      <w:pPr>
        <w:jc w:val="both"/>
      </w:pPr>
      <w:r>
        <w:t>BỘ LAO ĐỘNG - THƯƠNG BINH VÀ XÃ HỘI</w:t>
      </w:r>
    </w:p>
    <w:p>
      <w:pPr>
        <w:jc w:val="both"/>
      </w:pPr>
      <w:r>
        <w:t>TỔNG CỤC GIÁO DỤC</w:t>
      </w:r>
    </w:p>
    <w:p>
      <w:pPr>
        <w:jc w:val="both"/>
      </w:pPr>
      <w:r>
        <w:t>NGHỀ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GIẤY CHỨNG NHẬN</w:t>
      </w:r>
    </w:p>
    <w:p>
      <w:pPr>
        <w:jc w:val="both"/>
      </w:pPr>
      <w:r>
        <w:t>TÊN TỔ CHỨC: …………………………………</w:t>
      </w:r>
    </w:p>
    <w:p>
      <w:pPr>
        <w:jc w:val="both"/>
      </w:pPr>
      <w:r>
        <w:t>Địa chỉ trụ sở: ..............................................................................................................</w:t>
      </w:r>
    </w:p>
    <w:p>
      <w:pPr>
        <w:jc w:val="both"/>
      </w:pPr>
      <w:r>
        <w:t>Mã số đăng ký chứng nhận: ……………………………………</w:t>
      </w:r>
    </w:p>
    <w:p>
      <w:pPr>
        <w:jc w:val="both"/>
      </w:pPr>
      <w:r>
        <w:t>ĐƯỢC CHỨNG NHẬN CÓ ĐỦ ĐIỀU KIỆN HOẠT ĐỘNG KIỂM ĐỊNH CHẤT LƯỢNG GIÁO DỤC NGHỀ NGHIỆP</w:t>
      </w:r>
    </w:p>
    <w:p>
      <w:pPr>
        <w:jc w:val="both"/>
      </w:pPr>
      <w:r>
        <w:t>Theo Quyết định số ............/QĐ-TCGDNN ngày .... tháng.... năm ....... của Tổng cục trưởng Tổng cục Giáo dục nghề nghiệp</w:t>
      </w:r>
    </w:p>
    <w:p>
      <w:pPr>
        <w:jc w:val="both"/>
      </w:pPr>
      <w:r>
        <w:t>Ngày cấp: ………………….</w:t>
      </w:r>
    </w:p>
    <w:p>
      <w:pPr>
        <w:jc w:val="both"/>
      </w:pPr>
      <w:r>
        <w:t>Cấp lần thứ: …………………..</w:t>
      </w:r>
    </w:p>
    <w:p>
      <w:pPr>
        <w:jc w:val="both"/>
      </w:pPr>
      <w:r>
        <w:t>TỔNG CỤC TRƯỞNG</w:t>
      </w:r>
    </w:p>
    <w:p>
      <w:pPr>
        <w:jc w:val="both"/>
      </w:pPr>
      <w:r>
        <w:t>(Ký tên, đóng dấu và ghi rõ họ tên)</w:t>
      </w:r>
    </w:p>
    <w:p>
      <w:pPr>
        <w:jc w:val="both"/>
      </w:pPr>
      <w:r>
        <w:t>Mẫu số 03</w:t>
      </w:r>
    </w:p>
    <w:p>
      <w:pPr>
        <w:jc w:val="both"/>
      </w:pPr>
      <w:r>
        <w:t>TÊN TỔ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ĐƠN ĐỀ NGHỊ</w:t>
      </w:r>
    </w:p>
    <w:p>
      <w:pPr>
        <w:jc w:val="both"/>
      </w:pPr>
      <w:r>
        <w:t>Cho phép tiếp tục hoạt động kiểm định chất lượng giáo dục nghề nghiệp</w:t>
      </w:r>
    </w:p>
    <w:p>
      <w:pPr>
        <w:jc w:val="both"/>
      </w:pPr>
      <w:r>
        <w:t>Kính gửi:……………………..</w:t>
      </w:r>
    </w:p>
    <w:p>
      <w:pPr>
        <w:jc w:val="both"/>
      </w:pPr>
      <w:r>
        <w:t>1. Tên tổ chức: ……………………………………………………………</w:t>
      </w:r>
    </w:p>
    <w:p>
      <w:pPr>
        <w:jc w:val="both"/>
      </w:pPr>
      <w:r>
        <w:t>2. Địa chỉ liên lạc: .……………………………………………………….</w:t>
      </w:r>
    </w:p>
    <w:p>
      <w:pPr>
        <w:jc w:val="both"/>
      </w:pPr>
      <w:r>
        <w:t>3. Điện thoại: ……………Fax: ………………… E-mail: ………………</w:t>
      </w:r>
    </w:p>
    <w:p>
      <w:pPr>
        <w:jc w:val="both"/>
      </w:pPr>
      <w:r>
        <w:t>4. Website: ………………….………………………….…………………</w:t>
      </w:r>
    </w:p>
    <w:p>
      <w:pPr>
        <w:jc w:val="both"/>
      </w:pPr>
      <w:r>
        <w:t>5. Quyết định thành lập/Giấy chứng nhận đăng ký doanh nghiệp số: ……..….. Cơ quan cấp: …………… cấp ngày ………… tại ………….………</w:t>
      </w:r>
    </w:p>
    <w:p>
      <w:pPr>
        <w:jc w:val="both"/>
      </w:pPr>
      <w:r>
        <w:t>6. Giấy chứng nhận đủ điều kiện hoạt động kiểm định chất lượng giáo dục nghề nghiệp: mã số đăng ký chứng nhận: ......................, ngày cấp:……………</w:t>
      </w:r>
    </w:p>
    <w:p>
      <w:pPr>
        <w:jc w:val="both"/>
      </w:pPr>
      <w:r>
        <w:t>7. Đề nghị Tổng cục Giáo dục nghề nghiệp xem xét và cho phép tiếp tục hoạt động kiểm định chất lượng giáo dục nghề nghiệp:</w:t>
      </w:r>
    </w:p>
    <w:p>
      <w:pPr>
        <w:jc w:val="both"/>
      </w:pPr>
      <w:r>
        <w:t>- Lý do đề nghị: ………………………………..…………………………</w:t>
      </w:r>
    </w:p>
    <w:p>
      <w:pPr>
        <w:jc w:val="both"/>
      </w:pPr>
      <w:r>
        <w:t>……………………………..…………………………………………………..</w:t>
      </w:r>
    </w:p>
    <w:p>
      <w:pPr>
        <w:jc w:val="both"/>
      </w:pPr>
      <w:r>
        <w:t>8. Tài liệu kèm theo gồm có:</w:t>
      </w:r>
    </w:p>
    <w:p>
      <w:pPr>
        <w:jc w:val="both"/>
      </w:pPr>
      <w:r>
        <w:t>- ………………;</w:t>
      </w:r>
    </w:p>
    <w:p>
      <w:pPr>
        <w:jc w:val="both"/>
      </w:pPr>
      <w:r>
        <w:t>- ………………</w:t>
      </w:r>
    </w:p>
    <w:p>
      <w:pPr>
        <w:jc w:val="both"/>
      </w:pPr>
      <w:r>
        <w:t>9. Chúng tôi cam kết:</w:t>
      </w:r>
    </w:p>
    <w:p>
      <w:pPr>
        <w:jc w:val="both"/>
      </w:pPr>
      <w:r>
        <w:t>- Chịu trách nhiệm trước pháp luật về tính chính xác và tính hợp pháp của nội dung trong đơn đề nghị này và các hồ sơ, tài liệu kèm theo;</w:t>
      </w:r>
    </w:p>
    <w:p>
      <w:pPr>
        <w:jc w:val="both"/>
      </w:pPr>
      <w:r>
        <w:t>- Thực hiện đúng các quy định về hoạt động kiểm định chất lượng giáo dục nghề nghiệp, các quy định khác của pháp luật có liên quan.</w:t>
      </w:r>
    </w:p>
    <w:p>
      <w:pPr>
        <w:jc w:val="both"/>
      </w:pPr>
      <w:r>
        <w:t>Nơi nhận:</w:t>
      </w:r>
    </w:p>
    <w:p>
      <w:pPr>
        <w:jc w:val="both"/>
      </w:pPr>
      <w:r>
        <w:t>- …</w:t>
      </w:r>
    </w:p>
    <w:p>
      <w:pPr>
        <w:jc w:val="both"/>
      </w:pPr>
      <w:r>
        <w:t>- …</w:t>
      </w:r>
    </w:p>
    <w:p>
      <w:pPr>
        <w:jc w:val="both"/>
      </w:pPr>
      <w:r>
        <w:t>NGƯỜI ĐỨNG ĐẦU TỔ CHỨC</w:t>
      </w:r>
    </w:p>
    <w:p>
      <w:pPr>
        <w:jc w:val="both"/>
      </w:pPr>
      <w:r>
        <w:t>(Ký tên, đóng dấu và ghi rõ họ tên hoặc ký số)</w:t>
      </w:r>
    </w:p>
    <w:p>
      <w:pPr>
        <w:jc w:val="both"/>
      </w:pPr>
      <w:r>
        <w:t>Mẫu số 04</w:t>
      </w:r>
    </w:p>
    <w:p>
      <w:pPr>
        <w:jc w:val="both"/>
      </w:pPr>
      <w:r>
        <w:t>TÊN TỔ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ĐƠN ĐỀ NGHỊ</w:t>
      </w:r>
    </w:p>
    <w:p>
      <w:pPr>
        <w:jc w:val="both"/>
      </w:pPr>
      <w:r>
        <w:t>Chấm dứt hoạt động kiểm định chất lượng giáo dục nghề</w:t>
      </w:r>
    </w:p>
    <w:p>
      <w:pPr>
        <w:jc w:val="both"/>
      </w:pPr>
      <w:r>
        <w:t>Kính gửi:…………………….</w:t>
      </w:r>
    </w:p>
    <w:p>
      <w:pPr>
        <w:jc w:val="both"/>
      </w:pPr>
      <w:r>
        <w:t>1. Tên tổ chức: ……………………………………………………………</w:t>
      </w:r>
    </w:p>
    <w:p>
      <w:pPr>
        <w:jc w:val="both"/>
      </w:pPr>
      <w:r>
        <w:t>2. Địa chỉ liên lạc: ……………………………………………………….</w:t>
      </w:r>
    </w:p>
    <w:p>
      <w:pPr>
        <w:jc w:val="both"/>
      </w:pPr>
      <w:r>
        <w:t>3. Điện thoại: ………… Fax:……………… E-mail: ……………………</w:t>
      </w:r>
    </w:p>
    <w:p>
      <w:pPr>
        <w:jc w:val="both"/>
      </w:pPr>
      <w:r>
        <w:t>4. Website: ………………………………………………………………</w:t>
      </w:r>
    </w:p>
    <w:p>
      <w:pPr>
        <w:jc w:val="both"/>
      </w:pPr>
      <w:r>
        <w:t>5. Quyết định thành lập/Giấy chứng nhận đăng ký doanh nghiệp số……… Cơ quan cấp: ……………… cấp ngày ………… tại …………………………</w:t>
      </w:r>
    </w:p>
    <w:p>
      <w:pPr>
        <w:jc w:val="both"/>
      </w:pPr>
      <w:r>
        <w:t>6. Giấy chứng nhận đủ điều kiện hoạt động kiểm định chất lượng giáo dục nghề nghiệp: mã số đăng ký chứng nhận: ..................., ngày cấp:………………</w:t>
      </w:r>
    </w:p>
    <w:p>
      <w:pPr>
        <w:jc w:val="both"/>
      </w:pPr>
      <w:r>
        <w:t>7. Đề nghị Tổng cục Giáo dục nghề nghiệp xem xét cho chấm dứt hoạt động kiểm định chất lượng giáo dục nghề nghiệp:</w:t>
      </w:r>
    </w:p>
    <w:p>
      <w:pPr>
        <w:jc w:val="both"/>
      </w:pPr>
      <w:r>
        <w:t>- Lý do đề nghị: …………………………………………………………</w:t>
      </w:r>
    </w:p>
    <w:p>
      <w:pPr>
        <w:jc w:val="both"/>
      </w:pPr>
      <w:r>
        <w:t>8. Tài liệu kèm theo gồm có:</w:t>
      </w:r>
    </w:p>
    <w:p>
      <w:pPr>
        <w:jc w:val="both"/>
      </w:pPr>
      <w:r>
        <w:t>- ………………;</w:t>
      </w:r>
    </w:p>
    <w:p>
      <w:pPr>
        <w:jc w:val="both"/>
      </w:pPr>
      <w:r>
        <w:t>- ……………….</w:t>
      </w:r>
    </w:p>
    <w:p>
      <w:pPr>
        <w:jc w:val="both"/>
      </w:pPr>
      <w:r>
        <w:t>9. Chúng tôi cam kết:</w:t>
      </w:r>
    </w:p>
    <w:p>
      <w:pPr>
        <w:jc w:val="both"/>
      </w:pPr>
      <w:r>
        <w:t>- Chịu trách nhiệm trước pháp luật về tính chính xác và tính hợp pháp của nội dung trong đơn đề nghị này và các hồ sơ, tài liệu kèm theo;</w:t>
      </w:r>
    </w:p>
    <w:p>
      <w:pPr>
        <w:jc w:val="both"/>
      </w:pPr>
      <w:r>
        <w:t>- Thực hiện đúng, đủ các nội dung của phương án bảo đảm quyền, lợi ích hợp pháp của tổ chức, cá nhân có liên quan đến hoạt động kiểm định chất lượng giáo dục nghề nghiệp.</w:t>
      </w:r>
    </w:p>
    <w:p>
      <w:pPr>
        <w:jc w:val="both"/>
      </w:pPr>
      <w:r>
        <w:t>Nơi nhận:</w:t>
      </w:r>
    </w:p>
    <w:p>
      <w:pPr>
        <w:jc w:val="both"/>
      </w:pPr>
      <w:r>
        <w:t>- ……</w:t>
      </w:r>
    </w:p>
    <w:p>
      <w:pPr>
        <w:jc w:val="both"/>
      </w:pPr>
      <w:r>
        <w:t>- …</w:t>
      </w:r>
    </w:p>
    <w:p>
      <w:pPr>
        <w:jc w:val="both"/>
      </w:pPr>
      <w:r>
        <w:t>NGƯỜI ĐỨNG ĐẦU TỔ CHỨC</w:t>
      </w:r>
    </w:p>
    <w:p>
      <w:pPr>
        <w:jc w:val="both"/>
      </w:pPr>
      <w:r>
        <w:t>(Ký tên, đóng dấu và ghi rõ họ tên hoặc ký số)</w:t>
      </w:r>
    </w:p>
    <w:p>
      <w:pPr>
        <w:jc w:val="both"/>
      </w:pPr>
      <w:r>
        <w:t>Mẫu số 05</w:t>
      </w:r>
    </w:p>
    <w:p>
      <w:pPr>
        <w:jc w:val="both"/>
      </w:pPr>
      <w:r>
        <w:t>CỘNG HOÀ XÃ HỘI CHỦ NGHĨA VIỆT NAM</w:t>
      </w:r>
    </w:p>
    <w:p>
      <w:pPr>
        <w:jc w:val="both"/>
      </w:pPr>
      <w:r>
        <w:t>Độc lập - Tự do - Hạnh phúc</w:t>
      </w:r>
    </w:p>
    <w:p>
      <w:pPr>
        <w:jc w:val="both"/>
      </w:pPr>
      <w:r>
        <w:t>---------------</w:t>
      </w:r>
    </w:p>
    <w:p>
      <w:pPr>
        <w:jc w:val="both"/>
      </w:pPr>
      <w:r>
        <w:t>...., ngày ..... tháng ..... năm .......</w:t>
      </w:r>
    </w:p>
    <w:p>
      <w:pPr>
        <w:jc w:val="both"/>
      </w:pPr>
      <w:r>
        <w:t>Ảnh 2 x 3</w:t>
      </w:r>
    </w:p>
    <w:p>
      <w:pPr>
        <w:jc w:val="both"/>
      </w:pPr>
      <w:r>
        <w:t>ĐƠN ĐỀ NGHỊ</w:t>
      </w:r>
    </w:p>
    <w:p>
      <w:pPr>
        <w:jc w:val="both"/>
      </w:pPr>
      <w:r>
        <w:t>Cấp/cấp lại thẻ kiểm định viên chất lượng giáo dục nghề nghiệp</w:t>
      </w:r>
    </w:p>
    <w:p>
      <w:pPr>
        <w:jc w:val="both"/>
      </w:pPr>
      <w:r>
        <w:t>Kính gửi:…………………………..</w:t>
      </w:r>
    </w:p>
    <w:p>
      <w:pPr>
        <w:jc w:val="both"/>
      </w:pPr>
      <w:r>
        <w:t>I. THÔNG TIN CHUNG</w:t>
      </w:r>
    </w:p>
    <w:p>
      <w:pPr>
        <w:jc w:val="both"/>
      </w:pPr>
      <w:r>
        <w:t>1. Họ và tên (Chữ in hoa có dấu):.............................; ngày sinh: .........................; giới tính .......................</w:t>
      </w:r>
    </w:p>
    <w:p>
      <w:pPr>
        <w:jc w:val="both"/>
      </w:pPr>
      <w:r>
        <w:t>2. Số CMND/CCCD: .........................; ngày cấp: .....................; nơi cấp..............</w:t>
      </w:r>
    </w:p>
    <w:p>
      <w:pPr>
        <w:jc w:val="both"/>
      </w:pPr>
      <w:r>
        <w:t>3. Điện thoại: ................................................. Email: ........................................</w:t>
      </w:r>
    </w:p>
    <w:p>
      <w:pPr>
        <w:jc w:val="both"/>
      </w:pPr>
      <w:r>
        <w:t>4. Đơn vị công tác hiện nay:................. Địa chỉ: ....................; Chức vụ:..............</w:t>
      </w:r>
    </w:p>
    <w:p>
      <w:pPr>
        <w:jc w:val="both"/>
      </w:pPr>
      <w:r>
        <w:t>5. Trình độ chuyên môn cao nhất (TSKH, TS, ThS, Cử nhân, Kỹ sư): ..................</w:t>
      </w:r>
    </w:p>
    <w:p>
      <w:pPr>
        <w:jc w:val="both"/>
      </w:pPr>
      <w:r>
        <w:t>6. Trình độ ngoại ngữ (tên ngoại ngữ + trình độ): .................................................</w:t>
      </w:r>
    </w:p>
    <w:p>
      <w:pPr>
        <w:jc w:val="both"/>
      </w:pPr>
      <w:r>
        <w:t>7. Trình độ tin học: ...............................................................................................</w:t>
      </w:r>
    </w:p>
    <w:p>
      <w:pPr>
        <w:jc w:val="both"/>
      </w:pPr>
      <w:r>
        <w:t>8. Thẻ kiểm định viên chất lượng giáo dục nghề nghiệp (đối với trường hợp đề nghị cấp lại thẻ kiểm định viên):</w:t>
      </w:r>
    </w:p>
    <w:p>
      <w:pPr>
        <w:jc w:val="both"/>
      </w:pPr>
      <w:r>
        <w:t>- Số thẻ: ............................; ngày cấp: ........................; nơi cấp.............................</w:t>
      </w:r>
    </w:p>
    <w:p>
      <w:pPr>
        <w:jc w:val="both"/>
      </w:pPr>
      <w:r>
        <w:t>9. Lý do đề nghị cấp lại thẻ (đối với trường hợp đề nghị cấp lại thẻ kiểm định viên):</w:t>
      </w:r>
    </w:p>
    <w:p>
      <w:pPr>
        <w:jc w:val="both"/>
      </w:pPr>
      <w:r>
        <w:t>………………………………………………………………………………...</w:t>
      </w:r>
    </w:p>
    <w:p>
      <w:pPr>
        <w:jc w:val="both"/>
      </w:pPr>
      <w:r>
        <w:t>II. QUÁ TRÌNH CÔNG TÁC</w:t>
      </w:r>
    </w:p>
    <w:p>
      <w:pPr>
        <w:jc w:val="both"/>
      </w:pPr>
      <w:r>
        <w:t>1. Tham gia khóa đào tạo kiểm định viên chất lượng giáo dục nghề nghiệp do Tổng cục Giáo dục nghề nghiệp tổ chức từ ngày................... đến ngày ........................</w:t>
      </w:r>
    </w:p>
    <w:p>
      <w:pPr>
        <w:jc w:val="both"/>
      </w:pPr>
      <w:r>
        <w:t>- Số chứng chỉ: ................................................; ngày cấp: ...............................</w:t>
      </w:r>
    </w:p>
    <w:p>
      <w:pPr>
        <w:jc w:val="both"/>
      </w:pPr>
      <w:r>
        <w:t>2. Quá trình công tác:</w:t>
      </w:r>
    </w:p>
    <w:p>
      <w:pPr>
        <w:jc w:val="both"/>
      </w:pPr>
      <w:r>
        <w:t>TT</w:t>
      </w:r>
    </w:p>
    <w:p>
      <w:pPr>
        <w:jc w:val="both"/>
      </w:pPr>
      <w:r>
        <w:t>Từ tháng, năm đến tháng, năm</w:t>
      </w:r>
    </w:p>
    <w:p>
      <w:pPr>
        <w:jc w:val="both"/>
      </w:pPr>
      <w:r>
        <w:t>Chức danh, chức vụ, đơn vị công tác</w:t>
      </w:r>
    </w:p>
    <w:p>
      <w:pPr>
        <w:jc w:val="both"/>
      </w:pPr>
      <w:r>
        <w:t>Ghi chú</w:t>
      </w:r>
    </w:p>
    <w:p>
      <w:pPr>
        <w:jc w:val="both"/>
      </w:pPr>
      <w:r>
        <w:t>1.</w:t>
      </w:r>
    </w:p>
    <w:p>
      <w:pPr>
        <w:jc w:val="both"/>
      </w:pPr>
      <w:r>
        <w:t>2.</w:t>
      </w:r>
    </w:p>
    <w:p>
      <w:pPr>
        <w:jc w:val="both"/>
      </w:pPr>
      <w:r>
        <w:t>…</w:t>
      </w:r>
    </w:p>
    <w:p>
      <w:pPr>
        <w:jc w:val="both"/>
      </w:pPr>
      <w:r>
        <w:t>3. Tổng thời gian giảng dạy hoặc làm công tác quản lý, nghiên cứu, hoạt động trong lĩnh vực giáo dục nghề nghiệp: …... năm.</w:t>
      </w:r>
    </w:p>
    <w:p>
      <w:pPr>
        <w:jc w:val="both"/>
      </w:pPr>
      <w:r>
        <w:t>4. Tổng thời gian làm việc liên tục trong một lĩnh vực liên quan đến chuyên môn nghiệp vụ được đào tạo: …... năm.</w:t>
      </w:r>
    </w:p>
    <w:p>
      <w:pPr>
        <w:jc w:val="both"/>
      </w:pPr>
      <w:r>
        <w:t>III. Hồ sơ kèm theo</w:t>
      </w:r>
    </w:p>
    <w:p>
      <w:pPr>
        <w:jc w:val="both"/>
      </w:pPr>
      <w:r>
        <w:t>- ....................................................</w:t>
      </w:r>
    </w:p>
    <w:p>
      <w:pPr>
        <w:jc w:val="both"/>
      </w:pPr>
      <w:r>
        <w:t>- ....................................................</w:t>
      </w:r>
    </w:p>
    <w:p>
      <w:pPr>
        <w:jc w:val="both"/>
      </w:pPr>
      <w:r>
        <w:t>- ……………………………………..</w:t>
      </w:r>
    </w:p>
    <w:p>
      <w:pPr>
        <w:jc w:val="both"/>
      </w:pPr>
      <w:r>
        <w:t>Sau khi nghiên cứu quy định về kiểm định chất lượng giáo dục nghề nghiệp, tôi thấy bản thân đáp ứng đủ tiêu chuẩn kiểm định viên chất lượng giáo dục nghề nghiệp. Vì vậy, tôi làm đơn này đề nghị được cấp/cấp lại thẻ kiểm định viên chất lượng giáo dục nghề nghiệp.</w:t>
      </w:r>
    </w:p>
    <w:p>
      <w:pPr>
        <w:jc w:val="both"/>
      </w:pPr>
      <w:r>
        <w:t>Tôi cam đoan những nội dung trên hoàn toàn đúng sự thật và xin chịu trách nhiệm về tính hợp pháp của hồ sơ kèm theo.</w:t>
      </w:r>
    </w:p>
    <w:p>
      <w:pPr>
        <w:jc w:val="both"/>
      </w:pPr>
      <w:r>
        <w:t>NGƯỜI ĐỀ NGHỊ</w:t>
      </w:r>
    </w:p>
    <w:p>
      <w:pPr>
        <w:jc w:val="both"/>
      </w:pPr>
      <w:r>
        <w:t>(Ký và ghi rõ họ tên hoặc ký số)</w:t>
      </w:r>
    </w:p>
    <w:p>
      <w:pPr>
        <w:jc w:val="both"/>
      </w:pPr>
      <w:r>
        <w:t>PHỤ LỤC II</w:t>
      </w:r>
    </w:p>
    <w:p>
      <w:pPr>
        <w:jc w:val="both"/>
      </w:pPr>
      <w:r>
        <w:t>BIỂU MẪU VỀ AN TOÀN, VỆ SINH LAO ĐỘNG</w:t>
      </w:r>
    </w:p>
    <w:p>
      <w:pPr>
        <w:jc w:val="both"/>
      </w:pPr>
      <w:r>
        <w:t>(Kèm theo Nghị định số 04 /2023/NĐ-CP ngày 13 tháng 02 năm 2023 của Chính phủ)</w:t>
      </w:r>
    </w:p>
    <w:p>
      <w:pPr>
        <w:jc w:val="both"/>
      </w:pPr>
      <w:r>
        <w:t>Mẫu số 01</w:t>
      </w:r>
    </w:p>
    <w:p>
      <w:pPr>
        <w:jc w:val="both"/>
      </w:pPr>
      <w:r>
        <w:t>Đơn đề nghị cấp Giấy chứng nhận đủ điều kiện hoạt động kiểm định kỹ thuật an toàn lao động</w:t>
      </w:r>
    </w:p>
    <w:p>
      <w:pPr>
        <w:jc w:val="both"/>
      </w:pPr>
      <w:r>
        <w:t>Mẫu số 02</w:t>
      </w:r>
    </w:p>
    <w:p>
      <w:pPr>
        <w:jc w:val="both"/>
      </w:pPr>
      <w:r>
        <w:t>Đơn đề nghị cấp lại (gia hạn) Giấy chứng nhận đủ điều kiện hoạt động kiểm định kỹ thuật an toàn lao động</w:t>
      </w:r>
    </w:p>
    <w:p>
      <w:pPr>
        <w:jc w:val="both"/>
      </w:pPr>
      <w:r>
        <w:t>Mẫu số 03</w:t>
      </w:r>
    </w:p>
    <w:p>
      <w:pPr>
        <w:jc w:val="both"/>
      </w:pPr>
      <w:r>
        <w:t>Đơn đề nghị cấp/cấp lại chứng chỉ kiểm định viên</w:t>
      </w:r>
    </w:p>
    <w:p>
      <w:pPr>
        <w:jc w:val="both"/>
      </w:pPr>
      <w:r>
        <w:t>Mẫu số 04</w:t>
      </w:r>
    </w:p>
    <w:p>
      <w:pPr>
        <w:jc w:val="both"/>
      </w:pPr>
      <w:r>
        <w:t>Phiếu khai báo sử dụng đối tượng kiểm định</w:t>
      </w:r>
    </w:p>
    <w:p>
      <w:pPr>
        <w:jc w:val="both"/>
      </w:pPr>
      <w:r>
        <w:t>Mẫu số 01</w:t>
      </w:r>
    </w:p>
    <w:p>
      <w:pPr>
        <w:jc w:val="both"/>
      </w:pPr>
      <w:r>
        <w:t>CỘNG HÒA XÃ HỘI CHỦ NGHĨA VIỆT NAM</w:t>
      </w:r>
    </w:p>
    <w:p>
      <w:pPr>
        <w:jc w:val="both"/>
      </w:pPr>
      <w:r>
        <w:t>Độc lập - Tự do - Hạnh phúc</w:t>
      </w:r>
    </w:p>
    <w:p>
      <w:pPr>
        <w:jc w:val="both"/>
      </w:pPr>
      <w:r>
        <w:t>---------------</w:t>
      </w:r>
    </w:p>
    <w:p>
      <w:pPr>
        <w:jc w:val="both"/>
      </w:pPr>
      <w:r>
        <w:t>……….., ngày …… tháng …… năm 20…..</w:t>
      </w:r>
    </w:p>
    <w:p>
      <w:pPr>
        <w:jc w:val="both"/>
      </w:pPr>
      <w:r>
        <w:t>ĐƠN ĐỀ NGHỊ</w:t>
      </w:r>
    </w:p>
    <w:p>
      <w:pPr>
        <w:jc w:val="both"/>
      </w:pPr>
      <w:r>
        <w:t>Cấp Giấy chứng nhận đủ điều kiện hoạt động kiểm định kỹ thuật an toàn lao động</w:t>
      </w:r>
    </w:p>
    <w:p>
      <w:pPr>
        <w:jc w:val="both"/>
      </w:pPr>
      <w:r>
        <w:t>Kính gửi: …………………………………….</w:t>
      </w:r>
    </w:p>
    <w:p>
      <w:pPr>
        <w:jc w:val="both"/>
      </w:pPr>
      <w:r>
        <w:t>1. Tên tổ chức: ……………………………………………………………………..</w:t>
      </w:r>
    </w:p>
    <w:p>
      <w:pPr>
        <w:jc w:val="both"/>
      </w:pPr>
      <w:r>
        <w:t>Điện thoại: …………… Fax: …………………. E-mail: …………………………</w:t>
      </w:r>
    </w:p>
    <w:p>
      <w:pPr>
        <w:jc w:val="both"/>
      </w:pPr>
      <w:r>
        <w:t>2. Quyết định thành lập/Giấy chứng nhận đăng ký doanh nghiệp số……………… Cơ quan cấp: …………………… cấp ngày ………… tại ……………………….</w:t>
      </w:r>
    </w:p>
    <w:p>
      <w:pPr>
        <w:jc w:val="both"/>
      </w:pPr>
      <w:r>
        <w:t>3. Sau khi nghiên cứu quy định tại Nghị định số 44/2016/NĐ-CP ngày 15 tháng 5 năm 2016 của Chính phủ, chúng tôi nhận thấy có đủ các điều kiện hoạt động kiểm định kỹ thuật an toàn lao động đối với các đối tượng kiểm định trong phạm vi sau đây:</w:t>
      </w:r>
    </w:p>
    <w:p>
      <w:pPr>
        <w:jc w:val="both"/>
      </w:pPr>
      <w:r>
        <w:t>STT</w:t>
      </w:r>
    </w:p>
    <w:p>
      <w:pPr>
        <w:jc w:val="both"/>
      </w:pPr>
      <w:r>
        <w:t>Tên đối tượng kiểm định</w:t>
      </w:r>
    </w:p>
    <w:p>
      <w:pPr>
        <w:jc w:val="both"/>
      </w:pPr>
      <w:r>
        <w:t>(Theo Danh mục máy, thiết bị, vật tư có yêu cầu nghiêm ngặt về an toàn lao động do Bộ Lao động - Thương binh và Xã hội ban hành)</w:t>
      </w:r>
    </w:p>
    <w:p>
      <w:pPr>
        <w:jc w:val="both"/>
      </w:pPr>
      <w:r>
        <w:t>Giới hạn đặc tính kỹ thuật</w:t>
      </w:r>
    </w:p>
    <w:p>
      <w:pPr>
        <w:jc w:val="both"/>
      </w:pPr>
      <w:r>
        <w:t>(Giới hạn đặc tính kỹ thuật của máy, thiết bị, vật tư mà tổ chức có khả năng thực hiện)</w:t>
      </w:r>
    </w:p>
    <w:p>
      <w:pPr>
        <w:jc w:val="both"/>
      </w:pPr>
      <w:r>
        <w:t>1</w:t>
      </w:r>
    </w:p>
    <w:p>
      <w:pPr>
        <w:jc w:val="both"/>
      </w:pPr>
      <w:r>
        <w:t>…………………………………………….</w:t>
      </w:r>
    </w:p>
    <w:p>
      <w:pPr>
        <w:jc w:val="both"/>
      </w:pPr>
      <w:r>
        <w:t>2</w:t>
      </w:r>
    </w:p>
    <w:p>
      <w:pPr>
        <w:jc w:val="both"/>
      </w:pPr>
      <w:r>
        <w:t>…………………………………………….</w:t>
      </w:r>
    </w:p>
    <w:p>
      <w:pPr>
        <w:jc w:val="both"/>
      </w:pPr>
      <w:r>
        <w:t>Đề nghị quý Cơ quan xem xét và cấp Giấy chứng nhận đủ điều kiện hoạt động kiểm định kỹ thuật an toàn lao động cho ... (tên tổ chức) theo phạm vi nêu trên.</w:t>
      </w:r>
    </w:p>
    <w:p>
      <w:pPr>
        <w:jc w:val="both"/>
      </w:pPr>
      <w:r>
        <w:t>4. Tài liệu gửi kèm theo gồm có:……………………………………………………</w:t>
      </w:r>
    </w:p>
    <w:p>
      <w:pPr>
        <w:jc w:val="both"/>
      </w:pPr>
      <w:r>
        <w:t>5. Chúng tôi cam kết:</w:t>
      </w:r>
    </w:p>
    <w:p>
      <w:pPr>
        <w:jc w:val="both"/>
      </w:pPr>
      <w:r>
        <w:t>- Chịu trách nhiệm trước pháp luật về tính chính xác và tính hợp pháp của nội dung trong đơn đề nghị này và các hồ sơ, tài liệu kèm theo.</w:t>
      </w:r>
    </w:p>
    <w:p>
      <w:pPr>
        <w:jc w:val="both"/>
      </w:pPr>
      <w:r>
        <w:t>- Thực hiện đúng các quy định về hoạt động kiểm định kỹ thuật an toàn lao động và các quy định khác của pháp luật có liên quan.</w:t>
      </w:r>
    </w:p>
    <w:p>
      <w:pPr>
        <w:jc w:val="both"/>
      </w:pPr>
      <w:r>
        <w:t>Nơi nhận:</w:t>
      </w:r>
    </w:p>
    <w:p>
      <w:pPr>
        <w:jc w:val="both"/>
      </w:pPr>
      <w:r>
        <w:t>- Như trên;</w:t>
      </w:r>
    </w:p>
    <w:p>
      <w:pPr>
        <w:jc w:val="both"/>
      </w:pPr>
      <w:r>
        <w:t>- Lưu....</w:t>
      </w:r>
    </w:p>
    <w:p>
      <w:pPr>
        <w:jc w:val="both"/>
      </w:pPr>
      <w:r>
        <w:t>ĐẠI DIỆN TỔ CHỨC....</w:t>
      </w:r>
    </w:p>
    <w:p>
      <w:pPr>
        <w:jc w:val="both"/>
      </w:pPr>
      <w:r>
        <w:t>(Ký tên và đóng dấu)</w:t>
      </w:r>
    </w:p>
    <w:p>
      <w:pPr>
        <w:jc w:val="both"/>
      </w:pPr>
      <w:r>
        <w:t>Mẫu số 02</w:t>
      </w:r>
    </w:p>
    <w:p>
      <w:pPr>
        <w:jc w:val="both"/>
      </w:pPr>
      <w:r>
        <w:t>CỘNG HÒA XÃ HỘI CHỦ NGHĨA VIỆT NAM</w:t>
      </w:r>
    </w:p>
    <w:p>
      <w:pPr>
        <w:jc w:val="both"/>
      </w:pPr>
      <w:r>
        <w:t>Độc lập - Tự do - Hạnh phúc</w:t>
      </w:r>
    </w:p>
    <w:p>
      <w:pPr>
        <w:jc w:val="both"/>
      </w:pPr>
      <w:r>
        <w:t>---------------</w:t>
      </w:r>
    </w:p>
    <w:p>
      <w:pPr>
        <w:jc w:val="both"/>
      </w:pPr>
      <w:r>
        <w:t>……….., ngày …… tháng …… năm 20…..</w:t>
      </w:r>
    </w:p>
    <w:p>
      <w:pPr>
        <w:jc w:val="both"/>
      </w:pPr>
      <w:r>
        <w:t>ĐƠN ĐỀ NGHỊ</w:t>
      </w:r>
    </w:p>
    <w:p>
      <w:pPr>
        <w:jc w:val="both"/>
      </w:pPr>
      <w:r>
        <w:t>Cấp lại (gia hạn) Giấy chứng nhận đủ điều kiện hoạt động kiểm định kỹ thuật an toàn lao động</w:t>
      </w:r>
    </w:p>
    <w:p>
      <w:pPr>
        <w:jc w:val="both"/>
      </w:pPr>
      <w:r>
        <w:t>Kính gửi: ………………………………….</w:t>
      </w:r>
    </w:p>
    <w:p>
      <w:pPr>
        <w:jc w:val="both"/>
      </w:pPr>
      <w:r>
        <w:t>1. Tên tổ chức: ……………………………………………………………………</w:t>
      </w:r>
    </w:p>
    <w:p>
      <w:pPr>
        <w:jc w:val="both"/>
      </w:pPr>
      <w:r>
        <w:t>Điện thoại: ………………….Fax: …………… E-mail: …………………………</w:t>
      </w:r>
    </w:p>
    <w:p>
      <w:pPr>
        <w:jc w:val="both"/>
      </w:pPr>
      <w:r>
        <w:t>2. Được thành lập theo Quyết định/Giấy chứng nhận đăng ký doanh nghiệp số ………….. Cơ quan cấp: ………………cấp ngày ………………… tại ………………</w:t>
      </w:r>
    </w:p>
    <w:p>
      <w:pPr>
        <w:jc w:val="both"/>
      </w:pPr>
      <w:r>
        <w:t>3. Giấy chứng nhận đủ điều kiện hoạt động kiểm định kỹ thuật an toàn lao động đã được cấp số: …………………………; Ngày hết hiệu lực: …………………………</w:t>
      </w:r>
    </w:p>
    <w:p>
      <w:pPr>
        <w:jc w:val="both"/>
      </w:pPr>
      <w:r>
        <w:t>4. Đề nghị quý Cơ quan xem xét và cấp lại (gia hạn) Giấy chứng nhận đủ điều kiện hoạt động kiểm định kỹ thuật an toàn lao động theo phạm vi sau đây:</w:t>
      </w:r>
    </w:p>
    <w:p>
      <w:pPr>
        <w:jc w:val="both"/>
      </w:pPr>
      <w:r>
        <w:t>STT</w:t>
      </w:r>
    </w:p>
    <w:p>
      <w:pPr>
        <w:jc w:val="both"/>
      </w:pPr>
      <w:r>
        <w:t>Tên đối tượng kiểm định</w:t>
      </w:r>
    </w:p>
    <w:p>
      <w:pPr>
        <w:jc w:val="both"/>
      </w:pPr>
      <w:r>
        <w:t>(Theo Danh mục máy, thiết bị, vật tư có yêu cầu nghiêm ngặt về an toàn lao động do Bộ Lao động - Thương binh và Xã hội ban hành)</w:t>
      </w:r>
    </w:p>
    <w:p>
      <w:pPr>
        <w:jc w:val="both"/>
      </w:pPr>
      <w:r>
        <w:t>Giới hạn đặc tính kỹ thuật</w:t>
      </w:r>
    </w:p>
    <w:p>
      <w:pPr>
        <w:jc w:val="both"/>
      </w:pPr>
      <w:r>
        <w:t>(Giới hạn đặc tính kỹ thuật của máy, thiết bị, vật tư mà tổ chức có khả năng thực hiện)</w:t>
      </w:r>
    </w:p>
    <w:p>
      <w:pPr>
        <w:jc w:val="both"/>
      </w:pPr>
      <w:r>
        <w:t>1</w:t>
      </w:r>
    </w:p>
    <w:p>
      <w:pPr>
        <w:jc w:val="both"/>
      </w:pPr>
      <w:r>
        <w:t>…………………………………………….</w:t>
      </w:r>
    </w:p>
    <w:p>
      <w:pPr>
        <w:jc w:val="both"/>
      </w:pPr>
      <w:r>
        <w:t>2</w:t>
      </w:r>
    </w:p>
    <w:p>
      <w:pPr>
        <w:jc w:val="both"/>
      </w:pPr>
      <w:r>
        <w:t>…………………………………………….</w:t>
      </w:r>
    </w:p>
    <w:p>
      <w:pPr>
        <w:jc w:val="both"/>
      </w:pPr>
      <w:r>
        <w:t>- Lý do (trong trường hợp đề nghị gia hạn, không cần điền thông tin ở mục này) …</w:t>
      </w:r>
    </w:p>
    <w:p>
      <w:pPr>
        <w:jc w:val="both"/>
      </w:pPr>
      <w:r>
        <w:t>5. Tài liệu kèm theo gồm có: - ………………………………</w:t>
      </w:r>
    </w:p>
    <w:p>
      <w:pPr>
        <w:jc w:val="both"/>
      </w:pPr>
      <w:r>
        <w:t>6. Chúng tôi cam kết:</w:t>
      </w:r>
    </w:p>
    <w:p>
      <w:pPr>
        <w:jc w:val="both"/>
      </w:pPr>
      <w:r>
        <w:t>- Chịu trách nhiệm trước pháp luật về tính chính xác và tính hợp pháp của nội dung trong đơn đề nghị này và các hồ sơ, tài liệu kèm theo;</w:t>
      </w:r>
    </w:p>
    <w:p>
      <w:pPr>
        <w:jc w:val="both"/>
      </w:pPr>
      <w:r>
        <w:t>- Thực hiện đúng các quy định về hoạt động kiểm định kỹ thuật an toàn lao động và các quy định khác của pháp luật có liên quan.</w:t>
      </w:r>
    </w:p>
    <w:p>
      <w:pPr>
        <w:jc w:val="both"/>
      </w:pPr>
      <w:r>
        <w:t>Nơi nhận:</w:t>
      </w:r>
    </w:p>
    <w:p>
      <w:pPr>
        <w:jc w:val="both"/>
      </w:pPr>
      <w:r>
        <w:t>- Như trên;</w:t>
      </w:r>
    </w:p>
    <w:p>
      <w:pPr>
        <w:jc w:val="both"/>
      </w:pPr>
      <w:r>
        <w:t>- Lưu....</w:t>
      </w:r>
    </w:p>
    <w:p>
      <w:pPr>
        <w:jc w:val="both"/>
      </w:pPr>
      <w:r>
        <w:t>ĐẠI DIỆN TỔ CHỨC.....</w:t>
      </w:r>
    </w:p>
    <w:p>
      <w:pPr>
        <w:jc w:val="both"/>
      </w:pPr>
      <w:r>
        <w:t>(Ký tên và đóng dấu)</w:t>
      </w:r>
    </w:p>
    <w:p>
      <w:pPr>
        <w:jc w:val="both"/>
      </w:pPr>
      <w:r>
        <w:t>Mẫu số 03</w:t>
      </w:r>
    </w:p>
    <w:p>
      <w:pPr>
        <w:jc w:val="both"/>
      </w:pPr>
      <w:r>
        <w:t>CỘNG HÒA XÃ HỘI CHỦ NGHĨA VIỆT NAM</w:t>
      </w:r>
    </w:p>
    <w:p>
      <w:pPr>
        <w:jc w:val="both"/>
      </w:pPr>
      <w:r>
        <w:t>Độc lập - Tự do - Hạnh phúc</w:t>
      </w:r>
    </w:p>
    <w:p>
      <w:pPr>
        <w:jc w:val="both"/>
      </w:pPr>
      <w:r>
        <w:t>---------------</w:t>
      </w:r>
    </w:p>
    <w:p>
      <w:pPr>
        <w:jc w:val="both"/>
      </w:pPr>
      <w:r>
        <w:t>……….., ngày …… tháng …… năm 20…..</w:t>
      </w:r>
    </w:p>
    <w:p>
      <w:pPr>
        <w:jc w:val="both"/>
      </w:pPr>
      <w:r>
        <w:t>ĐƠN ĐỀ NGHỊ</w:t>
      </w:r>
    </w:p>
    <w:p>
      <w:pPr>
        <w:jc w:val="both"/>
      </w:pPr>
      <w:r>
        <w:t>Cấp (hoặc cấp lại) chứng chỉ kiểm định viên</w:t>
      </w:r>
    </w:p>
    <w:p>
      <w:pPr>
        <w:jc w:val="both"/>
      </w:pPr>
      <w:r>
        <w:t>Kính gửi: ………………………..</w:t>
      </w:r>
    </w:p>
    <w:p>
      <w:pPr>
        <w:jc w:val="both"/>
      </w:pPr>
      <w:r>
        <w:t>Họ và tên: ………………………………..ngày sinh: …………………………………..</w:t>
      </w:r>
    </w:p>
    <w:p>
      <w:pPr>
        <w:jc w:val="both"/>
      </w:pPr>
      <w:r>
        <w:t>Số CMND/Căn cước công dân:...............................................................................</w:t>
      </w:r>
    </w:p>
    <w:p>
      <w:pPr>
        <w:jc w:val="both"/>
      </w:pPr>
      <w:r>
        <w:t>Trình độ học vấn: ………………điện thoại ……………….E-mail: …………………..</w:t>
      </w:r>
    </w:p>
    <w:p>
      <w:pPr>
        <w:jc w:val="both"/>
      </w:pPr>
      <w:r>
        <w:t>Đề nghị cấp chứng chỉ kiểm định viên với phạm vi sau đây:</w:t>
      </w:r>
    </w:p>
    <w:p>
      <w:pPr>
        <w:jc w:val="both"/>
      </w:pPr>
      <w:r>
        <w:t>TT</w:t>
      </w:r>
    </w:p>
    <w:p>
      <w:pPr>
        <w:jc w:val="both"/>
      </w:pPr>
      <w:r>
        <w:t>Phạm vi đề nghị</w:t>
      </w:r>
    </w:p>
    <w:p>
      <w:pPr>
        <w:jc w:val="both"/>
      </w:pPr>
      <w:r>
        <w:t>Tên đối tượng kiểm định</w:t>
      </w:r>
    </w:p>
    <w:p>
      <w:pPr>
        <w:jc w:val="both"/>
      </w:pPr>
      <w:r>
        <w:t>Giới hạn đặc tính kỹ thuật</w:t>
      </w:r>
    </w:p>
    <w:p>
      <w:pPr>
        <w:jc w:val="both"/>
      </w:pPr>
      <w:r>
        <w:t>hoặc</w:t>
      </w:r>
    </w:p>
    <w:p>
      <w:pPr>
        <w:jc w:val="both"/>
      </w:pPr>
      <w:r>
        <w:t>Đề nghị cấp lại chứng chỉ kiểm định viên số hiệu ……</w:t>
      </w:r>
    </w:p>
    <w:p>
      <w:pPr>
        <w:jc w:val="both"/>
      </w:pPr>
      <w:r>
        <w:t>Lý do/Nội dung đề nghị cấp lại:</w:t>
      </w:r>
    </w:p>
    <w:p>
      <w:pPr>
        <w:jc w:val="both"/>
      </w:pPr>
      <w:r>
        <w:t>Hồ sơ kèm theo gồm có:</w:t>
      </w:r>
    </w:p>
    <w:p>
      <w:pPr>
        <w:jc w:val="both"/>
      </w:pPr>
      <w:r>
        <w:t>CÁ NHÂN ĐỀ NGHỊ</w:t>
      </w:r>
    </w:p>
    <w:p>
      <w:pPr>
        <w:jc w:val="both"/>
      </w:pPr>
      <w:r>
        <w:t>(Ký tên và ghi rõ họ tên hoặc ký số)</w:t>
      </w:r>
    </w:p>
    <w:p>
      <w:pPr>
        <w:jc w:val="both"/>
      </w:pPr>
      <w:r>
        <w:t>Mẫu số 04</w:t>
      </w:r>
    </w:p>
    <w:p>
      <w:pPr>
        <w:jc w:val="both"/>
      </w:pPr>
      <w:r>
        <w:t>CỘNG HÒA XÃ HỘI CHỦ NGHĨA VIỆT NAM</w:t>
      </w:r>
    </w:p>
    <w:p>
      <w:pPr>
        <w:jc w:val="both"/>
      </w:pPr>
      <w:r>
        <w:t>Độc lập - Tự do - Hạnh phúc</w:t>
      </w:r>
    </w:p>
    <w:p>
      <w:pPr>
        <w:jc w:val="both"/>
      </w:pPr>
      <w:r>
        <w:t>---------------</w:t>
      </w:r>
    </w:p>
    <w:p>
      <w:pPr>
        <w:jc w:val="both"/>
      </w:pPr>
      <w:r>
        <w:t>PHIẾU KHAI BÁO SỬ DỤNG ĐỐI TƯỢNG KIỂM ĐỊNH</w:t>
      </w:r>
    </w:p>
    <w:p>
      <w:pPr>
        <w:jc w:val="both"/>
      </w:pPr>
      <w:r>
        <w:t>Kính gửi:</w:t>
      </w:r>
    </w:p>
    <w:p>
      <w:pPr>
        <w:jc w:val="both"/>
      </w:pPr>
      <w:r>
        <w:t>Sở Lao động - Thương binh và Xã hội....</w:t>
      </w:r>
    </w:p>
    <w:p>
      <w:pPr>
        <w:jc w:val="both"/>
      </w:pPr>
      <w:r>
        <w:t>(Ghi tên địa phương nơi sử dụng)</w:t>
      </w:r>
    </w:p>
    <w:p>
      <w:pPr>
        <w:jc w:val="both"/>
      </w:pPr>
      <w:r>
        <w:t>I. THÔNG TIN TỔ CHỨC, CÁ NHÂN KHAI BÁO</w:t>
      </w:r>
    </w:p>
    <w:p>
      <w:pPr>
        <w:jc w:val="both"/>
      </w:pPr>
      <w:r>
        <w:t>1. Tên tổ chức, cá nhân: ……………………………………………………………</w:t>
      </w:r>
    </w:p>
    <w:p>
      <w:pPr>
        <w:jc w:val="both"/>
      </w:pPr>
      <w:r>
        <w:t>2. Địa chỉ: …………………………………………………………………………</w:t>
      </w:r>
    </w:p>
    <w:p>
      <w:pPr>
        <w:jc w:val="both"/>
      </w:pPr>
      <w:r>
        <w:t>3. Điện thoại: ……….………..4. Fax: …………………………5. E-mail: ..........</w:t>
      </w:r>
    </w:p>
    <w:p>
      <w:pPr>
        <w:jc w:val="both"/>
      </w:pPr>
      <w:r>
        <w:t>II. NỘI DUNG KHAI BÁO</w:t>
      </w:r>
    </w:p>
    <w:p>
      <w:pPr>
        <w:jc w:val="both"/>
      </w:pPr>
      <w:r>
        <w:t>TT</w:t>
      </w:r>
    </w:p>
    <w:p>
      <w:pPr>
        <w:jc w:val="both"/>
      </w:pPr>
      <w:r>
        <w:t>Tên đối tượng kiểm định</w:t>
      </w:r>
    </w:p>
    <w:p>
      <w:pPr>
        <w:jc w:val="both"/>
      </w:pPr>
      <w:r>
        <w:t>Số lượng</w:t>
      </w:r>
    </w:p>
    <w:p>
      <w:pPr>
        <w:jc w:val="both"/>
      </w:pPr>
      <w:r>
        <w:t>Nơi lắp đặt sử dụng đối tượng kiểm định</w:t>
      </w:r>
    </w:p>
    <w:p>
      <w:pPr>
        <w:jc w:val="both"/>
      </w:pPr>
      <w:r>
        <w:t>(Kèm theo bản phô tô Giấy chứng nhận kết quả kiểm định số: .... do Tổ chức kiểm định.... cấp).</w:t>
      </w:r>
    </w:p>
    <w:p>
      <w:pPr>
        <w:jc w:val="both"/>
      </w:pPr>
      <w:r>
        <w:t>….., ngày.... tháng.... năm....</w:t>
      </w:r>
    </w:p>
    <w:p>
      <w:pPr>
        <w:jc w:val="both"/>
      </w:pPr>
      <w:r>
        <w:t>ĐẠI DIỆN TỔ CHỨC/CÁ NHÂN KHAI BÁO</w:t>
      </w:r>
    </w:p>
    <w:p>
      <w:pPr>
        <w:jc w:val="both"/>
      </w:pPr>
      <w:r>
        <w:t>(Ký, ghi rõ họ tên hoặc ký số)</w:t>
      </w:r>
    </w:p>
    <w:p>
      <w:r>
        <w:rPr>
          <w:i/>
        </w:rPr>
        <w:t>Nguồn: Cơ sở dữ liệu quốc gia về văn bản pháp luật (Bộ Tư pháp). VietSmart Legal, legal.giangpham.asia/van-ban/159806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