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19/2022/TT-BGDĐT</w:t>
      </w:r>
    </w:p>
    <w:p>
      <w:pPr>
        <w:jc w:val="both"/>
      </w:pPr>
      <w:r>
        <w:t>Hà Nội, ngày 22 tháng 12 năm 2022</w:t>
      </w:r>
    </w:p>
    <w:p>
      <w:pPr>
        <w:jc w:val="center"/>
      </w:pPr>
      <w:r>
        <w:rPr>
          <w:b/>
        </w:rPr>
        <w:t>THÔNG TƯ</w:t>
      </w:r>
    </w:p>
    <w:p>
      <w:pPr>
        <w:jc w:val="both"/>
      </w:pPr>
      <w:r>
        <w:t>Ban hành Danh mục thiết bị dạy học tối thiểu môn học Giáo dục</w:t>
      </w:r>
    </w:p>
    <w:p>
      <w:pPr>
        <w:jc w:val="both"/>
      </w:pPr>
      <w:r>
        <w:t>quốc phòng và an ninh trong các trường tiểu học, trung học cơ sở,</w:t>
      </w:r>
    </w:p>
    <w:p>
      <w:pPr>
        <w:jc w:val="both"/>
      </w:pPr>
      <w:r>
        <w:t>trung học phổ thông và trường phổ thông có nhiều cấp học,</w:t>
      </w:r>
    </w:p>
    <w:p>
      <w:pPr>
        <w:jc w:val="both"/>
      </w:pPr>
      <w:r>
        <w:t>trường cao đẳng sư phạm và cơ sở giáo dục đại học</w:t>
      </w:r>
    </w:p>
    <w:p>
      <w:pPr>
        <w:jc w:val="both"/>
      </w:pPr>
      <w:r>
        <w:t>Căn cứ Luật Giáo dục ngày 14 tháng 6 năm 2019;</w:t>
      </w:r>
    </w:p>
    <w:p>
      <w:pPr>
        <w:jc w:val="both"/>
      </w:pPr>
      <w:r>
        <w:t>Căn cứ Luật Giáo dục quốc phòng và an ninh ngày 19 tháng 6 năm 2013;</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Căn cứ Nghị định số 13/2014/NĐ-CP ngày 25 tháng 02 năm 2014 của Chính phủ quy định chi tiết và biện pháp thi hành Luật Giáo dục quốc phòng và an ninh; Nghị định số 139/2020/NĐ-CP ngày 27 tháng 11 năm 2020 của Chính phủ sửa đổi, bổ sung một số điều của Nghị định số 13/2014/NĐ-CP ngày 25 tháng 02 năm 2014 của Chính phủ quy định chi tiết và biện pháp thi hành Luật Giáo dục quốc phòng và an ninh;</w:t>
      </w:r>
    </w:p>
    <w:p>
      <w:pPr>
        <w:jc w:val="both"/>
      </w:pPr>
      <w:r>
        <w:t>Theo đề nghị của Vụ trưởng Vụ Giáo dục Quốc phòng và An ninh;</w:t>
      </w:r>
    </w:p>
    <w:p>
      <w:pPr>
        <w:jc w:val="both"/>
      </w:pPr>
      <w:r>
        <w:t>Bộ trưởng Bộ Giáo dục và Đào tạo ban hành Thông tư ban hành Danh mục thiết bị dạy học tối thiểu môn học Giáo dục quốc phòng và an ninh trong các trường tiểu học, trung học cơ sở, trung học phổ thông và trường phổ thông có nhiều cấp học, trường cao đẳng sư phạm và cơ sở giáo dục đại học.</w:t>
      </w:r>
    </w:p>
    <w:p>
      <w:pPr>
        <w:jc w:val="both"/>
      </w:pPr>
      <w:r>
        <w:rPr>
          <w:b/>
        </w:rPr>
        <w:t>Điều 1. Ban hành kèm theo Thông tư này Danh mục thiết bị dạy học tối thiểu môn học Giáo dục quốc phòng và an ninh trong các trường tiểu học, trung học cơ sở, trung học phổ thông và trường phổ thông có nhiều cấp học, trường cao đẳng sư phạm và cơ sở giáo dục đại học.</w:t>
      </w:r>
    </w:p>
    <w:p>
      <w:pPr>
        <w:jc w:val="both"/>
      </w:pPr>
      <w:r>
        <w:rPr>
          <w:b/>
        </w:rPr>
        <w:t>Điều 2. Thông tư này có hiệu lực thi hành kể từ ngày 06 tháng 02 năm 2023 và thay thế Thông tư số 01/2018/TT-BGDĐT ngày 26 tháng 01 năm 2018 của Bộ trưởng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pPr>
        <w:jc w:val="both"/>
      </w:pPr>
      <w:r>
        <w:rPr>
          <w:b/>
        </w:rPr>
        <w:t>Điều 3. Chánh Văn phòng, Vụ trưởng Vụ Giáo dục Quốc phòng và An ninh, Thủ trưởng các đơn vị có liên quan thuộc Bộ Giáo dục và Đào tạo; Chủ tịch Ủy ban nhân dân các tỉnh, thành phố trực thuộc Trung ương; Giám đốc các Sở Giáo dục và Đào tạo; Giám đốc Sở Giáo dục, Khoa học và Công nghệ Bạc Liêu; Giám đốc các đại học, học viện; Hiệu trưởng các trường cao đẳng sư phạm, cơ sở giáo dục đại học; Giám đốc các trung tâm giáo dục quốc phòng và an ninh; tổ chức, cá nhân có liên quan chịu trách nhiệm thi hành Thông tư này./.</w:t>
      </w:r>
    </w:p>
    <w:p>
      <w:pPr>
        <w:jc w:val="both"/>
      </w:pPr>
      <w:r>
        <w:t>KT. B Ộ TRƯỞNG</w:t>
      </w:r>
    </w:p>
    <w:p>
      <w:pPr>
        <w:jc w:val="both"/>
      </w:pPr>
      <w:r>
        <w:t>TH Ứ TRƯỞNG</w:t>
      </w:r>
    </w:p>
    <w:p>
      <w:pPr>
        <w:jc w:val="both"/>
      </w:pPr>
      <w:r>
        <w:t>(Đã ký)</w:t>
      </w:r>
    </w:p>
    <w:p>
      <w:pPr>
        <w:jc w:val="both"/>
      </w:pPr>
      <w:r>
        <w:t>Nguyễn Văn Phúc</w:t>
      </w:r>
    </w:p>
    <w:p>
      <w:pPr>
        <w:jc w:val="both"/>
      </w:pPr>
      <w:r>
        <w:t>BỘ GIÁO DỤC VÀ ĐÀO TẠO</w:t>
      </w:r>
    </w:p>
    <w:p>
      <w:pPr>
        <w:jc w:val="both"/>
      </w:pPr>
      <w:r>
        <w:t>CỘNG HÒA XÃ HỘI CHỦ NGHĨA VIỆT NAM</w:t>
      </w:r>
    </w:p>
    <w:p>
      <w:pPr>
        <w:jc w:val="both"/>
      </w:pPr>
      <w:r>
        <w:t>Độc lập – Tự do – Hạnh phúc</w:t>
      </w:r>
    </w:p>
    <w:p>
      <w:pPr>
        <w:jc w:val="both"/>
      </w:pPr>
      <w:r>
        <w:t>DANH MỤC</w:t>
      </w:r>
    </w:p>
    <w:p>
      <w:pPr>
        <w:jc w:val="both"/>
      </w:pPr>
      <w:r>
        <w:t>Thiết bị dạy học tối thiểu môn học Giáo dục quốc phòng và an ninh</w:t>
      </w:r>
    </w:p>
    <w:p>
      <w:pPr>
        <w:jc w:val="both"/>
      </w:pPr>
      <w:r>
        <w:t>trong các trường tiểu học, trung học cơ sở, trung học phổ thông và</w:t>
      </w:r>
    </w:p>
    <w:p>
      <w:pPr>
        <w:jc w:val="both"/>
      </w:pPr>
      <w:r>
        <w:t>trường phổ thông có nhiều cấp học, trường cao đẳng sư phạm</w:t>
      </w:r>
    </w:p>
    <w:p>
      <w:pPr>
        <w:jc w:val="both"/>
      </w:pPr>
      <w:r>
        <w:t>và cơ sở giáo dục đại học</w:t>
      </w:r>
    </w:p>
    <w:p>
      <w:pPr>
        <w:jc w:val="both"/>
      </w:pPr>
      <w:r>
        <w:t>(Kèm theo Thông tư số 19/2022/TT-BGDĐT ngày 22 tháng 12 năm 2022</w:t>
      </w:r>
    </w:p>
    <w:p>
      <w:pPr>
        <w:jc w:val="both"/>
      </w:pPr>
      <w:r>
        <w:t>của Bộ trưởng Bộ Giáo dục và Đào tạo)</w:t>
      </w:r>
    </w:p>
    <w:p>
      <w:pPr>
        <w:jc w:val="both"/>
      </w:pPr>
      <w:r>
        <w:t>I. Trường tiểu học, trung học cơ sở</w:t>
      </w:r>
    </w:p>
    <w:p>
      <w:pPr>
        <w:jc w:val="both"/>
      </w:pPr>
      <w:r>
        <w:t>1. Trường tiểu học</w:t>
      </w:r>
    </w:p>
    <w:p>
      <w:pPr>
        <w:jc w:val="both"/>
      </w:pPr>
      <w:r>
        <w:t>TT</w:t>
      </w:r>
    </w:p>
    <w:p>
      <w:pPr>
        <w:jc w:val="both"/>
      </w:pPr>
      <w:r>
        <w:t>Tên thiết bị</w:t>
      </w:r>
    </w:p>
    <w:p>
      <w:pPr>
        <w:jc w:val="both"/>
      </w:pPr>
      <w:r>
        <w:t>Đơn vị tính</w:t>
      </w:r>
    </w:p>
    <w:p>
      <w:pPr>
        <w:jc w:val="both"/>
      </w:pPr>
      <w:r>
        <w:t>Số lượng c ần cho</w:t>
      </w:r>
    </w:p>
    <w:p>
      <w:pPr>
        <w:jc w:val="both"/>
      </w:pPr>
      <w:r>
        <w:t>1 lớp</w:t>
      </w:r>
    </w:p>
    <w:p>
      <w:pPr>
        <w:jc w:val="both"/>
      </w:pPr>
      <w:r>
        <w:t>Ghi chú</w:t>
      </w:r>
    </w:p>
    <w:p>
      <w:pPr>
        <w:jc w:val="both"/>
      </w:pPr>
      <w:r>
        <w:t>1.1</w:t>
      </w:r>
    </w:p>
    <w:p>
      <w:pPr>
        <w:jc w:val="both"/>
      </w:pPr>
      <w:r>
        <w:t>Tài liệu</w:t>
      </w:r>
    </w:p>
    <w:p>
      <w:pPr>
        <w:jc w:val="both"/>
      </w:pPr>
      <w:r>
        <w:t>1.1.1</w:t>
      </w:r>
    </w:p>
    <w:p>
      <w:pPr>
        <w:jc w:val="both"/>
      </w:pPr>
      <w:r>
        <w:t>Thiết bị lưu trữ thông tin GDQPAN Lớp 1</w:t>
      </w:r>
    </w:p>
    <w:p>
      <w:pPr>
        <w:jc w:val="both"/>
      </w:pPr>
      <w:r>
        <w:t>Bộ</w:t>
      </w:r>
    </w:p>
    <w:p>
      <w:pPr>
        <w:jc w:val="both"/>
      </w:pPr>
      <w:r>
        <w:t>01</w:t>
      </w:r>
    </w:p>
    <w:p>
      <w:pPr>
        <w:jc w:val="both"/>
      </w:pPr>
      <w:r>
        <w:t>1.1.2</w:t>
      </w:r>
    </w:p>
    <w:p>
      <w:pPr>
        <w:jc w:val="both"/>
      </w:pPr>
      <w:r>
        <w:t>Thiết bị lưu trữ thông tin GDQPAN Lớp 2</w:t>
      </w:r>
    </w:p>
    <w:p>
      <w:pPr>
        <w:jc w:val="both"/>
      </w:pPr>
      <w:r>
        <w:t>Bộ</w:t>
      </w:r>
    </w:p>
    <w:p>
      <w:pPr>
        <w:jc w:val="both"/>
      </w:pPr>
      <w:r>
        <w:t>01</w:t>
      </w:r>
    </w:p>
    <w:p>
      <w:pPr>
        <w:jc w:val="both"/>
      </w:pPr>
      <w:r>
        <w:t>1.1.3</w:t>
      </w:r>
    </w:p>
    <w:p>
      <w:pPr>
        <w:jc w:val="both"/>
      </w:pPr>
      <w:r>
        <w:t>Thiết bị lưu trữ thông tin GDQPAN Lớp 3</w:t>
      </w:r>
    </w:p>
    <w:p>
      <w:pPr>
        <w:jc w:val="both"/>
      </w:pPr>
      <w:r>
        <w:t>Bộ</w:t>
      </w:r>
    </w:p>
    <w:p>
      <w:pPr>
        <w:jc w:val="both"/>
      </w:pPr>
      <w:r>
        <w:t>01</w:t>
      </w:r>
    </w:p>
    <w:p>
      <w:pPr>
        <w:jc w:val="both"/>
      </w:pPr>
      <w:r>
        <w:t>1.1.4</w:t>
      </w:r>
    </w:p>
    <w:p>
      <w:pPr>
        <w:jc w:val="both"/>
      </w:pPr>
      <w:r>
        <w:t>Thiết bị lưu trữ thông tin GDQPAN Lớp 4</w:t>
      </w:r>
    </w:p>
    <w:p>
      <w:pPr>
        <w:jc w:val="both"/>
      </w:pPr>
      <w:r>
        <w:t>Bộ</w:t>
      </w:r>
    </w:p>
    <w:p>
      <w:pPr>
        <w:jc w:val="both"/>
      </w:pPr>
      <w:r>
        <w:t>01</w:t>
      </w:r>
    </w:p>
    <w:p>
      <w:pPr>
        <w:jc w:val="both"/>
      </w:pPr>
      <w:r>
        <w:t>1.1.5</w:t>
      </w:r>
    </w:p>
    <w:p>
      <w:pPr>
        <w:jc w:val="both"/>
      </w:pPr>
      <w:r>
        <w:t>Thiết bị lưu trữ thông tin GDQPAN Lớp 5</w:t>
      </w:r>
    </w:p>
    <w:p>
      <w:pPr>
        <w:jc w:val="both"/>
      </w:pPr>
      <w:r>
        <w:t>Bộ</w:t>
      </w:r>
    </w:p>
    <w:p>
      <w:pPr>
        <w:jc w:val="both"/>
      </w:pPr>
      <w:r>
        <w:t>01</w:t>
      </w:r>
    </w:p>
    <w:p>
      <w:pPr>
        <w:jc w:val="both"/>
      </w:pPr>
      <w:r>
        <w:t>1.2</w:t>
      </w:r>
    </w:p>
    <w:p>
      <w:pPr>
        <w:jc w:val="both"/>
      </w:pPr>
      <w:r>
        <w:t>Tranh in hoặc tranh điện tử</w:t>
      </w:r>
    </w:p>
    <w:p>
      <w:pPr>
        <w:jc w:val="both"/>
      </w:pPr>
      <w:r>
        <w:t>1.2.1</w:t>
      </w:r>
    </w:p>
    <w:p>
      <w:pPr>
        <w:jc w:val="both"/>
      </w:pPr>
      <w:r>
        <w:t>Bộ tranh GDQPAN Lớp 1</w:t>
      </w:r>
    </w:p>
    <w:p>
      <w:pPr>
        <w:jc w:val="both"/>
      </w:pPr>
      <w:r>
        <w:t>Bộ</w:t>
      </w:r>
    </w:p>
    <w:p>
      <w:pPr>
        <w:jc w:val="both"/>
      </w:pPr>
      <w:r>
        <w:t>01</w:t>
      </w:r>
    </w:p>
    <w:p>
      <w:pPr>
        <w:jc w:val="both"/>
      </w:pPr>
      <w:r>
        <w:t>Một bộ gồm 06 tờ</w:t>
      </w:r>
    </w:p>
    <w:p>
      <w:pPr>
        <w:jc w:val="both"/>
      </w:pPr>
      <w:r>
        <w:t>1.2.2</w:t>
      </w:r>
    </w:p>
    <w:p>
      <w:pPr>
        <w:jc w:val="both"/>
      </w:pPr>
      <w:r>
        <w:t>Bộ tranh GDQPAN Lớp 2</w:t>
      </w:r>
    </w:p>
    <w:p>
      <w:pPr>
        <w:jc w:val="both"/>
      </w:pPr>
      <w:r>
        <w:t>Bộ</w:t>
      </w:r>
    </w:p>
    <w:p>
      <w:pPr>
        <w:jc w:val="both"/>
      </w:pPr>
      <w:r>
        <w:t>01</w:t>
      </w:r>
    </w:p>
    <w:p>
      <w:pPr>
        <w:jc w:val="both"/>
      </w:pPr>
      <w:r>
        <w:t>Một bộ gồm 06 tờ</w:t>
      </w:r>
    </w:p>
    <w:p>
      <w:pPr>
        <w:jc w:val="both"/>
      </w:pPr>
      <w:r>
        <w:t>1.2.3</w:t>
      </w:r>
    </w:p>
    <w:p>
      <w:pPr>
        <w:jc w:val="both"/>
      </w:pPr>
      <w:r>
        <w:t>Bộ tranh GDQPAN Lớp 3</w:t>
      </w:r>
    </w:p>
    <w:p>
      <w:pPr>
        <w:jc w:val="both"/>
      </w:pPr>
      <w:r>
        <w:t>Bộ</w:t>
      </w:r>
    </w:p>
    <w:p>
      <w:pPr>
        <w:jc w:val="both"/>
      </w:pPr>
      <w:r>
        <w:t>01</w:t>
      </w:r>
    </w:p>
    <w:p>
      <w:pPr>
        <w:jc w:val="both"/>
      </w:pPr>
      <w:r>
        <w:t>Một bộ gồm 06 tờ</w:t>
      </w:r>
    </w:p>
    <w:p>
      <w:pPr>
        <w:jc w:val="both"/>
      </w:pPr>
      <w:r>
        <w:t>1.2.4</w:t>
      </w:r>
    </w:p>
    <w:p>
      <w:pPr>
        <w:jc w:val="both"/>
      </w:pPr>
      <w:r>
        <w:t>Bộ tranh GDQPAN Lớp 4</w:t>
      </w:r>
    </w:p>
    <w:p>
      <w:pPr>
        <w:jc w:val="both"/>
      </w:pPr>
      <w:r>
        <w:t>Bộ</w:t>
      </w:r>
    </w:p>
    <w:p>
      <w:pPr>
        <w:jc w:val="both"/>
      </w:pPr>
      <w:r>
        <w:t>01</w:t>
      </w:r>
    </w:p>
    <w:p>
      <w:pPr>
        <w:jc w:val="both"/>
      </w:pPr>
      <w:r>
        <w:t>Một bộ gồm 06 tờ</w:t>
      </w:r>
    </w:p>
    <w:p>
      <w:pPr>
        <w:jc w:val="both"/>
      </w:pPr>
      <w:r>
        <w:t>1.2.5</w:t>
      </w:r>
    </w:p>
    <w:p>
      <w:pPr>
        <w:jc w:val="both"/>
      </w:pPr>
      <w:r>
        <w:t>Bộ tranh GDQPAN Lớp 5</w:t>
      </w:r>
    </w:p>
    <w:p>
      <w:pPr>
        <w:jc w:val="both"/>
      </w:pPr>
      <w:r>
        <w:t>Bộ</w:t>
      </w:r>
    </w:p>
    <w:p>
      <w:pPr>
        <w:jc w:val="both"/>
      </w:pPr>
      <w:r>
        <w:t>01</w:t>
      </w:r>
    </w:p>
    <w:p>
      <w:pPr>
        <w:jc w:val="both"/>
      </w:pPr>
      <w:r>
        <w:t>Một bộ gồm 06 tờ</w:t>
      </w:r>
    </w:p>
    <w:p>
      <w:pPr>
        <w:jc w:val="both"/>
      </w:pPr>
      <w:r>
        <w:t>2. Trường trung học cơ sở</w:t>
      </w:r>
    </w:p>
    <w:p>
      <w:pPr>
        <w:jc w:val="both"/>
      </w:pPr>
      <w:r>
        <w:t>TT</w:t>
      </w:r>
    </w:p>
    <w:p>
      <w:pPr>
        <w:jc w:val="both"/>
      </w:pPr>
      <w:r>
        <w:t>Tên thiết bị</w:t>
      </w:r>
    </w:p>
    <w:p>
      <w:pPr>
        <w:jc w:val="both"/>
      </w:pPr>
      <w:r>
        <w:t>Đơn vị tính</w:t>
      </w:r>
    </w:p>
    <w:p>
      <w:pPr>
        <w:jc w:val="both"/>
      </w:pPr>
      <w:r>
        <w:t>Số lượng c ần cho</w:t>
      </w:r>
    </w:p>
    <w:p>
      <w:pPr>
        <w:jc w:val="both"/>
      </w:pPr>
      <w:r>
        <w:t>1 trường</w:t>
      </w:r>
    </w:p>
    <w:p>
      <w:pPr>
        <w:jc w:val="both"/>
      </w:pPr>
      <w:r>
        <w:t>Ghi chú</w:t>
      </w:r>
    </w:p>
    <w:p>
      <w:pPr>
        <w:jc w:val="both"/>
      </w:pPr>
      <w:r>
        <w:t>2.1</w:t>
      </w:r>
    </w:p>
    <w:p>
      <w:pPr>
        <w:jc w:val="both"/>
      </w:pPr>
      <w:r>
        <w:t>Tài liệu</w:t>
      </w:r>
    </w:p>
    <w:p>
      <w:pPr>
        <w:jc w:val="both"/>
      </w:pPr>
      <w:r>
        <w:t>2.1.1</w:t>
      </w:r>
    </w:p>
    <w:p>
      <w:pPr>
        <w:jc w:val="both"/>
      </w:pPr>
      <w:r>
        <w:t>Thiết bị lưu trữ thông tin GDQPAN Lớp 6</w:t>
      </w:r>
    </w:p>
    <w:p>
      <w:pPr>
        <w:jc w:val="both"/>
      </w:pPr>
      <w:r>
        <w:t>Bộ</w:t>
      </w:r>
    </w:p>
    <w:p>
      <w:pPr>
        <w:jc w:val="both"/>
      </w:pPr>
      <w:r>
        <w:t>02</w:t>
      </w:r>
    </w:p>
    <w:p>
      <w:pPr>
        <w:jc w:val="both"/>
      </w:pPr>
      <w:r>
        <w:t>2.1.2</w:t>
      </w:r>
    </w:p>
    <w:p>
      <w:pPr>
        <w:jc w:val="both"/>
      </w:pPr>
      <w:r>
        <w:t>Thiết bị lưu trữ thông tin GDQPAN Lớp 7</w:t>
      </w:r>
    </w:p>
    <w:p>
      <w:pPr>
        <w:jc w:val="both"/>
      </w:pPr>
      <w:r>
        <w:t>Bộ</w:t>
      </w:r>
    </w:p>
    <w:p>
      <w:pPr>
        <w:jc w:val="both"/>
      </w:pPr>
      <w:r>
        <w:t>02</w:t>
      </w:r>
    </w:p>
    <w:p>
      <w:pPr>
        <w:jc w:val="both"/>
      </w:pPr>
      <w:r>
        <w:t>2.1.3</w:t>
      </w:r>
    </w:p>
    <w:p>
      <w:pPr>
        <w:jc w:val="both"/>
      </w:pPr>
      <w:r>
        <w:t>Thiết bị lưu trữ thông tin GDQPAN Lớp 8</w:t>
      </w:r>
    </w:p>
    <w:p>
      <w:pPr>
        <w:jc w:val="both"/>
      </w:pPr>
      <w:r>
        <w:t>Bộ</w:t>
      </w:r>
    </w:p>
    <w:p>
      <w:pPr>
        <w:jc w:val="both"/>
      </w:pPr>
      <w:r>
        <w:t>02</w:t>
      </w:r>
    </w:p>
    <w:p>
      <w:pPr>
        <w:jc w:val="both"/>
      </w:pPr>
      <w:r>
        <w:t>2.1.4</w:t>
      </w:r>
    </w:p>
    <w:p>
      <w:pPr>
        <w:jc w:val="both"/>
      </w:pPr>
      <w:r>
        <w:t>Thiết bị lưu trữ thông tin GDQPAN Lớp 9</w:t>
      </w:r>
    </w:p>
    <w:p>
      <w:pPr>
        <w:jc w:val="both"/>
      </w:pPr>
      <w:r>
        <w:t>Bộ</w:t>
      </w:r>
    </w:p>
    <w:p>
      <w:pPr>
        <w:jc w:val="both"/>
      </w:pPr>
      <w:r>
        <w:t>02</w:t>
      </w:r>
    </w:p>
    <w:p>
      <w:pPr>
        <w:jc w:val="both"/>
      </w:pPr>
      <w:r>
        <w:t>2.2</w:t>
      </w:r>
    </w:p>
    <w:p>
      <w:pPr>
        <w:jc w:val="both"/>
      </w:pPr>
      <w:r>
        <w:t>Tranh in hoặc tranh điện tử</w:t>
      </w:r>
    </w:p>
    <w:p>
      <w:pPr>
        <w:jc w:val="both"/>
      </w:pPr>
      <w:r>
        <w:t>2.2.1</w:t>
      </w:r>
    </w:p>
    <w:p>
      <w:pPr>
        <w:jc w:val="both"/>
      </w:pPr>
      <w:r>
        <w:t>Bộ tranh GDQPAN Lớp 6</w:t>
      </w:r>
    </w:p>
    <w:p>
      <w:pPr>
        <w:jc w:val="both"/>
      </w:pPr>
      <w:r>
        <w:t>Bộ</w:t>
      </w:r>
    </w:p>
    <w:p>
      <w:pPr>
        <w:jc w:val="both"/>
      </w:pPr>
      <w:r>
        <w:t>02</w:t>
      </w:r>
    </w:p>
    <w:p>
      <w:pPr>
        <w:jc w:val="both"/>
      </w:pPr>
      <w:r>
        <w:t>Một bộ gồm 06 tờ</w:t>
      </w:r>
    </w:p>
    <w:p>
      <w:pPr>
        <w:jc w:val="both"/>
      </w:pPr>
      <w:r>
        <w:t>2.2.2</w:t>
      </w:r>
    </w:p>
    <w:p>
      <w:pPr>
        <w:jc w:val="both"/>
      </w:pPr>
      <w:r>
        <w:t>Bộ tranh GDQPAN Lớp 7</w:t>
      </w:r>
    </w:p>
    <w:p>
      <w:pPr>
        <w:jc w:val="both"/>
      </w:pPr>
      <w:r>
        <w:t>Bộ</w:t>
      </w:r>
    </w:p>
    <w:p>
      <w:pPr>
        <w:jc w:val="both"/>
      </w:pPr>
      <w:r>
        <w:t>02</w:t>
      </w:r>
    </w:p>
    <w:p>
      <w:pPr>
        <w:jc w:val="both"/>
      </w:pPr>
      <w:r>
        <w:t>Một bộ gồm 06 tờ</w:t>
      </w:r>
    </w:p>
    <w:p>
      <w:pPr>
        <w:jc w:val="both"/>
      </w:pPr>
      <w:r>
        <w:t>2.2.3</w:t>
      </w:r>
    </w:p>
    <w:p>
      <w:pPr>
        <w:jc w:val="both"/>
      </w:pPr>
      <w:r>
        <w:t>Bộ tranh GDQPAN Lớp 8</w:t>
      </w:r>
    </w:p>
    <w:p>
      <w:pPr>
        <w:jc w:val="both"/>
      </w:pPr>
      <w:r>
        <w:t>Bộ</w:t>
      </w:r>
    </w:p>
    <w:p>
      <w:pPr>
        <w:jc w:val="both"/>
      </w:pPr>
      <w:r>
        <w:t>02</w:t>
      </w:r>
    </w:p>
    <w:p>
      <w:pPr>
        <w:jc w:val="both"/>
      </w:pPr>
      <w:r>
        <w:t>Một bộ gồm 06 tờ</w:t>
      </w:r>
    </w:p>
    <w:p>
      <w:pPr>
        <w:jc w:val="both"/>
      </w:pPr>
      <w:r>
        <w:t>2.2.4</w:t>
      </w:r>
    </w:p>
    <w:p>
      <w:pPr>
        <w:jc w:val="both"/>
      </w:pPr>
      <w:r>
        <w:t>Bộ tranh GDQPAN Lớp 9</w:t>
      </w:r>
    </w:p>
    <w:p>
      <w:pPr>
        <w:jc w:val="both"/>
      </w:pPr>
      <w:r>
        <w:t>Bộ</w:t>
      </w:r>
    </w:p>
    <w:p>
      <w:pPr>
        <w:jc w:val="both"/>
      </w:pPr>
      <w:r>
        <w:t>02</w:t>
      </w:r>
    </w:p>
    <w:p>
      <w:pPr>
        <w:jc w:val="both"/>
      </w:pPr>
      <w:r>
        <w:t>Một bộ gồm 06 tờ</w:t>
      </w:r>
    </w:p>
    <w:p>
      <w:pPr>
        <w:jc w:val="both"/>
      </w:pPr>
      <w:r>
        <w:t>II. Trường trung học phổ thông</w:t>
      </w:r>
    </w:p>
    <w:p>
      <w:pPr>
        <w:jc w:val="both"/>
      </w:pPr>
      <w:r>
        <w:t>TT</w:t>
      </w:r>
    </w:p>
    <w:p>
      <w:pPr>
        <w:jc w:val="both"/>
      </w:pPr>
      <w:r>
        <w:t>Tên thiết bị</w:t>
      </w:r>
    </w:p>
    <w:p>
      <w:pPr>
        <w:jc w:val="both"/>
      </w:pPr>
      <w:r>
        <w:t>Đơn vị tính</w:t>
      </w:r>
    </w:p>
    <w:p>
      <w:pPr>
        <w:jc w:val="both"/>
      </w:pPr>
      <w:r>
        <w:t>Số lượng cần cho</w:t>
      </w:r>
    </w:p>
    <w:p>
      <w:pPr>
        <w:jc w:val="both"/>
      </w:pPr>
      <w:r>
        <w:t>1 trường</w:t>
      </w:r>
    </w:p>
    <w:p>
      <w:pPr>
        <w:jc w:val="both"/>
      </w:pPr>
      <w:r>
        <w:t>Ghi chú</w:t>
      </w:r>
    </w:p>
    <w:p>
      <w:pPr>
        <w:jc w:val="both"/>
      </w:pPr>
      <w:r>
        <w:t>1</w:t>
      </w:r>
    </w:p>
    <w:p>
      <w:pPr>
        <w:jc w:val="both"/>
      </w:pPr>
      <w:r>
        <w:t>Tài liệu</w:t>
      </w:r>
    </w:p>
    <w:p>
      <w:pPr>
        <w:jc w:val="both"/>
      </w:pPr>
      <w:r>
        <w:t>1.1</w:t>
      </w:r>
    </w:p>
    <w:p>
      <w:pPr>
        <w:jc w:val="both"/>
      </w:pPr>
      <w:r>
        <w:t>Sách giáo khoa GDQPAN lớp 10, 11, 12</w:t>
      </w:r>
    </w:p>
    <w:p>
      <w:pPr>
        <w:jc w:val="both"/>
      </w:pPr>
      <w:r>
        <w:t>Bộ</w:t>
      </w:r>
    </w:p>
    <w:p>
      <w:pPr>
        <w:jc w:val="both"/>
      </w:pPr>
      <w:r>
        <w:t>Mỗi giáo viên 01 bộ gồm 03 quyển</w:t>
      </w:r>
    </w:p>
    <w:p>
      <w:pPr>
        <w:jc w:val="both"/>
      </w:pPr>
      <w:r>
        <w:t>1.2</w:t>
      </w:r>
    </w:p>
    <w:p>
      <w:pPr>
        <w:jc w:val="both"/>
      </w:pPr>
      <w:r>
        <w:t>Sách giáo khoa GDQPAN lớp 10, 11, 12</w:t>
      </w:r>
    </w:p>
    <w:p>
      <w:pPr>
        <w:jc w:val="both"/>
      </w:pPr>
      <w:r>
        <w:t>Quyển</w:t>
      </w:r>
    </w:p>
    <w:p>
      <w:pPr>
        <w:jc w:val="both"/>
      </w:pPr>
      <w:r>
        <w:t>Theo nhu cầu của học sinh</w:t>
      </w:r>
    </w:p>
    <w:p>
      <w:pPr>
        <w:jc w:val="both"/>
      </w:pPr>
      <w:r>
        <w:t>2</w:t>
      </w:r>
    </w:p>
    <w:p>
      <w:pPr>
        <w:jc w:val="both"/>
      </w:pPr>
      <w:r>
        <w:t>Tranh in hoặc tranh điện tử</w:t>
      </w:r>
    </w:p>
    <w:p>
      <w:pPr>
        <w:jc w:val="both"/>
      </w:pPr>
      <w:r>
        <w:t>2.1</w:t>
      </w:r>
    </w:p>
    <w:p>
      <w:pPr>
        <w:jc w:val="both"/>
      </w:pPr>
      <w:r>
        <w:t>Bộ tranh dùng cho lớp 10: Đội ngũ từng người không có súng; Đội ngũ tiểu đội; Một số loại bom, mìn, đạn; Kỹ thuật băng bó, cấp cứu; Các động tác cơ bản vận động trong chiến đấu.</w:t>
      </w:r>
    </w:p>
    <w:p>
      <w:pPr>
        <w:jc w:val="both"/>
      </w:pPr>
      <w:r>
        <w:t>Bộ</w:t>
      </w:r>
    </w:p>
    <w:p>
      <w:pPr>
        <w:jc w:val="both"/>
      </w:pPr>
      <w:r>
        <w:t>02</w:t>
      </w:r>
    </w:p>
    <w:p>
      <w:pPr>
        <w:jc w:val="both"/>
      </w:pPr>
      <w:r>
        <w:t>Một bộ gồm 10 tờ, theo tiêu chuẩn bộ mẫu thiết bị dạy học</w:t>
      </w:r>
    </w:p>
    <w:p>
      <w:pPr>
        <w:jc w:val="both"/>
      </w:pPr>
      <w:r>
        <w:t>2.2</w:t>
      </w:r>
    </w:p>
    <w:p>
      <w:pPr>
        <w:jc w:val="both"/>
      </w:pPr>
      <w:r>
        <w:t>Bộ tranh dùng cho lớp 11: Súng trường CKC; Súng tiểu liên AK; Súng chống tăng B40, B41; Cấu tạo, sử dụng một số loại lựu đạn; Thuốc nổ, đồ dùng gây nổ và kỹ thuật sử dụng; Tranh mìn bộ binh; Vật cản, vũ khí tự tạo; Tranh về trang bị của bộ đội phòng hóa; Bản đồ chủ quyền, lãnh thổ, biên giới quốc gia; Các loại vũ khí, vật liệu nổ và công cụ hỗ trợ trang bị trong Công an nhân dân.</w:t>
      </w:r>
    </w:p>
    <w:p>
      <w:pPr>
        <w:jc w:val="both"/>
      </w:pPr>
      <w:r>
        <w:t>Bộ</w:t>
      </w:r>
    </w:p>
    <w:p>
      <w:pPr>
        <w:jc w:val="both"/>
      </w:pPr>
      <w:r>
        <w:t>02</w:t>
      </w:r>
    </w:p>
    <w:p>
      <w:pPr>
        <w:jc w:val="both"/>
      </w:pPr>
      <w:r>
        <w:t>Một bộ gồm 10 tờ, theo tiêu chuẩn bộ mẫu thiết bị dạy học</w:t>
      </w:r>
    </w:p>
    <w:p>
      <w:pPr>
        <w:jc w:val="both"/>
      </w:pPr>
      <w:r>
        <w:t>2.3</w:t>
      </w:r>
    </w:p>
    <w:p>
      <w:pPr>
        <w:jc w:val="both"/>
      </w:pPr>
      <w:r>
        <w:t>Bộ tranh dùng cho lớp 12: Sơ đồ Tổ chức quân đội và công an; Tổ chức hệ thống nhà trường quân đội, công an; Kỹ thuật bắn súng tiểu liên AK; Giới thiệu quân hiệu, cấp hiệu, phù hiệu của Quân đội và Công an.</w:t>
      </w:r>
    </w:p>
    <w:p>
      <w:pPr>
        <w:jc w:val="both"/>
      </w:pPr>
      <w:r>
        <w:t>Bộ</w:t>
      </w:r>
    </w:p>
    <w:p>
      <w:pPr>
        <w:jc w:val="both"/>
      </w:pPr>
      <w:r>
        <w:t>02</w:t>
      </w:r>
    </w:p>
    <w:p>
      <w:pPr>
        <w:jc w:val="both"/>
      </w:pPr>
      <w:r>
        <w:t>Một bộ gồm 10 tờ, theo tiêu chuẩn bộ mẫu thiết bị dạy học</w:t>
      </w:r>
    </w:p>
    <w:p>
      <w:pPr>
        <w:jc w:val="both"/>
      </w:pPr>
      <w:r>
        <w:t>2.4</w:t>
      </w:r>
    </w:p>
    <w:p>
      <w:pPr>
        <w:jc w:val="both"/>
      </w:pPr>
      <w:r>
        <w:t>Thiết bị lưu trữ thông tin GDQPAN</w:t>
      </w:r>
    </w:p>
    <w:p>
      <w:pPr>
        <w:jc w:val="both"/>
      </w:pPr>
      <w:r>
        <w:t>Bộ</w:t>
      </w:r>
    </w:p>
    <w:p>
      <w:pPr>
        <w:jc w:val="both"/>
      </w:pPr>
      <w:r>
        <w:t>02</w:t>
      </w:r>
    </w:p>
    <w:p>
      <w:pPr>
        <w:jc w:val="both"/>
      </w:pPr>
      <w:r>
        <w:t>2.5</w:t>
      </w:r>
    </w:p>
    <w:p>
      <w:pPr>
        <w:jc w:val="both"/>
      </w:pPr>
      <w:r>
        <w:t>Bản đồ địa hình quân sự</w:t>
      </w:r>
    </w:p>
    <w:p>
      <w:pPr>
        <w:jc w:val="both"/>
      </w:pPr>
      <w:r>
        <w:t>Bộ</w:t>
      </w:r>
    </w:p>
    <w:p>
      <w:pPr>
        <w:jc w:val="both"/>
      </w:pPr>
      <w:r>
        <w:t>20</w:t>
      </w:r>
    </w:p>
    <w:p>
      <w:pPr>
        <w:jc w:val="both"/>
      </w:pPr>
      <w:r>
        <w:t>Một bộ gồm 9 tờ</w:t>
      </w:r>
    </w:p>
    <w:p>
      <w:pPr>
        <w:jc w:val="both"/>
      </w:pPr>
      <w:r>
        <w:t>3</w:t>
      </w:r>
    </w:p>
    <w:p>
      <w:pPr>
        <w:jc w:val="both"/>
      </w:pPr>
      <w:r>
        <w:t>Mô hình vũ khí</w:t>
      </w:r>
    </w:p>
    <w:p>
      <w:pPr>
        <w:jc w:val="both"/>
      </w:pPr>
      <w:r>
        <w:t>3.1</w:t>
      </w:r>
    </w:p>
    <w:p>
      <w:pPr>
        <w:jc w:val="both"/>
      </w:pPr>
      <w:r>
        <w:t>Mô hình súng tiểu liên AK luyện tập; CKC, AK, B40, B41 cắt bổ</w:t>
      </w:r>
    </w:p>
    <w:p>
      <w:pPr>
        <w:jc w:val="both"/>
      </w:pPr>
      <w:r>
        <w:t>Khẩu</w:t>
      </w:r>
    </w:p>
    <w:p>
      <w:pPr>
        <w:jc w:val="both"/>
      </w:pPr>
      <w:r>
        <w:t>Theo nhu cầu của từng trường</w:t>
      </w:r>
    </w:p>
    <w:p>
      <w:pPr>
        <w:jc w:val="both"/>
      </w:pPr>
      <w:r>
        <w:t>3.2</w:t>
      </w:r>
    </w:p>
    <w:p>
      <w:pPr>
        <w:jc w:val="both"/>
      </w:pPr>
      <w:r>
        <w:t>Súng tiểu liên AK cấp 5 đã hoán cải, vô hiệu hóa</w:t>
      </w:r>
    </w:p>
    <w:p>
      <w:pPr>
        <w:jc w:val="both"/>
      </w:pPr>
      <w:r>
        <w:t>Khẩu</w:t>
      </w:r>
    </w:p>
    <w:p>
      <w:pPr>
        <w:jc w:val="both"/>
      </w:pPr>
      <w:r>
        <w:t>25</w:t>
      </w:r>
    </w:p>
    <w:p>
      <w:pPr>
        <w:jc w:val="both"/>
      </w:pPr>
      <w:r>
        <w:t>3.3</w:t>
      </w:r>
    </w:p>
    <w:p>
      <w:pPr>
        <w:jc w:val="both"/>
      </w:pPr>
      <w:r>
        <w:t>Mô hình lựu đạn cắt bổ</w:t>
      </w:r>
    </w:p>
    <w:p>
      <w:pPr>
        <w:jc w:val="both"/>
      </w:pPr>
      <w:r>
        <w:t>Quả</w:t>
      </w:r>
    </w:p>
    <w:p>
      <w:pPr>
        <w:jc w:val="both"/>
      </w:pPr>
      <w:r>
        <w:t>05</w:t>
      </w:r>
    </w:p>
    <w:p>
      <w:pPr>
        <w:jc w:val="both"/>
      </w:pPr>
      <w:r>
        <w:t>3.4</w:t>
      </w:r>
    </w:p>
    <w:p>
      <w:pPr>
        <w:jc w:val="both"/>
      </w:pPr>
      <w:r>
        <w:t>Lựu đạn luyện tập</w:t>
      </w:r>
    </w:p>
    <w:p>
      <w:pPr>
        <w:jc w:val="both"/>
      </w:pPr>
      <w:r>
        <w:t>Quả</w:t>
      </w:r>
    </w:p>
    <w:p>
      <w:pPr>
        <w:jc w:val="both"/>
      </w:pPr>
      <w:r>
        <w:t>50</w:t>
      </w:r>
    </w:p>
    <w:p>
      <w:pPr>
        <w:jc w:val="both"/>
      </w:pPr>
      <w:r>
        <w:t>3.5</w:t>
      </w:r>
    </w:p>
    <w:p>
      <w:pPr>
        <w:jc w:val="both"/>
      </w:pPr>
      <w:r>
        <w:t>Mô hình thuốc nổ bánh loại 200g</w:t>
      </w:r>
    </w:p>
    <w:p>
      <w:pPr>
        <w:jc w:val="both"/>
      </w:pPr>
      <w:r>
        <w:t>Bánh</w:t>
      </w:r>
    </w:p>
    <w:p>
      <w:pPr>
        <w:jc w:val="both"/>
      </w:pPr>
      <w:r>
        <w:t>20</w:t>
      </w:r>
    </w:p>
    <w:p>
      <w:pPr>
        <w:jc w:val="both"/>
      </w:pPr>
      <w:r>
        <w:t>3.6</w:t>
      </w:r>
    </w:p>
    <w:p>
      <w:pPr>
        <w:jc w:val="both"/>
      </w:pPr>
      <w:r>
        <w:t>Mô hình vũ khí tự tạo</w:t>
      </w:r>
    </w:p>
    <w:p>
      <w:pPr>
        <w:jc w:val="both"/>
      </w:pPr>
      <w:r>
        <w:t>Hộp</w:t>
      </w:r>
    </w:p>
    <w:p>
      <w:pPr>
        <w:jc w:val="both"/>
      </w:pPr>
      <w:r>
        <w:t>02</w:t>
      </w:r>
    </w:p>
    <w:p>
      <w:pPr>
        <w:jc w:val="both"/>
      </w:pPr>
      <w:r>
        <w:t>3.7</w:t>
      </w:r>
    </w:p>
    <w:p>
      <w:pPr>
        <w:jc w:val="both"/>
      </w:pPr>
      <w:r>
        <w:t>Mô hình mìn bộ binh cắt bổ và tập</w:t>
      </w:r>
    </w:p>
    <w:p>
      <w:pPr>
        <w:jc w:val="both"/>
      </w:pPr>
      <w:r>
        <w:t>Bộ</w:t>
      </w:r>
    </w:p>
    <w:p>
      <w:pPr>
        <w:jc w:val="both"/>
      </w:pPr>
      <w:r>
        <w:t>01</w:t>
      </w:r>
    </w:p>
    <w:p>
      <w:pPr>
        <w:jc w:val="both"/>
      </w:pPr>
      <w:r>
        <w:t>3.8</w:t>
      </w:r>
    </w:p>
    <w:p>
      <w:pPr>
        <w:jc w:val="both"/>
      </w:pPr>
      <w:r>
        <w:t>Mô hình kíp số 8, nụ xùy</w:t>
      </w:r>
    </w:p>
    <w:p>
      <w:pPr>
        <w:jc w:val="both"/>
      </w:pPr>
      <w:r>
        <w:t>Cái</w:t>
      </w:r>
    </w:p>
    <w:p>
      <w:pPr>
        <w:jc w:val="both"/>
      </w:pPr>
      <w:r>
        <w:t>40</w:t>
      </w:r>
    </w:p>
    <w:p>
      <w:pPr>
        <w:jc w:val="both"/>
      </w:pPr>
      <w:r>
        <w:t>Mỗi loại 20 cái</w:t>
      </w:r>
    </w:p>
    <w:p>
      <w:pPr>
        <w:jc w:val="both"/>
      </w:pPr>
      <w:r>
        <w:t>3.9</w:t>
      </w:r>
    </w:p>
    <w:p>
      <w:pPr>
        <w:jc w:val="both"/>
      </w:pPr>
      <w:r>
        <w:t>Mô hình dây cháy chậm (05m)</w:t>
      </w:r>
    </w:p>
    <w:p>
      <w:pPr>
        <w:jc w:val="both"/>
      </w:pPr>
      <w:r>
        <w:t>Bộ</w:t>
      </w:r>
    </w:p>
    <w:p>
      <w:pPr>
        <w:jc w:val="both"/>
      </w:pPr>
      <w:r>
        <w:t>02</w:t>
      </w:r>
    </w:p>
    <w:p>
      <w:pPr>
        <w:jc w:val="both"/>
      </w:pPr>
      <w:r>
        <w:t>3.10</w:t>
      </w:r>
    </w:p>
    <w:p>
      <w:pPr>
        <w:jc w:val="both"/>
      </w:pPr>
      <w:r>
        <w:t>Mô hình lượng nổ khối, lượng nổ dài</w:t>
      </w:r>
    </w:p>
    <w:p>
      <w:pPr>
        <w:jc w:val="both"/>
      </w:pPr>
      <w:r>
        <w:t>Bộ</w:t>
      </w:r>
    </w:p>
    <w:p>
      <w:pPr>
        <w:jc w:val="both"/>
      </w:pPr>
      <w:r>
        <w:t>04</w:t>
      </w:r>
    </w:p>
    <w:p>
      <w:pPr>
        <w:jc w:val="both"/>
      </w:pPr>
      <w:r>
        <w:t>Mỗi loại 02 bộ</w:t>
      </w:r>
    </w:p>
    <w:p>
      <w:pPr>
        <w:jc w:val="both"/>
      </w:pPr>
      <w:r>
        <w:t>4</w:t>
      </w:r>
    </w:p>
    <w:p>
      <w:pPr>
        <w:jc w:val="both"/>
      </w:pPr>
      <w:r>
        <w:t>Máy bắn tập</w:t>
      </w:r>
    </w:p>
    <w:p>
      <w:pPr>
        <w:jc w:val="both"/>
      </w:pPr>
      <w:r>
        <w:t>4.1</w:t>
      </w:r>
    </w:p>
    <w:p>
      <w:pPr>
        <w:jc w:val="both"/>
      </w:pPr>
      <w:r>
        <w:t>Máy bắn tập: MBT-03; TBS-19/AK; HLAK-20</w:t>
      </w:r>
    </w:p>
    <w:p>
      <w:pPr>
        <w:jc w:val="both"/>
      </w:pPr>
      <w:r>
        <w:t>Bộ</w:t>
      </w:r>
    </w:p>
    <w:p>
      <w:pPr>
        <w:jc w:val="both"/>
      </w:pPr>
      <w:r>
        <w:t>01</w:t>
      </w:r>
    </w:p>
    <w:p>
      <w:pPr>
        <w:jc w:val="both"/>
      </w:pPr>
      <w:r>
        <w:t>Mỗi trường có thể dùng một trong 3 loại máy bắn tập; Trường có quy mô trên 20 lớp có thể trang bị 02 bộ</w:t>
      </w:r>
    </w:p>
    <w:p>
      <w:pPr>
        <w:jc w:val="both"/>
      </w:pPr>
      <w:r>
        <w:t>4.2</w:t>
      </w:r>
    </w:p>
    <w:p>
      <w:pPr>
        <w:jc w:val="both"/>
      </w:pPr>
      <w:r>
        <w:t>Thiết bị tạo tiếng nổ và lực giật cho máy bắn tập</w:t>
      </w:r>
    </w:p>
    <w:p>
      <w:pPr>
        <w:jc w:val="both"/>
      </w:pPr>
      <w:r>
        <w:t>Bộ</w:t>
      </w:r>
    </w:p>
    <w:p>
      <w:pPr>
        <w:jc w:val="both"/>
      </w:pPr>
      <w:r>
        <w:t>01</w:t>
      </w:r>
    </w:p>
    <w:p>
      <w:pPr>
        <w:jc w:val="both"/>
      </w:pPr>
      <w:r>
        <w:t>4.3</w:t>
      </w:r>
    </w:p>
    <w:p>
      <w:pPr>
        <w:jc w:val="both"/>
      </w:pPr>
      <w:r>
        <w:t>Thiết bị theo dõi đường ngắm RDS - 07</w:t>
      </w:r>
    </w:p>
    <w:p>
      <w:pPr>
        <w:jc w:val="both"/>
      </w:pPr>
      <w:r>
        <w:t>Bộ</w:t>
      </w:r>
    </w:p>
    <w:p>
      <w:pPr>
        <w:jc w:val="both"/>
      </w:pPr>
      <w:r>
        <w:t>01</w:t>
      </w:r>
    </w:p>
    <w:p>
      <w:pPr>
        <w:jc w:val="both"/>
      </w:pPr>
      <w:r>
        <w:t>5</w:t>
      </w:r>
    </w:p>
    <w:p>
      <w:pPr>
        <w:jc w:val="both"/>
      </w:pPr>
      <w:r>
        <w:t>Thiết bị khác</w:t>
      </w:r>
    </w:p>
    <w:p>
      <w:pPr>
        <w:jc w:val="both"/>
      </w:pPr>
      <w:r>
        <w:t>5.1</w:t>
      </w:r>
    </w:p>
    <w:p>
      <w:pPr>
        <w:jc w:val="both"/>
      </w:pPr>
      <w:r>
        <w:t>Túi đựng hộp tiếp đạn súng tiểu liên AK, túi đựng lựu đạn</w:t>
      </w:r>
    </w:p>
    <w:p>
      <w:pPr>
        <w:jc w:val="both"/>
      </w:pPr>
      <w:r>
        <w:t>Chiếc</w:t>
      </w:r>
    </w:p>
    <w:p>
      <w:pPr>
        <w:jc w:val="both"/>
      </w:pPr>
      <w:r>
        <w:t>20</w:t>
      </w:r>
    </w:p>
    <w:p>
      <w:pPr>
        <w:jc w:val="both"/>
      </w:pPr>
      <w:r>
        <w:t>5.2</w:t>
      </w:r>
    </w:p>
    <w:p>
      <w:pPr>
        <w:jc w:val="both"/>
      </w:pPr>
      <w:r>
        <w:t>Khung và mặt bia số 4</w:t>
      </w:r>
    </w:p>
    <w:p>
      <w:pPr>
        <w:jc w:val="both"/>
      </w:pPr>
      <w:r>
        <w:t>Bộ</w:t>
      </w:r>
    </w:p>
    <w:p>
      <w:pPr>
        <w:jc w:val="both"/>
      </w:pPr>
      <w:r>
        <w:t>20</w:t>
      </w:r>
    </w:p>
    <w:p>
      <w:pPr>
        <w:jc w:val="both"/>
      </w:pPr>
      <w:r>
        <w:t>5.3</w:t>
      </w:r>
    </w:p>
    <w:p>
      <w:pPr>
        <w:jc w:val="both"/>
      </w:pPr>
      <w:r>
        <w:t>Giá đặt bia đa năng</w:t>
      </w:r>
    </w:p>
    <w:p>
      <w:pPr>
        <w:jc w:val="both"/>
      </w:pPr>
      <w:r>
        <w:t>Chiếc</w:t>
      </w:r>
    </w:p>
    <w:p>
      <w:pPr>
        <w:jc w:val="both"/>
      </w:pPr>
      <w:r>
        <w:t>20</w:t>
      </w:r>
    </w:p>
    <w:p>
      <w:pPr>
        <w:jc w:val="both"/>
      </w:pPr>
      <w:r>
        <w:t>5.4</w:t>
      </w:r>
    </w:p>
    <w:p>
      <w:pPr>
        <w:jc w:val="both"/>
      </w:pPr>
      <w:r>
        <w:t>Kính kiểm tra ngắm</w:t>
      </w:r>
    </w:p>
    <w:p>
      <w:pPr>
        <w:jc w:val="both"/>
      </w:pPr>
      <w:r>
        <w:t>Chiếc</w:t>
      </w:r>
    </w:p>
    <w:p>
      <w:pPr>
        <w:jc w:val="both"/>
      </w:pPr>
      <w:r>
        <w:t>04</w:t>
      </w:r>
    </w:p>
    <w:p>
      <w:pPr>
        <w:jc w:val="both"/>
      </w:pPr>
      <w:r>
        <w:t>5.5</w:t>
      </w:r>
    </w:p>
    <w:p>
      <w:pPr>
        <w:jc w:val="both"/>
      </w:pPr>
      <w:r>
        <w:t>Đồng tiền di động</w:t>
      </w:r>
    </w:p>
    <w:p>
      <w:pPr>
        <w:jc w:val="both"/>
      </w:pPr>
      <w:r>
        <w:t>Chiếc</w:t>
      </w:r>
    </w:p>
    <w:p>
      <w:pPr>
        <w:jc w:val="both"/>
      </w:pPr>
      <w:r>
        <w:t>02</w:t>
      </w:r>
    </w:p>
    <w:p>
      <w:pPr>
        <w:jc w:val="both"/>
      </w:pPr>
      <w:r>
        <w:t>5.6</w:t>
      </w:r>
    </w:p>
    <w:p>
      <w:pPr>
        <w:jc w:val="both"/>
      </w:pPr>
      <w:r>
        <w:t>Mô hình đường đạn trong không khí</w:t>
      </w:r>
    </w:p>
    <w:p>
      <w:pPr>
        <w:jc w:val="both"/>
      </w:pPr>
      <w:r>
        <w:t>Chiếc</w:t>
      </w:r>
    </w:p>
    <w:p>
      <w:pPr>
        <w:jc w:val="both"/>
      </w:pPr>
      <w:r>
        <w:t>02</w:t>
      </w:r>
    </w:p>
    <w:p>
      <w:pPr>
        <w:jc w:val="both"/>
      </w:pPr>
      <w:r>
        <w:t>5.7</w:t>
      </w:r>
    </w:p>
    <w:p>
      <w:pPr>
        <w:jc w:val="both"/>
      </w:pPr>
      <w:r>
        <w:t>Hộp dụng cụ huấn luyện</w:t>
      </w:r>
    </w:p>
    <w:p>
      <w:pPr>
        <w:jc w:val="both"/>
      </w:pPr>
      <w:r>
        <w:t>Bộ</w:t>
      </w:r>
    </w:p>
    <w:p>
      <w:pPr>
        <w:jc w:val="both"/>
      </w:pPr>
      <w:r>
        <w:t>04</w:t>
      </w:r>
    </w:p>
    <w:p>
      <w:pPr>
        <w:jc w:val="both"/>
      </w:pPr>
      <w:r>
        <w:t>5.8</w:t>
      </w:r>
    </w:p>
    <w:p>
      <w:pPr>
        <w:jc w:val="both"/>
      </w:pPr>
      <w:r>
        <w:t>Thiết bị tạo tiếng súng và tiếng nổ giả</w:t>
      </w:r>
    </w:p>
    <w:p>
      <w:pPr>
        <w:jc w:val="both"/>
      </w:pPr>
      <w:r>
        <w:t>Bộ</w:t>
      </w:r>
    </w:p>
    <w:p>
      <w:pPr>
        <w:jc w:val="both"/>
      </w:pPr>
      <w:r>
        <w:t>01</w:t>
      </w:r>
    </w:p>
    <w:p>
      <w:pPr>
        <w:jc w:val="both"/>
      </w:pPr>
      <w:r>
        <w:t>5.9</w:t>
      </w:r>
    </w:p>
    <w:p>
      <w:pPr>
        <w:jc w:val="both"/>
      </w:pPr>
      <w:r>
        <w:t>Dụng cụ băng bó cứu thương</w:t>
      </w:r>
    </w:p>
    <w:p>
      <w:pPr>
        <w:jc w:val="both"/>
      </w:pPr>
      <w:r>
        <w:t>Bộ</w:t>
      </w:r>
    </w:p>
    <w:p>
      <w:pPr>
        <w:jc w:val="both"/>
      </w:pPr>
      <w:r>
        <w:t>15</w:t>
      </w:r>
    </w:p>
    <w:p>
      <w:pPr>
        <w:jc w:val="both"/>
      </w:pPr>
      <w:r>
        <w:t>5.10</w:t>
      </w:r>
    </w:p>
    <w:p>
      <w:pPr>
        <w:jc w:val="both"/>
      </w:pPr>
      <w:r>
        <w:t>Cáng cứu thương</w:t>
      </w:r>
    </w:p>
    <w:p>
      <w:pPr>
        <w:jc w:val="both"/>
      </w:pPr>
      <w:r>
        <w:t>Chiếc</w:t>
      </w:r>
    </w:p>
    <w:p>
      <w:pPr>
        <w:jc w:val="both"/>
      </w:pPr>
      <w:r>
        <w:t>05</w:t>
      </w:r>
    </w:p>
    <w:p>
      <w:pPr>
        <w:jc w:val="both"/>
      </w:pPr>
      <w:r>
        <w:t>5.11</w:t>
      </w:r>
    </w:p>
    <w:p>
      <w:pPr>
        <w:jc w:val="both"/>
      </w:pPr>
      <w:r>
        <w:t>Giá súng và bàn thao tác</w:t>
      </w:r>
    </w:p>
    <w:p>
      <w:pPr>
        <w:jc w:val="both"/>
      </w:pPr>
      <w:r>
        <w:t>Bộ</w:t>
      </w:r>
    </w:p>
    <w:p>
      <w:pPr>
        <w:jc w:val="both"/>
      </w:pPr>
      <w:r>
        <w:t>Theo nhu cầu sử dụng của từng trường</w:t>
      </w:r>
    </w:p>
    <w:p>
      <w:pPr>
        <w:jc w:val="both"/>
      </w:pPr>
      <w:r>
        <w:t>5.12</w:t>
      </w:r>
    </w:p>
    <w:p>
      <w:pPr>
        <w:jc w:val="both"/>
      </w:pPr>
      <w:r>
        <w:t>Tủ đựng súng và đựng thiết bị</w:t>
      </w:r>
    </w:p>
    <w:p>
      <w:pPr>
        <w:jc w:val="both"/>
      </w:pPr>
      <w:r>
        <w:t>Bộ</w:t>
      </w:r>
    </w:p>
    <w:p>
      <w:pPr>
        <w:jc w:val="both"/>
      </w:pPr>
      <w:r>
        <w:t>5.13</w:t>
      </w:r>
    </w:p>
    <w:p>
      <w:pPr>
        <w:jc w:val="both"/>
      </w:pPr>
      <w:r>
        <w:t>Khung và mặt bia số 6, 7, 10</w:t>
      </w:r>
    </w:p>
    <w:p>
      <w:pPr>
        <w:jc w:val="both"/>
      </w:pPr>
      <w:r>
        <w:t>Chiếc</w:t>
      </w:r>
    </w:p>
    <w:p>
      <w:pPr>
        <w:jc w:val="both"/>
      </w:pPr>
      <w:r>
        <w:t>30</w:t>
      </w:r>
    </w:p>
    <w:p>
      <w:pPr>
        <w:jc w:val="both"/>
      </w:pPr>
      <w:r>
        <w:t>Mỗi loại 10 chiếc</w:t>
      </w:r>
    </w:p>
    <w:p>
      <w:pPr>
        <w:jc w:val="both"/>
      </w:pPr>
      <w:r>
        <w:t>5.14</w:t>
      </w:r>
    </w:p>
    <w:p>
      <w:pPr>
        <w:jc w:val="both"/>
      </w:pPr>
      <w:r>
        <w:t>Bia ngắm trúng, ngắm chụm</w:t>
      </w:r>
    </w:p>
    <w:p>
      <w:pPr>
        <w:jc w:val="both"/>
      </w:pPr>
      <w:r>
        <w:t>Chiếc</w:t>
      </w:r>
    </w:p>
    <w:p>
      <w:pPr>
        <w:jc w:val="both"/>
      </w:pPr>
      <w:r>
        <w:t>10</w:t>
      </w:r>
    </w:p>
    <w:p>
      <w:pPr>
        <w:jc w:val="both"/>
      </w:pPr>
      <w:r>
        <w:t>5.15</w:t>
      </w:r>
    </w:p>
    <w:p>
      <w:pPr>
        <w:jc w:val="both"/>
      </w:pPr>
      <w:r>
        <w:t>Mõ quay</w:t>
      </w:r>
    </w:p>
    <w:p>
      <w:pPr>
        <w:jc w:val="both"/>
      </w:pPr>
      <w:r>
        <w:t>Chiếc</w:t>
      </w:r>
    </w:p>
    <w:p>
      <w:pPr>
        <w:jc w:val="both"/>
      </w:pPr>
      <w:r>
        <w:t>10</w:t>
      </w:r>
    </w:p>
    <w:p>
      <w:pPr>
        <w:jc w:val="both"/>
      </w:pPr>
      <w:r>
        <w:t>5.16</w:t>
      </w:r>
    </w:p>
    <w:p>
      <w:pPr>
        <w:jc w:val="both"/>
      </w:pPr>
      <w:r>
        <w:t>Khí tài phòng hô hấp (Mặt nạ phòng độc MV-5)</w:t>
      </w:r>
    </w:p>
    <w:p>
      <w:pPr>
        <w:jc w:val="both"/>
      </w:pPr>
      <w:r>
        <w:t>Chiếc</w:t>
      </w:r>
    </w:p>
    <w:p>
      <w:pPr>
        <w:jc w:val="both"/>
      </w:pPr>
      <w:r>
        <w:t>20</w:t>
      </w:r>
    </w:p>
    <w:p>
      <w:pPr>
        <w:jc w:val="both"/>
      </w:pPr>
      <w:r>
        <w:t>5.17</w:t>
      </w:r>
    </w:p>
    <w:p>
      <w:pPr>
        <w:jc w:val="both"/>
      </w:pPr>
      <w:r>
        <w:t>Khí tài phòng da L-1</w:t>
      </w:r>
    </w:p>
    <w:p>
      <w:pPr>
        <w:jc w:val="both"/>
      </w:pPr>
      <w:r>
        <w:t>Bộ</w:t>
      </w:r>
    </w:p>
    <w:p>
      <w:pPr>
        <w:jc w:val="both"/>
      </w:pPr>
      <w:r>
        <w:t>05</w:t>
      </w:r>
    </w:p>
    <w:p>
      <w:pPr>
        <w:jc w:val="both"/>
      </w:pPr>
      <w:r>
        <w:t>5.18</w:t>
      </w:r>
    </w:p>
    <w:p>
      <w:pPr>
        <w:jc w:val="both"/>
      </w:pPr>
      <w:r>
        <w:t>Bao tiêu độc cá nhân TCV-10</w:t>
      </w:r>
    </w:p>
    <w:p>
      <w:pPr>
        <w:jc w:val="both"/>
      </w:pPr>
      <w:r>
        <w:t>Bộ</w:t>
      </w:r>
    </w:p>
    <w:p>
      <w:pPr>
        <w:jc w:val="both"/>
      </w:pPr>
      <w:r>
        <w:t>05</w:t>
      </w:r>
    </w:p>
    <w:p>
      <w:pPr>
        <w:jc w:val="both"/>
      </w:pPr>
      <w:r>
        <w:t>5.19</w:t>
      </w:r>
    </w:p>
    <w:p>
      <w:pPr>
        <w:jc w:val="both"/>
      </w:pPr>
      <w:r>
        <w:t>Phòng học bộ môn GDQPAN</w:t>
      </w:r>
    </w:p>
    <w:p>
      <w:pPr>
        <w:jc w:val="both"/>
      </w:pPr>
      <w:r>
        <w:t>Phòng</w:t>
      </w:r>
    </w:p>
    <w:p>
      <w:pPr>
        <w:jc w:val="both"/>
      </w:pPr>
      <w:r>
        <w:t>01</w:t>
      </w:r>
    </w:p>
    <w:p>
      <w:pPr>
        <w:jc w:val="both"/>
      </w:pPr>
      <w:r>
        <w:t>5.20</w:t>
      </w:r>
    </w:p>
    <w:p>
      <w:pPr>
        <w:jc w:val="both"/>
      </w:pPr>
      <w:r>
        <w:t>Kho để trang thiết bị môn học GDQPAN</w:t>
      </w:r>
    </w:p>
    <w:p>
      <w:pPr>
        <w:jc w:val="both"/>
      </w:pPr>
      <w:r>
        <w:t>Phòng</w:t>
      </w:r>
    </w:p>
    <w:p>
      <w:pPr>
        <w:jc w:val="both"/>
      </w:pPr>
      <w:r>
        <w:t>01</w:t>
      </w:r>
    </w:p>
    <w:p>
      <w:pPr>
        <w:jc w:val="both"/>
      </w:pPr>
      <w:r>
        <w:t>6</w:t>
      </w:r>
    </w:p>
    <w:p>
      <w:pPr>
        <w:jc w:val="both"/>
      </w:pPr>
      <w:r>
        <w:t>Trang phục</w:t>
      </w:r>
    </w:p>
    <w:p>
      <w:pPr>
        <w:jc w:val="both"/>
      </w:pPr>
      <w:r>
        <w:t>6.1</w:t>
      </w:r>
    </w:p>
    <w:p>
      <w:pPr>
        <w:jc w:val="both"/>
      </w:pPr>
      <w:r>
        <w:t>Trang phục giáo viên GDQPAN</w:t>
      </w:r>
    </w:p>
    <w:p>
      <w:pPr>
        <w:jc w:val="both"/>
      </w:pPr>
      <w:r>
        <w:t>Số lượng cho 1 giáo viên</w:t>
      </w:r>
    </w:p>
    <w:p>
      <w:pPr>
        <w:jc w:val="both"/>
      </w:pPr>
      <w:r>
        <w:t>6.1.1</w:t>
      </w:r>
    </w:p>
    <w:p>
      <w:pPr>
        <w:jc w:val="both"/>
      </w:pPr>
      <w:r>
        <w:t>Trang phục mùa đông</w:t>
      </w:r>
    </w:p>
    <w:p>
      <w:pPr>
        <w:jc w:val="both"/>
      </w:pPr>
      <w:r>
        <w:t>Bộ</w:t>
      </w:r>
    </w:p>
    <w:p>
      <w:pPr>
        <w:jc w:val="both"/>
      </w:pPr>
      <w:r>
        <w:t>01</w:t>
      </w:r>
    </w:p>
    <w:p>
      <w:pPr>
        <w:jc w:val="both"/>
      </w:pPr>
      <w:r>
        <w:t>Dùng cho các trường phía Bắc (Từ đèo Hải Vân trở ra)</w:t>
      </w:r>
    </w:p>
    <w:p>
      <w:pPr>
        <w:jc w:val="both"/>
      </w:pPr>
      <w:r>
        <w:t>6.1.2</w:t>
      </w:r>
    </w:p>
    <w:p>
      <w:pPr>
        <w:jc w:val="both"/>
      </w:pPr>
      <w:r>
        <w:t>Trang phục mùa hè</w:t>
      </w:r>
    </w:p>
    <w:p>
      <w:pPr>
        <w:jc w:val="both"/>
      </w:pPr>
      <w:r>
        <w:t>Bộ</w:t>
      </w:r>
    </w:p>
    <w:p>
      <w:pPr>
        <w:jc w:val="both"/>
      </w:pPr>
      <w:r>
        <w:t>01</w:t>
      </w:r>
    </w:p>
    <w:p>
      <w:pPr>
        <w:jc w:val="both"/>
      </w:pPr>
      <w:r>
        <w:t>6.1.3</w:t>
      </w:r>
    </w:p>
    <w:p>
      <w:pPr>
        <w:jc w:val="both"/>
      </w:pPr>
      <w:r>
        <w:t>Trang phục dã chiến</w:t>
      </w:r>
    </w:p>
    <w:p>
      <w:pPr>
        <w:jc w:val="both"/>
      </w:pPr>
      <w:r>
        <w:t>Bộ</w:t>
      </w:r>
    </w:p>
    <w:p>
      <w:pPr>
        <w:jc w:val="both"/>
      </w:pPr>
      <w:r>
        <w:t>01</w:t>
      </w:r>
    </w:p>
    <w:p>
      <w:pPr>
        <w:jc w:val="both"/>
      </w:pPr>
      <w:r>
        <w:t>6.1.4</w:t>
      </w:r>
    </w:p>
    <w:p>
      <w:pPr>
        <w:jc w:val="both"/>
      </w:pPr>
      <w:r>
        <w:t>Mũ kepi</w:t>
      </w:r>
    </w:p>
    <w:p>
      <w:pPr>
        <w:jc w:val="both"/>
      </w:pPr>
      <w:r>
        <w:t>Chiếc</w:t>
      </w:r>
    </w:p>
    <w:p>
      <w:pPr>
        <w:jc w:val="both"/>
      </w:pPr>
      <w:r>
        <w:t>01</w:t>
      </w:r>
    </w:p>
    <w:p>
      <w:pPr>
        <w:jc w:val="both"/>
      </w:pPr>
      <w:r>
        <w:t>6.1.5</w:t>
      </w:r>
    </w:p>
    <w:p>
      <w:pPr>
        <w:jc w:val="both"/>
      </w:pPr>
      <w:r>
        <w:t>Mũ cứng cuốn vành</w:t>
      </w:r>
    </w:p>
    <w:p>
      <w:pPr>
        <w:jc w:val="both"/>
      </w:pPr>
      <w:r>
        <w:t>Chiếc</w:t>
      </w:r>
    </w:p>
    <w:p>
      <w:pPr>
        <w:jc w:val="both"/>
      </w:pPr>
      <w:r>
        <w:t>01</w:t>
      </w:r>
    </w:p>
    <w:p>
      <w:pPr>
        <w:jc w:val="both"/>
      </w:pPr>
      <w:r>
        <w:t>6.1.6</w:t>
      </w:r>
    </w:p>
    <w:p>
      <w:pPr>
        <w:jc w:val="both"/>
      </w:pPr>
      <w:r>
        <w:t>Mũ mềm dã chiến</w:t>
      </w:r>
    </w:p>
    <w:p>
      <w:pPr>
        <w:jc w:val="both"/>
      </w:pPr>
      <w:r>
        <w:t>Chiếc</w:t>
      </w:r>
    </w:p>
    <w:p>
      <w:pPr>
        <w:jc w:val="both"/>
      </w:pPr>
      <w:r>
        <w:t>01</w:t>
      </w:r>
    </w:p>
    <w:p>
      <w:pPr>
        <w:jc w:val="both"/>
      </w:pPr>
      <w:r>
        <w:t>6.1.7</w:t>
      </w:r>
    </w:p>
    <w:p>
      <w:pPr>
        <w:jc w:val="both"/>
      </w:pPr>
      <w:r>
        <w:t>Dây lưng</w:t>
      </w:r>
    </w:p>
    <w:p>
      <w:pPr>
        <w:jc w:val="both"/>
      </w:pPr>
      <w:r>
        <w:t>Chiếc</w:t>
      </w:r>
    </w:p>
    <w:p>
      <w:pPr>
        <w:jc w:val="both"/>
      </w:pPr>
      <w:r>
        <w:t>01</w:t>
      </w:r>
    </w:p>
    <w:p>
      <w:pPr>
        <w:jc w:val="both"/>
      </w:pPr>
      <w:r>
        <w:t>6.1.8</w:t>
      </w:r>
    </w:p>
    <w:p>
      <w:pPr>
        <w:jc w:val="both"/>
      </w:pPr>
      <w:r>
        <w:t>Giầy da</w:t>
      </w:r>
    </w:p>
    <w:p>
      <w:pPr>
        <w:jc w:val="both"/>
      </w:pPr>
      <w:r>
        <w:t>Đôi</w:t>
      </w:r>
    </w:p>
    <w:p>
      <w:pPr>
        <w:jc w:val="both"/>
      </w:pPr>
      <w:r>
        <w:t>01</w:t>
      </w:r>
    </w:p>
    <w:p>
      <w:pPr>
        <w:jc w:val="both"/>
      </w:pPr>
      <w:r>
        <w:t>6.1.9</w:t>
      </w:r>
    </w:p>
    <w:p>
      <w:pPr>
        <w:jc w:val="both"/>
      </w:pPr>
      <w:r>
        <w:t>Giầy vải cao cổ</w:t>
      </w:r>
    </w:p>
    <w:p>
      <w:pPr>
        <w:jc w:val="both"/>
      </w:pPr>
      <w:r>
        <w:t>Đôi</w:t>
      </w:r>
    </w:p>
    <w:p>
      <w:pPr>
        <w:jc w:val="both"/>
      </w:pPr>
      <w:r>
        <w:t>01</w:t>
      </w:r>
    </w:p>
    <w:p>
      <w:pPr>
        <w:jc w:val="both"/>
      </w:pPr>
      <w:r>
        <w:t>6.1.10</w:t>
      </w:r>
    </w:p>
    <w:p>
      <w:pPr>
        <w:jc w:val="both"/>
      </w:pPr>
      <w:r>
        <w:t>Bít tất</w:t>
      </w:r>
    </w:p>
    <w:p>
      <w:pPr>
        <w:jc w:val="both"/>
      </w:pPr>
      <w:r>
        <w:t>Đôi</w:t>
      </w:r>
    </w:p>
    <w:p>
      <w:pPr>
        <w:jc w:val="both"/>
      </w:pPr>
      <w:r>
        <w:t>02</w:t>
      </w:r>
    </w:p>
    <w:p>
      <w:pPr>
        <w:jc w:val="both"/>
      </w:pPr>
      <w:r>
        <w:t>6.1.11</w:t>
      </w:r>
    </w:p>
    <w:p>
      <w:pPr>
        <w:jc w:val="both"/>
      </w:pPr>
      <w:r>
        <w:t>Sao mũ kepi GDQPAN</w:t>
      </w:r>
    </w:p>
    <w:p>
      <w:pPr>
        <w:jc w:val="both"/>
      </w:pPr>
      <w:r>
        <w:t>Chiếc</w:t>
      </w:r>
    </w:p>
    <w:p>
      <w:pPr>
        <w:jc w:val="both"/>
      </w:pPr>
      <w:r>
        <w:t>01</w:t>
      </w:r>
    </w:p>
    <w:p>
      <w:pPr>
        <w:jc w:val="both"/>
      </w:pPr>
      <w:r>
        <w:t>6.1.12</w:t>
      </w:r>
    </w:p>
    <w:p>
      <w:pPr>
        <w:jc w:val="both"/>
      </w:pPr>
      <w:r>
        <w:t>Sao mũ cứng GDQPAN</w:t>
      </w:r>
    </w:p>
    <w:p>
      <w:pPr>
        <w:jc w:val="both"/>
      </w:pPr>
      <w:r>
        <w:t>Chiếc</w:t>
      </w:r>
    </w:p>
    <w:p>
      <w:pPr>
        <w:jc w:val="both"/>
      </w:pPr>
      <w:r>
        <w:t>01</w:t>
      </w:r>
    </w:p>
    <w:p>
      <w:pPr>
        <w:jc w:val="both"/>
      </w:pPr>
      <w:r>
        <w:t>6.1.13</w:t>
      </w:r>
    </w:p>
    <w:p>
      <w:pPr>
        <w:jc w:val="both"/>
      </w:pPr>
      <w:r>
        <w:t>Sao mũ mềm GDQPAN</w:t>
      </w:r>
    </w:p>
    <w:p>
      <w:pPr>
        <w:jc w:val="both"/>
      </w:pPr>
      <w:r>
        <w:t>Chiếc</w:t>
      </w:r>
    </w:p>
    <w:p>
      <w:pPr>
        <w:jc w:val="both"/>
      </w:pPr>
      <w:r>
        <w:t>01</w:t>
      </w:r>
    </w:p>
    <w:p>
      <w:pPr>
        <w:jc w:val="both"/>
      </w:pPr>
      <w:r>
        <w:t>6.1.14</w:t>
      </w:r>
    </w:p>
    <w:p>
      <w:pPr>
        <w:jc w:val="both"/>
      </w:pPr>
      <w:r>
        <w:t>Nền cấp hiệu GDQPAN</w:t>
      </w:r>
    </w:p>
    <w:p>
      <w:pPr>
        <w:jc w:val="both"/>
      </w:pPr>
      <w:r>
        <w:t>Đôi</w:t>
      </w:r>
    </w:p>
    <w:p>
      <w:pPr>
        <w:jc w:val="both"/>
      </w:pPr>
      <w:r>
        <w:t>01</w:t>
      </w:r>
    </w:p>
    <w:p>
      <w:pPr>
        <w:jc w:val="both"/>
      </w:pPr>
      <w:r>
        <w:t>6.1.15</w:t>
      </w:r>
    </w:p>
    <w:p>
      <w:pPr>
        <w:jc w:val="both"/>
      </w:pPr>
      <w:r>
        <w:t>Nền phù hiệu GDQPAN</w:t>
      </w:r>
    </w:p>
    <w:p>
      <w:pPr>
        <w:jc w:val="both"/>
      </w:pPr>
      <w:r>
        <w:t>Đôi</w:t>
      </w:r>
    </w:p>
    <w:p>
      <w:pPr>
        <w:jc w:val="both"/>
      </w:pPr>
      <w:r>
        <w:t>01</w:t>
      </w:r>
    </w:p>
    <w:p>
      <w:pPr>
        <w:jc w:val="both"/>
      </w:pPr>
      <w:r>
        <w:t>6.1.16</w:t>
      </w:r>
    </w:p>
    <w:p>
      <w:pPr>
        <w:jc w:val="both"/>
      </w:pPr>
      <w:r>
        <w:t>Biển tên</w:t>
      </w:r>
    </w:p>
    <w:p>
      <w:pPr>
        <w:jc w:val="both"/>
      </w:pPr>
      <w:r>
        <w:t>Chiếc</w:t>
      </w:r>
    </w:p>
    <w:p>
      <w:pPr>
        <w:jc w:val="both"/>
      </w:pPr>
      <w:r>
        <w:t>01</w:t>
      </w:r>
    </w:p>
    <w:p>
      <w:pPr>
        <w:jc w:val="both"/>
      </w:pPr>
      <w:r>
        <w:t>6.1.17</w:t>
      </w:r>
    </w:p>
    <w:p>
      <w:pPr>
        <w:jc w:val="both"/>
      </w:pPr>
      <w:r>
        <w:t>Ca ra vát</w:t>
      </w:r>
    </w:p>
    <w:p>
      <w:pPr>
        <w:jc w:val="both"/>
      </w:pPr>
      <w:r>
        <w:t>Chiếc</w:t>
      </w:r>
    </w:p>
    <w:p>
      <w:pPr>
        <w:jc w:val="both"/>
      </w:pPr>
      <w:r>
        <w:t>01</w:t>
      </w:r>
    </w:p>
    <w:p>
      <w:pPr>
        <w:jc w:val="both"/>
      </w:pPr>
      <w:r>
        <w:t>6.2</w:t>
      </w:r>
    </w:p>
    <w:p>
      <w:pPr>
        <w:jc w:val="both"/>
      </w:pPr>
      <w:r>
        <w:t>Trang phục học sinh GDQPAN</w:t>
      </w:r>
    </w:p>
    <w:p>
      <w:pPr>
        <w:jc w:val="both"/>
      </w:pPr>
      <w:r>
        <w:t>Theo nhu cầu sử dụng của từng trường</w:t>
      </w:r>
    </w:p>
    <w:p>
      <w:pPr>
        <w:jc w:val="both"/>
      </w:pPr>
      <w:r>
        <w:t>6.2.1</w:t>
      </w:r>
    </w:p>
    <w:p>
      <w:pPr>
        <w:jc w:val="both"/>
      </w:pPr>
      <w:r>
        <w:t>Trang phục (Dùng chung hai mùa)</w:t>
      </w:r>
    </w:p>
    <w:p>
      <w:pPr>
        <w:jc w:val="both"/>
      </w:pPr>
      <w:r>
        <w:t>Bộ</w:t>
      </w:r>
    </w:p>
    <w:p>
      <w:pPr>
        <w:jc w:val="both"/>
      </w:pPr>
      <w:r>
        <w:t>Nền cấp hiệu, phù hiệu, biển tên GDQPAN may liền áo</w:t>
      </w:r>
    </w:p>
    <w:p>
      <w:pPr>
        <w:jc w:val="both"/>
      </w:pPr>
      <w:r>
        <w:t>6.2.2</w:t>
      </w:r>
    </w:p>
    <w:p>
      <w:pPr>
        <w:jc w:val="both"/>
      </w:pPr>
      <w:r>
        <w:t>Áo bông</w:t>
      </w:r>
    </w:p>
    <w:p>
      <w:pPr>
        <w:jc w:val="both"/>
      </w:pPr>
      <w:r>
        <w:t>Chiếc</w:t>
      </w:r>
    </w:p>
    <w:p>
      <w:pPr>
        <w:jc w:val="both"/>
      </w:pPr>
      <w:r>
        <w:t>Dùng cho các trường phía Bắc (Từ đèo Hải Vân trở ra)</w:t>
      </w:r>
    </w:p>
    <w:p>
      <w:pPr>
        <w:jc w:val="both"/>
      </w:pPr>
      <w:r>
        <w:t>6.2.3</w:t>
      </w:r>
    </w:p>
    <w:p>
      <w:pPr>
        <w:jc w:val="both"/>
      </w:pPr>
      <w:r>
        <w:t>Mũ cứng cuốn vành</w:t>
      </w:r>
    </w:p>
    <w:p>
      <w:pPr>
        <w:jc w:val="both"/>
      </w:pPr>
      <w:r>
        <w:t>Chiếc</w:t>
      </w:r>
    </w:p>
    <w:p>
      <w:pPr>
        <w:jc w:val="both"/>
      </w:pPr>
      <w:r>
        <w:t>6.2.4</w:t>
      </w:r>
    </w:p>
    <w:p>
      <w:pPr>
        <w:jc w:val="both"/>
      </w:pPr>
      <w:r>
        <w:t>Mũ mềm</w:t>
      </w:r>
    </w:p>
    <w:p>
      <w:pPr>
        <w:jc w:val="both"/>
      </w:pPr>
      <w:r>
        <w:t>Chiếc</w:t>
      </w:r>
    </w:p>
    <w:p>
      <w:pPr>
        <w:jc w:val="both"/>
      </w:pPr>
      <w:r>
        <w:t>6.2.5</w:t>
      </w:r>
    </w:p>
    <w:p>
      <w:pPr>
        <w:jc w:val="both"/>
      </w:pPr>
      <w:r>
        <w:t>Giầy vải cao cổ</w:t>
      </w:r>
    </w:p>
    <w:p>
      <w:pPr>
        <w:jc w:val="both"/>
      </w:pPr>
      <w:r>
        <w:t>Đôi</w:t>
      </w:r>
    </w:p>
    <w:p>
      <w:pPr>
        <w:jc w:val="both"/>
      </w:pPr>
      <w:r>
        <w:t>6.2.6</w:t>
      </w:r>
    </w:p>
    <w:p>
      <w:pPr>
        <w:jc w:val="both"/>
      </w:pPr>
      <w:r>
        <w:t>Bít tất</w:t>
      </w:r>
    </w:p>
    <w:p>
      <w:pPr>
        <w:jc w:val="both"/>
      </w:pPr>
      <w:r>
        <w:t>Đôi</w:t>
      </w:r>
    </w:p>
    <w:p>
      <w:pPr>
        <w:jc w:val="both"/>
      </w:pPr>
      <w:r>
        <w:t>6.2.7</w:t>
      </w:r>
    </w:p>
    <w:p>
      <w:pPr>
        <w:jc w:val="both"/>
      </w:pPr>
      <w:r>
        <w:t>Dây lưng</w:t>
      </w:r>
    </w:p>
    <w:p>
      <w:pPr>
        <w:jc w:val="both"/>
      </w:pPr>
      <w:r>
        <w:t>Chiếc</w:t>
      </w:r>
    </w:p>
    <w:p>
      <w:pPr>
        <w:jc w:val="both"/>
      </w:pPr>
      <w:r>
        <w:t>6.2.8</w:t>
      </w:r>
    </w:p>
    <w:p>
      <w:pPr>
        <w:jc w:val="both"/>
      </w:pPr>
      <w:r>
        <w:t>Sao mũ cứng GDQPAN</w:t>
      </w:r>
    </w:p>
    <w:p>
      <w:pPr>
        <w:jc w:val="both"/>
      </w:pPr>
      <w:r>
        <w:t>Chiếc</w:t>
      </w:r>
    </w:p>
    <w:p>
      <w:pPr>
        <w:jc w:val="both"/>
      </w:pPr>
      <w:r>
        <w:t>6.2.9</w:t>
      </w:r>
    </w:p>
    <w:p>
      <w:pPr>
        <w:jc w:val="both"/>
      </w:pPr>
      <w:r>
        <w:t>Sao mũ mềm GDQPAN</w:t>
      </w:r>
    </w:p>
    <w:p>
      <w:pPr>
        <w:jc w:val="both"/>
      </w:pPr>
      <w:r>
        <w:t>Chiếc</w:t>
      </w:r>
    </w:p>
    <w:p>
      <w:pPr>
        <w:jc w:val="both"/>
      </w:pPr>
      <w:r>
        <w:t>III. Trường cao đẳng sư phạm, cơ sở giáo dục đại học</w:t>
      </w:r>
    </w:p>
    <w:p>
      <w:pPr>
        <w:jc w:val="both"/>
      </w:pPr>
      <w:r>
        <w:t>Áp dụng cho các cơ sở giáo dục đại học được giao tự chủ giảng dạy và trung tâm giáo dục quốc phòng và an ninh.</w:t>
      </w:r>
    </w:p>
    <w:p>
      <w:pPr>
        <w:jc w:val="both"/>
      </w:pPr>
      <w:r>
        <w:t>TT</w:t>
      </w:r>
    </w:p>
    <w:p>
      <w:pPr>
        <w:jc w:val="both"/>
      </w:pPr>
      <w:r>
        <w:t>Tên thiết bị</w:t>
      </w:r>
    </w:p>
    <w:p>
      <w:pPr>
        <w:jc w:val="both"/>
      </w:pPr>
      <w:r>
        <w:t>Đơn</w:t>
      </w:r>
    </w:p>
    <w:p>
      <w:pPr>
        <w:jc w:val="both"/>
      </w:pPr>
      <w:r>
        <w:t>vị tính</w:t>
      </w:r>
    </w:p>
    <w:p>
      <w:pPr>
        <w:jc w:val="both"/>
      </w:pPr>
      <w:r>
        <w:t>Số lượng c ần cho</w:t>
      </w:r>
    </w:p>
    <w:p>
      <w:pPr>
        <w:jc w:val="both"/>
      </w:pPr>
      <w:r>
        <w:t>1 trường</w:t>
      </w:r>
    </w:p>
    <w:p>
      <w:pPr>
        <w:jc w:val="both"/>
      </w:pPr>
      <w:r>
        <w:t>Ghi chú</w:t>
      </w:r>
    </w:p>
    <w:p>
      <w:pPr>
        <w:jc w:val="both"/>
      </w:pPr>
      <w:r>
        <w:t>1</w:t>
      </w:r>
    </w:p>
    <w:p>
      <w:pPr>
        <w:jc w:val="both"/>
      </w:pPr>
      <w:r>
        <w:t>Tài liệu</w:t>
      </w:r>
    </w:p>
    <w:p>
      <w:pPr>
        <w:jc w:val="both"/>
      </w:pPr>
      <w:r>
        <w:t>1.1</w:t>
      </w:r>
    </w:p>
    <w:p>
      <w:pPr>
        <w:jc w:val="both"/>
      </w:pPr>
      <w:r>
        <w:t>Giáo trình GDQPAN (Tập 1)</w:t>
      </w:r>
    </w:p>
    <w:p>
      <w:pPr>
        <w:jc w:val="both"/>
      </w:pPr>
      <w:r>
        <w:t>Quyển</w:t>
      </w:r>
    </w:p>
    <w:p>
      <w:pPr>
        <w:jc w:val="both"/>
      </w:pPr>
      <w:r>
        <w:t>Mỗi Giảng viên 1 bộ gồm 2 quyển; Sinh viên theo nhu cầu của từng trường</w:t>
      </w:r>
    </w:p>
    <w:p>
      <w:pPr>
        <w:jc w:val="both"/>
      </w:pPr>
      <w:r>
        <w:t>1.2</w:t>
      </w:r>
    </w:p>
    <w:p>
      <w:pPr>
        <w:jc w:val="both"/>
      </w:pPr>
      <w:r>
        <w:t>Giáo trình GDQPAN (Tập 2)</w:t>
      </w:r>
    </w:p>
    <w:p>
      <w:pPr>
        <w:jc w:val="both"/>
      </w:pPr>
      <w:r>
        <w:t>Quyển</w:t>
      </w:r>
    </w:p>
    <w:p>
      <w:pPr>
        <w:jc w:val="both"/>
      </w:pPr>
      <w:r>
        <w:t>2</w:t>
      </w:r>
    </w:p>
    <w:p>
      <w:pPr>
        <w:jc w:val="both"/>
      </w:pPr>
      <w:r>
        <w:t>Tranh in hoặc tranh điện tử</w:t>
      </w:r>
    </w:p>
    <w:p>
      <w:pPr>
        <w:jc w:val="both"/>
      </w:pPr>
      <w:r>
        <w:t>2.1</w:t>
      </w:r>
    </w:p>
    <w:p>
      <w:pPr>
        <w:jc w:val="both"/>
      </w:pPr>
      <w:r>
        <w:t>Bộ tranh vũ khí bộ binh (súng tiểu liên AK, CKC, RPĐ, B40, B41)</w:t>
      </w:r>
    </w:p>
    <w:p>
      <w:pPr>
        <w:jc w:val="both"/>
      </w:pPr>
      <w:r>
        <w:t>Bộ</w:t>
      </w:r>
    </w:p>
    <w:p>
      <w:pPr>
        <w:jc w:val="both"/>
      </w:pPr>
      <w:r>
        <w:t>01</w:t>
      </w:r>
    </w:p>
    <w:p>
      <w:pPr>
        <w:jc w:val="both"/>
      </w:pPr>
      <w:r>
        <w:t>Một bộ gồm 06 tờ</w:t>
      </w:r>
    </w:p>
    <w:p>
      <w:pPr>
        <w:jc w:val="both"/>
      </w:pPr>
      <w:r>
        <w:t>2.2</w:t>
      </w:r>
    </w:p>
    <w:p>
      <w:pPr>
        <w:jc w:val="both"/>
      </w:pPr>
      <w:r>
        <w:t>Bộ tranh mìn bộ binh</w:t>
      </w:r>
    </w:p>
    <w:p>
      <w:pPr>
        <w:jc w:val="both"/>
      </w:pPr>
      <w:r>
        <w:t>Bộ</w:t>
      </w:r>
    </w:p>
    <w:p>
      <w:pPr>
        <w:jc w:val="both"/>
      </w:pPr>
      <w:r>
        <w:t>01</w:t>
      </w:r>
    </w:p>
    <w:p>
      <w:pPr>
        <w:jc w:val="both"/>
      </w:pPr>
      <w:r>
        <w:t>Một bộ gồm 09 tờ</w:t>
      </w:r>
    </w:p>
    <w:p>
      <w:pPr>
        <w:jc w:val="both"/>
      </w:pPr>
      <w:r>
        <w:t>2.3</w:t>
      </w:r>
    </w:p>
    <w:p>
      <w:pPr>
        <w:jc w:val="both"/>
      </w:pPr>
      <w:r>
        <w:t>Các tư thế, động tác bắn súng tiểu liên AK</w:t>
      </w:r>
    </w:p>
    <w:p>
      <w:pPr>
        <w:jc w:val="both"/>
      </w:pPr>
      <w:r>
        <w:t>Bộ</w:t>
      </w:r>
    </w:p>
    <w:p>
      <w:pPr>
        <w:jc w:val="both"/>
      </w:pPr>
      <w:r>
        <w:t>01</w:t>
      </w:r>
    </w:p>
    <w:p>
      <w:pPr>
        <w:jc w:val="both"/>
      </w:pPr>
      <w:r>
        <w:t>Một bộ gồm 02 tờ</w:t>
      </w:r>
    </w:p>
    <w:p>
      <w:pPr>
        <w:jc w:val="both"/>
      </w:pPr>
      <w:r>
        <w:t>2.4</w:t>
      </w:r>
    </w:p>
    <w:p>
      <w:pPr>
        <w:jc w:val="both"/>
      </w:pPr>
      <w:r>
        <w:t>Cấu tạo và động tác sử dụng lựu đạn</w:t>
      </w:r>
    </w:p>
    <w:p>
      <w:pPr>
        <w:jc w:val="both"/>
      </w:pPr>
      <w:r>
        <w:t>Tờ</w:t>
      </w:r>
    </w:p>
    <w:p>
      <w:pPr>
        <w:jc w:val="both"/>
      </w:pPr>
      <w:r>
        <w:t>01</w:t>
      </w:r>
    </w:p>
    <w:p>
      <w:pPr>
        <w:jc w:val="both"/>
      </w:pPr>
      <w:r>
        <w:t>Một bộ gồm 02 tờ</w:t>
      </w:r>
    </w:p>
    <w:p>
      <w:pPr>
        <w:jc w:val="both"/>
      </w:pPr>
      <w:r>
        <w:t>2.5</w:t>
      </w:r>
    </w:p>
    <w:p>
      <w:pPr>
        <w:jc w:val="both"/>
      </w:pPr>
      <w:r>
        <w:t>Vũ khí hủy diệt lớn và cách phòng tránh</w:t>
      </w:r>
    </w:p>
    <w:p>
      <w:pPr>
        <w:jc w:val="both"/>
      </w:pPr>
      <w:r>
        <w:t>Bộ</w:t>
      </w:r>
    </w:p>
    <w:p>
      <w:pPr>
        <w:jc w:val="both"/>
      </w:pPr>
      <w:r>
        <w:t>01</w:t>
      </w:r>
    </w:p>
    <w:p>
      <w:pPr>
        <w:jc w:val="both"/>
      </w:pPr>
      <w:r>
        <w:t>Một bộ gồm 03 tờ</w:t>
      </w:r>
    </w:p>
    <w:p>
      <w:pPr>
        <w:jc w:val="both"/>
      </w:pPr>
      <w:r>
        <w:t>2.6</w:t>
      </w:r>
    </w:p>
    <w:p>
      <w:pPr>
        <w:jc w:val="both"/>
      </w:pPr>
      <w:r>
        <w:t>Sơ đồ Tổ chức quân đội và Tổ chức Công an</w:t>
      </w:r>
    </w:p>
    <w:p>
      <w:pPr>
        <w:jc w:val="both"/>
      </w:pPr>
      <w:r>
        <w:t>Bộ</w:t>
      </w:r>
    </w:p>
    <w:p>
      <w:pPr>
        <w:jc w:val="both"/>
      </w:pPr>
      <w:r>
        <w:t>01</w:t>
      </w:r>
    </w:p>
    <w:p>
      <w:pPr>
        <w:jc w:val="both"/>
      </w:pPr>
      <w:r>
        <w:t>Một bộ gồm 06 tờ</w:t>
      </w:r>
    </w:p>
    <w:p>
      <w:pPr>
        <w:jc w:val="both"/>
      </w:pPr>
      <w:r>
        <w:t>2.7</w:t>
      </w:r>
    </w:p>
    <w:p>
      <w:pPr>
        <w:jc w:val="both"/>
      </w:pPr>
      <w:r>
        <w:t>Thiết bị lưu trữ thông tin GDQPAN</w:t>
      </w:r>
    </w:p>
    <w:p>
      <w:pPr>
        <w:jc w:val="both"/>
      </w:pPr>
      <w:r>
        <w:t>Bộ</w:t>
      </w:r>
    </w:p>
    <w:p>
      <w:pPr>
        <w:jc w:val="both"/>
      </w:pPr>
      <w:r>
        <w:t>02</w:t>
      </w:r>
    </w:p>
    <w:p>
      <w:pPr>
        <w:jc w:val="both"/>
      </w:pPr>
      <w:r>
        <w:t>3</w:t>
      </w:r>
    </w:p>
    <w:p>
      <w:pPr>
        <w:jc w:val="both"/>
      </w:pPr>
      <w:r>
        <w:t>Bản đồ quân sự</w:t>
      </w:r>
    </w:p>
    <w:p>
      <w:pPr>
        <w:jc w:val="both"/>
      </w:pPr>
      <w:r>
        <w:t>3.1</w:t>
      </w:r>
    </w:p>
    <w:p>
      <w:pPr>
        <w:jc w:val="both"/>
      </w:pPr>
      <w:r>
        <w:t>Bản đồ địa hình quân sự</w:t>
      </w:r>
    </w:p>
    <w:p>
      <w:pPr>
        <w:jc w:val="both"/>
      </w:pPr>
      <w:r>
        <w:t>Bộ</w:t>
      </w:r>
    </w:p>
    <w:p>
      <w:pPr>
        <w:jc w:val="both"/>
      </w:pPr>
      <w:r>
        <w:t>20</w:t>
      </w:r>
    </w:p>
    <w:p>
      <w:pPr>
        <w:jc w:val="both"/>
      </w:pPr>
      <w:r>
        <w:t>Một bộ gồm 9 tờ</w:t>
      </w:r>
    </w:p>
    <w:p>
      <w:pPr>
        <w:jc w:val="both"/>
      </w:pPr>
      <w:r>
        <w:t>3.2</w:t>
      </w:r>
    </w:p>
    <w:p>
      <w:pPr>
        <w:jc w:val="both"/>
      </w:pPr>
      <w:r>
        <w:t>Ống nhòm</w:t>
      </w:r>
    </w:p>
    <w:p>
      <w:pPr>
        <w:jc w:val="both"/>
      </w:pPr>
      <w:r>
        <w:t>Chiếc</w:t>
      </w:r>
    </w:p>
    <w:p>
      <w:pPr>
        <w:jc w:val="both"/>
      </w:pPr>
      <w:r>
        <w:t>20</w:t>
      </w:r>
    </w:p>
    <w:p>
      <w:pPr>
        <w:jc w:val="both"/>
      </w:pPr>
      <w:r>
        <w:t>3.3</w:t>
      </w:r>
    </w:p>
    <w:p>
      <w:pPr>
        <w:jc w:val="both"/>
      </w:pPr>
      <w:r>
        <w:t>Địa bàn</w:t>
      </w:r>
    </w:p>
    <w:p>
      <w:pPr>
        <w:jc w:val="both"/>
      </w:pPr>
      <w:r>
        <w:t>Chiếc</w:t>
      </w:r>
    </w:p>
    <w:p>
      <w:pPr>
        <w:jc w:val="both"/>
      </w:pPr>
      <w:r>
        <w:t>20</w:t>
      </w:r>
    </w:p>
    <w:p>
      <w:pPr>
        <w:jc w:val="both"/>
      </w:pPr>
      <w:r>
        <w:t>3.4</w:t>
      </w:r>
    </w:p>
    <w:p>
      <w:pPr>
        <w:jc w:val="both"/>
      </w:pPr>
      <w:r>
        <w:t>Thước chỉ huy</w:t>
      </w:r>
    </w:p>
    <w:p>
      <w:pPr>
        <w:jc w:val="both"/>
      </w:pPr>
      <w:r>
        <w:t>Chiếc</w:t>
      </w:r>
    </w:p>
    <w:p>
      <w:pPr>
        <w:jc w:val="both"/>
      </w:pPr>
      <w:r>
        <w:t>20</w:t>
      </w:r>
    </w:p>
    <w:p>
      <w:pPr>
        <w:jc w:val="both"/>
      </w:pPr>
      <w:r>
        <w:t>3.5</w:t>
      </w:r>
    </w:p>
    <w:p>
      <w:pPr>
        <w:jc w:val="both"/>
      </w:pPr>
      <w:r>
        <w:t>Thước 3 cạnh</w:t>
      </w:r>
    </w:p>
    <w:p>
      <w:pPr>
        <w:jc w:val="both"/>
      </w:pPr>
      <w:r>
        <w:t>Chiếc</w:t>
      </w:r>
    </w:p>
    <w:p>
      <w:pPr>
        <w:jc w:val="both"/>
      </w:pPr>
      <w:r>
        <w:t>20</w:t>
      </w:r>
    </w:p>
    <w:p>
      <w:pPr>
        <w:jc w:val="both"/>
      </w:pPr>
      <w:r>
        <w:t>3.6</w:t>
      </w:r>
    </w:p>
    <w:p>
      <w:pPr>
        <w:jc w:val="both"/>
      </w:pPr>
      <w:r>
        <w:t>Bàn đạc gỗ 40 x 60 cm</w:t>
      </w:r>
    </w:p>
    <w:p>
      <w:pPr>
        <w:jc w:val="both"/>
      </w:pPr>
      <w:r>
        <w:t>Chiếc</w:t>
      </w:r>
    </w:p>
    <w:p>
      <w:pPr>
        <w:jc w:val="both"/>
      </w:pPr>
      <w:r>
        <w:t>20</w:t>
      </w:r>
    </w:p>
    <w:p>
      <w:pPr>
        <w:jc w:val="both"/>
      </w:pPr>
      <w:r>
        <w:t>3.7</w:t>
      </w:r>
    </w:p>
    <w:p>
      <w:pPr>
        <w:jc w:val="both"/>
      </w:pPr>
      <w:r>
        <w:t>Giá 3 chân cao 70 cm</w:t>
      </w:r>
    </w:p>
    <w:p>
      <w:pPr>
        <w:jc w:val="both"/>
      </w:pPr>
      <w:r>
        <w:t>Bộ</w:t>
      </w:r>
    </w:p>
    <w:p>
      <w:pPr>
        <w:jc w:val="both"/>
      </w:pPr>
      <w:r>
        <w:t>20</w:t>
      </w:r>
    </w:p>
    <w:p>
      <w:pPr>
        <w:jc w:val="both"/>
      </w:pPr>
      <w:r>
        <w:t>4</w:t>
      </w:r>
    </w:p>
    <w:p>
      <w:pPr>
        <w:jc w:val="both"/>
      </w:pPr>
      <w:r>
        <w:t>Mô hình vũ khí</w:t>
      </w:r>
    </w:p>
    <w:p>
      <w:pPr>
        <w:jc w:val="both"/>
      </w:pPr>
      <w:r>
        <w:t>4.1</w:t>
      </w:r>
    </w:p>
    <w:p>
      <w:pPr>
        <w:jc w:val="both"/>
      </w:pPr>
      <w:r>
        <w:t>Mô hình súng tiểu liên AK luyện tập; súng tiểu liên AK, CKC, B40, B41 cắt bổ</w:t>
      </w:r>
    </w:p>
    <w:p>
      <w:pPr>
        <w:jc w:val="both"/>
      </w:pPr>
      <w:r>
        <w:t>Khẩu</w:t>
      </w:r>
    </w:p>
    <w:p>
      <w:pPr>
        <w:jc w:val="both"/>
      </w:pPr>
      <w:r>
        <w:t>Theo nhu cầu của từng trường</w:t>
      </w:r>
    </w:p>
    <w:p>
      <w:pPr>
        <w:jc w:val="both"/>
      </w:pPr>
      <w:r>
        <w:t>4.2</w:t>
      </w:r>
    </w:p>
    <w:p>
      <w:pPr>
        <w:jc w:val="both"/>
      </w:pPr>
      <w:r>
        <w:t>Súng tiểu liên AK cấp 5 hoán cải, vô hiệu hóa</w:t>
      </w:r>
    </w:p>
    <w:p>
      <w:pPr>
        <w:jc w:val="both"/>
      </w:pPr>
      <w:r>
        <w:t>Khẩu</w:t>
      </w:r>
    </w:p>
    <w:p>
      <w:pPr>
        <w:jc w:val="both"/>
      </w:pPr>
      <w:r>
        <w:t>25</w:t>
      </w:r>
    </w:p>
    <w:p>
      <w:pPr>
        <w:jc w:val="both"/>
      </w:pPr>
      <w:r>
        <w:t>4.3</w:t>
      </w:r>
    </w:p>
    <w:p>
      <w:pPr>
        <w:jc w:val="both"/>
      </w:pPr>
      <w:r>
        <w:t>Mô hình lựu đạn cắt bổ</w:t>
      </w:r>
    </w:p>
    <w:p>
      <w:pPr>
        <w:jc w:val="both"/>
      </w:pPr>
      <w:r>
        <w:t>Quả</w:t>
      </w:r>
    </w:p>
    <w:p>
      <w:pPr>
        <w:jc w:val="both"/>
      </w:pPr>
      <w:r>
        <w:t>05</w:t>
      </w:r>
    </w:p>
    <w:p>
      <w:pPr>
        <w:jc w:val="both"/>
      </w:pPr>
      <w:r>
        <w:t>4.4</w:t>
      </w:r>
    </w:p>
    <w:p>
      <w:pPr>
        <w:jc w:val="both"/>
      </w:pPr>
      <w:r>
        <w:t>Lựu đạn luyện tập</w:t>
      </w:r>
    </w:p>
    <w:p>
      <w:pPr>
        <w:jc w:val="both"/>
      </w:pPr>
      <w:r>
        <w:t>Quả</w:t>
      </w:r>
    </w:p>
    <w:p>
      <w:pPr>
        <w:jc w:val="both"/>
      </w:pPr>
      <w:r>
        <w:t>50</w:t>
      </w:r>
    </w:p>
    <w:p>
      <w:pPr>
        <w:jc w:val="both"/>
      </w:pPr>
      <w:r>
        <w:t>4.5</w:t>
      </w:r>
    </w:p>
    <w:p>
      <w:pPr>
        <w:jc w:val="both"/>
      </w:pPr>
      <w:r>
        <w:t>Mô hình thuốc nổ bánh loại 200g</w:t>
      </w:r>
    </w:p>
    <w:p>
      <w:pPr>
        <w:jc w:val="both"/>
      </w:pPr>
      <w:r>
        <w:t>Bánh</w:t>
      </w:r>
    </w:p>
    <w:p>
      <w:pPr>
        <w:jc w:val="both"/>
      </w:pPr>
      <w:r>
        <w:t>20</w:t>
      </w:r>
    </w:p>
    <w:p>
      <w:pPr>
        <w:jc w:val="both"/>
      </w:pPr>
      <w:r>
        <w:t>4.6</w:t>
      </w:r>
    </w:p>
    <w:p>
      <w:pPr>
        <w:jc w:val="both"/>
      </w:pPr>
      <w:r>
        <w:t>Mô hình kíp số 8, nụ xùy</w:t>
      </w:r>
    </w:p>
    <w:p>
      <w:pPr>
        <w:jc w:val="both"/>
      </w:pPr>
      <w:r>
        <w:t>Cái</w:t>
      </w:r>
    </w:p>
    <w:p>
      <w:pPr>
        <w:jc w:val="both"/>
      </w:pPr>
      <w:r>
        <w:t>40</w:t>
      </w:r>
    </w:p>
    <w:p>
      <w:pPr>
        <w:jc w:val="both"/>
      </w:pPr>
      <w:r>
        <w:t>Mỗi loại 20 cái</w:t>
      </w:r>
    </w:p>
    <w:p>
      <w:pPr>
        <w:jc w:val="both"/>
      </w:pPr>
      <w:r>
        <w:t>4.7</w:t>
      </w:r>
    </w:p>
    <w:p>
      <w:pPr>
        <w:jc w:val="both"/>
      </w:pPr>
      <w:r>
        <w:t>Mô hình dây cháy chậm (05m)</w:t>
      </w:r>
    </w:p>
    <w:p>
      <w:pPr>
        <w:jc w:val="both"/>
      </w:pPr>
      <w:r>
        <w:t>Bộ</w:t>
      </w:r>
    </w:p>
    <w:p>
      <w:pPr>
        <w:jc w:val="both"/>
      </w:pPr>
      <w:r>
        <w:t>05</w:t>
      </w:r>
    </w:p>
    <w:p>
      <w:pPr>
        <w:jc w:val="both"/>
      </w:pPr>
      <w:r>
        <w:t>4.8</w:t>
      </w:r>
    </w:p>
    <w:p>
      <w:pPr>
        <w:jc w:val="both"/>
      </w:pPr>
      <w:r>
        <w:t>Mô hình lượng nổ khối, lượng nổ dài</w:t>
      </w:r>
    </w:p>
    <w:p>
      <w:pPr>
        <w:jc w:val="both"/>
      </w:pPr>
      <w:r>
        <w:t>Bộ</w:t>
      </w:r>
    </w:p>
    <w:p>
      <w:pPr>
        <w:jc w:val="both"/>
      </w:pPr>
      <w:r>
        <w:t>10</w:t>
      </w:r>
    </w:p>
    <w:p>
      <w:pPr>
        <w:jc w:val="both"/>
      </w:pPr>
      <w:r>
        <w:t>Mỗi loại 05 bộ</w:t>
      </w:r>
    </w:p>
    <w:p>
      <w:pPr>
        <w:jc w:val="both"/>
      </w:pPr>
      <w:r>
        <w:t>4.9</w:t>
      </w:r>
    </w:p>
    <w:p>
      <w:pPr>
        <w:jc w:val="both"/>
      </w:pPr>
      <w:r>
        <w:t>Mô hình vũ khí tự tạo</w:t>
      </w:r>
    </w:p>
    <w:p>
      <w:pPr>
        <w:jc w:val="both"/>
      </w:pPr>
      <w:r>
        <w:t>Hộp</w:t>
      </w:r>
    </w:p>
    <w:p>
      <w:pPr>
        <w:jc w:val="both"/>
      </w:pPr>
      <w:r>
        <w:t>02</w:t>
      </w:r>
    </w:p>
    <w:p>
      <w:pPr>
        <w:jc w:val="both"/>
      </w:pPr>
      <w:r>
        <w:t>4.10</w:t>
      </w:r>
    </w:p>
    <w:p>
      <w:pPr>
        <w:jc w:val="both"/>
      </w:pPr>
      <w:r>
        <w:t>Mô hình mìn bộ binh cắt bổ và tập</w:t>
      </w:r>
    </w:p>
    <w:p>
      <w:pPr>
        <w:jc w:val="both"/>
      </w:pPr>
      <w:r>
        <w:t>Bộ</w:t>
      </w:r>
    </w:p>
    <w:p>
      <w:pPr>
        <w:jc w:val="both"/>
      </w:pPr>
      <w:r>
        <w:t>01</w:t>
      </w:r>
    </w:p>
    <w:p>
      <w:pPr>
        <w:jc w:val="both"/>
      </w:pPr>
      <w:r>
        <w:t>4.11</w:t>
      </w:r>
    </w:p>
    <w:p>
      <w:pPr>
        <w:jc w:val="both"/>
      </w:pPr>
      <w:r>
        <w:t>Lựu đạn tập nổ nhiều lần LĐ-15</w:t>
      </w:r>
    </w:p>
    <w:p>
      <w:pPr>
        <w:jc w:val="both"/>
      </w:pPr>
      <w:r>
        <w:t>Bộ</w:t>
      </w:r>
    </w:p>
    <w:p>
      <w:pPr>
        <w:jc w:val="both"/>
      </w:pPr>
      <w:r>
        <w:t>02</w:t>
      </w:r>
    </w:p>
    <w:p>
      <w:pPr>
        <w:jc w:val="both"/>
      </w:pPr>
      <w:r>
        <w:t>4.12</w:t>
      </w:r>
    </w:p>
    <w:p>
      <w:pPr>
        <w:jc w:val="both"/>
      </w:pPr>
      <w:r>
        <w:t>Mô hình hàng rào chống bộ binh</w:t>
      </w:r>
    </w:p>
    <w:p>
      <w:pPr>
        <w:jc w:val="both"/>
      </w:pPr>
      <w:r>
        <w:t>Bộ</w:t>
      </w:r>
    </w:p>
    <w:p>
      <w:pPr>
        <w:jc w:val="both"/>
      </w:pPr>
      <w:r>
        <w:t>01</w:t>
      </w:r>
    </w:p>
    <w:p>
      <w:pPr>
        <w:jc w:val="both"/>
      </w:pPr>
      <w:r>
        <w:t>5</w:t>
      </w:r>
    </w:p>
    <w:p>
      <w:pPr>
        <w:jc w:val="both"/>
      </w:pPr>
      <w:r>
        <w:t>Máy bắn tập</w:t>
      </w:r>
    </w:p>
    <w:p>
      <w:pPr>
        <w:jc w:val="both"/>
      </w:pPr>
      <w:r>
        <w:t>5.1</w:t>
      </w:r>
    </w:p>
    <w:p>
      <w:pPr>
        <w:jc w:val="both"/>
      </w:pPr>
      <w:r>
        <w:t>Máy bắn tập: MBT- 03;</w:t>
      </w:r>
    </w:p>
    <w:p>
      <w:pPr>
        <w:jc w:val="both"/>
      </w:pPr>
      <w:r>
        <w:t>TBS-19/AK; HLAK-20</w:t>
      </w:r>
    </w:p>
    <w:p>
      <w:pPr>
        <w:jc w:val="both"/>
      </w:pPr>
      <w:r>
        <w:t>Bộ</w:t>
      </w:r>
    </w:p>
    <w:p>
      <w:pPr>
        <w:jc w:val="both"/>
      </w:pPr>
      <w:r>
        <w:t>02</w:t>
      </w:r>
    </w:p>
    <w:p>
      <w:pPr>
        <w:jc w:val="both"/>
      </w:pPr>
      <w:r>
        <w:t>Mỗi trường có thể dùng 1 trong 3 loại máy</w:t>
      </w:r>
    </w:p>
    <w:p>
      <w:pPr>
        <w:jc w:val="both"/>
      </w:pPr>
      <w:r>
        <w:t>5.2</w:t>
      </w:r>
    </w:p>
    <w:p>
      <w:pPr>
        <w:jc w:val="both"/>
      </w:pPr>
      <w:r>
        <w:t>Thiết bị tạo tiếng nổ và lực giật cho máy bắn tập</w:t>
      </w:r>
    </w:p>
    <w:p>
      <w:pPr>
        <w:jc w:val="both"/>
      </w:pPr>
      <w:r>
        <w:t>Bộ</w:t>
      </w:r>
    </w:p>
    <w:p>
      <w:pPr>
        <w:jc w:val="both"/>
      </w:pPr>
      <w:r>
        <w:t>02</w:t>
      </w:r>
    </w:p>
    <w:p>
      <w:pPr>
        <w:jc w:val="both"/>
      </w:pPr>
      <w:r>
        <w:t>5.3</w:t>
      </w:r>
    </w:p>
    <w:p>
      <w:pPr>
        <w:jc w:val="both"/>
      </w:pPr>
      <w:r>
        <w:t>Thiết bị theo dõi đường ngắm RDS-07</w:t>
      </w:r>
    </w:p>
    <w:p>
      <w:pPr>
        <w:jc w:val="both"/>
      </w:pPr>
      <w:r>
        <w:t>Bộ</w:t>
      </w:r>
    </w:p>
    <w:p>
      <w:pPr>
        <w:jc w:val="both"/>
      </w:pPr>
      <w:r>
        <w:t>02</w:t>
      </w:r>
    </w:p>
    <w:p>
      <w:pPr>
        <w:jc w:val="both"/>
      </w:pPr>
      <w:r>
        <w:t>6</w:t>
      </w:r>
    </w:p>
    <w:p>
      <w:pPr>
        <w:jc w:val="both"/>
      </w:pPr>
      <w:r>
        <w:t>Thiết bị khác</w:t>
      </w:r>
    </w:p>
    <w:p>
      <w:pPr>
        <w:jc w:val="both"/>
      </w:pPr>
      <w:r>
        <w:t>6.1</w:t>
      </w:r>
    </w:p>
    <w:p>
      <w:pPr>
        <w:jc w:val="both"/>
      </w:pPr>
      <w:r>
        <w:t>Túi đựng hộp tiếp đạn súng tiểu liên AK, túi đựng lựu đạn</w:t>
      </w:r>
    </w:p>
    <w:p>
      <w:pPr>
        <w:jc w:val="both"/>
      </w:pPr>
      <w:r>
        <w:t>Bộ</w:t>
      </w:r>
    </w:p>
    <w:p>
      <w:pPr>
        <w:jc w:val="both"/>
      </w:pPr>
      <w:r>
        <w:t>20</w:t>
      </w:r>
    </w:p>
    <w:p>
      <w:pPr>
        <w:jc w:val="both"/>
      </w:pPr>
      <w:r>
        <w:t>6.2</w:t>
      </w:r>
    </w:p>
    <w:p>
      <w:pPr>
        <w:jc w:val="both"/>
      </w:pPr>
      <w:r>
        <w:t>Khung và mặt bia số 4</w:t>
      </w:r>
    </w:p>
    <w:p>
      <w:pPr>
        <w:jc w:val="both"/>
      </w:pPr>
      <w:r>
        <w:t>Bộ</w:t>
      </w:r>
    </w:p>
    <w:p>
      <w:pPr>
        <w:jc w:val="both"/>
      </w:pPr>
      <w:r>
        <w:t>20</w:t>
      </w:r>
    </w:p>
    <w:p>
      <w:pPr>
        <w:jc w:val="both"/>
      </w:pPr>
      <w:r>
        <w:t>6.3</w:t>
      </w:r>
    </w:p>
    <w:p>
      <w:pPr>
        <w:jc w:val="both"/>
      </w:pPr>
      <w:r>
        <w:t>Giá đặt bia đa năng</w:t>
      </w:r>
    </w:p>
    <w:p>
      <w:pPr>
        <w:jc w:val="both"/>
      </w:pPr>
      <w:r>
        <w:t>Chiếc</w:t>
      </w:r>
    </w:p>
    <w:p>
      <w:pPr>
        <w:jc w:val="both"/>
      </w:pPr>
      <w:r>
        <w:t>20</w:t>
      </w:r>
    </w:p>
    <w:p>
      <w:pPr>
        <w:jc w:val="both"/>
      </w:pPr>
      <w:r>
        <w:t>6.4</w:t>
      </w:r>
    </w:p>
    <w:p>
      <w:pPr>
        <w:jc w:val="both"/>
      </w:pPr>
      <w:r>
        <w:t>Kính kiểm tra ngắm</w:t>
      </w:r>
    </w:p>
    <w:p>
      <w:pPr>
        <w:jc w:val="both"/>
      </w:pPr>
      <w:r>
        <w:t>Chiếc</w:t>
      </w:r>
    </w:p>
    <w:p>
      <w:pPr>
        <w:jc w:val="both"/>
      </w:pPr>
      <w:r>
        <w:t>04</w:t>
      </w:r>
    </w:p>
    <w:p>
      <w:pPr>
        <w:jc w:val="both"/>
      </w:pPr>
      <w:r>
        <w:t>6.5</w:t>
      </w:r>
    </w:p>
    <w:p>
      <w:pPr>
        <w:jc w:val="both"/>
      </w:pPr>
      <w:r>
        <w:t>Đồng tiền di động</w:t>
      </w:r>
    </w:p>
    <w:p>
      <w:pPr>
        <w:jc w:val="both"/>
      </w:pPr>
      <w:r>
        <w:t>Chiếc</w:t>
      </w:r>
    </w:p>
    <w:p>
      <w:pPr>
        <w:jc w:val="both"/>
      </w:pPr>
      <w:r>
        <w:t>02</w:t>
      </w:r>
    </w:p>
    <w:p>
      <w:pPr>
        <w:jc w:val="both"/>
      </w:pPr>
      <w:r>
        <w:t>6.6</w:t>
      </w:r>
    </w:p>
    <w:p>
      <w:pPr>
        <w:jc w:val="both"/>
      </w:pPr>
      <w:r>
        <w:t>Mô hình đường đạn trong không khí</w:t>
      </w:r>
    </w:p>
    <w:p>
      <w:pPr>
        <w:jc w:val="both"/>
      </w:pPr>
      <w:r>
        <w:t>Chiếc</w:t>
      </w:r>
    </w:p>
    <w:p>
      <w:pPr>
        <w:jc w:val="both"/>
      </w:pPr>
      <w:r>
        <w:t>02</w:t>
      </w:r>
    </w:p>
    <w:p>
      <w:pPr>
        <w:jc w:val="both"/>
      </w:pPr>
      <w:r>
        <w:t>6.7</w:t>
      </w:r>
    </w:p>
    <w:p>
      <w:pPr>
        <w:jc w:val="both"/>
      </w:pPr>
      <w:r>
        <w:t>Hộp dụng cụ huấn luyện</w:t>
      </w:r>
    </w:p>
    <w:p>
      <w:pPr>
        <w:jc w:val="both"/>
      </w:pPr>
      <w:r>
        <w:t>Bộ</w:t>
      </w:r>
    </w:p>
    <w:p>
      <w:pPr>
        <w:jc w:val="both"/>
      </w:pPr>
      <w:r>
        <w:t>04</w:t>
      </w:r>
    </w:p>
    <w:p>
      <w:pPr>
        <w:jc w:val="both"/>
      </w:pPr>
      <w:r>
        <w:t>6.8</w:t>
      </w:r>
    </w:p>
    <w:p>
      <w:pPr>
        <w:jc w:val="both"/>
      </w:pPr>
      <w:r>
        <w:t>Thiết bị tạo tiếng súng và tiếng nổ giả</w:t>
      </w:r>
    </w:p>
    <w:p>
      <w:pPr>
        <w:jc w:val="both"/>
      </w:pPr>
      <w:r>
        <w:t>Bộ</w:t>
      </w:r>
    </w:p>
    <w:p>
      <w:pPr>
        <w:jc w:val="both"/>
      </w:pPr>
      <w:r>
        <w:t>01</w:t>
      </w:r>
    </w:p>
    <w:p>
      <w:pPr>
        <w:jc w:val="both"/>
      </w:pPr>
      <w:r>
        <w:t>6.9</w:t>
      </w:r>
    </w:p>
    <w:p>
      <w:pPr>
        <w:jc w:val="both"/>
      </w:pPr>
      <w:r>
        <w:t>Dụng cụ băng bó cứu thương</w:t>
      </w:r>
    </w:p>
    <w:p>
      <w:pPr>
        <w:jc w:val="both"/>
      </w:pPr>
      <w:r>
        <w:t>Bộ</w:t>
      </w:r>
    </w:p>
    <w:p>
      <w:pPr>
        <w:jc w:val="both"/>
      </w:pPr>
      <w:r>
        <w:t>15</w:t>
      </w:r>
    </w:p>
    <w:p>
      <w:pPr>
        <w:jc w:val="both"/>
      </w:pPr>
      <w:r>
        <w:t>6.10</w:t>
      </w:r>
    </w:p>
    <w:p>
      <w:pPr>
        <w:jc w:val="both"/>
      </w:pPr>
      <w:r>
        <w:t>Cáng cứu thương</w:t>
      </w:r>
    </w:p>
    <w:p>
      <w:pPr>
        <w:jc w:val="both"/>
      </w:pPr>
      <w:r>
        <w:t>Chiếc</w:t>
      </w:r>
    </w:p>
    <w:p>
      <w:pPr>
        <w:jc w:val="both"/>
      </w:pPr>
      <w:r>
        <w:t>05</w:t>
      </w:r>
    </w:p>
    <w:p>
      <w:pPr>
        <w:jc w:val="both"/>
      </w:pPr>
      <w:r>
        <w:t>6.11</w:t>
      </w:r>
    </w:p>
    <w:p>
      <w:pPr>
        <w:jc w:val="both"/>
      </w:pPr>
      <w:r>
        <w:t>Giá súng và bàn thao tác</w:t>
      </w:r>
    </w:p>
    <w:p>
      <w:pPr>
        <w:jc w:val="both"/>
      </w:pPr>
      <w:r>
        <w:t>Bộ</w:t>
      </w:r>
    </w:p>
    <w:p>
      <w:pPr>
        <w:jc w:val="both"/>
      </w:pPr>
      <w:r>
        <w:t>Theo nhu cầu sử dụng của từng trường</w:t>
      </w:r>
    </w:p>
    <w:p>
      <w:pPr>
        <w:jc w:val="both"/>
      </w:pPr>
      <w:r>
        <w:t>6.12</w:t>
      </w:r>
    </w:p>
    <w:p>
      <w:pPr>
        <w:jc w:val="both"/>
      </w:pPr>
      <w:r>
        <w:t>Tủ đựng súng và đựng thiết bị</w:t>
      </w:r>
    </w:p>
    <w:p>
      <w:pPr>
        <w:jc w:val="both"/>
      </w:pPr>
      <w:r>
        <w:t>Chiếc</w:t>
      </w:r>
    </w:p>
    <w:p>
      <w:pPr>
        <w:jc w:val="both"/>
      </w:pPr>
      <w:r>
        <w:t>6.13</w:t>
      </w:r>
    </w:p>
    <w:p>
      <w:pPr>
        <w:jc w:val="both"/>
      </w:pPr>
      <w:r>
        <w:t>Khung và mặt bia số 6, 7, 10</w:t>
      </w:r>
    </w:p>
    <w:p>
      <w:pPr>
        <w:jc w:val="both"/>
      </w:pPr>
      <w:r>
        <w:t>Chiếc</w:t>
      </w:r>
    </w:p>
    <w:p>
      <w:pPr>
        <w:jc w:val="both"/>
      </w:pPr>
      <w:r>
        <w:t>30</w:t>
      </w:r>
    </w:p>
    <w:p>
      <w:pPr>
        <w:jc w:val="both"/>
      </w:pPr>
      <w:r>
        <w:t>Mỗi loại 10 chiếc</w:t>
      </w:r>
    </w:p>
    <w:p>
      <w:pPr>
        <w:jc w:val="both"/>
      </w:pPr>
      <w:r>
        <w:t>6.14</w:t>
      </w:r>
    </w:p>
    <w:p>
      <w:pPr>
        <w:jc w:val="both"/>
      </w:pPr>
      <w:r>
        <w:t>Bia ngắm trúng, ngắm chụm</w:t>
      </w:r>
    </w:p>
    <w:p>
      <w:pPr>
        <w:jc w:val="both"/>
      </w:pPr>
      <w:r>
        <w:t>Chiếc</w:t>
      </w:r>
    </w:p>
    <w:p>
      <w:pPr>
        <w:jc w:val="both"/>
      </w:pPr>
      <w:r>
        <w:t>10</w:t>
      </w:r>
    </w:p>
    <w:p>
      <w:pPr>
        <w:jc w:val="both"/>
      </w:pPr>
      <w:r>
        <w:t>6.15</w:t>
      </w:r>
    </w:p>
    <w:p>
      <w:pPr>
        <w:jc w:val="both"/>
      </w:pPr>
      <w:r>
        <w:t>Mõ quay</w:t>
      </w:r>
    </w:p>
    <w:p>
      <w:pPr>
        <w:jc w:val="both"/>
      </w:pPr>
      <w:r>
        <w:t>Chiếc</w:t>
      </w:r>
    </w:p>
    <w:p>
      <w:pPr>
        <w:jc w:val="both"/>
      </w:pPr>
      <w:r>
        <w:t>10</w:t>
      </w:r>
    </w:p>
    <w:p>
      <w:pPr>
        <w:jc w:val="both"/>
      </w:pPr>
      <w:r>
        <w:t>6.16</w:t>
      </w:r>
    </w:p>
    <w:p>
      <w:pPr>
        <w:jc w:val="both"/>
      </w:pPr>
      <w:r>
        <w:t>Khí tài phòng hô hấp (Mặt nạ phòng độc MV-5)</w:t>
      </w:r>
    </w:p>
    <w:p>
      <w:pPr>
        <w:jc w:val="both"/>
      </w:pPr>
      <w:r>
        <w:t>Chiếc</w:t>
      </w:r>
    </w:p>
    <w:p>
      <w:pPr>
        <w:jc w:val="both"/>
      </w:pPr>
      <w:r>
        <w:t>50</w:t>
      </w:r>
    </w:p>
    <w:p>
      <w:pPr>
        <w:jc w:val="both"/>
      </w:pPr>
      <w:r>
        <w:t>6.17</w:t>
      </w:r>
    </w:p>
    <w:p>
      <w:pPr>
        <w:jc w:val="both"/>
      </w:pPr>
      <w:r>
        <w:t>Khí tài phòng da L-1</w:t>
      </w:r>
    </w:p>
    <w:p>
      <w:pPr>
        <w:jc w:val="both"/>
      </w:pPr>
      <w:r>
        <w:t>Bộ</w:t>
      </w:r>
    </w:p>
    <w:p>
      <w:pPr>
        <w:jc w:val="both"/>
      </w:pPr>
      <w:r>
        <w:t>05</w:t>
      </w:r>
    </w:p>
    <w:p>
      <w:pPr>
        <w:jc w:val="both"/>
      </w:pPr>
      <w:r>
        <w:t>6.18</w:t>
      </w:r>
    </w:p>
    <w:p>
      <w:pPr>
        <w:jc w:val="both"/>
      </w:pPr>
      <w:r>
        <w:t>Bao tiêu độc cá nhân TCN- 10</w:t>
      </w:r>
    </w:p>
    <w:p>
      <w:pPr>
        <w:jc w:val="both"/>
      </w:pPr>
      <w:r>
        <w:t>Bộ</w:t>
      </w:r>
    </w:p>
    <w:p>
      <w:pPr>
        <w:jc w:val="both"/>
      </w:pPr>
      <w:r>
        <w:t>05</w:t>
      </w:r>
    </w:p>
    <w:p>
      <w:pPr>
        <w:jc w:val="both"/>
      </w:pPr>
      <w:r>
        <w:t>7</w:t>
      </w:r>
    </w:p>
    <w:p>
      <w:pPr>
        <w:jc w:val="both"/>
      </w:pPr>
      <w:r>
        <w:t>Phòng học chuyên dụng</w:t>
      </w:r>
    </w:p>
    <w:p>
      <w:pPr>
        <w:jc w:val="both"/>
      </w:pPr>
      <w:r>
        <w:t>7.1</w:t>
      </w:r>
    </w:p>
    <w:p>
      <w:pPr>
        <w:jc w:val="both"/>
      </w:pPr>
      <w:r>
        <w:t>Máy tính, máy chiếu, màn chiếu dùng cho giảng viên giảng dạy</w:t>
      </w:r>
    </w:p>
    <w:p>
      <w:pPr>
        <w:jc w:val="both"/>
      </w:pPr>
      <w:r>
        <w:t>Bộ</w:t>
      </w:r>
    </w:p>
    <w:p>
      <w:pPr>
        <w:jc w:val="both"/>
      </w:pPr>
      <w:r>
        <w:t>01</w:t>
      </w:r>
    </w:p>
    <w:p>
      <w:pPr>
        <w:jc w:val="both"/>
      </w:pPr>
      <w:r>
        <w:t>7.2</w:t>
      </w:r>
    </w:p>
    <w:p>
      <w:pPr>
        <w:jc w:val="both"/>
      </w:pPr>
      <w:r>
        <w:t>Tranh huấn luyện treo tường</w:t>
      </w:r>
    </w:p>
    <w:p>
      <w:pPr>
        <w:jc w:val="both"/>
      </w:pPr>
      <w:r>
        <w:t>Chiếc</w:t>
      </w:r>
    </w:p>
    <w:p>
      <w:pPr>
        <w:jc w:val="both"/>
      </w:pPr>
      <w:r>
        <w:t>10</w:t>
      </w:r>
    </w:p>
    <w:p>
      <w:pPr>
        <w:jc w:val="both"/>
      </w:pPr>
      <w:r>
        <w:t>7.3</w:t>
      </w:r>
    </w:p>
    <w:p>
      <w:pPr>
        <w:jc w:val="both"/>
      </w:pPr>
      <w:r>
        <w:t>Phần mềm hỗ trợ giảng dạy, học tập (Simbook)</w:t>
      </w:r>
    </w:p>
    <w:p>
      <w:pPr>
        <w:jc w:val="both"/>
      </w:pPr>
      <w:r>
        <w:t>Bộ</w:t>
      </w:r>
    </w:p>
    <w:p>
      <w:pPr>
        <w:jc w:val="both"/>
      </w:pPr>
      <w:r>
        <w:t>01</w:t>
      </w:r>
    </w:p>
    <w:p>
      <w:pPr>
        <w:jc w:val="both"/>
      </w:pPr>
      <w:r>
        <w:t>Theo nhu cầu sử dụng của từng trường</w:t>
      </w:r>
    </w:p>
    <w:p>
      <w:pPr>
        <w:jc w:val="both"/>
      </w:pPr>
      <w:r>
        <w:t>7.4</w:t>
      </w:r>
    </w:p>
    <w:p>
      <w:pPr>
        <w:jc w:val="both"/>
      </w:pPr>
      <w:r>
        <w:t>Mô hình cắt bổ vũ khí bộ binh, mô hình vũ khí tự tạo</w:t>
      </w:r>
    </w:p>
    <w:p>
      <w:pPr>
        <w:jc w:val="both"/>
      </w:pPr>
      <w:r>
        <w:t>Bộ</w:t>
      </w:r>
    </w:p>
    <w:p>
      <w:pPr>
        <w:jc w:val="both"/>
      </w:pPr>
      <w:r>
        <w:t>01</w:t>
      </w:r>
    </w:p>
    <w:p>
      <w:pPr>
        <w:jc w:val="both"/>
      </w:pPr>
      <w:r>
        <w:t>8</w:t>
      </w:r>
    </w:p>
    <w:p>
      <w:pPr>
        <w:jc w:val="both"/>
      </w:pPr>
      <w:r>
        <w:t>Trang phục</w:t>
      </w:r>
    </w:p>
    <w:p>
      <w:pPr>
        <w:jc w:val="both"/>
      </w:pPr>
      <w:r>
        <w:t>8.1</w:t>
      </w:r>
    </w:p>
    <w:p>
      <w:pPr>
        <w:jc w:val="both"/>
      </w:pPr>
      <w:r>
        <w:t>Trang phục giảng viên và cán bộ quản lý GDQPAN</w:t>
      </w:r>
    </w:p>
    <w:p>
      <w:pPr>
        <w:jc w:val="both"/>
      </w:pPr>
      <w:r>
        <w:t>Số lượng cần cho 1 người</w:t>
      </w:r>
    </w:p>
    <w:p>
      <w:pPr>
        <w:jc w:val="both"/>
      </w:pPr>
      <w:r>
        <w:t>8.1.1</w:t>
      </w:r>
    </w:p>
    <w:p>
      <w:pPr>
        <w:jc w:val="both"/>
      </w:pPr>
      <w:r>
        <w:t>Trang phục mùa đông</w:t>
      </w:r>
    </w:p>
    <w:p>
      <w:pPr>
        <w:jc w:val="both"/>
      </w:pPr>
      <w:r>
        <w:t>Bộ</w:t>
      </w:r>
    </w:p>
    <w:p>
      <w:pPr>
        <w:jc w:val="both"/>
      </w:pPr>
      <w:r>
        <w:t>01</w:t>
      </w:r>
    </w:p>
    <w:p>
      <w:pPr>
        <w:jc w:val="both"/>
      </w:pPr>
      <w:r>
        <w:t>Dùng cho các tỉnh phía Bắc (Từ đèo Hải Vân trở ra)</w:t>
      </w:r>
    </w:p>
    <w:p>
      <w:pPr>
        <w:jc w:val="both"/>
      </w:pPr>
      <w:r>
        <w:t>8.1.2</w:t>
      </w:r>
    </w:p>
    <w:p>
      <w:pPr>
        <w:jc w:val="both"/>
      </w:pPr>
      <w:r>
        <w:t>Trang phục mùa hè</w:t>
      </w:r>
    </w:p>
    <w:p>
      <w:pPr>
        <w:jc w:val="both"/>
      </w:pPr>
      <w:r>
        <w:t>Bộ</w:t>
      </w:r>
    </w:p>
    <w:p>
      <w:pPr>
        <w:jc w:val="both"/>
      </w:pPr>
      <w:r>
        <w:t>01</w:t>
      </w:r>
    </w:p>
    <w:p>
      <w:pPr>
        <w:jc w:val="both"/>
      </w:pPr>
      <w:r>
        <w:t>8.1.3</w:t>
      </w:r>
    </w:p>
    <w:p>
      <w:pPr>
        <w:jc w:val="both"/>
      </w:pPr>
      <w:r>
        <w:t>Trang phục dã chiến</w:t>
      </w:r>
    </w:p>
    <w:p>
      <w:pPr>
        <w:jc w:val="both"/>
      </w:pPr>
      <w:r>
        <w:t>Bộ</w:t>
      </w:r>
    </w:p>
    <w:p>
      <w:pPr>
        <w:jc w:val="both"/>
      </w:pPr>
      <w:r>
        <w:t>01</w:t>
      </w:r>
    </w:p>
    <w:p>
      <w:pPr>
        <w:jc w:val="both"/>
      </w:pPr>
      <w:r>
        <w:t>8.1.4</w:t>
      </w:r>
    </w:p>
    <w:p>
      <w:pPr>
        <w:jc w:val="both"/>
      </w:pPr>
      <w:r>
        <w:t>Mũ kepi</w:t>
      </w:r>
    </w:p>
    <w:p>
      <w:pPr>
        <w:jc w:val="both"/>
      </w:pPr>
      <w:r>
        <w:t>Chiếc</w:t>
      </w:r>
    </w:p>
    <w:p>
      <w:pPr>
        <w:jc w:val="both"/>
      </w:pPr>
      <w:r>
        <w:t>01</w:t>
      </w:r>
    </w:p>
    <w:p>
      <w:pPr>
        <w:jc w:val="both"/>
      </w:pPr>
      <w:r>
        <w:t>8.1.5</w:t>
      </w:r>
    </w:p>
    <w:p>
      <w:pPr>
        <w:jc w:val="both"/>
      </w:pPr>
      <w:r>
        <w:t>Mũ cứng cuốn vành</w:t>
      </w:r>
    </w:p>
    <w:p>
      <w:pPr>
        <w:jc w:val="both"/>
      </w:pPr>
      <w:r>
        <w:t>Chiếc</w:t>
      </w:r>
    </w:p>
    <w:p>
      <w:pPr>
        <w:jc w:val="both"/>
      </w:pPr>
      <w:r>
        <w:t>01</w:t>
      </w:r>
    </w:p>
    <w:p>
      <w:pPr>
        <w:jc w:val="both"/>
      </w:pPr>
      <w:r>
        <w:t>8.1.6</w:t>
      </w:r>
    </w:p>
    <w:p>
      <w:pPr>
        <w:jc w:val="both"/>
      </w:pPr>
      <w:r>
        <w:t>Mũ mềm</w:t>
      </w:r>
    </w:p>
    <w:p>
      <w:pPr>
        <w:jc w:val="both"/>
      </w:pPr>
      <w:r>
        <w:t>Chiếc</w:t>
      </w:r>
    </w:p>
    <w:p>
      <w:pPr>
        <w:jc w:val="both"/>
      </w:pPr>
      <w:r>
        <w:t>01</w:t>
      </w:r>
    </w:p>
    <w:p>
      <w:pPr>
        <w:jc w:val="both"/>
      </w:pPr>
      <w:r>
        <w:t>8.1.7</w:t>
      </w:r>
    </w:p>
    <w:p>
      <w:pPr>
        <w:jc w:val="both"/>
      </w:pPr>
      <w:r>
        <w:t>Dây lưng</w:t>
      </w:r>
    </w:p>
    <w:p>
      <w:pPr>
        <w:jc w:val="both"/>
      </w:pPr>
      <w:r>
        <w:t>Chiếc</w:t>
      </w:r>
    </w:p>
    <w:p>
      <w:pPr>
        <w:jc w:val="both"/>
      </w:pPr>
      <w:r>
        <w:t>01</w:t>
      </w:r>
    </w:p>
    <w:p>
      <w:pPr>
        <w:jc w:val="both"/>
      </w:pPr>
      <w:r>
        <w:t>8.1.8</w:t>
      </w:r>
    </w:p>
    <w:p>
      <w:pPr>
        <w:jc w:val="both"/>
      </w:pPr>
      <w:r>
        <w:t>Giầy da</w:t>
      </w:r>
    </w:p>
    <w:p>
      <w:pPr>
        <w:jc w:val="both"/>
      </w:pPr>
      <w:r>
        <w:t>Đôi</w:t>
      </w:r>
    </w:p>
    <w:p>
      <w:pPr>
        <w:jc w:val="both"/>
      </w:pPr>
      <w:r>
        <w:t>01</w:t>
      </w:r>
    </w:p>
    <w:p>
      <w:pPr>
        <w:jc w:val="both"/>
      </w:pPr>
      <w:r>
        <w:t>8.1.9</w:t>
      </w:r>
    </w:p>
    <w:p>
      <w:pPr>
        <w:jc w:val="both"/>
      </w:pPr>
      <w:r>
        <w:t>Giầy vải cao cổ</w:t>
      </w:r>
    </w:p>
    <w:p>
      <w:pPr>
        <w:jc w:val="both"/>
      </w:pPr>
      <w:r>
        <w:t>Đôi</w:t>
      </w:r>
    </w:p>
    <w:p>
      <w:pPr>
        <w:jc w:val="both"/>
      </w:pPr>
      <w:r>
        <w:t>01</w:t>
      </w:r>
    </w:p>
    <w:p>
      <w:pPr>
        <w:jc w:val="both"/>
      </w:pPr>
      <w:r>
        <w:t>8.1.10</w:t>
      </w:r>
    </w:p>
    <w:p>
      <w:pPr>
        <w:jc w:val="both"/>
      </w:pPr>
      <w:r>
        <w:t>Bít tất</w:t>
      </w:r>
    </w:p>
    <w:p>
      <w:pPr>
        <w:jc w:val="both"/>
      </w:pPr>
      <w:r>
        <w:t>Đôi</w:t>
      </w:r>
    </w:p>
    <w:p>
      <w:pPr>
        <w:jc w:val="both"/>
      </w:pPr>
      <w:r>
        <w:t>02</w:t>
      </w:r>
    </w:p>
    <w:p>
      <w:pPr>
        <w:jc w:val="both"/>
      </w:pPr>
      <w:r>
        <w:t>8.1.11</w:t>
      </w:r>
    </w:p>
    <w:p>
      <w:pPr>
        <w:jc w:val="both"/>
      </w:pPr>
      <w:r>
        <w:t>Sao mũ kepi GDQPAN</w:t>
      </w:r>
    </w:p>
    <w:p>
      <w:pPr>
        <w:jc w:val="both"/>
      </w:pPr>
      <w:r>
        <w:t>Chiếc</w:t>
      </w:r>
    </w:p>
    <w:p>
      <w:pPr>
        <w:jc w:val="both"/>
      </w:pPr>
      <w:r>
        <w:t>01</w:t>
      </w:r>
    </w:p>
    <w:p>
      <w:pPr>
        <w:jc w:val="both"/>
      </w:pPr>
      <w:r>
        <w:t>8.1.12</w:t>
      </w:r>
    </w:p>
    <w:p>
      <w:pPr>
        <w:jc w:val="both"/>
      </w:pPr>
      <w:r>
        <w:t>Sao mũ cứng GDQPAN</w:t>
      </w:r>
    </w:p>
    <w:p>
      <w:pPr>
        <w:jc w:val="both"/>
      </w:pPr>
      <w:r>
        <w:t>Chiếc</w:t>
      </w:r>
    </w:p>
    <w:p>
      <w:pPr>
        <w:jc w:val="both"/>
      </w:pPr>
      <w:r>
        <w:t>01</w:t>
      </w:r>
    </w:p>
    <w:p>
      <w:pPr>
        <w:jc w:val="both"/>
      </w:pPr>
      <w:r>
        <w:t>8.1.13</w:t>
      </w:r>
    </w:p>
    <w:p>
      <w:pPr>
        <w:jc w:val="both"/>
      </w:pPr>
      <w:r>
        <w:t>Sao mũ mềm GDQPAN</w:t>
      </w:r>
    </w:p>
    <w:p>
      <w:pPr>
        <w:jc w:val="both"/>
      </w:pPr>
      <w:r>
        <w:t>Chiếc</w:t>
      </w:r>
    </w:p>
    <w:p>
      <w:pPr>
        <w:jc w:val="both"/>
      </w:pPr>
      <w:r>
        <w:t>01</w:t>
      </w:r>
    </w:p>
    <w:p>
      <w:pPr>
        <w:jc w:val="both"/>
      </w:pPr>
      <w:r>
        <w:t>8.1.14</w:t>
      </w:r>
    </w:p>
    <w:p>
      <w:pPr>
        <w:jc w:val="both"/>
      </w:pPr>
      <w:r>
        <w:t>Nền cấp hiệu GDQPAN</w:t>
      </w:r>
    </w:p>
    <w:p>
      <w:pPr>
        <w:jc w:val="both"/>
      </w:pPr>
      <w:r>
        <w:t>Đôi</w:t>
      </w:r>
    </w:p>
    <w:p>
      <w:pPr>
        <w:jc w:val="both"/>
      </w:pPr>
      <w:r>
        <w:t>01</w:t>
      </w:r>
    </w:p>
    <w:p>
      <w:pPr>
        <w:jc w:val="both"/>
      </w:pPr>
      <w:r>
        <w:t>8.1.15</w:t>
      </w:r>
    </w:p>
    <w:p>
      <w:pPr>
        <w:jc w:val="both"/>
      </w:pPr>
      <w:r>
        <w:t>Nền phù hiệu GDQPAN</w:t>
      </w:r>
    </w:p>
    <w:p>
      <w:pPr>
        <w:jc w:val="both"/>
      </w:pPr>
      <w:r>
        <w:t>Đôi</w:t>
      </w:r>
    </w:p>
    <w:p>
      <w:pPr>
        <w:jc w:val="both"/>
      </w:pPr>
      <w:r>
        <w:t>01</w:t>
      </w:r>
    </w:p>
    <w:p>
      <w:pPr>
        <w:jc w:val="both"/>
      </w:pPr>
      <w:r>
        <w:t>8.1.16</w:t>
      </w:r>
    </w:p>
    <w:p>
      <w:pPr>
        <w:jc w:val="both"/>
      </w:pPr>
      <w:r>
        <w:t>Biển tên</w:t>
      </w:r>
    </w:p>
    <w:p>
      <w:pPr>
        <w:jc w:val="both"/>
      </w:pPr>
      <w:r>
        <w:t>Chiếc</w:t>
      </w:r>
    </w:p>
    <w:p>
      <w:pPr>
        <w:jc w:val="both"/>
      </w:pPr>
      <w:r>
        <w:t>01</w:t>
      </w:r>
    </w:p>
    <w:p>
      <w:pPr>
        <w:jc w:val="both"/>
      </w:pPr>
      <w:r>
        <w:t>8.1.17</w:t>
      </w:r>
    </w:p>
    <w:p>
      <w:pPr>
        <w:jc w:val="both"/>
      </w:pPr>
      <w:r>
        <w:t>Ca ra vát</w:t>
      </w:r>
    </w:p>
    <w:p>
      <w:pPr>
        <w:jc w:val="both"/>
      </w:pPr>
      <w:r>
        <w:t>Chiếc</w:t>
      </w:r>
    </w:p>
    <w:p>
      <w:pPr>
        <w:jc w:val="both"/>
      </w:pPr>
      <w:r>
        <w:t>01</w:t>
      </w:r>
    </w:p>
    <w:p>
      <w:pPr>
        <w:jc w:val="both"/>
      </w:pPr>
      <w:r>
        <w:t>8.2</w:t>
      </w:r>
    </w:p>
    <w:p>
      <w:pPr>
        <w:jc w:val="both"/>
      </w:pPr>
      <w:r>
        <w:t>Trang phục cho sinh viên học GDQPAN</w:t>
      </w:r>
    </w:p>
    <w:p>
      <w:pPr>
        <w:jc w:val="both"/>
      </w:pPr>
      <w:r>
        <w:t>Số lượng cần cho 1 người</w:t>
      </w:r>
    </w:p>
    <w:p>
      <w:pPr>
        <w:jc w:val="both"/>
      </w:pPr>
      <w:r>
        <w:t>Các trường căn cứ vào quy mô sinh viên mua sắm đủ cho sinh viên mượn khi học môn GDQPAN</w:t>
      </w:r>
    </w:p>
    <w:p>
      <w:pPr>
        <w:jc w:val="both"/>
      </w:pPr>
      <w:r>
        <w:t>8.2.1</w:t>
      </w:r>
    </w:p>
    <w:p>
      <w:pPr>
        <w:jc w:val="both"/>
      </w:pPr>
      <w:r>
        <w:t>Trang phục (Dùng chung hai mùa)</w:t>
      </w:r>
    </w:p>
    <w:p>
      <w:pPr>
        <w:jc w:val="both"/>
      </w:pPr>
      <w:r>
        <w:t>Bộ</w:t>
      </w:r>
    </w:p>
    <w:p>
      <w:pPr>
        <w:jc w:val="both"/>
      </w:pPr>
      <w:r>
        <w:t>02</w:t>
      </w:r>
    </w:p>
    <w:p>
      <w:pPr>
        <w:jc w:val="both"/>
      </w:pPr>
      <w:r>
        <w:t>8.2.2</w:t>
      </w:r>
    </w:p>
    <w:p>
      <w:pPr>
        <w:jc w:val="both"/>
      </w:pPr>
      <w:r>
        <w:t>Áo bông</w:t>
      </w:r>
    </w:p>
    <w:p>
      <w:pPr>
        <w:jc w:val="both"/>
      </w:pPr>
      <w:r>
        <w:t>Chiếc</w:t>
      </w:r>
    </w:p>
    <w:p>
      <w:pPr>
        <w:jc w:val="both"/>
      </w:pPr>
      <w:r>
        <w:t>01</w:t>
      </w:r>
    </w:p>
    <w:p>
      <w:pPr>
        <w:jc w:val="both"/>
      </w:pPr>
      <w:r>
        <w:t>Dùng cho các tỉnh phía Bắc (Từ đèo Hải Vân trở ra)</w:t>
      </w:r>
    </w:p>
    <w:p>
      <w:pPr>
        <w:jc w:val="both"/>
      </w:pPr>
      <w:r>
        <w:t>8.2.3</w:t>
      </w:r>
    </w:p>
    <w:p>
      <w:pPr>
        <w:jc w:val="both"/>
      </w:pPr>
      <w:r>
        <w:t>Mũ cứng cuốn vành</w:t>
      </w:r>
    </w:p>
    <w:p>
      <w:pPr>
        <w:jc w:val="both"/>
      </w:pPr>
      <w:r>
        <w:t>Chiếc</w:t>
      </w:r>
    </w:p>
    <w:p>
      <w:pPr>
        <w:jc w:val="both"/>
      </w:pPr>
      <w:r>
        <w:t>01</w:t>
      </w:r>
    </w:p>
    <w:p>
      <w:pPr>
        <w:jc w:val="both"/>
      </w:pPr>
      <w:r>
        <w:t>8.2.4</w:t>
      </w:r>
    </w:p>
    <w:p>
      <w:pPr>
        <w:jc w:val="both"/>
      </w:pPr>
      <w:r>
        <w:t>Mũ mềm</w:t>
      </w:r>
    </w:p>
    <w:p>
      <w:pPr>
        <w:jc w:val="both"/>
      </w:pPr>
      <w:r>
        <w:t>Chiếc</w:t>
      </w:r>
    </w:p>
    <w:p>
      <w:pPr>
        <w:jc w:val="both"/>
      </w:pPr>
      <w:r>
        <w:t>01</w:t>
      </w:r>
    </w:p>
    <w:p>
      <w:pPr>
        <w:jc w:val="both"/>
      </w:pPr>
      <w:r>
        <w:t>8.2.5</w:t>
      </w:r>
    </w:p>
    <w:p>
      <w:pPr>
        <w:jc w:val="both"/>
      </w:pPr>
      <w:r>
        <w:t>Giầy vải cao cổ</w:t>
      </w:r>
    </w:p>
    <w:p>
      <w:pPr>
        <w:jc w:val="both"/>
      </w:pPr>
      <w:r>
        <w:t>Đôi</w:t>
      </w:r>
    </w:p>
    <w:p>
      <w:pPr>
        <w:jc w:val="both"/>
      </w:pPr>
      <w:r>
        <w:t>01</w:t>
      </w:r>
    </w:p>
    <w:p>
      <w:pPr>
        <w:jc w:val="both"/>
      </w:pPr>
      <w:r>
        <w:t>8.2.6</w:t>
      </w:r>
    </w:p>
    <w:p>
      <w:pPr>
        <w:jc w:val="both"/>
      </w:pPr>
      <w:r>
        <w:t>Bít tất</w:t>
      </w:r>
    </w:p>
    <w:p>
      <w:pPr>
        <w:jc w:val="both"/>
      </w:pPr>
      <w:r>
        <w:t>Đôi</w:t>
      </w:r>
    </w:p>
    <w:p>
      <w:pPr>
        <w:jc w:val="both"/>
      </w:pPr>
      <w:r>
        <w:t>02</w:t>
      </w:r>
    </w:p>
    <w:p>
      <w:pPr>
        <w:jc w:val="both"/>
      </w:pPr>
      <w:r>
        <w:t>8.2.7</w:t>
      </w:r>
    </w:p>
    <w:p>
      <w:pPr>
        <w:jc w:val="both"/>
      </w:pPr>
      <w:r>
        <w:t>Dây lưng</w:t>
      </w:r>
    </w:p>
    <w:p>
      <w:pPr>
        <w:jc w:val="both"/>
      </w:pPr>
      <w:r>
        <w:t>Chiếc</w:t>
      </w:r>
    </w:p>
    <w:p>
      <w:pPr>
        <w:jc w:val="both"/>
      </w:pPr>
      <w:r>
        <w:t>01</w:t>
      </w:r>
    </w:p>
    <w:p>
      <w:pPr>
        <w:jc w:val="both"/>
      </w:pPr>
      <w:r>
        <w:t>8.2.8</w:t>
      </w:r>
    </w:p>
    <w:p>
      <w:pPr>
        <w:jc w:val="both"/>
      </w:pPr>
      <w:r>
        <w:t>Ba lô 3 túi</w:t>
      </w:r>
    </w:p>
    <w:p>
      <w:pPr>
        <w:jc w:val="both"/>
      </w:pPr>
      <w:r>
        <w:t>Chiếc</w:t>
      </w:r>
    </w:p>
    <w:p>
      <w:pPr>
        <w:jc w:val="both"/>
      </w:pPr>
      <w:r>
        <w:t>01</w:t>
      </w:r>
    </w:p>
    <w:p>
      <w:pPr>
        <w:jc w:val="both"/>
      </w:pPr>
      <w:r>
        <w:t>8.2.9</w:t>
      </w:r>
    </w:p>
    <w:p>
      <w:pPr>
        <w:jc w:val="both"/>
      </w:pPr>
      <w:r>
        <w:t>Vỏ chăn in loang</w:t>
      </w:r>
    </w:p>
    <w:p>
      <w:pPr>
        <w:jc w:val="both"/>
      </w:pPr>
      <w:r>
        <w:t>Chiếc</w:t>
      </w:r>
    </w:p>
    <w:p>
      <w:pPr>
        <w:jc w:val="both"/>
      </w:pPr>
      <w:r>
        <w:t>01</w:t>
      </w:r>
    </w:p>
    <w:p>
      <w:pPr>
        <w:jc w:val="both"/>
      </w:pPr>
      <w:r>
        <w:t>8.2.10</w:t>
      </w:r>
    </w:p>
    <w:p>
      <w:pPr>
        <w:jc w:val="both"/>
      </w:pPr>
      <w:r>
        <w:t>Ruột chăn sơ pốp</w:t>
      </w:r>
    </w:p>
    <w:p>
      <w:pPr>
        <w:jc w:val="both"/>
      </w:pPr>
      <w:r>
        <w:t>Chiếc</w:t>
      </w:r>
    </w:p>
    <w:p>
      <w:pPr>
        <w:jc w:val="both"/>
      </w:pPr>
      <w:r>
        <w:t>01</w:t>
      </w:r>
    </w:p>
    <w:p>
      <w:pPr>
        <w:jc w:val="both"/>
      </w:pPr>
      <w:r>
        <w:t>8.2.11</w:t>
      </w:r>
    </w:p>
    <w:p>
      <w:pPr>
        <w:jc w:val="both"/>
      </w:pPr>
      <w:r>
        <w:t>Màn tuyn cá nhân</w:t>
      </w:r>
    </w:p>
    <w:p>
      <w:pPr>
        <w:jc w:val="both"/>
      </w:pPr>
      <w:r>
        <w:t>Chiếc</w:t>
      </w:r>
    </w:p>
    <w:p>
      <w:pPr>
        <w:jc w:val="both"/>
      </w:pPr>
      <w:r>
        <w:t>01</w:t>
      </w:r>
    </w:p>
    <w:p>
      <w:pPr>
        <w:jc w:val="both"/>
      </w:pPr>
      <w:r>
        <w:t>8.2.12</w:t>
      </w:r>
    </w:p>
    <w:p>
      <w:pPr>
        <w:jc w:val="both"/>
      </w:pPr>
      <w:r>
        <w:t>Chiếu cói cá nhân</w:t>
      </w:r>
    </w:p>
    <w:p>
      <w:pPr>
        <w:jc w:val="both"/>
      </w:pPr>
      <w:r>
        <w:t>Chiếc</w:t>
      </w:r>
    </w:p>
    <w:p>
      <w:pPr>
        <w:jc w:val="both"/>
      </w:pPr>
      <w:r>
        <w:t>01</w:t>
      </w:r>
    </w:p>
    <w:p>
      <w:pPr>
        <w:jc w:val="both"/>
      </w:pPr>
      <w:r>
        <w:t>8.2.13</w:t>
      </w:r>
    </w:p>
    <w:p>
      <w:pPr>
        <w:jc w:val="both"/>
      </w:pPr>
      <w:r>
        <w:t>Gối mút hơi K12</w:t>
      </w:r>
    </w:p>
    <w:p>
      <w:pPr>
        <w:jc w:val="both"/>
      </w:pPr>
      <w:r>
        <w:t>Chiếc</w:t>
      </w:r>
    </w:p>
    <w:p>
      <w:pPr>
        <w:jc w:val="both"/>
      </w:pPr>
      <w:r>
        <w:t>01</w:t>
      </w:r>
    </w:p>
    <w:p>
      <w:pPr>
        <w:jc w:val="both"/>
      </w:pPr>
      <w:r>
        <w:t>8.2.14</w:t>
      </w:r>
    </w:p>
    <w:p>
      <w:pPr>
        <w:jc w:val="both"/>
      </w:pPr>
      <w:r>
        <w:t>Sao mũ cứng GDQPAN</w:t>
      </w:r>
    </w:p>
    <w:p>
      <w:pPr>
        <w:jc w:val="both"/>
      </w:pPr>
      <w:r>
        <w:t>Chiếc</w:t>
      </w:r>
    </w:p>
    <w:p>
      <w:pPr>
        <w:jc w:val="both"/>
      </w:pPr>
      <w:r>
        <w:t>01</w:t>
      </w:r>
    </w:p>
    <w:p>
      <w:pPr>
        <w:jc w:val="both"/>
      </w:pPr>
      <w:r>
        <w:t>8.2.15</w:t>
      </w:r>
    </w:p>
    <w:p>
      <w:pPr>
        <w:jc w:val="both"/>
      </w:pPr>
      <w:r>
        <w:t>Sao mũ mềm GDQPAN</w:t>
      </w:r>
    </w:p>
    <w:p>
      <w:pPr>
        <w:jc w:val="both"/>
      </w:pPr>
      <w:r>
        <w:t>Chiếc</w:t>
      </w:r>
    </w:p>
    <w:p>
      <w:pPr>
        <w:jc w:val="both"/>
      </w:pPr>
      <w:r>
        <w:t>01</w:t>
      </w:r>
    </w:p>
    <w:p>
      <w:r>
        <w:rPr>
          <w:i/>
        </w:rPr>
        <w:t>Nguồn: Cơ sở dữ liệu quốc gia về văn bản pháp luật (Bộ Tư pháp). VietSmart Legal, legal.giangpham.asia/van-ban/159090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