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80/2022/NĐ-CP</w:t>
      </w:r>
    </w:p>
    <w:p>
      <w:pPr>
        <w:jc w:val="both"/>
      </w:pPr>
      <w:r>
        <w:t>Hà Nội, ngày 13 tháng 10 năm 2022</w:t>
      </w:r>
    </w:p>
    <w:p>
      <w:pPr>
        <w:jc w:val="center"/>
      </w:pPr>
      <w:r>
        <w:rPr>
          <w:b/>
        </w:rPr>
        <w:t>NGHỊ ĐỊNH</w:t>
      </w:r>
    </w:p>
    <w:p>
      <w:pPr>
        <w:jc w:val="both"/>
      </w:pPr>
      <w:r>
        <w:t>Sửa đổi, bổ sung một số điều của Nghị định số 35/2016/NĐ-CP</w:t>
      </w:r>
    </w:p>
    <w:p>
      <w:pPr>
        <w:jc w:val="both"/>
      </w:pPr>
      <w:r>
        <w:t>ngày 15 tháng 5 năm 2016 của Chính phủ quy định</w:t>
      </w:r>
    </w:p>
    <w:p>
      <w:pPr>
        <w:jc w:val="both"/>
      </w:pPr>
      <w:r>
        <w:t>chi tiết một số điều của Luật Thú y</w:t>
      </w:r>
    </w:p>
    <w:p>
      <w:pPr>
        <w:jc w:val="both"/>
      </w:pPr>
      <w:r>
        <w:t>_________________________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Thú y ngày 19 tháng 6 năm 2015;</w:t>
      </w:r>
    </w:p>
    <w:p>
      <w:pPr>
        <w:jc w:val="both"/>
      </w:pPr>
      <w:r>
        <w:t>Theo đề nghị của Bộ trưởng Bộ Nông nghiệp và Phát triển nông thôn;</w:t>
      </w:r>
    </w:p>
    <w:p>
      <w:pPr>
        <w:jc w:val="both"/>
      </w:pPr>
      <w:r>
        <w:t>Chính phủ ban hành Nghị định sửa đổi, bổ sung một số điều của Nghị định số 35/2016/NĐ-CP ngày 15 tháng 5 năm 2016 của Chính phủ quy định chi tiết một số điều của Luật Thú y.</w:t>
      </w:r>
    </w:p>
    <w:p>
      <w:pPr>
        <w:jc w:val="both"/>
      </w:pPr>
      <w:r>
        <w:rPr>
          <w:b/>
        </w:rPr>
        <w:t>Điều 1. Sửa đổi, bổ sung một số điều của Nghị định số 35/2016/NĐ-CP ngày 15 tháng 5 năm 2016 của Chính phủ quy định chi tiết một số điều của Luật Thú y</w:t>
      </w:r>
    </w:p>
    <w:p>
      <w:pPr>
        <w:jc w:val="both"/>
      </w:pPr>
      <w:r>
        <w:t>1. Sửa đổi, bổ sung điểm a khoản 2 Điều 14 như sau:</w:t>
      </w:r>
    </w:p>
    <w:p>
      <w:pPr>
        <w:jc w:val="both"/>
      </w:pPr>
      <w:r>
        <w:t>"a) Tổ chức, cá nhân gửi 01 bộ hồ sơ đăng ký cấp Giấy chứng nhận GMP tới Cục Thú y theo một trong các hình thức: trực tuyến hoặc qua dịch vụ bưu chính hoặc trực tiếp. Trong thời hạn 10 ngày kể từ ngày tiếp nhận hồ sơ đăng ký, Cục Thú y thẩm định hồ sơ hoặc có văn bản yêu cầu sửa đổi, bổ sung nếu hồ sơ không đạt yêu cầu;"</w:t>
      </w:r>
    </w:p>
    <w:p>
      <w:pPr>
        <w:jc w:val="both"/>
      </w:pPr>
      <w:r>
        <w:t>2. Sửa đổi, bổ sung khoản 1 Điều 15 như sau:</w:t>
      </w:r>
    </w:p>
    <w:p>
      <w:pPr>
        <w:jc w:val="both"/>
      </w:pPr>
      <w:r>
        <w:t>"1. Tổ chức, cá nhân gửi 01 bộ hồ sơ đăng ký gia hạn Giấy chứng nhận GMP tới Cục Thú y theo một trong các hình thức: trực tuyến hoặc qua dịch vụ bưu chính hoặc trực tiếp. Hồ sơ gồm bản chính các tài liệu sau:</w:t>
      </w:r>
    </w:p>
    <w:p>
      <w:pPr>
        <w:jc w:val="both"/>
      </w:pPr>
      <w:r>
        <w:t>a) Đơn đăng ký tái kiểm tra GMP;</w:t>
      </w:r>
    </w:p>
    <w:p>
      <w:pPr>
        <w:jc w:val="both"/>
      </w:pPr>
      <w:r>
        <w:t>b) Báo cáo hoạt động, những thay đổi của cơ sở trong 05 năm triển khai GMP; mô tả thông tin cơ sở đã có biện pháp bảo vệ môi trường theo quy định của pháp luật;</w:t>
      </w:r>
    </w:p>
    <w:p>
      <w:pPr>
        <w:jc w:val="both"/>
      </w:pPr>
      <w:r>
        <w:t>c) Báo cáo khắc phục các tồn tại trong kiểm tra lần trước;</w:t>
      </w:r>
    </w:p>
    <w:p>
      <w:pPr>
        <w:jc w:val="both"/>
      </w:pPr>
      <w:r>
        <w:t>d) Báo cáo về huấn luyện, đào tạo của cơ sở;</w:t>
      </w:r>
    </w:p>
    <w:p>
      <w:pPr>
        <w:jc w:val="both"/>
      </w:pPr>
      <w:r>
        <w:t>đ) Danh mục thiết bị hiện có của cơ sở;</w:t>
      </w:r>
    </w:p>
    <w:p>
      <w:pPr>
        <w:jc w:val="both"/>
      </w:pPr>
      <w:r>
        <w:t>e) Danh mục các mặt hàng đang sản xuất;</w:t>
      </w:r>
    </w:p>
    <w:p>
      <w:pPr>
        <w:jc w:val="both"/>
      </w:pPr>
      <w:r>
        <w:t>g) Danh mục các quy trình thao tác chuẩn;</w:t>
      </w:r>
    </w:p>
    <w:p>
      <w:pPr>
        <w:jc w:val="both"/>
      </w:pPr>
      <w:r>
        <w:t>h) Biên bản tự thanh tra và đánh giá của cơ sở trong đợt tự thanh tra gần nhất (trong vòng 03 tháng) về triển khai GMP."</w:t>
      </w:r>
    </w:p>
    <w:p>
      <w:pPr>
        <w:jc w:val="both"/>
      </w:pPr>
      <w:r>
        <w:t>3. Sửa đổi, bổ sung khoản 1 Điều 16 như sau:</w:t>
      </w:r>
    </w:p>
    <w:p>
      <w:pPr>
        <w:jc w:val="both"/>
      </w:pPr>
      <w:r>
        <w:t>"1. Hồ sơ, trình tự, thủ tục cấp lại Giấy chứng nhận GMP trong trường hợp bị mất, sai sót, hư hỏng; thay đổi thông tin có liên quan đến tổ chức đăng ký:</w:t>
      </w:r>
    </w:p>
    <w:p>
      <w:pPr>
        <w:jc w:val="both"/>
      </w:pPr>
      <w:r>
        <w:t>a) Tổ chức, cá nhân nộp 01 bộ hồ sơ cấp lại Giấy chứng nhận GMP tới Cục Thú y theo một trong các hình thức: trực tuyến hoặc qua dịch vụ bưu chính hoặc trực tiếp. Hồ sơ gồm: bản chính đơn đăng ký cấp lại và bản chính hoặc bản sao có chứng thực hoặc bản sao có đóng dấu xác nhận của Doanh nghiệp các tài liệu: tài liệu chứng minh nội dung thay đổi trong trường hợp thay đổi thông tin có liên quan đến tổ chức đăng ký; Giấy chứng nhận GMP đã được cấp, trừ trường hợp bị mất;</w:t>
      </w:r>
    </w:p>
    <w:p>
      <w:pPr>
        <w:jc w:val="both"/>
      </w:pPr>
      <w:r>
        <w:t>b) Trường hợp hồ sơ không đầy đủ và hợp lệ, trong thời hạn 03 ngày làm việc kể từ ngày nhận hồ sơ, Cục Thú y có văn bản hướng dẫn tổ chức, cá nhân hoàn thiện hồ sơ;</w:t>
      </w:r>
    </w:p>
    <w:p>
      <w:pPr>
        <w:jc w:val="both"/>
      </w:pPr>
      <w:r>
        <w:t>c) Trong thời hạn 05 ngày làm việc kể từ ngày nhận đủ hồ sơ hợp lệ, Cục Thú y cấp lại Giấy chứng nhận GMP hoặc có văn bản trả lời và nêu rõ lý do trong trường hợp không cấp."</w:t>
      </w:r>
    </w:p>
    <w:p>
      <w:pPr>
        <w:jc w:val="both"/>
      </w:pPr>
      <w:r>
        <w:rPr>
          <w:b/>
        </w:rPr>
        <w:t>Điều 2. Bãi bỏ, thay đổi một số điểm, khoản của Nghị định số 35/2016/NĐ-CP ngày 15 tháng 5 năm 2016 của Chính phủ quy định chi tiết một số điều của Luật Thú y</w:t>
      </w:r>
    </w:p>
    <w:p>
      <w:pPr>
        <w:jc w:val="both"/>
      </w:pPr>
      <w:r>
        <w:t>1. Bãi bỏ điểm b, điểm k khoản 1 Điều 14.</w:t>
      </w:r>
    </w:p>
    <w:p>
      <w:pPr>
        <w:jc w:val="both"/>
      </w:pPr>
      <w:r>
        <w:t>2. Thay đổi cụm từ "Hồ sơ đăng ký kiểm tra GMP phải có trang bìa và mục lục, được sắp xếp theo đúng trình tự của mục lục, có phân cách giữa các phần" thành cụm từ "Hồ sơ gồm bản chính tài liệu quy định tại các điểm a, c, d, đ, e, g và i khoản 1 Điều này; bản chính hoặc bản sao có chứng thực hoặc bản sao có đóng dấu xác nhận của Doanh nghiệp tài liệu quy định tại điểm h khoản 1 Điều này. Hồ sơ đăng ký kiểm tra GMP phải có trang bìa và mục lục, được sắp xếp theo đúng trình tự của mục lục, có phân cách giữa các phần" tại khoản 1 Điều 14.</w:t>
      </w:r>
    </w:p>
    <w:p>
      <w:pPr>
        <w:jc w:val="both"/>
      </w:pPr>
      <w:r>
        <w:rPr>
          <w:b/>
        </w:rPr>
        <w:t>Điều 3. Hiệu lực thi hành</w:t>
      </w:r>
    </w:p>
    <w:p>
      <w:pPr>
        <w:jc w:val="both"/>
      </w:pPr>
      <w:r>
        <w:t>Nghị định này có hiệu lực thi hành kể từ ngày ký ban hành.</w:t>
      </w:r>
    </w:p>
    <w:p>
      <w:pPr>
        <w:jc w:val="both"/>
      </w:pPr>
      <w:r>
        <w:rPr>
          <w:b/>
        </w:rPr>
        <w:t>Điều 4. Điều khoản chuyển tiếp</w:t>
      </w:r>
    </w:p>
    <w:p>
      <w:pPr>
        <w:jc w:val="both"/>
      </w:pPr>
      <w:r>
        <w:t>Đối với các hồ sơ đã tiếp nhận trước ngày Nghị định này có hiệu lực thực hiện theo quy định của Nghị định số 35/2016/NĐ-CP ngày 15 tháng 5 năm 2016 của Chính phủ quy định chi tiết một số điều của Luật Thú y.</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tổ chức, cá nhân có quan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Lê Văn Thành</w:t>
      </w:r>
    </w:p>
    <w:p>
      <w:r>
        <w:rPr>
          <w:i/>
        </w:rPr>
        <w:t>Nguồn: Cơ sở dữ liệu quốc gia về văn bản pháp luật (Bộ Tư pháp). VietSmart Legal, legal.giangpham.asia/van-ban/159007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