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74/2022/TT-BTC</w:t>
      </w:r>
    </w:p>
    <w:p>
      <w:pPr>
        <w:jc w:val="both"/>
      </w:pPr>
      <w:r>
        <w:t>Hà Nội, ngày 22 tháng 12 năm 2022</w:t>
      </w:r>
    </w:p>
    <w:p>
      <w:pPr>
        <w:jc w:val="center"/>
      </w:pPr>
      <w:r>
        <w:rPr>
          <w:b/>
        </w:rPr>
        <w:t>THÔNG TƯ</w:t>
      </w:r>
    </w:p>
    <w:p>
      <w:pPr>
        <w:jc w:val="both"/>
      </w:pPr>
      <w:r>
        <w:t>Quy định về hình thức, thời hạn thu, nộp, kê khai các khoản phí, lệ phí thuộc thẩm quyền quy định của Bộ Tài chính</w:t>
      </w:r>
    </w:p>
    <w:p>
      <w:pPr>
        <w:jc w:val="both"/>
      </w:pPr>
      <w:r>
        <w:t>Căn cứ Luật Phí và lệ phí ngày 25 tháng 11 năm 2015,</w:t>
      </w:r>
    </w:p>
    <w:p>
      <w:pPr>
        <w:jc w:val="both"/>
      </w:pPr>
      <w:r>
        <w:t>Căn cứ Luật Ngân sách nhà nước ngày 25 tháng 6 năm 2015,</w:t>
      </w:r>
    </w:p>
    <w:p>
      <w:pPr>
        <w:jc w:val="both"/>
      </w:pPr>
      <w:r>
        <w:t>Căn cứ Luật Quản lý thuế ngày 13 tháng 6 năm 2019;</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126/2020/NĐ-CP ngày 19 tháng 10 năm 2020 của Chính phủ quy định chi tiết một số điều của Luật Quản lý thuế;</w:t>
      </w:r>
    </w:p>
    <w:p>
      <w:pPr>
        <w:jc w:val="both"/>
      </w:pPr>
      <w:r>
        <w:t>Căn cứ Nghị định số 61/2018/NĐ-CP ngày 23 tháng 4 năm 2018 của Chính phủ về thực hiện cơ chế một cửa, một cửa liên thông trong giải quyết thủ tục hành chính và Nghị định số 107/2021/NĐ-CP ngày 06 tháng 12 năm 2021 của Chính phủ sửa đổi, bổ sung một số điều của Nghị định số 61/2018/NĐ-CP;</w:t>
      </w:r>
    </w:p>
    <w:p>
      <w:pPr>
        <w:jc w:val="both"/>
      </w:pPr>
      <w:r>
        <w:t>Căn cứ Nghị định số 87/2017/NĐ-CP ngày 26 tháng 7 năm 2017 của Chính phủ quy định chức năng, nhiệm vụ, quyền hạn và cơ cấu tổ chức của Bộ Tài chính;</w:t>
      </w:r>
    </w:p>
    <w:p>
      <w:pPr>
        <w:jc w:val="both"/>
      </w:pPr>
      <w:r>
        <w:t>Căn cứ Quyết định số 31/2021/QĐ-TTg ngày 11 tháng 10 năm 2021 của Thủ tướng Chính phủ ban hành Quy chế quản lý, vận hành, khai thác Cổng Dịch vụ công quốc gia;</w:t>
      </w:r>
    </w:p>
    <w:p>
      <w:pPr>
        <w:jc w:val="both"/>
      </w:pPr>
      <w:r>
        <w:t>Thực hiện Nghị quyết số 63/NQ-CP ngày 03 tháng 5 năm 2022 của Chính phủ Phiên họp Chính phủ thường kỳ tháng 4 năm 2022;</w:t>
      </w:r>
    </w:p>
    <w:p>
      <w:pPr>
        <w:jc w:val="both"/>
      </w:pPr>
      <w:r>
        <w:t>Theo đề nghị của Vụ trưởng Vụ Chính sách thuế,</w:t>
      </w:r>
    </w:p>
    <w:p>
      <w:pPr>
        <w:jc w:val="both"/>
      </w:pPr>
      <w:r>
        <w:t>Bộ trưởng Bộ Tài chính ban hành Thông tư quy định về hình thức, thời hạn thu, nộp, kê khai các khoản phí, lệ phí thuộc thẩm quyền quy định của Bộ Tài chính.</w:t>
      </w:r>
    </w:p>
    <w:p>
      <w:pPr>
        <w:jc w:val="both"/>
      </w:pPr>
      <w:r>
        <w:rPr>
          <w:b/>
        </w:rPr>
        <w:t>Điều 1. Phạm vi điều chỉnh</w:t>
      </w:r>
    </w:p>
    <w:p>
      <w:pPr>
        <w:jc w:val="both"/>
      </w:pPr>
      <w:r>
        <w:t>Thông tư này quy định về hình thức, thời hạn thu, nộp, kê khai các khoản phí, lệ phí trong Danh mục phí, lệ phí ban hành kèm theo Luật Phí và lệ phí thuộc thẩm quyền quy định của Bộ Tài chính.</w:t>
      </w:r>
    </w:p>
    <w:p>
      <w:pPr>
        <w:jc w:val="both"/>
      </w:pPr>
      <w:r>
        <w:rPr>
          <w:b/>
        </w:rPr>
        <w:t>Điều 2. Đối tượng áp dụng</w:t>
      </w:r>
    </w:p>
    <w:p>
      <w:pPr>
        <w:jc w:val="both"/>
      </w:pPr>
      <w:r>
        <w:t>Thông tư này áp dụng đối với tổ chức, cá nhân nộp phí, lệ phí; tổ chức thu phí, lệ phí và cơ quan, tổ chức, cá nhân khác liên quan đến thu, nộp các khoản phí, lệ phí trong Danh mục phí, lệ phí ban hành kèm theo Luật Phí và lệ phí thuộc thẩm quyền quy định của Bộ Tài chính.</w:t>
      </w:r>
    </w:p>
    <w:p>
      <w:pPr>
        <w:jc w:val="both"/>
      </w:pPr>
      <w:r>
        <w:rPr>
          <w:b/>
        </w:rPr>
        <w:t>Điều 3. Thu, nộp, kê khai phí, lệ phí</w:t>
      </w:r>
    </w:p>
    <w:p>
      <w:pPr>
        <w:jc w:val="both"/>
      </w:pPr>
      <w:r>
        <w:t>1. Người nộp phí, lệ phí thực hiện nộp phí, lệ phí bằng một trong các hình thức sau:</w:t>
      </w:r>
    </w:p>
    <w:p>
      <w:pPr>
        <w:jc w:val="both"/>
      </w:pPr>
      <w:r>
        <w:t>a) Nộp phí, lệ phí theo hình thức không dùng tiền mặt vào tài khoản chuyên thu phí, lệ phí của tổ chức thu phí, lệ phí mở tại tổ chức tín dụng. Đối với phí, lệ phí do Ngân hàng Nhà nước Việt Nam thu, người nộp phí, lệ phí nộp vào tài khoản chuyên thu phí, lệ phí của tổ chức thu phí, lệ phí mở tại tổ chức tín dụng hoặc tại Ngân hàng Nhà nước Việt Nam.</w:t>
      </w:r>
    </w:p>
    <w:p>
      <w:pPr>
        <w:jc w:val="both"/>
      </w:pPr>
      <w:r>
        <w:t>b) Nộp phí vào tài khoản phí chờ nộp ngân sách của tổ chức thu phí mở tại Kho bạc Nhà nước.</w:t>
      </w:r>
    </w:p>
    <w:p>
      <w:pPr>
        <w:jc w:val="both"/>
      </w:pPr>
      <w:r>
        <w:t>c) Nộp phí, lệ phí qua tài khoản của cơ quan, tổ chức nhận tiền khác với tổ chức thu phí, lệ phí (áp dụng đối với trường hợp thực hiện thủ tục hành chính, cung cấp dịch vụ công trực tuyến theo quy định của Chính phủ về thực hiện cơ chế một cửa, một cửa liên thông trong giải quyết thủ tục hành chính). Trong thời hạn 24 giờ tính từ thời điểm nhận được tiền phí, lệ phí, cơ quan, tổ chức nhận tiền phải chuyển toàn bộ tiền phí, lệ phí thu được vào tài khoản chuyên thu phí, lệ phí của tổ chức thu phí, lệ phí mở tại tổ chức tín dụng hoặc chuyển toàn bộ tiền phí thu được vào tài khoản phí chờ nộp ngân sách của tổ chức thu phí mở tại Kho bạc Nhà nước, nộp toàn bộ tiền lệ phí thu được vào ngân sách nhà nước.</w:t>
      </w:r>
    </w:p>
    <w:p>
      <w:pPr>
        <w:jc w:val="both"/>
      </w:pPr>
      <w:r>
        <w:t>d) Nộp phí, lệ phí bằng tiền mặt cho tổ chức thu phí, lệ phí.</w:t>
      </w:r>
    </w:p>
    <w:p>
      <w:pPr>
        <w:jc w:val="both"/>
      </w:pPr>
      <w:r>
        <w:t>2. Tổ chức thu phí nộp toàn bộ tiền phí thu được (bao gồm cả tiền phí thu qua tài khoản chuyên thu phí quy định tại điểm a khoản 1 Điều này) vào tài khoản phí chờ nộp ngân sách mở tại Kho bạc Nhà nước theo quy định tại các Thông tư thu phí của Bộ Tài chính. Tổ chức thu lệ phí nộp toàn bộ tiền lệ phí thu được (bao gồm cả tiền lệ phí thu qua tài khoản chuyên thu lệ phí quy định tại điểm a khoản 1 Điều này) vào ngân sách nhà nước theo tháng theo quy định của pháp luật quản lý thuế.</w:t>
      </w:r>
    </w:p>
    <w:p>
      <w:pPr>
        <w:jc w:val="both"/>
      </w:pPr>
      <w:r>
        <w:t>3. Tổ chức thu phí kê khai, nộp tiền phí thu được vào ngân sách nhà nước theo tháng (sau khi trừ số tiền phí được đề lại theo quy định tại các Thông tư thu phí của Bộ Tài chính), quyết toán năm và tổ chức thu lệ phí kê khai, nộp tiền lệ phí thu được theo tháng theo quy định của Luật Quản lý thuế,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w:t>
      </w:r>
    </w:p>
    <w:p>
      <w:pPr>
        <w:jc w:val="both"/>
      </w:pPr>
      <w:r>
        <w:t>4. Tiền lãi phát sinh trên số dư tài khoản chuyên thu phí, lệ phí của tổ chức thu phí, lệ phí mở tại các tổ chức tín dụng phải nộp toàn bộ vào ngân sách nhà nước (theo Chương của tổ chức thu phí, lệ phí; Tiểu mục 4949 - Các khoản thu khác; Mục 4900 - Các khoản thu khác của Mục lục ngân sách nhà nước), cùng số tiền phí, lệ phí phải nộp trong tháng phát sinh.</w:t>
      </w:r>
    </w:p>
    <w:p>
      <w:pPr>
        <w:jc w:val="both"/>
      </w:pPr>
      <w:r>
        <w:t>5. Đối với việc thu, nộp, kê khai các khoản phí, lệ phí trong lĩnh vực ngoại giao; phí sử dụng kết cấu hạ tầng đường sắt; phí hải quan; lệ phí hàng hóa, phương tiện vận tải quá cảnh; phí sử dụng đường bộ thực hiện theo quy định tại: Thông tư số 264/2016/TT-BTC ngày 14 tháng 11 năm 2016 của Bộ trưởng Bộ Tài chính quy định mức thu, chế độ thu, nộp, quản lý và sử dụng phí, lệ phí trong lĩnh vực ngoại giao áp dụng tại các Cơ quan đại diện Việt Nam ở nước ngoài và Thông tư số 113/2021/TT-BTC ngày 15 tháng 12 năm 2021 của Bộ trưởng Bộ Tài chính sửa đổi, bổ sung một số điều của Thông tư số 264/2016/TT-BTC; Thông tư số 295/2016/TT-BTC ngày 15 tháng 11 năm 2016 của Bộ trưởng Bộ Tài chính quy định mức thu, chế độ thu, nộp phí sử dụng kết cấu hạ tầng đường sắt; Thông tư số 14/2021/TT-BTC ngày 18 tháng 02 năm 2021 của Bộ trưởng Bộ Tài chính quy định mức thu, chế độ thu, nộp, quản lý và sử dụng phí hải quan và lệ phí hàng hóa, phương tiện vận tải quá cảnh; Thông tư số 70/2021/TT-BTC ngày 12 tháng 8 năm 2021 của Bộ trưởng Bộ Tài chính quy định mức thu, chế độ thu, nộp, miễn, quản lý và sử dụng phí sử dụng đường bộ.</w:t>
      </w:r>
    </w:p>
    <w:p>
      <w:pPr>
        <w:jc w:val="both"/>
      </w:pPr>
      <w:r>
        <w:rPr>
          <w:b/>
        </w:rPr>
        <w:t>Điều 4. Tổ chức thực hiện</w:t>
      </w:r>
    </w:p>
    <w:p>
      <w:pPr>
        <w:jc w:val="both"/>
      </w:pPr>
      <w:r>
        <w:t>1. Thông tư này có hiệu lực từ ngày 22 tháng 12 năm 2022.</w:t>
      </w:r>
    </w:p>
    <w:p>
      <w:pPr>
        <w:jc w:val="both"/>
      </w:pPr>
      <w:r>
        <w:t>2. Bãi bỏ một số điều, khoản, điểm của các Thông tư quy định thu phí, lệ phí do Bộ trưởng Bộ Tài chính ban hành tại Phụ lục ban hành kèm theo Thông tư này.</w:t>
      </w:r>
    </w:p>
    <w:p>
      <w:pPr>
        <w:jc w:val="both"/>
      </w:pPr>
      <w:r>
        <w:t>3. Trường hợp các văn bản quy phạm pháp luật quy định viện dẫn tại Thông tư này được sửa đổi, bổ sung hoặc thay thế thì thực hiện theo văn bản được sửa đổi, bổ sung hoặc thay thế đó.</w:t>
      </w:r>
    </w:p>
    <w:p>
      <w:pPr>
        <w:jc w:val="both"/>
      </w:pPr>
      <w:r>
        <w:t>4. Trong quá trình thực hiện, nếu có vướng mắc, đề nghị các tổ chức, cá nhân phản ánh kịp thời về Bộ Tài chính đề nghiên cứu, hướng dẫn bổ sung./.</w:t>
      </w:r>
    </w:p>
    <w:p>
      <w:pPr>
        <w:jc w:val="both"/>
      </w:pPr>
      <w:r>
        <w:t>Nơi nhận:</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Ủy ban Trung ương Mặt trận Tổ quốc Việt Nam;</w:t>
      </w:r>
    </w:p>
    <w:p>
      <w:pPr>
        <w:jc w:val="both"/>
      </w:pPr>
      <w:r>
        <w:t>- Cơ quan Trung ương của các đoàn thể;</w:t>
      </w:r>
    </w:p>
    <w:p>
      <w:pPr>
        <w:jc w:val="both"/>
      </w:pPr>
      <w:r>
        <w:t>- Cổng thông tin điện tử Chính phủ;</w:t>
      </w:r>
    </w:p>
    <w:p>
      <w:pPr>
        <w:jc w:val="both"/>
      </w:pPr>
      <w:r>
        <w:t>- Ủy ban nhân dân, Cục Thuế, Sở Tài chính, Kho bạc Nhà nước các tỉnh, thành phố trực thuộc Trung ương;</w:t>
      </w:r>
    </w:p>
    <w:p>
      <w:pPr>
        <w:jc w:val="both"/>
      </w:pPr>
      <w:r>
        <w:t>- Cục Kiểm tra văn bản quy phạm pháp luật (Bộ Tư pháp);</w:t>
      </w:r>
    </w:p>
    <w:p>
      <w:pPr>
        <w:jc w:val="both"/>
      </w:pPr>
      <w:r>
        <w:t>- Các đơn vị thuộc Bộ Tài chính;</w:t>
      </w:r>
    </w:p>
    <w:p>
      <w:pPr>
        <w:jc w:val="both"/>
      </w:pPr>
      <w:r>
        <w:t>- Cổng thông tin điện tử Bộ Tài chính:</w:t>
      </w:r>
    </w:p>
    <w:p>
      <w:pPr>
        <w:jc w:val="both"/>
      </w:pPr>
      <w:r>
        <w:t>- Lưu: VT, Vụ CST (CST 5).</w:t>
      </w:r>
    </w:p>
    <w:p>
      <w:pPr>
        <w:jc w:val="both"/>
      </w:pPr>
      <w:r>
        <w:t>KT. BỘ TRƯỞNG</w:t>
      </w:r>
    </w:p>
    <w:p>
      <w:pPr>
        <w:jc w:val="both"/>
      </w:pPr>
      <w:r>
        <w:t>THỨ TRƯỞNG</w:t>
      </w:r>
    </w:p>
    <w:p>
      <w:pPr>
        <w:jc w:val="both"/>
      </w:pPr>
      <w:r>
        <w:t>(Đã ký)</w:t>
      </w:r>
    </w:p>
    <w:p>
      <w:pPr>
        <w:jc w:val="both"/>
      </w:pPr>
      <w:r>
        <w:t>Cao Anh Tuấn</w:t>
      </w:r>
    </w:p>
    <w:p>
      <w:pPr>
        <w:jc w:val="both"/>
      </w:pPr>
      <w:r>
        <w:t>Phụ lục</w:t>
      </w:r>
    </w:p>
    <w:p>
      <w:pPr>
        <w:jc w:val="both"/>
      </w:pPr>
      <w:r>
        <w:t>(Ban hành kèm theo Thông tư số 74/2022/TT-BTC ngày 22 tháng 12 năm 2022</w:t>
      </w:r>
    </w:p>
    <w:p>
      <w:pPr>
        <w:jc w:val="both"/>
      </w:pPr>
      <w:r>
        <w:t>của Bộ trưởng Bộ Tài chính)</w:t>
      </w:r>
    </w:p>
    <w:p>
      <w:pPr>
        <w:jc w:val="both"/>
      </w:pPr>
      <w:r>
        <w:t>Bãi bỏ một số điều, khoản, điểm của các Thông tư quy định thu phí, lệ phí do Bộ trưởng Bộ Tài chính ban hành như sau:</w:t>
      </w:r>
    </w:p>
    <w:p>
      <w:pPr>
        <w:jc w:val="both"/>
      </w:pPr>
      <w:r>
        <w:t>1. Bãi bỏ khoản 3 Điều 4 Thông tư số 138/2016/TT-BTC ngày 16 tháng 9 năm 2016 của Bộ trưởng Bộ Tài chính quy định mức thu, chế độ thu, nộp lệ phí cấp giấy phép lên bờ cho thuyền viên nước ngoài, giấy phép xuống tàu nước ngoài, giấy phép cho người điều khiển phương tiện Việt Nam cặp mạn tàu nước ngoài và giấy phép cho người Việt Nam và người nước ngoài thực hiện các hoạt động báo chí, nghiên cứu khoa học, tham quan du lịch có liên quan đến tàu, thuyền nước ngoài.</w:t>
      </w:r>
    </w:p>
    <w:p>
      <w:pPr>
        <w:jc w:val="both"/>
      </w:pPr>
      <w:r>
        <w:t>2. Bãi bỏ khoản 3 Điều 3 Thông tư số 140/2016/TT-BTC ngày 19 tháng 9 năm 2016 của Bộ trưởng Bộ Tài chính quy định mức thu, chế độ thu, nộp lệ phí cấp giấy phép làm việc trong kỳ nghỉ cho công dân Niu Di-lân và công dân Ô-xτơ-rây-li-a.</w:t>
      </w:r>
    </w:p>
    <w:p>
      <w:pPr>
        <w:jc w:val="both"/>
      </w:pPr>
      <w:r>
        <w:t>3. Bãi bỏ khoản 1 Điều 4 Thông tư số 142/2016/TT-BTC ngày 26 tháng 9 năm 2016 của Bộ trưởng Bộ Tài chính quy định mức thu, chế độ thu, nộp, quản lý và sử dụng phí thẩm định cấp giấy chứng nhận đủ điều kiện kinh doanh dịch vụ thẩm định giá.</w:t>
      </w:r>
    </w:p>
    <w:p>
      <w:pPr>
        <w:jc w:val="both"/>
      </w:pPr>
      <w:r>
        <w:t>4. Bãi bỏ khoản 1 Điều 5 Thông tư số 143/2016/TT-BTC ngày 26 tháng 9 năm 2016 của Bộ trưởng Bộ Tài chính quy định mức thu, chế độ thu, nộp lệ phí cấp giấy phép thành lập Văn phòng đại diện của tổ chức xúc tiến thương mại nước ngoài, thương nhân nước ngoài tại Việt Nam.</w:t>
      </w:r>
    </w:p>
    <w:p>
      <w:pPr>
        <w:jc w:val="both"/>
      </w:pPr>
      <w:r>
        <w:t>5. Bãi bỏ khoản 2 Điều 5 Thông tư số 144/2016/TT-BTC ngày 04 tháng 10 năm 2016 của Bộ trưởng Bộ Tài chính quy định mức thu, chế độ thu, nộp, quản lý và sử dụng phí thăm quan Bảo tàng Hải dương học.</w:t>
      </w:r>
    </w:p>
    <w:p>
      <w:pPr>
        <w:jc w:val="both"/>
      </w:pPr>
      <w:r>
        <w:t>6. Bãi bỏ cụm từ "theo quy định tại Thông tư số 156/2013/TT-BTC ngày 6/11/2013 của Bộ Tài chính hướng dẫn thi hành một số điều của Luật Quản lý thuế; Luật sửa đổi, bổ sung một số điều của Luật Quản lý thuế và Nghị định số 83/2013/NĐ-CP ngày 22/7/2013 của Chính phủ." tại điểm c khoản 2 Điều 6 Thông tư số 146/2016/TT-BTC ngày 06 tháng 10 năm 2016 của Bộ trưởng Bộ Tài chính quy định mức thu, chế độ thu, nộp, quản lý và sử dụng phí bay qua vùng trời Việt Nam.</w:t>
      </w:r>
    </w:p>
    <w:p>
      <w:pPr>
        <w:jc w:val="both"/>
      </w:pPr>
      <w:r>
        <w:t>7. Bãi bỏ khoản 2 Điều 4 Thông tư số 148/2016/TT-BTC ngày 14 tháng 10 năm 2016 của Bộ trưởng Bộ Tài chính quy định mức thu, chế độ thu, nộp, quản lý và sử dụng phí thẩm định cấp phép sử dụng vật liệu nổ công nghiệp.</w:t>
      </w:r>
    </w:p>
    <w:p>
      <w:pPr>
        <w:jc w:val="both"/>
      </w:pPr>
      <w:r>
        <w:t>8. Bãi bỏ khoản 1 Điều 4 (quy định về kê khai, nộp lệ phí) Thông tư số 150/2016/TT-BTC ngày 14 tháng 10 năm 2016 của Bộ trưởng Bộ Tài chính quy định mức thu, chế độ thu, nộp lệ phí cấp giấy phép thành lập và hoạt động của tổ chức tín dụng; giấy phép thành lập chi nhánh ngân hàng nước ngoài, văn phòng đại diện của tổ chức tín dụng nước ngoài, tổ chức nước ngoài khác có hoạt động ngân hàng; giấy phép hoạt động cung ứng dịch vụ trung gian thanh toán cho các tổ chức không phải là ngân hàng.</w:t>
      </w:r>
    </w:p>
    <w:p>
      <w:pPr>
        <w:jc w:val="both"/>
      </w:pPr>
      <w:r>
        <w:t>9. Bãi bỏ khoản 2 Điều 4 và khoản 2 Điều 5 Thông tư số 156/2016/TT-BTC ngày 21 tháng 10 năm 2016 của Bộ trưởng Bộ Tài chính quy định mức thu, chế độ thu, nộp, quản lý và sử dụng phí thẩm định cấp giấy chứng nhận đăng ký hoạt động bán hàng đa cấp.</w:t>
      </w:r>
    </w:p>
    <w:p>
      <w:pPr>
        <w:jc w:val="both"/>
      </w:pPr>
      <w:r>
        <w:t>10. Bãi bỏ khoản 2 Điều 6 Thông tư số 157/2016/TT-BTC ngày 24 tháng 10 năm 2016 của Bộ trưởng Bộ Tài chính quy định mức thu, chế độ thu, nộp, quản lý và sử dụng phí chứng nhận lãnh sự và hợp pháp hóa lãnh sự.</w:t>
      </w:r>
    </w:p>
    <w:p>
      <w:pPr>
        <w:jc w:val="both"/>
      </w:pPr>
      <w:r>
        <w:t>11. Bãi bỏ khoản 2 Điều 6 Thông tư số 159/2016/TT-BTC ngày 25 tháng 10 năm 2016 của Bộ trưởng Bộ Tài chính quy định mức thu, chế độ thu, nộp, quản lý và sử dụng phí thăm quan Làng Văn hóa - Du lịch các dân tộc Việt Nam.</w:t>
      </w:r>
    </w:p>
    <w:p>
      <w:pPr>
        <w:jc w:val="both"/>
      </w:pPr>
      <w:r>
        <w:t>12. Bãi bỏ khoản 2 Điều 6 Thông tư số 160/2016/TT-BTC ngày 25 tháng 10 năm 2016 của Bộ trưởng Bộ Tài chính quy định mức thu, chế độ thu, nộp, quản lý và sử dụng phí thăm quan Bảo tàng Dân tộc học Việt Nam.</w:t>
      </w:r>
    </w:p>
    <w:p>
      <w:pPr>
        <w:jc w:val="both"/>
      </w:pPr>
      <w:r>
        <w:t>13. Bãi bỏ khoản 2 Điều 6 Thông tư số 161/2016/TT-BTC ngày 25 tháng 10 năm 2016 của Bộ trưởng Bộ Tài chính quy định mức thu, chế độ thu, nộp, quản lý và sử dụng phí thăm quan Bảo tàng Văn hóa các dân tộc Việt Nam.</w:t>
      </w:r>
    </w:p>
    <w:p>
      <w:pPr>
        <w:jc w:val="both"/>
      </w:pPr>
      <w:r>
        <w:t>14. Bãi bỏ khoản 2 Điều 6 Thông tư số 162/2016/TT-BTC ngày 25 tháng 10 năm 2016 của Bộ trưởng Bộ Tài chính quy định mức thu, chế độ thu, nộp, quản lý và sử dụng phí thư viện áp dụng tại Thư viện Quốc gia Việt Nam.</w:t>
      </w:r>
    </w:p>
    <w:p>
      <w:pPr>
        <w:jc w:val="both"/>
      </w:pPr>
      <w:r>
        <w:t>15. Bãi bỏ khoản 2 Điều 6 Thông tư số 163/2016/TT-BTC ngày 25 tháng 10 năm 2016 của Bộ trưởng Bộ Tài chính quy định mức thu, chế độ thu, nộp, quản lý và sử dụng phí thăm quan Bảo tàng Lịch sử quốc gia.</w:t>
      </w:r>
    </w:p>
    <w:p>
      <w:pPr>
        <w:jc w:val="both"/>
      </w:pPr>
      <w:r>
        <w:t>16. Bãi bỏ khoản 2 Điều 5 Thông tư số 164/2016/TT-BTC ngày 25 tháng 10 năm 2016 của Bộ trưởng Bộ Tài chính quy định mức thu, chế độ thu, nộp, quản lý và sử dụng phí xác minh giấy tờ, tài liệu để công nhận văn bằng do cơ sở giáo dục nước ngoài cấp cho người Việt Nam.</w:t>
      </w:r>
    </w:p>
    <w:p>
      <w:pPr>
        <w:jc w:val="both"/>
      </w:pPr>
      <w:r>
        <w:t>17. Bãi bỏ khoản 1 Điều 5 Thông tư số 165/2016/TT-BTC ngày 25 tháng 10 năm 2016 của Bộ trưởng Bộ Tài chính quy định mức thu, chế độ thu, nộp lệ phí cấp Giấy phép thành lập Văn phòng đại diện của doanh nghiệp quảng cáo nước ngoài tại Việt Nam.</w:t>
      </w:r>
    </w:p>
    <w:p>
      <w:pPr>
        <w:jc w:val="both"/>
      </w:pPr>
      <w:r>
        <w:t>18. Bãi bỏ khoản 2 Điều 5 Thông tư số 168/2016/TT-BTC ngày 26 tháng 10 năm 2016 của Bộ trưởng Bộ Tài chính quy định mức thu, chế độ thu, nộp, quản lý và sử dụng phí thẩm định kinh doanh hàng hoá, dịch vụ hạn chế kinh doanh; hàng hoá, dịch vụ kinh doanh có điều kiện thuộc lĩnh vực thương mại và lệ phí cấp Giấy phép thành lập Sở Giao dịch hàng hoá.</w:t>
      </w:r>
    </w:p>
    <w:p>
      <w:pPr>
        <w:jc w:val="both"/>
      </w:pPr>
      <w:r>
        <w:t>19. Bãi bỏ khoản 2 Điều 5 Thông tư số 169/2016/TT-BTC ngày 26 tháng 10 năm 2016 của Bộ trưởng Bộ Tài chính quy định mức thu, chế độ thu, nộp, quản lý và sử dụng phí thẩm định hợp đồng chuyển giao công nghệ.</w:t>
      </w:r>
    </w:p>
    <w:p>
      <w:pPr>
        <w:jc w:val="both"/>
      </w:pPr>
      <w:r>
        <w:t>20. Bãi bỏ khoản 1 Điều 5 Thông tư số 171/2016/TT-BTC ngày 27 tháng 10 năm 2016 của Bộ trưởng Bộ Tài chính quy định mức thu, chế độ thu, nộp lệ phí cấp giấy phép quy hoạch.</w:t>
      </w:r>
    </w:p>
    <w:p>
      <w:pPr>
        <w:jc w:val="both"/>
      </w:pPr>
      <w:r>
        <w:t>21. Bãi bỏ khoản 2 Điều 6 Thông tư số 181/2016/TT-BTC ngày 07 tháng 11 năm 2016 của Bộ trưởng Bộ Tài chính quy định mức thu, chế độ thu, nộp, quản lý và sử dụng phí thăm quan Bảo tàng Mỹ thuật Việt Nam.</w:t>
      </w:r>
    </w:p>
    <w:p>
      <w:pPr>
        <w:jc w:val="both"/>
      </w:pPr>
      <w:r>
        <w:t>22. Bãi bỏ khoản 2 Điều 6 Thông tư số 182/2016/TT-BTC ngày 08 tháng 11 năm 2016 của Bộ trưởng Bộ Tài chính quy định mức thu, chế độ thu, nộp, quản lý và sử dụng phí thăm quan di tích lịch sử Dinh Độc Lập.</w:t>
      </w:r>
    </w:p>
    <w:p>
      <w:pPr>
        <w:jc w:val="both"/>
      </w:pPr>
      <w:r>
        <w:t>23. Bãi bỏ khoản 2 Điều 5 Thông tư số 183/2016/TT-BTC ngày 08 tháng 11 năm 2016 của Bộ trưởng Bộ Tài chính quy định mức thu, chế độ thu, nộp, quản lý lệ phí cấp giấy đăng ký công bố hợp chuẩn, hợp quy.</w:t>
      </w:r>
    </w:p>
    <w:p>
      <w:pPr>
        <w:jc w:val="both"/>
      </w:pPr>
      <w:r>
        <w:t>24. Bãi bỏ cụm từ "Phí thẩm định nộp cho tổ chức thu phí hoặc nộp vào tài khoản phí chờ nộp ngân sách của tổ chức thu phí mở tại kho bạc nhà nước." tại khoản 1 Điều 4 Thông tư số 185/2016/TT-BTC ngày 08 tháng 11 năm 2016 của Bộ trưởng Bộ Tài chính quy định mức thu, chế độ thu, nộp, quản lý và sử dụng phí thẩm định đủ điều kiện hoạt động dịch vụ quan trắc môi trường và khoản 2 Điều 1 Thông tư số 55/2018/TT-BTC ngày 25 tháng 6 năm 2018 của Bộ trưởng Bộ Tài chính sửa đổi, bổ sung một số điều của 07 Thông tư của Bộ trưởng Bộ Tài chính quy định thu phí trong lĩnh lực tài nguyên, môi trường.</w:t>
      </w:r>
    </w:p>
    <w:p>
      <w:pPr>
        <w:jc w:val="both"/>
      </w:pPr>
      <w:r>
        <w:t>25. Bãi bỏ khoản 3 Điều 4 Thông tư số 186/2016/TT-BTC ngày 08 tháng 11 năm 2016 của Bộ trưởng Bộ Tài chính quy định mức thu, chế độ thu, nộp, quản lý và sử dụng phí thẩm định hồ sơ cấp giấy chứng nhận an toàn sinh học biến đổi gen.</w:t>
      </w:r>
    </w:p>
    <w:p>
      <w:pPr>
        <w:jc w:val="both"/>
      </w:pPr>
      <w:r>
        <w:t>26. Bãi bỏ khoản 2 Điều 4 Thông tư số 187/2016/TT-BTC ngày 08 tháng 11 năm 2016 của Bộ trưởng Bộ Tài chính quy định mức thu, chế độ thu, nộp, miễn, quản lý và sử dụng phí khai thác và sử dụng dữ liệu viễn thám quốc gia.</w:t>
      </w:r>
    </w:p>
    <w:p>
      <w:pPr>
        <w:jc w:val="both"/>
      </w:pPr>
      <w:r>
        <w:t>27. Bãi bỏ khoản 2 Điều 4 Thông tư số 188/2016/TT-BTC ngày 08 tháng 11 năm 2016 của Bộ trưởng Bộ Tài chính quy định mức thu, chế độ thu, nộp, quản lý và sử dụng phí sát hạch lái xe; lệ phí cấp bằng, chứng chỉ hoạt động trên các phương tiện và lệ phí đăng ký, cấp biển xe máy chuyên dùng.</w:t>
      </w:r>
    </w:p>
    <w:p>
      <w:pPr>
        <w:jc w:val="both"/>
      </w:pPr>
      <w:r>
        <w:t>28. Bãi bỏ khoản 2 Điều 6 Thông tư số 189/2016/TT-BTC ngày 08 tháng 11 năm 2016 của Bộ trưởng Bộ Tài chính quy định mức thu, chế độ thu, nộp, quản lý và sử dụng phí, lệ phí trong hoạt động chuyên ngành hàng hải.</w:t>
      </w:r>
    </w:p>
    <w:p>
      <w:pPr>
        <w:jc w:val="both"/>
      </w:pPr>
      <w:r>
        <w:t>29. Bãi bỏ khoản 2 Điều 4 Thông tư số 190/2016/TT-BTC ngày 08 tháng 11 năm 2016 của Bộ trưởng Bộ Tài chính quy định mức thu, chế độ thu, nộp, quản lý và sử dụng phí khai thác và sử dụng tài liệu địa chất, khoáng sản.</w:t>
      </w:r>
    </w:p>
    <w:p>
      <w:pPr>
        <w:jc w:val="both"/>
      </w:pPr>
      <w:r>
        <w:t>30. Bãi bỏ cụm từ "Tổ chức thu phí thực hiện kê khai, nộp số tiền phí thu được theo tháng, quyết toán năm theo hướng dẫn tại khoản 3 Điều 19 và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tại khoản 3 Điều 5 Thông tư số 192/2016/TT-BTC ngày 08 tháng 11 năm 2016 của Bộ trưởng Bộ Tài chính quy định mức thu, chế độ thu, nộp, quản lý và sử dụng phí thẩm định, phê duyệt đánh giá an ninh cảng biển, kế hoạch an ninh cảng biển và cấp lý lịch liên tục của tàu biển.</w:t>
      </w:r>
    </w:p>
    <w:p>
      <w:pPr>
        <w:jc w:val="both"/>
      </w:pPr>
      <w:r>
        <w:t>31. Bãi bỏ cụm từ "kê khai phí, lệ phí thu được theo tháng, quyết toán năm theo quy định tại khoản 3 Điều 19 và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tại khoản 2 Điều 4 Thông tư số 193/2016/TT-BTC ngày 08 tháng 11 năm 2016 của Bộ trưởng Bộ Tài chính quy định mức thu, chế độ thu, nộp và quản lý và sử dụng phí, lệ phí trong lĩnh vực hàng không.</w:t>
      </w:r>
    </w:p>
    <w:p>
      <w:pPr>
        <w:jc w:val="both"/>
      </w:pPr>
      <w:r>
        <w:t>32. Bãi bỏ khoản 3 Điều 5 Thông tư số 194/2016/TT-BTC ngày 08 tháng 11 năm 2016 của Bộ trưởng Bộ Tài chính quy định mức thu, chế độ thu, nộp phí hải quan và lệ phí ra, vào cảng hàng không, sân bay đối với chuyến bay của nước ngoài đến các Cảng hàng không Việt Nam.</w:t>
      </w:r>
    </w:p>
    <w:p>
      <w:pPr>
        <w:jc w:val="both"/>
      </w:pPr>
      <w:r>
        <w:t>33. Bãi bỏ khoản 2 Điều 4 và cụm từ "Phí nộp trực tiếp cho tổ chức thu phí hoặc nộp vào tài khoản phí chờ nộp ngân sách của tổ chức thu phí mở tại Kho bạc nhà nước." tại khoản 2 Điều 2 Thông tư số 196/2016/TT-BTC ngày 08 tháng 11 năm 2016 của Bộ trưởng Bộ Tài chính quy định mức thu, chế độ thu, nộp, quản lý và sử dụng phí khai thác, sử dụng thông tin dữ liệu đo đạc và bản đồ.</w:t>
      </w:r>
    </w:p>
    <w:p>
      <w:pPr>
        <w:jc w:val="both"/>
      </w:pPr>
      <w:r>
        <w:t>34. Bãi bỏ khoản 2 Điều 4 và cụm từ "Thời điểm nộp phí thực hiện theo hướng dẫn tại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tại khoản 2 Điều 5 Thông tư số 197/2016/TT-BTC ngày 08 tháng 11 năm 2016 của Bộ trưởng Bộ Tài chính quy định mức thu, chế độ thu, nộp, quản lý và sử dụng phí khai thác, sử dụng thông tin, dữ liệu khí tượng thuỷ văn.</w:t>
      </w:r>
    </w:p>
    <w:p>
      <w:pPr>
        <w:jc w:val="both"/>
      </w:pPr>
      <w:r>
        <w:t>35. Bãi bỏ khoản 2 Điều 5 Thông tư số 198/2016/TT-BTC ngày 08 tháng 11 năm 2016 của Bộ trưởng Bộ Tài chính quy định mức thu, chế độ thu, nộp, quản lý và sử dụng phí, lệ phí trong lĩnh vực đường thủy nội địa và đường sắt.</w:t>
      </w:r>
    </w:p>
    <w:p>
      <w:pPr>
        <w:jc w:val="both"/>
      </w:pPr>
      <w:r>
        <w:t>36. Bãi bỏ khoản 2 Điều 5 Thông tư số 201/2016/TT-BTC ngày 09 tháng 11 năm 2016 của Bộ trưởng Bộ Tài chính quy định mức thu, chế độ thu, nộp, quản lý và sử dụng phí sát hạch, lệ phí cấp giấy phép lái xe trong Công an nhân dân.</w:t>
      </w:r>
    </w:p>
    <w:p>
      <w:pPr>
        <w:jc w:val="both"/>
      </w:pPr>
      <w:r>
        <w:t>37. Bãi bỏ khoản 2 Điều 6 Thông tư số 202/2016/TT-BTC ngày 09 tháng 11 năm 2016 của Bộ trưởng Bộ Tài chính quy định mức thu, chế độ thu, nộp, quản lý và sử dụng phí trong lĩnh vực đăng ký giao dịch bảo đảm.</w:t>
      </w:r>
    </w:p>
    <w:p>
      <w:pPr>
        <w:jc w:val="both"/>
      </w:pPr>
      <w:r>
        <w:t>38. Bãi bỏ khoản 2 Điều 6 Thông tư số 203/2016/TT-BTC ngày 09 tháng 11 năm 2016 của Bộ trưởng Bộ Tài chính quy định mức thu, chế độ thu, nộp, quản lý phí thực hiện ủy thác tư pháp về dân sự có yếu tố nước ngoài.</w:t>
      </w:r>
    </w:p>
    <w:p>
      <w:pPr>
        <w:jc w:val="both"/>
      </w:pPr>
      <w:r>
        <w:t>39. Bãi bỏ khoản 2 Điều 6 Thông tư số 204/2016/TT-BTC ngày 09 tháng 11 năm 2016 của Bộ trưởng Bộ Tài chính quy định mức thu, chế độ thu, nộp, quản lý và sử dụng phí thăm quan Bảo tàng Yersin.</w:t>
      </w:r>
    </w:p>
    <w:p>
      <w:pPr>
        <w:jc w:val="both"/>
      </w:pPr>
      <w:r>
        <w:t>40. Bãi bỏ khoản 2 Điều 6 Thông tư số 205/2016/TT-BTC ngày 09 tháng 11 năm 2016 của Bộ trưởng Bộ Tài chính quy định mức thu, chế độ thu, nộp, quản lý và sử dụng phí thăm quan Bảo tàng Phụ nữ Việt Nam.</w:t>
      </w:r>
    </w:p>
    <w:p>
      <w:pPr>
        <w:jc w:val="both"/>
      </w:pPr>
      <w:r>
        <w:t>41. Bãi bỏ khoản 2 Điều 6 Thông tư số 206/2016/TT-BTC ngày 09 tháng 11 năm 2016 của Bộ trưởng Bộ Tài chính quy định mức thu, chế độ thu, nộp, quản lý và sử dụng phí thăm quan các Vườn quốc gia Bạch Mã, Cúc Phương, Ba Vì, Tam Đảo, Yokdon, Cát Tiên.</w:t>
      </w:r>
    </w:p>
    <w:p>
      <w:pPr>
        <w:jc w:val="both"/>
      </w:pPr>
      <w:r>
        <w:t>42. Bãi bỏ khoản 2 Điều 5 Thông tư số 207/2016/TT-BTC ngày 09 tháng 11 năm 2016 của Bộ trưởng Bộ Tài chính quy định mức thu, chế độ thu, nộp, quản lý và sử dụng phí, lệ phí trong lĩnh vực trồng trọt và giống cây lâm nghiệp.</w:t>
      </w:r>
    </w:p>
    <w:p>
      <w:pPr>
        <w:jc w:val="both"/>
      </w:pPr>
      <w:r>
        <w:t>43. Bãi bỏ khoản 2 Điều 5 Thông tư số 208/2016/TT-BTC ngày 10 tháng 11 năm 2016 của Bộ trưởng Bộ Tài chính quy định mức thu, chế độ thu, nộp, quản lý và sử dụng phí, lệ phí tên miền quốc gia ".vn" và địa chỉ Internet (IP) của Việt Nam.</w:t>
      </w:r>
    </w:p>
    <w:p>
      <w:pPr>
        <w:jc w:val="both"/>
      </w:pPr>
      <w:r>
        <w:t>44. Bãi bỏ khoản 2 Điều 5 Thông tư số 209/2016/TT-BTC ngày 10 tháng 11 năm 2016 của Bộ trưởng Bộ Tài chính quy định mức thu, chế độ thu, nộp, quản lý và sử dụng phí thẩm định dự án đầu tư xây dựng, phí thẩm định thiết kế cơ sở.</w:t>
      </w:r>
    </w:p>
    <w:p>
      <w:pPr>
        <w:jc w:val="both"/>
      </w:pPr>
      <w:r>
        <w:t>45. Bãi bỏ khoản 2 Điều 5 Thông tư số 210/2016/TT-BTC ngày 10 tháng 11 năm 2016 của Bộ trưởng Bộ Tài chính quy định mức thu, chế độ thu, nộp, quản lý và sử dụng phí thẩm định thiết kế kỹ thuật, phí thẩm định dự toán xây dựng.</w:t>
      </w:r>
    </w:p>
    <w:p>
      <w:pPr>
        <w:jc w:val="both"/>
      </w:pPr>
      <w:r>
        <w:t>46. Bãi bỏ khoản 2 Điều 5 Thông tư số 211/2016/TT-BTC ngày 10 tháng 11 năm 2016 của Bộ trưởng Bộ Tài chính quy định mức thu, chế độ thu, nộp, quản lý và sử dụng phí đăng ký quyền tác giả, quyền liên quan đến tác giả.</w:t>
      </w:r>
    </w:p>
    <w:p>
      <w:pPr>
        <w:jc w:val="both"/>
      </w:pPr>
      <w:r>
        <w:t>47. Bãi bỏ khoản 2 Điều 5 Thông tư số 214/2016/TT-BTC ngày 10 tháng 11 năm 2016 của Bộ trưởng Bộ Tài chính quy định mức thu, chế độ thu, nộp, quản lý và sử dụng phí thẩm định nội dung tài liệu không kinh doanh để cấp giấy phép xuất bản, lệ phí cấp giấy phép nhập khẩu xuất bản phẩm không kinh doanh và lệ phí đăng ký nhập khẩu xuất bản phẩm để kinh doanh.</w:t>
      </w:r>
    </w:p>
    <w:p>
      <w:pPr>
        <w:jc w:val="both"/>
      </w:pPr>
      <w:r>
        <w:t>48. Bãi bỏ khoản 2 Điều 8 Thông tư số 216/2016/TT-BTC ngày 10 tháng 11 năm 2016 của Bộ trưởng Bộ Tài chính quy định mức thu, chế độ thu, nộp, quản lý và sử dụng phí thi hành án dân sự.</w:t>
      </w:r>
    </w:p>
    <w:p>
      <w:pPr>
        <w:jc w:val="both"/>
      </w:pPr>
      <w:r>
        <w:t>49. Bãi bỏ khoản 2 Điều 5 Thông tư số 217/2016/TT-BTC ngày 10 tháng 11 năm 2016 của Bộ trưởng Bộ Tài chính quy định mức thu, chế độ thu, nộp, quản lý và sử dụng phí xác minh giấy tờ, tài liệu theo yêu cầu của cá nhân.</w:t>
      </w:r>
    </w:p>
    <w:p>
      <w:pPr>
        <w:jc w:val="both"/>
      </w:pPr>
      <w:r>
        <w:t>50. Bãi bỏ khoản 2 Điều 6 Thông tư số 218/2016/TT-BTC ngày 10 tháng 11 năm 2016 của Bộ trưởng Bộ Tài chính quy định mức thu, chế độ thu, nộp, quản lý và sử dụng phí thẩm định điều kiện về an ninh trật tự; phí sát hạch cấp chứng chỉ nghiệp vụ bảo vệ; lệ phí cấp giấy phép quản lý pháo hoa vào, ra Việt Nam; lệ phí cấp giấy phép quản lý vũ khí, vật liệu nổ, công cụ hỗ trợ.</w:t>
      </w:r>
    </w:p>
    <w:p>
      <w:pPr>
        <w:jc w:val="both"/>
      </w:pPr>
      <w:r>
        <w:t>51. Bãi bỏ khoản 2 Điều 5 Thông tư số 220/2016/TT-BTC ngày 10 tháng 11 năm 2016 của Bộ trưởng Bộ Tài chính quy định mức thu, chế độ thu, nộp, quản lý và sử dụng phí, lệ phí trong lĩnh vực hoạt động hành nghề luật sư.</w:t>
      </w:r>
    </w:p>
    <w:p>
      <w:pPr>
        <w:jc w:val="both"/>
      </w:pPr>
      <w:r>
        <w:t>52. Bãi bỏ khoản 2 Điều 5 Thông tư số 221/2016/TT-BTC ngày 10 tháng 11 năm 2016 của Bộ trưởng Bộ Tài chính quy định mức thu, chế độ thu, nộp, quản lý và sử dụng phí thẩm định tiêu chuẩn, điều kiện hành nghề đấu giá tài sản.</w:t>
      </w:r>
    </w:p>
    <w:p>
      <w:pPr>
        <w:jc w:val="both"/>
      </w:pPr>
      <w:r>
        <w:t>53. Bãi bỏ khoản 2 Điều 5 Thông tư số 222/2016/TT-BTC ngày 10 tháng 11 năm 2016 của Bộ trưởng Bộ Tài chính quy định mức thu, chế độ thu, nộp, quản lý và sử dụng phí thẩm định tiêu chuẩn, điều kiện hành nghề trong lĩnh vực trọng tài thương mại.</w:t>
      </w:r>
    </w:p>
    <w:p>
      <w:pPr>
        <w:jc w:val="both"/>
      </w:pPr>
      <w:r>
        <w:t>54. Bãi bỏ khoản 2 Điều 5 Thông tư số 224/2016/TT-BTC ngày 10 tháng 11 năm 2016 của Bộ trưởng Bộ Tài chính quy định mức thu, chế độ thu, nộp, quản lý và sử dụng phí thẩm định tiêu chuẩn, điều kiện hành nghề, hoạt động quản lý, thanh lý tài sản; lệ phí cấp chứng chỉ hành nghề quản tài viên.</w:t>
      </w:r>
    </w:p>
    <w:p>
      <w:pPr>
        <w:jc w:val="both"/>
      </w:pPr>
      <w:r>
        <w:t>55. Bãi bỏ khoản 2 Điều 5 Thông tư số 225/2016/TT-BTC ngày 11 tháng 11 năm 2016 của Bộ trưởng Bộ Tài chính quy định mức thu, chế độ thu, nộp, quản lý và sử dụng phí thẩm định cấp giấy chứng nhận an toàn sinh học biến đổi gen đủ điều kiện sử dụng làm thực phẩm, thức ăn chăn nuôi.</w:t>
      </w:r>
    </w:p>
    <w:p>
      <w:pPr>
        <w:jc w:val="both"/>
      </w:pPr>
      <w:r>
        <w:t>56. Bãi bỏ khoản 2 Điều 6 Thông tư số 226/2016/TT-BTC ngày 11 tháng 11 năm 2016 của Bộ trưởng Bộ Tài chính quy định mức thu, chế độ thu, nộp, quản lý và sử dụng phí chứng thực.</w:t>
      </w:r>
    </w:p>
    <w:p>
      <w:pPr>
        <w:jc w:val="both"/>
      </w:pPr>
      <w:r>
        <w:t>57. Bãi bỏ Điều 7 Thông tư số 229/2016/TT-BTC ngày 11 tháng 11 năm 2016 của Bộ trưởng Bộ Tài chính quy định mức thu, chế độ thu, nộp, quản lý lệ phí đăng ký, cấp biên phương tiện giao thông cơ giới đường bộ.</w:t>
      </w:r>
    </w:p>
    <w:p>
      <w:pPr>
        <w:jc w:val="both"/>
      </w:pPr>
      <w:r>
        <w:t>58. Bãi bỏ khoản 2 Điều 5 Thông tư số 232/2016/TT-BTC ngày 11 tháng 11 năm 2016 của Bộ trưởng Bộ Tài chính quy định mức thu, chế độ thu, nộp, quản lý và sử dụng phí cấp mã số mã vạch.</w:t>
      </w:r>
    </w:p>
    <w:p>
      <w:pPr>
        <w:jc w:val="both"/>
      </w:pPr>
      <w:r>
        <w:t>59. Bãi bỏ khoản 2 Điều 5 Thông tư số 243/2016/TT-BTC ngày 11 tháng 11 năm 2016 của Bộ trưởng Bộ Tài chính quy định mức thu, chế độ thu, nộp, quản lý và sử dụng phí thẩm định cấp giấy giám định y khoa.</w:t>
      </w:r>
    </w:p>
    <w:p>
      <w:pPr>
        <w:jc w:val="both"/>
      </w:pPr>
      <w:r>
        <w:t>60. Bãi bỏ khoản 2 Điều 6 Thông tư số 244/2016/TT-BTC ngày 11 tháng 11 năm 2016 của Bộ trưởng Bộ Tài chính quy định mức thu, chế độ thu, nộp, quản lý và sử dụng phí cung cấp thông tin lý lịch tư pháp.</w:t>
      </w:r>
    </w:p>
    <w:p>
      <w:pPr>
        <w:jc w:val="both"/>
      </w:pPr>
      <w:r>
        <w:t>61. Bãi bỏ khoản 2 Điều 5 Thông tư số 245/2016/TT-BTC ngày 11 tháng 11 năm 2016 của Bộ trưởng Bộ Tài chính quy định mức thu, chế độ thu, nộp, quản lý và sử dụng phí thẩm định điều kiện kinh doanh trong hoạt động kiểm định kỹ thuật an toàn lao động; huấn luyện an toàn, vệ sinh lao động.</w:t>
      </w:r>
    </w:p>
    <w:p>
      <w:pPr>
        <w:jc w:val="both"/>
      </w:pPr>
      <w:r>
        <w:t>62. Bãi bỏ khoản 2 Điều 5 và cụm từ "Thời điểm nộp phí theo hướng dẫn tại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tại khoản 2 Điều 6 Thông tư số 246/2016/TT-BTC ngày 11 tháng 11 năm 2016 của Bộ trưởng Bộ Tài chính quy định mức thu, chế độ thu, nộp, quản lý và sử dụng phí kiểm tra, đánh giá, cấp giấy chứng nhận quốc tế về an ninh tàu biển.</w:t>
      </w:r>
    </w:p>
    <w:p>
      <w:pPr>
        <w:jc w:val="both"/>
      </w:pPr>
      <w:r>
        <w:t>63. Bãi bỏ khoản 3 Điều 5 và cụm từ "Phí nộp trực tiếp cho tổ chức thu hoặc nộp vào tài khoản phí chờ nộp ngân sách của tổ chức thu mở tại Kho bạc nhà nước." tại khoản 1 Điều 5 Thông tư số 247/2016/TT-BTC ngày 11 tháng 11 năm 2016 của Bộ trưởng Bộ Tài chính quy định mức thu, chế độ thu, nộp, quản lý sử dụng phí nhượng quyền khai thác cảng hàng không, sân bay.</w:t>
      </w:r>
    </w:p>
    <w:p>
      <w:pPr>
        <w:jc w:val="both"/>
      </w:pPr>
      <w:r>
        <w:t>64. Bãi bỏ khoản 2 Điều 5 Thông tư số 248/2016/TT-BTC ngày 11 tháng 11 năm 2016 của Bộ trưởng Bộ Tài chính quy định mức thu, chế độ thu, nộp, quản lý và sử dụng phí, lệ phí áp dụng tại cảng, bến thủy nội địa.</w:t>
      </w:r>
    </w:p>
    <w:p>
      <w:pPr>
        <w:jc w:val="both"/>
      </w:pPr>
      <w:r>
        <w:t>65. Bãi bỏ cụm từ "Phí, lệ phí nộp bằng tiền mặt trực tiếp cho tổ chức thu phí, lệ phí hoặc chuyển khoản vào tài khoản phí chờ nộp ngân sách của tổ chức thu phí, lệ phí mở tại Kho bạc nhà nước." tại Điều 2 và cụm từ "Tổ chức thu phí, lệ phí thực hiện kê khai, nộp phí, lệ phí thu được theo tháng và quyết toán phí, lệ phí theo năm theo quy định tại khoản 3 Điều 19 và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tại khoản 2 Điều 5 Thông tư số 249/2016/TT-BTC ngày 11 tháng 11 năm 2016 của Bộ trưởng Bộ Tài chính quy định mức thu, chế độ thu, nộp, quản lý và sử dụng phí thẩm định cấp giấy phép kinh doanh sản phẩm, dịch vụ mật mã dân sự; giấy chứng nhận hợp chuẩn sản phẩm mật mã dân sự; giấy chứng nhận hợp quy sản phẩm mật mã dân sự và lệ phí cấp giấy phép nhập khẩu sản phẩm mật mã dân sự.</w:t>
      </w:r>
    </w:p>
    <w:p>
      <w:pPr>
        <w:jc w:val="both"/>
      </w:pPr>
      <w:r>
        <w:t>66. Bãi bỏ khoản 2 Điều 5 Thông tư số 257/2016/TT-BTC ngày 11 tháng 11 năm 2016 của Bộ trưởng Bộ Tài chính quy định mức thu, chế độ thu, nộp, quản lý, sử dụng phí công chứng; phí chứng thực; phí thẩm định tiêu chuẩn, điều kiện hành nghề công chứng; phí thẩm định điều kiện hoạt động Văn phòng công chứng; lệ phí cấp thẻ công chứng viên.</w:t>
      </w:r>
    </w:p>
    <w:p>
      <w:pPr>
        <w:jc w:val="both"/>
      </w:pPr>
      <w:r>
        <w:t>67. Bãi bỏ khoản 2 Điều 6 Thông tư số 258/2016/TT-BTC ngày 11 tháng 11 năm 2016 của Bộ trưởng Bộ Tài chính quy định mức thu, chế độ thu, nộp, quản lý và sử dụng phí thẩm định phê duyệt thiết kế phòng cháy và chữa cháy.</w:t>
      </w:r>
    </w:p>
    <w:p>
      <w:pPr>
        <w:jc w:val="both"/>
      </w:pPr>
      <w:r>
        <w:t>68. Bãi bỏ điểm b khoản 2 Điều 6 Thông tư số 259/2016/TT-BTC ngày 11 tháng 11 năm 2016 của Bộ trưởng Bộ Tài chính quy định mức thu, chế độ thu, nộp, quản lý và sử dụng phí xác minh giấy tờ tài liệu, lệ phí cấp Giấy phép hoạt động đưa người lao động đi làm việc có thời hạn ở nước ngoài.</w:t>
      </w:r>
    </w:p>
    <w:p>
      <w:pPr>
        <w:jc w:val="both"/>
      </w:pPr>
      <w:r>
        <w:t>69. Bãi bỏ khoản 2 Điều 5 Thông tư số 260/2016/TT-BTC ngày 14 tháng 11 năm 2016 của Bộ trưởng Bộ Tài chính quy định mức thu, chế độ thu, nộp, quản lý và sử dụng phí thẩm định nội dung văn hóa phẩm xuất khẩu, nhập khẩu.</w:t>
      </w:r>
    </w:p>
    <w:p>
      <w:pPr>
        <w:jc w:val="both"/>
      </w:pPr>
      <w:r>
        <w:t>70. Bãi bỏ khoản 2 Điều 5 và cụm từ "Tổ chức, cá nhân nộp phí, lệ phí sở hữu công nghiệp bằng tiền mặt hoặc qua dịch vụ bưu chính cho tổ chức thu phí, lệ phí hoặc chuyển khoản vào tài khoản của tổ chức thu phí, lệ phí." tại khoản 3 Điều 4 Thông tư số 263/2016/TT-BTC ngày 14 tháng 11 năm 2016 của Bộ trưởng Bộ Tài chính quy định mức thu, chế độ thu, nộp, quản lý và sử dụng phí, lệ phí sở hữu công nghiệp.</w:t>
      </w:r>
    </w:p>
    <w:p>
      <w:pPr>
        <w:jc w:val="both"/>
      </w:pPr>
      <w:r>
        <w:t>71. Bãi bỏ khoản 3 Điều 6 Thông tư số 268/2016/TT-BTC ngày 14 tháng 11 năm 2016 của Bộ trưởng Bộ Tài chính quy định mức thu, chế độ thu, nộp, quản lý, sử dụng lệ phí phân bổ và phí sử dụng mã, số viễn thông.</w:t>
      </w:r>
    </w:p>
    <w:p>
      <w:pPr>
        <w:jc w:val="both"/>
      </w:pPr>
      <w:r>
        <w:t>72. Bãi bỏ khoản 2 Điều 5 Thông tư số 269/2016/TT-BTC ngày 14 tháng 11 năm 2016 của Bộ trưởng Bộ Tài chính quy định mức thu, chế độ thu, nộp, quản lý và sử dụng phí và lệ phí thuộc lĩnh vực an toàn thông tin.</w:t>
      </w:r>
    </w:p>
    <w:p>
      <w:pPr>
        <w:jc w:val="both"/>
      </w:pPr>
      <w:r>
        <w:t>73. Bãi bỏ khoản 1 Điều 4 Thông tư số 271/2016/TT-BTC ngày 14 tháng 11 năm 2016 của Bộ trưởng Bộ Tài chính quy định mức thu, chế độ thu, nộp phí thẩm định cấp giấy chứng nhận đăng ký hành nghề, giấy chứng nhận đủ điều kiện kinh doanh dịch vụ kế toán, kiểm toán.</w:t>
      </w:r>
    </w:p>
    <w:p>
      <w:pPr>
        <w:jc w:val="both"/>
      </w:pPr>
      <w:r>
        <w:t>74. Bãi bỏ khoản 4 Điều 5 Thông tư số 273/2016/TT-BTC ngày 14 tháng 11 năm 2016 của Bộ trưởng Bộ Tài chính quy định mức thu, miễn, chế độ thu, nộp, quản lý và sử dụng phí quyền hoạt động viễn thông và lệ phí cấp giấy phép kinh doanh dịch vụ viễn thông và giấy phép nghiệp vụ viễn thông và khoản 1 Điều 1 Thông tư số 32/2022/TT-BTC ngày 09 tháng 6 năm 2022 của Bộ trưởng Bộ Tài chính sửa đổi, bổ sung một số điều của Thông tư số 273/2016/TT-BTC.</w:t>
      </w:r>
    </w:p>
    <w:p>
      <w:pPr>
        <w:jc w:val="both"/>
      </w:pPr>
      <w:r>
        <w:t>75. Bãi bỏ khoản 2 Điều 6 Thông tư số 275/2016/TT-BTC ngày 14 tháng 11 năm 2016 của Bộ trưởng Bộ Tài chính quy định mức thu, chế độ thu, nộp, quản lý và sử dụng phí sử dụng tài liệu lưu trữ.</w:t>
      </w:r>
    </w:p>
    <w:p>
      <w:pPr>
        <w:jc w:val="both"/>
      </w:pPr>
      <w:r>
        <w:t>76. Bãi bỏ khoản 2 Điều 5 Thông tư số 277/2016/TT-BTC ngày 14 tháng 11 năm 2016 của Bộ trưởng Bộ Tài chính quy định mức thu, chế độ thu, nộp, quản lý và sử dụng phí trong lĩnh vực dược, mỹ phẩm.</w:t>
      </w:r>
    </w:p>
    <w:p>
      <w:pPr>
        <w:jc w:val="both"/>
      </w:pPr>
      <w:r>
        <w:t>77. Bãi bỏ khoản 2 Điều 5 Thông tư số 278/2016/TT-BTC ngày 14 tháng 11 năm 2016 của Bộ trưởng Bộ Tài chính quy định mức thu, chế độ thu, nộp, quản lý và sử dụng phí trong lĩnh vực y tế.</w:t>
      </w:r>
    </w:p>
    <w:p>
      <w:pPr>
        <w:jc w:val="both"/>
      </w:pPr>
      <w:r>
        <w:t>78. Bãi bỏ khoản 2 Điều 6 Thông tư số 281/2016/TT-BTC ngày 14 tháng 11 năm 2016 của Bộ trưởng Bộ Tài chính quy định mức thu, chế độ thu, nộp, quản lý và sử dụng phí khai thác, sử dụng thông tin trong cơ sở dữ liệu hộ tịch, phí xác nhận có quốc tịch Việt Nam, phí xác nhận là người gốc Việt Nam, lệ phí quốc tịch.</w:t>
      </w:r>
    </w:p>
    <w:p>
      <w:pPr>
        <w:jc w:val="both"/>
      </w:pPr>
      <w:r>
        <w:t>79. Bãi bỏ khoản 2 Điều 5 Thông tư số 286/2016/TT-BTC ngày 14 tháng 11 năm 2016 của Bộ trưởng Bộ Tài chính quy định mức thu, chế độ thu, nộp, quản lý và sử dụng phí thẩm định quản lý chất lượng, an toàn thực phẩm trong lĩnh vực nông nghiệp.</w:t>
      </w:r>
    </w:p>
    <w:p>
      <w:pPr>
        <w:jc w:val="both"/>
      </w:pPr>
      <w:r>
        <w:t>80. Bãi bỏ khoản 2 Điều 6 Thông tư số 288/2016/TT-BTC ngày 15 tháng 11 năm 2016 của Bộ trưởng Bộ Tài chính quy định mức thu, chế độ thu, nộp, quản lý và sử dụng phí thẩm định chương trình nghệ thuật biểu diễn; phí thẩm định nội dung chương trình trên băng, đĩa, phần mềm và trên vật liệu khác.</w:t>
      </w:r>
    </w:p>
    <w:p>
      <w:pPr>
        <w:jc w:val="both"/>
      </w:pPr>
      <w:r>
        <w:t>81. Bãi bỏ khoản 2 Điều 6 Thông tư số 289/2016/TT-BTC ngày 15 tháng 11 năm 2016 của Bộ trưởng Bộ Tài chính quy định mức thu, chế độ thu, nộp, quản lý và sử dụng phí, lệ phí trong lĩnh vực điện ảnh.</w:t>
      </w:r>
    </w:p>
    <w:p>
      <w:pPr>
        <w:jc w:val="both"/>
      </w:pPr>
      <w:r>
        <w:t>82. Bãi bỏ khoản 2 Điều 5 Thông tư số 290/2016/TT-BTC ngày 15 tháng 11 năm 2016 của Bộ trưởng Bộ Tài chính quy định mức thu, chế độ thu, nộp, quản lý và sử dụng phí thẩm định nội dung, kịch bản trò chơi điện tử trên mạng.</w:t>
      </w:r>
    </w:p>
    <w:p>
      <w:pPr>
        <w:jc w:val="both"/>
      </w:pPr>
      <w:r>
        <w:t>83. Bãi bỏ khoản 2 Điều 5 (quy định về kê khai, nộp phí) Thông tư số 291/2016/TT-BTC ngày 15 tháng 11 năm 2016 của Bộ trưởng Bộ Tài chính quy định mức thu, chế độ thu, nộp, quản lý và sử dụng phí thẩm định điều kiện hoạt động bưu chính.</w:t>
      </w:r>
    </w:p>
    <w:p>
      <w:pPr>
        <w:jc w:val="both"/>
      </w:pPr>
      <w:r>
        <w:t>84. Bãi bỏ cụm từ "Phí nộp cho tổ chức thu phí hoặc nộp vào tài khoản phí chờ nộp ngân sách của tổ chức thu phí mở tại Kho bạc nhà nước." tại khoản 1 Điều 2 và cụm từ "kê khai, nộp phí thu được theo tháng, quyết toán năm theo hướng dẫn tại khoản 3 Điều 19 và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tại khoản 2 Điều 4 Thông tư số 294/2016/TT-BTC ngày 15 tháng 11 năm 2016 của Bộ trưởng Bộ Tài chính quy định mức thu, chế độ thu, nộp, miễn, quản lý và sử dụng phí khai thác và sử dụng dữ liệu tài nguyên, môi trường biển và hải đảo.</w:t>
      </w:r>
    </w:p>
    <w:p>
      <w:pPr>
        <w:jc w:val="both"/>
      </w:pPr>
      <w:r>
        <w:t>85. Bãi bỏ khoản 2 Điều 5 Thông tư số 298/2016/TT-BTC ngày 15 tháng 11 năm 2016 của Bộ trưởng Bộ Tài chính quy định mức thu, chế độ thu, nộp, quản lý và sử dụng phí thẩm định điều kiện hoạt động về khoa học, công nghệ.</w:t>
      </w:r>
    </w:p>
    <w:p>
      <w:pPr>
        <w:jc w:val="both"/>
      </w:pPr>
      <w:r>
        <w:t>86. Bãi bỏ khoản 2 Điều 5 Thông tư số 299/2016/TT-BTC ngày 15 tháng 11 năm 2016 của Bộ trưởng Bộ Tài chính quy định mức thu, chế độ thu, nộp, quản lý và sử dụng phí thẩm định điều kiện kinh doanh để cấp Giấy phép sản xuất rượu, Giấy phép sản xuất thuốc lá.</w:t>
      </w:r>
    </w:p>
    <w:p>
      <w:pPr>
        <w:jc w:val="both"/>
      </w:pPr>
      <w:r>
        <w:t>87. Bãi bỏ điểm b khoản 2 và cụm từ ", lệ phí" tại điểm a khoản 2 Điều 2 Thông tư số 17/2017/TT-BTC ngày 28 tháng 02 năm 2017 của Bộ trưởng Bộ Tài chính hướng dẫn thu, nộp, quản lý và sử dụng phí, lệ phí hàng hải.</w:t>
      </w:r>
    </w:p>
    <w:p>
      <w:pPr>
        <w:jc w:val="both"/>
      </w:pPr>
      <w:r>
        <w:t>88. Bãi bỏ khoản 2 Điều 4 Thông tư số 34/2017/TT-BTC ngày 21 tháng 4 năm 2017 của Bộ trưởng Bộ Tài chính quy định mức thu, chế độ thu, nộp, quản lý và sử dụng phí thẩm định cấp giấy phép hoạt động đo đạc và bản đồ.</w:t>
      </w:r>
    </w:p>
    <w:p>
      <w:pPr>
        <w:jc w:val="both"/>
      </w:pPr>
      <w:r>
        <w:t>89. Bãi bỏ khoản 2 Điều 4 và cụm từ "Phí nộp trực tiếp cho tổ chức thu hoặc nộp vào tài khoản phí chờ nộp ngân sách của tổ chức thu phí mở tại Kho bạc nhà nước." tại khoản 1 Điều 2 Thông tư số 35/2017/TT-BTC ngày 25 tháng 4 năm 2017 của Bộ trưởng Bộ Tài chính quy định mức thu, chế độ thu, nộp, quản lý và sử dụng phí thẩm định phương án cải tạo, phục hồi môi trường; phương án cải tạo, phục hồi môi trường bổ sung do cơ quan trung ương thực hiện thẩm định.</w:t>
      </w:r>
    </w:p>
    <w:p>
      <w:pPr>
        <w:jc w:val="both"/>
      </w:pPr>
      <w:r>
        <w:t>90. Bãi bỏ khoản 2 Điều 5 Thông tư số 106/2017/TT-BTC ngày 06 tháng 10 năm 2017 của Bộ trưởng Bộ Tài chính quy định mức thu, chế độ thu, nộp, quản lý và sử dụng phí thẩm định tiêu chuẩn hành nghề đấu giá tài sản, phí thẩm định điều kiện đăng ký hoạt động của doanh nghiệp đấu giá tài sản.</w:t>
      </w:r>
    </w:p>
    <w:p>
      <w:pPr>
        <w:jc w:val="both"/>
      </w:pPr>
      <w:r>
        <w:t>91. Bãi bỏ khoản 2 Điều 5 Thông tư số 08/2018/TT-BTC ngày 25 tháng 01 năm 2018 của Bộ trưởng Bộ Tài chính quy định mức thu, chế độ thu, nộp, quản lý và sử dụng phí trong hoạt động hóa chất.</w:t>
      </w:r>
    </w:p>
    <w:p>
      <w:pPr>
        <w:jc w:val="both"/>
      </w:pPr>
      <w:r>
        <w:t>92. Bãi bỏ khoản 2 Điều 5 Thông tư số 33/2018/TT-BTC ngày 30 tháng 3 năm 2018 của Bộ trưởng Bộ Tài chính quy định mức thu, chế độ thu, nộp và quản lý phí thẩm định cấp Giấy phép kinh doanh dịch vụ lữ hành quốc tế, Giấy phép kinh doanh dịch vụ lữ hành nội địa; phí thẩm định cấp thẻ hướng dẫn viên du lịch; lệ phí cấp Giấy phép thành lập văn phòng đại diện tại Việt Nam của doanh nghiệp kinh doanh dịch vụ lữ hành nước ngoài.</w:t>
      </w:r>
    </w:p>
    <w:p>
      <w:pPr>
        <w:jc w:val="both"/>
      </w:pPr>
      <w:r>
        <w:t>93. Bãi bỏ khoản 2 Điều 5 Thông tư số 34/2018/TT-BTC ngày 30 tháng 3 năm 2018 của Bộ trưởng Bộ Tài chính quy định mức thu, chế độ thu, nộp và quản lý phí thẩm định công nhận hạng cơ sở lưu trú du lịch, cơ sở kinh doanh dịch vụ du lịch khác đạt tiêu chuẩn phục vụ khách du lịch.</w:t>
      </w:r>
    </w:p>
    <w:p>
      <w:pPr>
        <w:jc w:val="both"/>
      </w:pPr>
      <w:r>
        <w:t>94. Bãi bỏ cụm từ "Phí nộp trực tiếp cho tổ chức thu phí hoặc nộp vào tài khoản phí chờ nộp ngân sách của tổ chức thu phí mở tại Kho bạc nhà nước." tại khoản 1 Điều 2 Thông tư số 56/2018/TT-BTC ngày 25 tháng 6 năm 2018 của Bộ trưởng Bộ Tài chính quy định mức thu, chế độ thu, nộp, quản lý và sử dụng phí thẩm định báo cáo đánh giá tác động môi trường do cơ quan trung ương thực hiện thẩm định và khoản 1 Điều 1, khoản 1 Điều 2 Thông tư số 91/2021/TT-BTC ngày 21 tháng 10 năm 2021 của Bộ trưởng Bộ Tài chính sửa đổi, bổ sung một số điều của Thông tư số 191/2016/TT-BTC ngày 08 tháng 11 năm 2016 của Bộ trưởng Bộ Tài chính quy định mức thu, chế độ thu, nộp, quản lý và sử dụng phí thẩm định đánh giá trữ lượng khoáng sản và lệ phí cấp giấy phép hoạt động khoáng sản và Thông tư số 56/2018/TT-BTC.</w:t>
      </w:r>
    </w:p>
    <w:p>
      <w:pPr>
        <w:jc w:val="both"/>
      </w:pPr>
      <w:r>
        <w:t>95. Bãi bỏ khoản 3 Điều 4 và cụm từ "trực tiếp cho tổ chức thu phí hoặc nộp vào tài khoản phí chờ nộp ngân sách của tổ chức thu phí mở tại Kho bạc nhà nước. Thời hạn nộp phí" tại khoản 1 Điều 4 Thông tư số 79/2018/TT-BTC ngày 22 tháng 8 năm 2018 của Bộ trưởng Bộ Tài chính quy định mức thu, chế độ thu, nộp phí thẩm định cấp giấy phép hoặc văn bản chấp thuận cho tổ chức, cá nhân nước ngoài tiến hành nghiên cứu khoa học trong vùng biển Việt Nam.</w:t>
      </w:r>
    </w:p>
    <w:p>
      <w:pPr>
        <w:jc w:val="both"/>
      </w:pPr>
      <w:r>
        <w:t>96. Bãi bỏ khoản 2 Điều 4 và cụm từ "Lệ phí nộp trực tiếp cho tổ chức thu lệ phí hoặc nộp vào tài khoản của tổ chức thu lệ phí mở tại Kho bạc nhà nước." tại khoản 1 Điều 4 Thông tư số 105/2018/TT-BTC ngày 15 tháng 11 năm 2018 của Bộ trưởng Bộ Tài chính quy định mức thu, chế độ thu, nộp lệ phí cấp giấy phép nhận chìm ở biển.</w:t>
      </w:r>
    </w:p>
    <w:p>
      <w:pPr>
        <w:jc w:val="both"/>
      </w:pPr>
      <w:r>
        <w:t>97. Bãi bỏ khoản 2 Điều 6 Thông tư số 47/2019/TT-BTC ngày 05 tháng 8 năm 2019 của Bộ trưởng Bộ Tài chính quy định mức thu, chế độ thu, nộp, quản lý và sử dụng phí cung cấp thông tin doanh nghiệp, lệ phí đăng ký doanh nghiệp.</w:t>
      </w:r>
    </w:p>
    <w:p>
      <w:pPr>
        <w:jc w:val="both"/>
      </w:pPr>
      <w:r>
        <w:t>98. Bãi bỏ Điều 6 Thông tư số 59/2019/TT-BTC ngày 30 tháng 8 năm 2019 của Bộ trưởng Bộ Tài chính quy định mức thu, chế độ thu, nộp và quản lý lệ phí cấp Căn cước công dân.</w:t>
      </w:r>
    </w:p>
    <w:p>
      <w:pPr>
        <w:jc w:val="both"/>
      </w:pPr>
      <w:r>
        <w:t>99. Bãi bỏ cụm từ "d) Người nộp phí, lệ phí thực hiện nộp phí, lệ phí như sau: Nộp phí, lệ phí bằng tiền mặt cho tổ chức thu hoặc nộp bằng hình thức thanh toán không dùng tiền mặt vào tài khoản của tổ chức thu phí, lệ phí mở tại Kho bạc Nhà nước (hoặc Ngân hàng thương mại)" tại điểm b khoản 3 Điều 1 Thông tư số 90/2019/TT-BTC ngày 31 tháng 12 năm 2019 của Bộ trưởng Bộ Tài chính sửa đổi, bổ sung một số điều của Thông tư số 261/2016/TT-BTC ngày 14 tháng 11 năm 2016 của Bộ trưởng Bộ Tài chính quy định về phí, lệ phí hàng hải và biểu mức thu phí, lệ phí hàng hải và Thông tư số 17/2017/TT-BTC.</w:t>
      </w:r>
    </w:p>
    <w:p>
      <w:pPr>
        <w:jc w:val="both"/>
      </w:pPr>
      <w:r>
        <w:t>100. Bãi bỏ cụm từ "vào tài khoản phí chờ nộp ngân sách của tổ chức thu phí mở tại Kho bạc nhà nước. Phí quản lý và giám sát hoạt động bảo hiểm tính" tại khoản 1 Điều 4 và cụm từ "Tổ chức thu phí thực hiện kê khai, nộp phí quản lý và giám sát hoạt động bảo hiểm thu được với cơ quan thuế theo tháng, quyết toán năm theo hướng dẫn tại khoản 3 Điều 19 và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tại khoản 3 Điều 4 Thông tư số 01/2020/TT-BTC ngày 03 tháng 01 năm 2020 của Bộ trưởng Bộ Tài chính quy định mức thu, chế độ thu, nộp, quản lý và sử dụng phí quản lý và giám sát hoạt động bảo hiểm.</w:t>
      </w:r>
    </w:p>
    <w:p>
      <w:pPr>
        <w:jc w:val="both"/>
      </w:pPr>
      <w:r>
        <w:t>101. Bãi bỏ khoản 1 và khoản 3 Điều 5 Thông tư số 22/2020/TT-BTC ngày 10 tháng 4 năm 2020 của Bộ trưởng Bộ Tài chính quy định mức thu, chế độ thu, nộp, quản lý và sử dụng phí khai thác và sử dụng dữ liệu về môi trường.</w:t>
      </w:r>
    </w:p>
    <w:p>
      <w:pPr>
        <w:jc w:val="both"/>
      </w:pPr>
      <w:r>
        <w:t>102. Bãi bỏ điểm b khoản 2 Điều 5 Thông tư số 58/2020/TT-BTC ngày 12 tháng 6 năm 2020 của Bộ trưởng Bộ Tài chính quy định mức thu, chế độ thu, nộp, quản lý và sử dụng phí xử lý vụ việc cạnh tranh.</w:t>
      </w:r>
    </w:p>
    <w:p>
      <w:pPr>
        <w:jc w:val="both"/>
      </w:pPr>
      <w:r>
        <w:t>103. Bãi bỏ khoản 2 Điều 5 Thông tư số 82/2020/TT-BTC ngày 22 tháng 9 năm 2020 của Bộ trưởng Bộ Tài chính quy định mức thu, chế độ thu, nộp, quản lý và sử dụng phí thẩm định điều kiện hoạt động viễn thông đối với đài vô tuyến điện thuộc công trình viễn thông.</w:t>
      </w:r>
    </w:p>
    <w:p>
      <w:pPr>
        <w:jc w:val="both"/>
      </w:pPr>
      <w:r>
        <w:t>104. Bãi bỏ khoản 3 Điều 1 Thông tư số 94/2020/TT-BTC ngày 16 tháng 11 năm 2020 của Bộ trưởng Bộ Tài chính sửa đổi, bổ sung một số điều của Thông tư số 307/2016/TT-BTC ngày 15 tháng 11 năm 2016 của Bộ trưởng Bộ Tài chính quy định mức thu, chế độ thu, nộp, quản lý và sử dụng phí quyền cung cấp dịch vụ truyền hình trả tiền và lệ phí cấp giấy chứng nhận đăng ký cung cấp kênh chương trình nước ngoài trên truyền hình trả tiền.</w:t>
      </w:r>
    </w:p>
    <w:p>
      <w:pPr>
        <w:jc w:val="both"/>
      </w:pPr>
      <w:r>
        <w:t>105. Bãi bỏ khoản 2 Điều 5 Thông tư số 101/2020/TT-BTC ngày 23 tháng 11 năm 2020 của Bộ trưởng Bộ Tài chính quy định mức thu, chế độ thu, nộp, quản lý phí, lệ phí trong công tác thú y.</w:t>
      </w:r>
    </w:p>
    <w:p>
      <w:pPr>
        <w:jc w:val="both"/>
      </w:pPr>
      <w:r>
        <w:t>106. Bãi bỏ khoản 2 Điều 5 và cụm từ "Phí nộp trực tiếp bằng tiền mặt cho tổ chức thu phí hoặc chuyển khoản vào tài khoản của tổ chức thu phí mở tại Kho bạc nhà nước." tại Điều 2 Thông tư số 106/2020/TT-BTC ngày 08 tháng 12 năm 2020 của Bộ trưởng Bộ Tài chính quy định mức thu, chế độ thu, nộp, quản lý và sử dụng phí thẩm định cấp giấy phép hoạt động điện lực.</w:t>
      </w:r>
    </w:p>
    <w:p>
      <w:pPr>
        <w:jc w:val="both"/>
      </w:pPr>
      <w:r>
        <w:t>107. Bãi bỏ cụm từ "Tổ chức thu phí dịch vụ thanh toán trong hoạt động của Kho bạc Nhà nước thực hiện kê khai, nộp phí theo tháng và quyết toán theo năm theo quy định của Luật Quản lý thuế và Nghị định số 126/2020/NĐ-CP ngày 19 tháng 10 năm 2020 của Chính phủ quy định chi tiết một số điều của Luật Quản lý thuế." tại khoản 2 Điều 3 Thông tư số 115/2020/TT-BTC ngày 31 tháng 12 năm 2020 của Bộ trưởng Bộ Tài chính quy định về kê khai, nộp phí dịch vụ thanh toán trong hoạt động của Kho bạc Nhà nước.</w:t>
      </w:r>
    </w:p>
    <w:p>
      <w:pPr>
        <w:jc w:val="both"/>
      </w:pPr>
      <w:r>
        <w:t>108. Bãi bỏ khoản 2 Điều 5 Thông tư số 01/2021/TT-BTC ngày 07 tháng 01 năm 2021 của Bộ trưởng Bộ Tài chính quy định mức thu, chế độ thu, nộp, quản lý và sử dụng phí thẩm định cấp giấy phép kinh doanh karaoke, vũ trường.</w:t>
      </w:r>
    </w:p>
    <w:p>
      <w:pPr>
        <w:jc w:val="both"/>
      </w:pPr>
      <w:r>
        <w:t>109. Bãi bỏ khoản 2 Điều 5 Thông tư số 02/2021/TT-BTC ngày 08 tháng 01 năm 2021 của Bộ trưởng Bộ Tài chính quy định mức thu, chế độ thu, nộp, quản lý và sử dụng phí kiểm định phương tiện phòng cháy và chữa cháy.</w:t>
      </w:r>
    </w:p>
    <w:p>
      <w:pPr>
        <w:jc w:val="both"/>
      </w:pPr>
      <w:r>
        <w:t>110. Bãi bỏ khoản 3 Điều 1 Thông tư số 05/2021/TT-BTC ngày 20 tháng 01 năm 2021 của Bộ trưởng Bộ Tài chính sửa đổi, bổ sung một số điều của Thông tư số 223/2016/TT-BTC ngày 10 tháng 11 năm 2016 của Bộ trưởng Bộ Tài chính quy định mức thu, chế độ thu, nộp, quản lý và sử dụng phí thẩm định tiêu chuẩn, điều kiện hành nghề Thừa phát lại; phí thẩm định điều kiện thành lập, hoạt động Văn phòng Thừa phát lại.</w:t>
      </w:r>
    </w:p>
    <w:p>
      <w:pPr>
        <w:jc w:val="both"/>
      </w:pPr>
      <w:r>
        <w:t>111. Bãi bỏ khoản 2 Điều 4 Thông tư số 24/2021/TT-BTC ngày 31 tháng 3 năm 2021 của Bộ trưởng Bộ Tài chính quy định mức thu, chế độ thu, nộp, quản lý và sử dụng phí trong chăn nuôi.</w:t>
      </w:r>
    </w:p>
    <w:p>
      <w:pPr>
        <w:jc w:val="both"/>
      </w:pPr>
      <w:r>
        <w:t>112. Bãi bỏ khoản 2 Điều 6 và cụm từ ", lệ phí" tại khoản 1 Điều 6 Thông tư số 25/2021/TT-BTC ngày 07 tháng 4 năm 2021 của Bộ trưởng Bộ Tài chính quy định mức thu, chế độ thu, nộp, quản lý và sử dụng phí, lệ phí trong lĩnh vực xuất cảnh, nhập cảnh, quá cảnh, cư trú tại Việt Nam.</w:t>
      </w:r>
    </w:p>
    <w:p>
      <w:pPr>
        <w:jc w:val="both"/>
      </w:pPr>
      <w:r>
        <w:t>113. Bãi bỏ khoản 2 Điều 6 Thông tư số 33/2021/TT-BTC ngày 17 tháng 5 năm 2021 của Bộ trưởng Bộ Tài chính quy định mức thu, chế độ thu, nộp, quản lý và sử dụng phí trong hoạt động kiểm dịch và bảo vệ thực vật thuộc lĩnh vực nông nghiệp.</w:t>
      </w:r>
    </w:p>
    <w:p>
      <w:pPr>
        <w:jc w:val="both"/>
      </w:pPr>
      <w:r>
        <w:t>114. Bãi bỏ khoản 2 Điều 5 Thông tư số 67/2021/TT-BTC ngày 05 tháng 8 năm 2021 của Bộ trưởng Bộ Tài chính quy định mức thu, chế độ thu, nộp, quản lý và sử dụng phí trong công tác an toàn thực phẩm.</w:t>
      </w:r>
    </w:p>
    <w:p>
      <w:pPr>
        <w:jc w:val="both"/>
      </w:pPr>
      <w:r>
        <w:t>115. Bãi bỏ khoản 2 Điều 5 Thông tư số 92/2021/TT-BTC ngày 28 tháng 10 năm 2021 của Bộ trưởng Bộ Tài chính quy định mức thu, chế độ thu, nộp, quản lý và sử dụng phí tuyển dụng, dự thi nâng ngạch, thăng hạng công chức, viên chức.</w:t>
      </w:r>
    </w:p>
    <w:p>
      <w:pPr>
        <w:jc w:val="both"/>
      </w:pPr>
      <w:r>
        <w:t>116. Bãi bỏ khoản 2 Điều 5 Thông tư số 94/2021/TT-BTC ngày 02 tháng 11 năm 2021 của Bộ trưởng Bộ Tài chính quy định mức thu, chế độ thu, nộp, quản lý và sử dụng phí đăng kiểm an toàn kỹ thuật tàu cá, kiểm định trang thiết bị nghề cá; phí thẩm định xác nhận nguồn gốc nguyên liệu thủy sản; phí thẩm định kinh doanh có điều kiện thuộc lĩnh vực thủy sản; lệ phí cấp giấy phép khai thác, hoạt động thủy sản.</w:t>
      </w:r>
    </w:p>
    <w:p>
      <w:pPr>
        <w:jc w:val="both"/>
      </w:pPr>
      <w:r>
        <w:t>117. Bãi bỏ khoản 2 Điều 5 Thông tư số 112/2021/TT-BTC ngày 15 tháng 12 năm 2021 của Bộ trưởng Bộ Tài chính quy định mức thu, chế độ thu, nộp, quản lý và sử dụng phí trong lĩnh vực quản lý nuôi trồng thủy sản.</w:t>
      </w:r>
    </w:p>
    <w:p>
      <w:pPr>
        <w:jc w:val="both"/>
      </w:pPr>
      <w:r>
        <w:t>118. Bãi bỏ khoản 2 Điều 1 Thông tư số 116/2021/TT-BTC ngày 22 tháng 12 năm 2021 của Bộ trưởng Bộ Tài chính sửa đổi, bổ sung một số điều của Thông tư số 287/2016/TT-BTC ngày 15 tháng 11 năm 2016 của Bộ trưởng Bộ Tài chính quy định mức thu, chế độ thu, nộp, quản lý và sử dụng phí, lệ phí trong lĩnh vực năng lượng nguyên tử.</w:t>
      </w:r>
    </w:p>
    <w:p>
      <w:pPr>
        <w:jc w:val="both"/>
      </w:pPr>
      <w:r>
        <w:t>119. Bãi bỏ khoản 2 Điều 4 và cụm từ "Phí được nộp trực tiếp cho tổ chức thu hoặc nộp vào tài khoản phí chờ nộp ngân sách mở tại Kho bạc Nhà nước của tổ chức thu phí." tại khoản 1 Điều 2 Thông tư số 01/2022/TT-BTC ngày 11 tháng 01 năm 2022 của Bộ trưởng Bộ Tài chính quy định mức thu, chế độ thu, nộp, quản lý và sử dụng phí khai thác, sử dụng nguồn nước do cơ quan trung ương thực hiện.</w:t>
      </w:r>
    </w:p>
    <w:p>
      <w:pPr>
        <w:jc w:val="both"/>
      </w:pPr>
      <w:r>
        <w:t>120. Bãi bỏ khoản 3 Điều 4 và cụm từ "Phí được nộp trực tiếp cho tổ chức thu phí hoặc nộp vào tài khoản phí chờ nộp ngân sách của tổ chức thu phí mở tại Kho bạc Nhà nước." tại khoản 1 Điều 4 Thông tư số 02/2022/TT-BTC ngày 11 tháng 01 năm 2022 của Bộ trưởng Bộ Tài chính quy định mức thu, chế độ thu, nộp, quản lý và sử dụng phí thẩm định cấp giấy phép môi trường do cơ quan trung ương thực hiện.</w:t>
      </w:r>
    </w:p>
    <w:p>
      <w:pPr>
        <w:jc w:val="both"/>
      </w:pPr>
      <w:r>
        <w:t>121. Bãi bỏ điểm b khoản 3 Điều 1 Thông tư số 11/2022/TT-BTC ngày 21 tháng 02 năm 2022 của Bộ trưởng Bộ Tài chính sửa đổi, bổ sung một số điều của Thông tư số 265/2016/TT-BTC ngày 14 tháng 11 năm 2016 của Bộ trưởng Bộ Tài chính quy định mức thu, chế độ thu, nộp, quản lý và sử dụng lệ phí cấp giấy phép sử dụng tần số vô tuyến điện và phí sử dụng tần số vô tuyến điện.</w:t>
      </w:r>
    </w:p>
    <w:p>
      <w:pPr>
        <w:jc w:val="both"/>
      </w:pPr>
      <w:r>
        <w:t>122. Bãi bỏ điểm b khoản 2 Điều 5 Thông tư số 19/2022/TT-BTC ngày 23 tháng 3 năm 2022 của Bộ trưởng Bộ Tài chính quy định mức thu, chế độ thu, nộp, quản lý và sử dụng phí dịch vụ duy trì hệ thống kiểm tra trạng thái chứng thư số.</w:t>
      </w:r>
    </w:p>
    <w:p>
      <w:pPr>
        <w:jc w:val="both"/>
      </w:pPr>
      <w:r>
        <w:t>123. Bãi bỏ cụm từ "Tổ chức thu phí, lệ phí thực hiện kê khai, nộp phí, lệ phí thu được theo tháng, quyết toán năm theo quy định tại Luật Quản lý thuế và Nghị định số 126/2020/NĐ-CP ngày 19 tháng 10 năm 2020 của Chính phủ quy định chi tiết một số điều của Luật Quản lý thuế." tại khoản 2 Điều 5 Thông tư 25/2022/TT-BTC ngày 28 tháng 4 năm 2022 của Bộ trưởng Bộ Tài chính quy định mức thu, chế độ thu, nộp, quản lý và sử dụng phí, lệ phí trong lĩnh vực chứng khoán.</w:t>
      </w:r>
    </w:p>
    <w:p>
      <w:pPr>
        <w:jc w:val="both"/>
      </w:pPr>
      <w:r>
        <w:t>124. Bãi bỏ cụm từ "1. Tổ chức thu lệ phí thực hiện kê khai, nộp lệ phí thu được theo tháng theo quy định tại Luật Quản lý thuế và Nghị định số 126/2020/NĐ-CP ngày 19 tháng 10 năm 2020 của Chính phủ quy định chi tiết một số điều của Luật Quản lý thuế; nộp 100% số tiền lệ phí thu được vào ngân sách nhà nước theo chương, tiểu mục của Mục lục ngân sách nhà nước hiện hành." tại khoản 1 Điều 1 Thông tư số 36/2022/TT-BTC ngày 16 tháng 6 năm 2022 của Bộ trưởng Bộ Tài chính sửa đổi, bổ sung một số điều của Thông tư số 199/2016/TT-BTC ngày 08 tháng 11 năm 2016 của Bộ trưởng Bộ Tài chính quy định mức thu, chế độ thu, nộp, quản lý lệ phí cấp giấy chứng nhận bảo đảm chất lượng, an toàn kỹ thuật đối với máy, thiết bị, phương tiện giao thông vận tải có yêu cầu nghiêm ngặt về an toàn.</w:t>
      </w:r>
    </w:p>
    <w:p>
      <w:pPr>
        <w:jc w:val="both"/>
      </w:pPr>
      <w:r>
        <w:t>125. Bãi bỏ khoản 1 Điều 5 Thông tư số 38/2022/TT-BTC ngày 24 tháng 6 năm 2022 của Bộ trưởng Bộ Tài chính quy định mức thu, chế độ thu, nộp lệ phí cấp giấy phép hoạt động xây dựng, lệ phí cấp chứng chỉ hành nghề kiến trúc sư.</w:t>
      </w:r>
    </w:p>
    <w:p>
      <w:pPr>
        <w:jc w:val="both"/>
      </w:pPr>
      <w:r>
        <w:t>126. Bãi bỏ khoản 2 Điều 5 Thông tư số 48/2022/TT-BTC ngày 03 tháng 8 năm 2022 của Bộ trưởng Bộ Tài chính quy định mức thu, chế độ thu, nộp, quản lý và sử dụng phí khai thác và sử dụng thông tin trong Cơ sở dữ liệu quốc gia về dân cư./.</w:t>
      </w:r>
    </w:p>
    <w:p>
      <w:r>
        <w:rPr>
          <w:i/>
        </w:rPr>
        <w:t>Nguồn: Cơ sở dữ liệu quốc gia về văn bản pháp luật (Bộ Tư pháp). VietSmart Legal, legal.giangpham.asia/van-ban/158215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