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24/2022/TT-BGTVT</w:t>
      </w:r>
    </w:p>
    <w:p>
      <w:pPr>
        <w:jc w:val="both"/>
      </w:pPr>
      <w:r>
        <w:t>Hà Nội, ngày 13 tháng 10 năm 2022</w:t>
      </w:r>
    </w:p>
    <w:p>
      <w:pPr>
        <w:jc w:val="center"/>
      </w:pPr>
      <w:r>
        <w:rPr>
          <w:b/>
        </w:rPr>
        <w:t>THÔNG TƯ</w:t>
      </w:r>
    </w:p>
    <w:p>
      <w:pPr>
        <w:jc w:val="both"/>
      </w:pPr>
      <w:r>
        <w:t>S ửa đổi, bổ sung các Thông tư của Bộ trưởng Bộ Giao thông vận tải quy định về quản lý tuyến vận tải thủy từ bờ ra đảo trong vùng biển Việt Nam</w:t>
      </w:r>
    </w:p>
    <w:p>
      <w:pPr>
        <w:jc w:val="both"/>
      </w:pPr>
      <w:r>
        <w:t>__________________</w:t>
      </w:r>
    </w:p>
    <w:p>
      <w:pPr>
        <w:jc w:val="both"/>
      </w:pPr>
      <w:r>
        <w:t>Căn cứ Bộ luật Hàng hải Việt Nam ngày 25 tháng 11 năm 2015;</w:t>
      </w:r>
    </w:p>
    <w:p>
      <w:pPr>
        <w:jc w:val="both"/>
      </w:pPr>
      <w:r>
        <w:t>Căn cứ Luật Giao thông đường thủy nội địa ngày 15 th á ng 6 năm 2004;</w:t>
      </w:r>
    </w:p>
    <w:p>
      <w:pPr>
        <w:jc w:val="both"/>
      </w:pPr>
      <w:r>
        <w:t>Căn cứ Luật sửa đổi, bổ sung một số điều của Luật Giao thông đường thủy nội địa ngày 1 7 th á ng 6 năm 20 1 4;</w:t>
      </w:r>
    </w:p>
    <w:p>
      <w:pPr>
        <w:jc w:val="both"/>
      </w:pPr>
      <w:r>
        <w:t>Căn cứ Nghị định số 56/2022/NĐ-CP ngày 24 tháng 08 năm 2022 của Chính phủ quy định chức năng, nhiệm vụ, quyền hạn và cơ cấu tổ chức của Bộ Giao thông vận tải;</w:t>
      </w:r>
    </w:p>
    <w:p>
      <w:pPr>
        <w:jc w:val="both"/>
      </w:pPr>
      <w:r>
        <w:t>Theo đề nghị của Vụ trưởng Vụ Vận t ả i, Cục trưởng Cục Hàng hải Việt Nam và Cục trưởng Cục Đường thủy nội địa Việt Nam;</w:t>
      </w:r>
    </w:p>
    <w:p>
      <w:pPr>
        <w:jc w:val="both"/>
      </w:pPr>
      <w:r>
        <w:t>Bộ trưởng Bộ Giao thông vận tải ban hành Thông tư sửa đổi, bổ sung các Thông tư của Bộ trưởng Bộ Giao thông vận tải quy định về quản lý tuyến vận tải thủy từ bờ ra đảo trong vùng biển Việt Nam.</w:t>
      </w:r>
    </w:p>
    <w:p>
      <w:pPr>
        <w:jc w:val="both"/>
      </w:pPr>
      <w:r>
        <w:rPr>
          <w:b/>
        </w:rPr>
        <w:t>Điều 1. Sửa đổi, bổ sung một số điều của Thông tư số 16/2013/TT-BGTVT ngày 30 tháng 7 năm 2013 của Bộ trưởng Bộ Giao thông vận tải quy định về quản lý tuyến vận tải thủy từ bờ ra đảo trong vùng biển Việt Nam</w:t>
      </w:r>
    </w:p>
    <w:p>
      <w:pPr>
        <w:jc w:val="both"/>
      </w:pPr>
      <w:r>
        <w:t>1. Sửa đổi, bổ sung khoản 1 khoản 2 Điều 2 như sau:</w:t>
      </w:r>
    </w:p>
    <w:p>
      <w:pPr>
        <w:jc w:val="both"/>
      </w:pPr>
      <w:r>
        <w:t>"1. Cục Hàng hải Việt Nam tổ chức quản lý hoạt động vận tải thủy trên tuyến quy định tại Phụ lục I ban hành kèm theo Thông tư này theo quy định của pháp luật hàng hải và giao thông đường thủy nội địa; tổ chức kiểm tra, hướng dẫn việc thực thi, chấp hành các quy định của pháp luật về hàng hải, đường thủy nội địa đối với các tuyến vận tải thủy từ bờ ra đảo tại Phụ lục I ban hành kèm theo Thông tư này được Bộ Giao thông vận tải phân cấp cho Ủy ban nhân dân các tỉnh, thành phố trực thuộc Trung ương.</w:t>
      </w:r>
    </w:p>
    <w:p>
      <w:pPr>
        <w:jc w:val="both"/>
      </w:pPr>
      <w:r>
        <w:t>2. Cục Đường thủy nội địa Việt Nam tổ chức quản lý hoặc kiểm tra, hướng dẫn các cơ quan, đơn vị được giao tổ chức quản lý đối với các tuyến vận tải thủy từ bờ ra đảo khác được công bố theo quy định của pháp luật về giao thông đường thủy nội địa; tổ chức kiểm tra, hướng dẫn việc thực thi, chấp hành các quy định của pháp luật về đường thuỷ nội địa đối với các tuyến vận tải thủy từ bờ ra đảo được Bộ Giao thông vận tải phân cấp cho các Ủy ban nhân dân các tỉnh, thành phố trực thuộc Trung ương.".</w:t>
      </w:r>
    </w:p>
    <w:p>
      <w:pPr>
        <w:jc w:val="both"/>
      </w:pPr>
      <w:r>
        <w:t>2. Bổ sung khoản 3 Điều 2 như sau:</w:t>
      </w:r>
    </w:p>
    <w:p>
      <w:pPr>
        <w:jc w:val="both"/>
      </w:pPr>
      <w:r>
        <w:t>"3. Trên cơ sở đề xuất của Ủy ban nhân dân các tỉnh, thành phố trực thuộc Trung ương, Bộ Giao thông vận tải xem xét, phân cấp việc tổ chức quản lý hoạt động vận tải thủy trên tuyến được đề xuất phân cấp theo quy định hiện hành."</w:t>
      </w:r>
    </w:p>
    <w:p>
      <w:pPr>
        <w:jc w:val="both"/>
      </w:pPr>
      <w:r>
        <w:t>3. Sửa đổi khoản 1 Điều 3 như sau:</w:t>
      </w:r>
    </w:p>
    <w:p>
      <w:pPr>
        <w:jc w:val="both"/>
      </w:pPr>
      <w:r>
        <w:t>"Thủ tục đăng ký vận tải hành khách cố định trên tuyến vận tải thủy từ bờ ra đảo quy định tại Phụ lục I ban hành kèm theo Thông tư này được thực hiện như sau:</w:t>
      </w:r>
    </w:p>
    <w:p>
      <w:pPr>
        <w:jc w:val="both"/>
      </w:pPr>
      <w:r>
        <w:t>1. Tổ chức, cá nhân gửi trực tiếp hoặc qua hệ thống bưu chính đến cảng vụ hàng hải khu vực, cơ quan, đơn vị chức năng được Ủy ban nhân dân các tỉnh, thành phố trực thuộc Trung ương giao nhiệm vụ (trong trường hợp được phân cấp) hoặc gửi trực tuyến qua hệ thống dịch vụ công trực tuyến hồ sơ đăng ký vận tải hành khách cố định, hồ sơ gồm:</w:t>
      </w:r>
    </w:p>
    <w:p>
      <w:pPr>
        <w:jc w:val="both"/>
      </w:pPr>
      <w:r>
        <w:t>a) Bản đăng ký hoạt động vận tải hành khách theo quy định tại Phụ lục II ban hành kèm theo Thông tư này;</w:t>
      </w:r>
    </w:p>
    <w:p>
      <w:pPr>
        <w:jc w:val="both"/>
      </w:pPr>
      <w:r>
        <w:t>b) Ý kiến thống nhất bằng văn bản hoặc hợp đồng với tổ chức quản lý cảng, bến cho phương tiện vào đón, trả hành khách;</w:t>
      </w:r>
    </w:p>
    <w:p>
      <w:pPr>
        <w:jc w:val="both"/>
      </w:pPr>
      <w:r>
        <w:t>c) Các bản sao kèm theo bản chính để đối chiếu hoặc bản sao điện tử có giá trị pháp lý do cơ quan có thẩm quyền cấp, bao gồm: Giấy chứng nhận đăng ký kinh doanh hoặc Giấy chứng nhận đăng ký doanh nghiệp hoặc Giấy chứng nhận đầu tư, trong đó có nội dung ngành nghề vận tải hành khách đường thủy; Giấy chứng nhận đăng ký phương tiện; Giấy chứng nhận an toàn kỹ thuật và bảo vệ môi trường phương tiện còn hiệu lực và phù hợp với tuyến hoạt động.".</w:t>
      </w:r>
    </w:p>
    <w:p>
      <w:pPr>
        <w:jc w:val="both"/>
      </w:pPr>
      <w:r>
        <w:t>4. Sửa đổi, bổ sung khoản 2 Điều 3 như sau:</w:t>
      </w:r>
    </w:p>
    <w:p>
      <w:pPr>
        <w:jc w:val="both"/>
      </w:pPr>
      <w:r>
        <w:t>"2. Chậm nhất không quá 03 ngày làm việc kể từ khi nhận đủ hồ sơ theo quy định tại khoản 1 Điều này, cảng vụ hàng hải khu vực gửi xin ý kiến bằng văn bản của Sở Giao thông vận tải nơi có cảng, bến đón trả khách do địa phương quản lý. Sở Giao thông vận tải có trách nhiệm trả lời bằng văn bản trong thời hạn 03 ngày làm việc kể từ ngày nhận được văn bản.</w:t>
      </w:r>
    </w:p>
    <w:p>
      <w:pPr>
        <w:jc w:val="both"/>
      </w:pPr>
      <w:r>
        <w:t>Đối với các tuyến được Bộ Giao thông vận tải phân cấp, chậm nhất không quá 03 ngày làm việc kể từ khi nhận đủ hồ sơ theo quy định tại khoản 1 Điều này, cơ quan, đơn vị chức năng được Ủy ban nhân dân các tỉnh, thành phố trực thuộc Trung ương giao nhiệm vụ gửi xin ý kiến bằng văn bản của cảng vụ hàng hải khu vực, cảng vụ đường thủy nội địa trực thuộc Cục Đường thủy nội địa Việt Nam (sau đây gọi là Cảng vụ) nơi có tuyến vận tải thủy từ bờ ra đảo đi qua. Cảng vụ có trách nhiệm trả lời bằng văn bản trong thời hạn 03 ngày làm việc kể từ ngày nhận được văn bản.".</w:t>
      </w:r>
    </w:p>
    <w:p>
      <w:pPr>
        <w:jc w:val="both"/>
      </w:pPr>
      <w:r>
        <w:t>5. Sửa đổi, bổ sung khoản 3 Điều 3 như sau:</w:t>
      </w:r>
    </w:p>
    <w:p>
      <w:pPr>
        <w:jc w:val="both"/>
      </w:pPr>
      <w:r>
        <w:t>"3. Chậm nhất không quá 03 ngày làm việc kể từ khi nhận đủ hồ sơ theo quy định tại khoản 1, khoản 2 Điều này, cảng vụ hàng hải khu vực, cơ quan, đơn vị chức năng được Ủy ban nhân dân các tỉnh, thành phố trực thuộc Trung ương giao nhiệm vụ (trong trường hợp được phân cấp) xem xét, nếu hồ sơ đầy đủ theo quy định thì có văn bản chấp thuận theo mẫu quy định tại Phụ lục III ban hành kèm theo Thông tư này gửi trực tiếp hoặc qua hệ thống bưu chính hoặc gửi trực tuyến qua hệ thống dịch vụ công trực tuyến cho tổ chức, cá nhân vận tải khách cố định trên tuyến. Trường hợp hồ sơ thiếu hoặc không hợp lệ thì trả lại hồ sơ và trả lời nêu rõ lý do.".</w:t>
      </w:r>
    </w:p>
    <w:p>
      <w:pPr>
        <w:jc w:val="both"/>
      </w:pPr>
      <w:r>
        <w:t>6. Bãi bỏ Điều 6 của Thông tư số 16/2013/TT-BGTVT ngày 30 tháng 7 năm 2013 của Bộ trưởng Bộ Giao thông vận tải quy định về quản lý tuyến vận tải thủy từ bờ ra đảo trong vùng biển Việt Nam.</w:t>
      </w:r>
    </w:p>
    <w:p>
      <w:pPr>
        <w:jc w:val="both"/>
      </w:pPr>
      <w:r>
        <w:t>7. Thay thế Phụ lục I, Phụ lục II của Thông tư số 16/2013/TT-BGTVT ngày 30 tháng 7 năm 2013 của Bộ trưởng Bộ Giao thông vận tải quy định về quản lý tuyến vận tải thủy từ bờ ra đảo trong vùng biển Việt Nam bằng Phụ lục I, Phụ lục II ban hành kèm theo Thông tư này.</w:t>
      </w:r>
    </w:p>
    <w:p>
      <w:pPr>
        <w:jc w:val="both"/>
      </w:pPr>
      <w:r>
        <w:t>8. Bổ sung Phụ lục III vào Thông tư số 16/2013/TT-BGTVT ngày 30 tháng 7 năm 2013 của Bộ trưởng Bộ Giao thông vận tải quy định về quản lý tuyến vận tải thủy từ bờ ra đảo trong vùng biển Việt Nam tương ứng Phụ lục III ban hành kèm theo Thông tư này.</w:t>
      </w:r>
    </w:p>
    <w:p>
      <w:pPr>
        <w:jc w:val="both"/>
      </w:pPr>
      <w:r>
        <w:rPr>
          <w:b/>
        </w:rPr>
        <w:t>Điều 2. Hiệu lực thi hành</w:t>
      </w:r>
    </w:p>
    <w:p>
      <w:pPr>
        <w:jc w:val="both"/>
      </w:pPr>
      <w:r>
        <w:t>1. Thông tư này có hiệu lực thi hành kể từ ngày 15 tháng 12 năm 2022.</w:t>
      </w:r>
    </w:p>
    <w:p>
      <w:pPr>
        <w:jc w:val="both"/>
      </w:pPr>
      <w:r>
        <w:t>2. Bãi bỏ Thông tư số 36/2019/TT-BGTVT ngày 12 tháng 09 năm 2019 của Bộ trưởng Bộ Giao thông vận tải sửa đổi, bổ sung các Thông tư quy định về quản lý tuyến vận tải thủy từ bờ ra đảo trong vùng biển Việt Nam, Thông tư số 30/2021/TT-BGTVT ngày 30 tháng 11 năm 2021 của Bộ trưởng Bộ Giao thông vận tải sửa đổi, bổ sung một số điều của Thông tư số 36/2019/TT-BGTVT ngày 12 tháng 9 năm 2019 của Bộ trưởng Bộ Giao thông vận tải sửa đổi, bổ sung các Thông tư của Bộ trưởng Bộ Giao thông vận tải quy định về quản lý tuyến vận tải thủy từ bờ ra đảo trong vùng biển Việt Nam, Thông tư số 05/2017/TT-BGTVT ngày 21 tháng 02 năm 2017 của Bộ trưởng Bộ Giao thông vận tải sửa đổi, bổ sung một số điều của Thông tư số 16/2013/TT-BGTVT ngày 30 tháng 7 năm 2013 của Bộ trưởng Bộ Giao thông vận tải quy định về quản lý tuyến vận tải thủy từ bờ ra đảo trong vùng biển Việt Nam, Điều 1 Thông tư số 08/2022/TT-BGTVT ngày 16 tháng 6 năm 2022 của Bộ trưởng Bộ Giao thông vận tải sửa đổi, bổ sung một số điều của các Thông tư quy định liên quan đến hoạt động kinh doanh trong lĩnh vực hàng hải.</w:t>
      </w:r>
    </w:p>
    <w:p>
      <w:pPr>
        <w:jc w:val="both"/>
      </w:pPr>
      <w:r>
        <w:rPr>
          <w:b/>
        </w:rPr>
        <w:t>Điều 3. Tổ chức thực hiện</w:t>
      </w:r>
    </w:p>
    <w:p>
      <w:pPr>
        <w:jc w:val="both"/>
      </w:pPr>
      <w:r>
        <w:t>Chánh Văn phòng Bộ, Chánh Thanh tra Bộ, các Vụ trưởng thuộc Bộ, Cục trưởng Cục Hàng hải Việt Nam, Cục trưởng Cục Đường thủy nội địa Việt Nam, Cục trưởng Cục Đăng kiểm Việt Nam, Giám đốc các Sở Giao thông vận tải, Thủ trưởng các cơ quan, đơn vị và tổ chức, cá nhân liên quan chịu trách nhiệm thi hành Thông tư này./.</w:t>
      </w:r>
    </w:p>
    <w:p>
      <w:pPr>
        <w:jc w:val="both"/>
      </w:pPr>
      <w:r>
        <w:t>KT. BỘ TRƯỞNG</w:t>
      </w:r>
    </w:p>
    <w:p>
      <w:pPr>
        <w:jc w:val="both"/>
      </w:pPr>
      <w:r>
        <w:t>THỨ TRƯỞNG</w:t>
      </w:r>
    </w:p>
    <w:p>
      <w:pPr>
        <w:jc w:val="both"/>
      </w:pPr>
      <w:r>
        <w:t>Nguyễn Xuân Sang</w:t>
      </w:r>
    </w:p>
    <w:p>
      <w:r>
        <w:rPr>
          <w:i/>
        </w:rPr>
        <w:t>Nguồn: Cơ sở dữ liệu quốc gia về văn bản pháp luật (Bộ Tư pháp). VietSmart Legal, legal.giangpham.asia/van-ban/157014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