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17/2022/TT-BCT</w:t>
      </w:r>
    </w:p>
    <w:p>
      <w:pPr>
        <w:jc w:val="both"/>
      </w:pPr>
      <w:r>
        <w:t>Hà Nội, ngày 27 tháng 10 năm 2022</w:t>
      </w:r>
    </w:p>
    <w:p>
      <w:pPr>
        <w:jc w:val="both"/>
      </w:pPr>
      <w:r>
        <w:t>THÔNG T Ư</w:t>
      </w:r>
    </w:p>
    <w:p>
      <w:pPr>
        <w:jc w:val="both"/>
      </w:pPr>
      <w:r>
        <w:t>Sửa đổi, bổ sung một số điều của Thông tư số 32/2017/TT-BCT ngày 28 tháng 12 năm 2017 của Bộ trưởng Bộ Công Thương quy định cụ thể và hướng dẫn thi hành một số điều của Luật Hóa chất và Nghị định số 113/2017/NĐ-CP ngày 09 tháng 10 năm 2017 của Chính phủ quy định chi tiết và hướng dẫn thi hành một số điều của Luật Hóa chất</w:t>
      </w:r>
    </w:p>
    <w:p>
      <w:pPr>
        <w:jc w:val="both"/>
      </w:pPr>
      <w:r>
        <w:t>_________________________________</w:t>
      </w:r>
    </w:p>
    <w:p>
      <w:pPr>
        <w:jc w:val="both"/>
      </w:pPr>
      <w:r>
        <w:t>Căn cứ Luật Hóa chất ngày 21 tháng 11 năm 2007;</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113/2017/NĐ-CP ngày 09 tháng 10 năm 2017 của Chính phủ quy định chi tiết và hướng dẫn thi hành một số điều của Luật Hóa chất; Nghị định số 82/2022/NĐ-CP ngày 18 tháng 10 năm 2022 của Chính phủ sửa đổi, bổ sung một số điều của Nghị định số 113/2017/NĐ-CP ngày 09 tháng 10 năm 2017 của Chính phủ quy định chi tiết và hướng dẫn thi hành một số điều của Luật Hóa chất ;</w:t>
      </w:r>
    </w:p>
    <w:p>
      <w:pPr>
        <w:jc w:val="both"/>
      </w:pPr>
      <w:r>
        <w:t>Căn cứ Nghị định số 43/2017/NĐ-CP ngày 14 tháng 4 năm 2017 của Chính phủ về nhãn hàng hóa; Nghị định số 111/2021/NĐ-CP ngày 09 tháng 12 năm 2021 của Chính phủ sửa đổi, bổ sung một số điều Nghị định số 43/2017/NĐ-CP ngày 14 tháng 4 năm 2017 của Chính phủ về nhãn hàng hóa ;</w:t>
      </w:r>
    </w:p>
    <w:p>
      <w:pPr>
        <w:jc w:val="both"/>
      </w:pPr>
      <w:r>
        <w:t>Theo đề nghị của Cục trưởng Cục Hóa chất;</w:t>
      </w:r>
    </w:p>
    <w:p>
      <w:pPr>
        <w:jc w:val="both"/>
      </w:pPr>
      <w:r>
        <w:t>Bộ trưởng Bộ Công Thương ban hành Thông tư sửa đổi, bổ sung một số điều của Thông tư số 32/2017/TT-BCT ngày 28 tháng 12 năm 2017 của Bộ trưởng Bộ Công Thương quy định cụ thể và hướng dẫn thi hành một số điều của Luật Hóa chất và Nghị định số 113/2017/NĐ-CP ngày 09 tháng 10 năm 2017 của Chính phủ quy định chi tiết và hướng dẫn thi hành một số điều của Luật Hóa chất.</w:t>
      </w:r>
    </w:p>
    <w:p>
      <w:pPr>
        <w:jc w:val="both"/>
      </w:pPr>
      <w:r>
        <w:rPr>
          <w:b/>
        </w:rPr>
        <w:t>Điều 1. Sửa đổi, bổ sung một số điều của Thông tư số 32/2017/TT-BCT ngày 28 tháng 12 năm 2017 của Bộ trưởng Bộ Công Thương quy định cụ thể và hướng dẫn thi hành một số điều của Luật Hóa chất và Nghị định số 113/2017/NĐ-CP ngày 09 tháng 10 năm 2017 của Chính phủ quy định chi tiết và hướng dẫn thi hành một số điều của Luật Hóa chất</w:t>
      </w:r>
    </w:p>
    <w:p>
      <w:pPr>
        <w:jc w:val="both"/>
      </w:pPr>
      <w:r>
        <w:t>1. Sửa đổi điểm b khoản 1 Điều 1 như sau:</w:t>
      </w:r>
    </w:p>
    <w:p>
      <w:pPr>
        <w:jc w:val="both"/>
      </w:pPr>
      <w:r>
        <w:t>"b) Một số loại biểu mẫu bao gồm: mẫu Phiếu kiểm soát mua, bán hóa chất độc; các biểu mẫu báo cáo hoạt động hóa chất; các biểu mẫu sử dụng trong quá trình thẩm định, phê duyệt Kế hoạch phòng ngừa, ứng phó sự cố hóa chất.".</w:t>
      </w:r>
    </w:p>
    <w:p>
      <w:pPr>
        <w:jc w:val="both"/>
      </w:pPr>
      <w:r>
        <w:t>2. Bổ sung Điều 3a vào sau Điều 3</w:t>
      </w:r>
    </w:p>
    <w:p>
      <w:pPr>
        <w:jc w:val="both"/>
      </w:pPr>
      <w:r>
        <w:t>" Điều 3a. Thời hạn của Giấy phép sản xuất, kinh doanh hóa chất hạn chế sản xuất, kinh doanh trong lĩnh vực công nghiệp</w:t>
      </w:r>
    </w:p>
    <w:p>
      <w:pPr>
        <w:jc w:val="both"/>
      </w:pPr>
      <w:r>
        <w:t>1. Giấy phép cấp mới có thời hạn hiệu lực là 5 năm kể từ ngày cấp. Đối với hóa chất hữu cơ khó phân hủy (POP), thời hạn của Giấy phép là 5 năm kể từ ngày cấp hoặc bằng thời hạn đăng ký miễn trừ quy định tại Nghị định số 08/2022/NĐ-CP ngày 10 tháng 01 năm 2022 của Chính phủ quy định chi tiết một số điều của Luật Bảo vệ môi trường, căn cứ theo thời hạn nào đến trước.</w:t>
      </w:r>
    </w:p>
    <w:p>
      <w:pPr>
        <w:jc w:val="both"/>
      </w:pPr>
      <w:r>
        <w:t>2. Thời hạn của Giấy phép cấp lại và cấp điều chỉnh bằng thời hạn còn lại của Giấy phép đã cấp.".</w:t>
      </w:r>
    </w:p>
    <w:p>
      <w:pPr>
        <w:jc w:val="both"/>
      </w:pPr>
      <w:r>
        <w:t>3. Sửa đổi khoản 3 Điều 4 như sau:</w:t>
      </w:r>
    </w:p>
    <w:p>
      <w:pPr>
        <w:jc w:val="both"/>
      </w:pPr>
      <w:r>
        <w:t>"3. Ban hành tại Phụ lục 3 các biểu mẫu sử dụng trong quá trình thẩm định, phê duyệt Kế hoạch phòng ngừa, ứng phó sự cố hóa chất:</w:t>
      </w:r>
    </w:p>
    <w:p>
      <w:pPr>
        <w:jc w:val="both"/>
      </w:pPr>
      <w:r>
        <w:t>a) Mẫu 03a: Mẫu Quyết định thành lập Hội đồng thẩm định;</w:t>
      </w:r>
    </w:p>
    <w:p>
      <w:pPr>
        <w:jc w:val="both"/>
      </w:pPr>
      <w:r>
        <w:t>b) Mẫu 03b: Mẫu Biên bản họp Hội đồng thẩm định;</w:t>
      </w:r>
    </w:p>
    <w:p>
      <w:pPr>
        <w:jc w:val="both"/>
      </w:pPr>
      <w:r>
        <w:t>c) Mẫu 03c: Mẫu Phiếu nhận xét, đánh giá;</w:t>
      </w:r>
    </w:p>
    <w:p>
      <w:pPr>
        <w:jc w:val="both"/>
      </w:pPr>
      <w:r>
        <w:t>d) Mẫu 03d: Mẫu Báo cáo giải trình, tiếp thu ý kiến thẩm định;</w:t>
      </w:r>
    </w:p>
    <w:p>
      <w:pPr>
        <w:jc w:val="both"/>
      </w:pPr>
      <w:r>
        <w:t>đ) Mẫu 03đ: Mẫu Chứng thực trên trang phụ bìa của Kế hoạch phòng ngừa, ứng phó sự cố hóa chất sau khi được phê duyệt.".</w:t>
      </w:r>
    </w:p>
    <w:p>
      <w:pPr>
        <w:jc w:val="both"/>
      </w:pPr>
      <w:r>
        <w:t>4. Sửa đổi một số khoản của Điều 6 như sau:</w:t>
      </w:r>
    </w:p>
    <w:p>
      <w:pPr>
        <w:jc w:val="both"/>
      </w:pPr>
      <w:r>
        <w:t>a) Sửa đổi khoản 3 như sau:</w:t>
      </w:r>
    </w:p>
    <w:p>
      <w:pPr>
        <w:jc w:val="both"/>
      </w:pPr>
      <w:r>
        <w:t>"3. Việc ghi nhãn hóa chất được thực hiện theo quy định tại Nghị định số 43/2017/NĐ-CP ngày 14 tháng 4 năm 2017 của Chính phủ về nhãn hàng hóa, Nghị định số 111/2021/NĐ-CP ngày 09 tháng 12 năm 2021 của Chính phủ sửa đổi, bổ sung một số điều Nghị định số 43/2017/NĐ-CP của Chính phủ về nhãn hàng hóa và được hướng dẫn tại Phụ lục 8 kèm theo Thông tư này.".</w:t>
      </w:r>
    </w:p>
    <w:p>
      <w:pPr>
        <w:jc w:val="both"/>
      </w:pPr>
      <w:r>
        <w:t>b) Sửa đổi khoản 5 như sau:</w:t>
      </w:r>
    </w:p>
    <w:p>
      <w:pPr>
        <w:jc w:val="both"/>
      </w:pPr>
      <w:r>
        <w:t>"5. Hình đồ cảnh báo trong vận chuyển hóa chất nguy hiểm được quy định tại Phụ lục III Mẫu nhãn, biểu trưng hàng hóa nguy hiểm ban hành kèm theo Nghị định số 42/2020/NĐ-CP ngày 08 tháng 4 năm 2020 của Chính phủ quy định Danh mục hàng hóa nguy hiểm, vận chuyển hàng hóa nguy hiểm bằng phương tiện giao thông cơ giới đường bộ và vận chuyển hàng hóa nguy hiểm trên đường thủy nội địa.".</w:t>
      </w:r>
    </w:p>
    <w:p>
      <w:pPr>
        <w:jc w:val="both"/>
      </w:pPr>
      <w:r>
        <w:t>5. Sửa đổi khoản 1 Điều 7 như sau:</w:t>
      </w:r>
    </w:p>
    <w:p>
      <w:pPr>
        <w:jc w:val="both"/>
      </w:pPr>
      <w:r>
        <w:t>"1. Tổ chức, cá nhân sản xuất, nhập khẩu hóa chất nguy hiểm được quy định tại khoản 1 Điều 24 Nghị định số 113/2017/NĐ-CP được sửa đổi, bổ sung tại khoản 13 Điều 1 Nghị định số 82/2022/NĐ-CP trước khi đưa hóa chất vào sử dụng, lưu thông trên thị trường phải xây dựng Phiếu an toàn hóa chất bao gồm các thông tin theo hướng dẫn tại Phụ lục 9 của Thông tư này và chịu trách nhiệm trước pháp luật về nội dung của Phiếu an toàn hóa chất.".</w:t>
      </w:r>
    </w:p>
    <w:p>
      <w:pPr>
        <w:jc w:val="both"/>
      </w:pPr>
      <w:r>
        <w:t>6. Sửa đổi khoản 1 và khoản 2 Điều 9 như sau:</w:t>
      </w:r>
    </w:p>
    <w:p>
      <w:pPr>
        <w:jc w:val="both"/>
      </w:pPr>
      <w:r>
        <w:t>"1. Chế độ báo cáo của tổ chức, cá nhân</w:t>
      </w:r>
    </w:p>
    <w:p>
      <w:pPr>
        <w:jc w:val="both"/>
      </w:pPr>
      <w:r>
        <w:t>a) Trước ngày 15 tháng 02 hàng năm, tổ chức, cá nhân hoạt động hóa chất trong lĩnh vực công nghiệp có trách nhiệm báo cáo tổng hợp tình hình hoạt động hóa chất của năm trước theo Mẫu số 05a quy định tại Phụ lục 5 của Thông tư này đến Cục Hóa chất, Sở Công Thương các tỉnh, thành phố trực thuộc trung ương nơi đặt trụ sở chính và nơi đặt địa điểm sản xuất, kinh doanh thông qua hệ thống Cơ sở dữ liệu hóa chất quốc gia ( https://chemicaldata.gov.vn/cms.xc) ;</w:t>
      </w:r>
    </w:p>
    <w:p>
      <w:pPr>
        <w:jc w:val="both"/>
      </w:pPr>
      <w:r>
        <w:t>b) Tổ chức, cá nhân hoạt động hóa chất trong lĩnh vực công nghiệp có trách nhiệm báo cáo khi có sự cố xảy ra trong hoạt động hóa chất hoặc chấm dứt hoạt động hóa chất đến Cục Hóa chất, Sở Công Thương các tỉnh, thành phố trực thuộc trung ương nơi đặt trụ sở chính và nơi đặt địa điểm sản xuất, kinh doanh.</w:t>
      </w:r>
    </w:p>
    <w:p>
      <w:pPr>
        <w:jc w:val="both"/>
      </w:pPr>
      <w:r>
        <w:t>2. Trước ngày 01 tháng 3 hàng năm, Sở Công Thương các tỉnh, thành phố trực thuộc trung ương có trách nhiệm báo cáo công tác quản lý hoạt động hóa chất của tổ chức, cá nhân trên địa bàn quản lý theo Mẫu số 05b quy định tại Phụ lục 5 của Thông tư này đến Cục Hóa chất thông qua hệ thống Cơ sở dữ liệu hóa chất quốc gia.".</w:t>
      </w:r>
    </w:p>
    <w:p>
      <w:pPr>
        <w:jc w:val="both"/>
      </w:pPr>
      <w:r>
        <w:t>7. Sửa đổi khoản 1 Điều 10 như sau:</w:t>
      </w:r>
    </w:p>
    <w:p>
      <w:pPr>
        <w:jc w:val="both"/>
      </w:pPr>
      <w:r>
        <w:t>"1. Cục Hóa chất là cơ quan đầu mối của Bộ Công Thương thực hiện quản lý hoạt động hóa chất.</w:t>
      </w:r>
    </w:p>
    <w:p>
      <w:pPr>
        <w:jc w:val="both"/>
      </w:pPr>
      <w:r>
        <w:t>Cục Hóa chất chủ trì, phối hợp với các cơ quan, đơn vị có liên quan thực hiện các nội dung quản lý hóa chất thuộc phạm vi trách nhiệm của Bộ Công Thương:</w:t>
      </w:r>
    </w:p>
    <w:p>
      <w:pPr>
        <w:jc w:val="both"/>
      </w:pPr>
      <w:r>
        <w:t>a) Xây dựng và trình cấp có thẩm quyền ban hành các văn bản quy phạm pháp luật về quản lý hóa chất; các chiến lược, chương trình, đề án, kế hoạch, cơ chế, chính sách phát triển ngành hóa chất; các tiêu chuẩn, quy chuẩn kỹ thuật chuyên ngành hóa chất;</w:t>
      </w:r>
    </w:p>
    <w:p>
      <w:pPr>
        <w:jc w:val="both"/>
      </w:pPr>
      <w:r>
        <w:t>b) Tổ chức tuyên truyền, phổ biến, hướng dẫn các quy định của pháp luật về quản lý hóa chất;</w:t>
      </w:r>
    </w:p>
    <w:p>
      <w:pPr>
        <w:jc w:val="both"/>
      </w:pPr>
      <w:r>
        <w:t>c) Thực hiện các nhiệm vụ được quy định tại điểm a khoản 7 Điều 16 Nghị định số 113/2017/NĐ-CP đã được sửa đổi, bổ sung tại điểm e khoản 8 Điều 1 Nghị định số 82/2022/NĐ-CP. Cục trưởng Cục Hóa chất ký thừa ủy quyền Bộ trưởng Bộ Công Thương trong các trường hợp cấp, cấp lại, cấp điều chỉnh, thu hồi Giấy phép sản xuất, kinh doanh hóa chất hạn chế sản xuất, kinh doanh trong lĩnh vực công nghiệp;</w:t>
      </w:r>
    </w:p>
    <w:p>
      <w:pPr>
        <w:jc w:val="both"/>
      </w:pPr>
      <w:r>
        <w:t>d) Tham mưu giúp Lãnh đạo Bộ Công Thương trong việc xử lý hồ sơ, tổ chức thẩm định Kế hoạch phòng ngừa, ứng phó sự cố hóa chất; trình lãnh đạo Bộ Công Thương thành lập Hội đồng thẩm định; trình lãnh đạo Bộ Công Thương xem xét, phê duyệt Kế hoạch phòng ngừa, ứng phó sự cố hóa chất; chứng thực trên trang phụ bìa của Kế hoạch phòng ngừa, ứng phó sự cố hóa chất sau khi được phê duyệt;</w:t>
      </w:r>
    </w:p>
    <w:p>
      <w:pPr>
        <w:jc w:val="both"/>
      </w:pPr>
      <w:r>
        <w:t>đ) Kiểm tra hồ sơ và phản hồi thông tin khai báo hóa chất nhập khẩu cho tổ chức, cá nhân khai báo theo quy định tại điểm b khoản 14 Điều 1 Nghị định số 82/2022/NĐ-CP;</w:t>
      </w:r>
    </w:p>
    <w:p>
      <w:pPr>
        <w:jc w:val="both"/>
      </w:pPr>
      <w:r>
        <w:t>e) Nâng cấp, cập nhật Cơ sở dữ liệu hóa chất quốc gia;</w:t>
      </w:r>
    </w:p>
    <w:p>
      <w:pPr>
        <w:jc w:val="both"/>
      </w:pPr>
      <w:r>
        <w:t>g) Thực hiện thanh tra, kiểm tra, giải quyết khiếu nại, tố cáo và xử lý vi phạm theo thẩm quyền trong hoạt động hóa chất.".</w:t>
      </w:r>
    </w:p>
    <w:p>
      <w:pPr>
        <w:jc w:val="both"/>
      </w:pPr>
      <w:r>
        <w:t>8. Sửa đổi một số quy định tại Phụ lục 8 của Thông tư số 32/2017/TT-BCT như sau:</w:t>
      </w:r>
    </w:p>
    <w:p>
      <w:pPr>
        <w:jc w:val="both"/>
      </w:pPr>
      <w:r>
        <w:t>a) Sửa đổi mục 6 như sau:</w:t>
      </w:r>
    </w:p>
    <w:p>
      <w:pPr>
        <w:jc w:val="both"/>
      </w:pPr>
      <w:r>
        <w:t>" 6. Thành phần hoặc thành phần định lượng</w:t>
      </w:r>
    </w:p>
    <w:p>
      <w:pPr>
        <w:jc w:val="both"/>
      </w:pPr>
      <w:r>
        <w:t>a) Ghi công thức hóa học, công thức cấu tạo, thành phần định lượng. Đối với hóa chất chứa trong bình chịu áp lực phải ghi thêm dung lượng nạp;</w:t>
      </w:r>
    </w:p>
    <w:p>
      <w:pPr>
        <w:jc w:val="both"/>
      </w:pPr>
      <w:r>
        <w:t>b) Đối với hỗn hợp chất, ghi thành phần hoặc thành phần định lượng như: dạng rắn là phần trăm khối lượng của từng chất rắn; dạng lỏng là phần trăm thể tích của từng chất lỏng; dạng khí là phần trăm thể tích của từng chất khí; dạng rắn-lỏng là phần trăm khối lượng của từng chất rắn và lỏng.".</w:t>
      </w:r>
    </w:p>
    <w:p>
      <w:pPr>
        <w:jc w:val="both"/>
      </w:pPr>
      <w:r>
        <w:t>b) Sửa đổi mục 9 như sau:</w:t>
      </w:r>
    </w:p>
    <w:p>
      <w:pPr>
        <w:jc w:val="both"/>
      </w:pPr>
      <w:r>
        <w:t>" 9. Tên và địa chỉ của tổ chức, cá nhân chịu trách nhiệm về hóa chất</w:t>
      </w:r>
    </w:p>
    <w:p>
      <w:pPr>
        <w:jc w:val="both"/>
      </w:pPr>
      <w:r>
        <w:t>Cách ghi tên, địa chỉ của tổ chức, cá nhân chịu trách nhiệm về hóa chất thực hiện theo quy định tại Điều 12 Nghị định số 43/2017/NĐ-CP đã được sửa đổi, bổ sung tại khoản 6 Điều 1 Nghị định số 111/2021/NĐ-CP.".</w:t>
      </w:r>
    </w:p>
    <w:p>
      <w:pPr>
        <w:jc w:val="both"/>
      </w:pPr>
      <w:r>
        <w:t>c) Sửa đổi mục 10 như sau:</w:t>
      </w:r>
    </w:p>
    <w:p>
      <w:pPr>
        <w:jc w:val="both"/>
      </w:pPr>
      <w:r>
        <w:t>" 10. Xuất xứ hóa chất</w:t>
      </w:r>
    </w:p>
    <w:p>
      <w:pPr>
        <w:jc w:val="both"/>
      </w:pPr>
      <w:r>
        <w:t>Cách ghi xuất xứ hóa chất thực hiện theo quy định tại Điều 15 Nghị định số 43/2017/NĐ-CP đã được sửa đổi, bổ sung tại khoản 7 Điều 1 Nghị định số 111/2021/NĐ-CP.".</w:t>
      </w:r>
    </w:p>
    <w:p>
      <w:pPr>
        <w:jc w:val="both"/>
      </w:pPr>
      <w:r>
        <w:rPr>
          <w:b/>
        </w:rPr>
        <w:t>Điều 2. Bãi bỏ, thay thế một số quy định tại Thông tư số 32/2017/TT-BCT</w:t>
      </w:r>
    </w:p>
    <w:p>
      <w:pPr>
        <w:jc w:val="both"/>
      </w:pPr>
      <w:r>
        <w:t>1. Bãi bỏ một số quy định tại Thông tư số 32/2017/TT-BCT: Điểm a khoản 1 Điều 1; Điều 3; khoản 1, khoản 2 Điều 4; khoản 1 Điều 5; khoản 4 Điều 6; khoản 1, khoản 2 Điều 8; điểm b khoản 5 Điều 10; điểm b khoản 3 Điều 11; các Phụ lục 1, 2, 6; Phần 3 Phụ lục 7.</w:t>
      </w:r>
    </w:p>
    <w:p>
      <w:pPr>
        <w:jc w:val="both"/>
      </w:pPr>
      <w:r>
        <w:t>2. Thay thế Phụ lục 3, Phụ lục 5 của Thông tư số 32/2017/TT-BCT bằng Phụ lục 3, Phụ lục 5 ban hành kèm theo Thông tư này.</w:t>
      </w:r>
    </w:p>
    <w:p>
      <w:pPr>
        <w:jc w:val="both"/>
      </w:pPr>
      <w:r>
        <w:rPr>
          <w:b/>
        </w:rPr>
        <w:t>Điều 3. Điều khoản thi hành</w:t>
      </w:r>
    </w:p>
    <w:p>
      <w:pPr>
        <w:jc w:val="both"/>
      </w:pPr>
      <w:r>
        <w:t>1. Thông tư này có hiệu lực từ ngày 22 tháng 12 năm 2022. Chế độ báo cáo của tổ chức, cá nhân và Sở Công Thương quy định tại khoản 6 Điều 1 Thông tư này có hiệu lực từ ngày 22 tháng 12 năm 2023.</w:t>
      </w:r>
    </w:p>
    <w:p>
      <w:pPr>
        <w:jc w:val="both"/>
      </w:pPr>
      <w:r>
        <w:t>2. Quy định chuyển tiếp: Giấy phép sản xuất, kinh doanh hóa chất hạn chế sản xuất, kinh doanh trong lĩnh vực công nghiệp đã được cấp trước ngày 22 tháng 12 năm 2022 được tiếp tục sử dụng đến ngày 22 tháng 12 năm 2027 hoặc đến thời hạn đăng ký miễn trừ quy định tại Nghị định số 08/2022/NĐ-CP ngày 10 tháng 01 năm 2022 của Chính phủ quy định chi tiết một số điều của Luật Bảo vệ môi trường, căn cứ theo thời hạn nào đến trước.</w:t>
      </w:r>
    </w:p>
    <w:p>
      <w:pPr>
        <w:jc w:val="both"/>
      </w:pPr>
      <w:r>
        <w:t>3. Khi các văn bản quy phạm pháp luật, tài liệu viện dẫn trong Thông tư này được sửa đổi, bổ sung, thay thế thì áp dụng theo quy định tại văn bản mới.</w:t>
      </w:r>
    </w:p>
    <w:p>
      <w:pPr>
        <w:jc w:val="both"/>
      </w:pPr>
      <w:r>
        <w:t>4. Trong quá trình thực hiện, nếu có vướng mắc hoặc vấn đề phát sinh, các tổ chức, cá nhân phản ánh về Bộ Công Thương để nghiên cứu, giải quyết./.</w:t>
      </w:r>
    </w:p>
    <w:p>
      <w:pPr>
        <w:jc w:val="both"/>
      </w:pPr>
      <w:r>
        <w:t>Nơi nhận:</w:t>
      </w:r>
    </w:p>
    <w:p>
      <w:pPr>
        <w:jc w:val="both"/>
      </w:pPr>
      <w:r>
        <w:t>- Văn phòng Tổng Bí thư;</w:t>
      </w:r>
    </w:p>
    <w:p>
      <w:pPr>
        <w:jc w:val="both"/>
      </w:pPr>
      <w:r>
        <w:t>- Thủ tướng, các Phó Thủ tướng Chính phủ;</w:t>
      </w:r>
    </w:p>
    <w:p>
      <w:pPr>
        <w:jc w:val="both"/>
      </w:pPr>
      <w:r>
        <w:t>- Văn phòng Chính phủ;</w:t>
      </w:r>
    </w:p>
    <w:p>
      <w:pPr>
        <w:jc w:val="both"/>
      </w:pPr>
      <w:r>
        <w:t>- Các Bộ, cơ quan ngang Bộ, cơ quan thuộc Chính phủ;</w:t>
      </w:r>
    </w:p>
    <w:p>
      <w:pPr>
        <w:jc w:val="both"/>
      </w:pPr>
      <w:r>
        <w:t>- HĐND, UBND các tỉnh, thành phố trực thuộc trung ương;</w:t>
      </w:r>
    </w:p>
    <w:p>
      <w:pPr>
        <w:jc w:val="both"/>
      </w:pPr>
      <w:r>
        <w:t>- Lãnh đạo Bộ Công Thương;</w:t>
      </w:r>
    </w:p>
    <w:p>
      <w:pPr>
        <w:jc w:val="both"/>
      </w:pPr>
      <w:r>
        <w:t>- Sở Công Thương các tỉnh, thành phố trực thuộc trung ương;</w:t>
      </w:r>
    </w:p>
    <w:p>
      <w:pPr>
        <w:jc w:val="both"/>
      </w:pPr>
      <w:r>
        <w:t>- Kiểm toán nhà nước:</w:t>
      </w:r>
    </w:p>
    <w:p>
      <w:pPr>
        <w:jc w:val="both"/>
      </w:pPr>
      <w:r>
        <w:t>- Cục Kiểm tra VBQPPL (Bộ Tư pháp);</w:t>
      </w:r>
    </w:p>
    <w:p>
      <w:pPr>
        <w:jc w:val="both"/>
      </w:pPr>
      <w:r>
        <w:t>- Công báo;</w:t>
      </w:r>
    </w:p>
    <w:p>
      <w:pPr>
        <w:jc w:val="both"/>
      </w:pPr>
      <w:r>
        <w:t>- Cổng thông tin điện tử Chính phủ;</w:t>
      </w:r>
    </w:p>
    <w:p>
      <w:pPr>
        <w:jc w:val="both"/>
      </w:pPr>
      <w:r>
        <w:t>- Cổng thông tin điện tử Bộ Công Thương;</w:t>
      </w:r>
    </w:p>
    <w:p>
      <w:pPr>
        <w:jc w:val="both"/>
      </w:pPr>
      <w:r>
        <w:t>- Lưu: VT, HC.</w:t>
      </w:r>
    </w:p>
    <w:p>
      <w:pPr>
        <w:jc w:val="both"/>
      </w:pPr>
      <w:r>
        <w:t>KT. BỘ TRƯỞNG</w:t>
      </w:r>
    </w:p>
    <w:p>
      <w:pPr>
        <w:jc w:val="both"/>
      </w:pPr>
      <w:r>
        <w:t>THỨ TRƯỞNG</w:t>
      </w:r>
    </w:p>
    <w:p>
      <w:pPr>
        <w:jc w:val="both"/>
      </w:pPr>
      <w:r>
        <w:t>Nguyễn Sinh Nhật Tân</w:t>
      </w:r>
    </w:p>
    <w:p>
      <w:r>
        <w:rPr>
          <w:i/>
        </w:rPr>
        <w:t>Nguồn: Cơ sở dữ liệu quốc gia về văn bản pháp luật (Bộ Tư pháp). VietSmart Legal, legal.giangpham.asia/van-ban/156996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