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w:t>
      </w:r>
    </w:p>
    <w:p>
      <w:pPr>
        <w:jc w:val="both"/>
      </w:pPr>
      <w:r>
        <w:t>CỘNG HÒA XÃ HỘI CHỦ NGHĨA VIỆT NAM</w:t>
      </w:r>
    </w:p>
    <w:p>
      <w:pPr>
        <w:jc w:val="both"/>
      </w:pPr>
      <w:r>
        <w:t>Độc lập – Tự do – Hạnh phúc</w:t>
      </w:r>
    </w:p>
    <w:p>
      <w:pPr>
        <w:jc w:val="both"/>
      </w:pPr>
      <w:r>
        <w:t>Số: 06/2022/TT-BNNPTNT</w:t>
      </w:r>
    </w:p>
    <w:p>
      <w:pPr>
        <w:jc w:val="both"/>
      </w:pPr>
      <w:r>
        <w:t>Hà Nội, ngày 28 tháng 7 năm 2022</w:t>
      </w:r>
    </w:p>
    <w:p>
      <w:pPr>
        <w:jc w:val="center"/>
      </w:pPr>
      <w:r>
        <w:rPr>
          <w:b/>
        </w:rPr>
        <w:t>THÔNG TƯ</w:t>
      </w:r>
    </w:p>
    <w:p>
      <w:pPr>
        <w:jc w:val="both"/>
      </w:pPr>
      <w:r>
        <w:t>Sửa đổi, bổ sung một số điều của các Thông tư</w:t>
      </w:r>
    </w:p>
    <w:p>
      <w:pPr>
        <w:jc w:val="both"/>
      </w:pPr>
      <w:r>
        <w:t>quy định về kiểm dịch động vật, sản phẩm động vật thủy sản</w:t>
      </w:r>
    </w:p>
    <w:p>
      <w:pPr>
        <w:jc w:val="both"/>
      </w:pPr>
      <w:r>
        <w:t>___________________</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Thú y ngày 19/6/2015;</w:t>
      </w:r>
    </w:p>
    <w:p>
      <w:pPr>
        <w:jc w:val="both"/>
      </w:pPr>
      <w:r>
        <w:t>Theo đề nghị của Cục trưởng Cục Thú y;</w:t>
      </w:r>
    </w:p>
    <w:p>
      <w:pPr>
        <w:jc w:val="both"/>
      </w:pPr>
      <w:r>
        <w:t>Bộ trưởng Bộ Nông nghiệp và Phát triển nông thôn ban hành Thông tư sửa đổi, bổ sung một số điều của các Thông tư quy định về kiểm dịch động vật, sản phẩm động vật thủy sản.</w:t>
      </w:r>
    </w:p>
    <w:p>
      <w:pPr>
        <w:jc w:val="both"/>
      </w:pPr>
      <w:r>
        <w:rPr>
          <w:b/>
        </w:rPr>
        <w:t>Điều 1. Sửa đổi, bổ sung một số điều của Thông tư số 26/2016/TT-BNNPTNT ngày 30/6/2016 của Bộ trưởng Bộ Nông nghiệp và Phát triển nông thôn quy định về kiểm dịch động vật, sản phẩm động vật thủy sản</w:t>
      </w:r>
    </w:p>
    <w:p>
      <w:pPr>
        <w:jc w:val="both"/>
      </w:pPr>
      <w:r>
        <w:t>1. Sửa đổi, bổ sung điểm d khoản 2 Điều 4 như sau:</w:t>
      </w:r>
    </w:p>
    <w:p>
      <w:pPr>
        <w:jc w:val="both"/>
      </w:pPr>
      <w:r>
        <w:t>“d) Bản chụp Giấy phép nhập khẩu do Tổng cục Thủy sản cấp, có xác nhận của doanh nghiệp (đối với động vật thủy sản không thuộc Danh mục loài thủy sản được phép kinh doanh tại Việt Nam theo quy định tại Phụ lục VIII ban hành kèm theo Nghị định số 26/2019/NĐ-CP ngày 08/3/2019 của Chính phủ quy định chi tiết một số điều và biện pháp thi hành Luật Thủy sản).”</w:t>
      </w:r>
    </w:p>
    <w:p>
      <w:pPr>
        <w:jc w:val="both"/>
      </w:pPr>
      <w:r>
        <w:t>2. Sửa đổi, bổ sung điểm c khoản 5 Điều 4 như sau:</w:t>
      </w:r>
    </w:p>
    <w:p>
      <w:pPr>
        <w:jc w:val="both"/>
      </w:pPr>
      <w:r>
        <w:t>“c) Bản chụp Giấy phép xuất khẩu thủy sản do Tổng cục Thủy sản cấp, có xác nhận của doanh nghiệp (đối với các loài thủy sản xuất khẩu có điều kiện theo quy định tại Phụ lục IX, Phụ lục X ban hành kèm theo Nghị định số 26/2019/NĐ-CP ngày 08/3/2019 của Chính phủ quy định chi tiết một số điều và biện pháp thi hành Luật Thủy sản).”</w:t>
      </w:r>
    </w:p>
    <w:p>
      <w:pPr>
        <w:jc w:val="both"/>
      </w:pPr>
      <w:r>
        <w:t>3. Bổ sung điểm b khoản 6 Điều 4 như sau:</w:t>
      </w:r>
    </w:p>
    <w:p>
      <w:pPr>
        <w:jc w:val="both"/>
      </w:pPr>
      <w:r>
        <w:t>“Trường hợp Cục Thú y và Cơ quan thẩm quyền của nước xuất khẩu có thống nhất về chứng nhận điện tử thì sử dụng Giấy chứng nhận kiểm dịch điện tử.”</w:t>
      </w:r>
    </w:p>
    <w:p>
      <w:pPr>
        <w:jc w:val="both"/>
      </w:pPr>
      <w:r>
        <w:t>4. Sửa đổi, bổ sung Điều 19 như sau:</w:t>
      </w:r>
    </w:p>
    <w:p>
      <w:pPr>
        <w:jc w:val="both"/>
      </w:pPr>
      <w:r>
        <w:t>“Điều 19. Kiểm dịch động vật, sản phẩm động vật thủy sản xuất khẩu mang theo người, gửi qua đường bưu điện</w:t>
      </w:r>
    </w:p>
    <w:p>
      <w:pPr>
        <w:jc w:val="both"/>
      </w:pPr>
      <w:r>
        <w:t>1. Trước khi xuất khẩu động vật, sản phẩm động vật thủy sản mang theo người, gửi qua đường bưu điện, chủ hàng gửi 01 bộ hồ sơ đăng ký kiểm dịch xuất khẩu theo quy định tại khoản 5 Điều 4 Thông tư này đến cơ quan kiểm dịch động vật cửa khẩu theo một trong các hình thức: qua Cổng thông tin một cửa quốc gia hoặc qua dịch vụ bưu chính, bưu chính công ích hoặc thư điện tử, fax sau đó gửi hồ sơ giấy hoặc gửi trực tiếp.</w:t>
      </w:r>
    </w:p>
    <w:p>
      <w:pPr>
        <w:jc w:val="both"/>
      </w:pPr>
      <w:r>
        <w:t>2. Cơ quan kiểm dịch động vật cửa khẩu xử lý hồ sơ theo quy định tại điểm b khoản 2 Điều 42 Luật Thú y và thực hiện kiểm dịch như sau:</w:t>
      </w:r>
    </w:p>
    <w:p>
      <w:pPr>
        <w:jc w:val="both"/>
      </w:pPr>
      <w:r>
        <w:t>a) Đối với động vật thủy sản: kiểm tra lâm sàng, lấy mẫu xét nghiệm các bệnh theo yêu cầu của chủ hàng hoặc nước nhập khẩu;</w:t>
      </w:r>
    </w:p>
    <w:p>
      <w:pPr>
        <w:jc w:val="both"/>
      </w:pPr>
      <w:r>
        <w:t>b) Đối với sản phẩm động vật thủy sản: kiểm tra cảm quan, lấy mẫu xét nghiệm các chỉ tiêu vệ sinh thú y theo yêu cầu của chủ hàng hoặc nước nhập khẩu;</w:t>
      </w:r>
    </w:p>
    <w:p>
      <w:pPr>
        <w:jc w:val="both"/>
      </w:pPr>
      <w:r>
        <w:t>c) Cấp Giấy chứng nhận kiểm dịch xuất khẩu theo quy định tại điểm c khoản 2 Điều 42 Luật Thú y;</w:t>
      </w:r>
    </w:p>
    <w:p>
      <w:pPr>
        <w:jc w:val="both"/>
      </w:pPr>
      <w:r>
        <w:t>d) Hướng dẫn chủ hàng thực hiện nuôi giữ thủy sản, bao gói sản phẩm thủy sản theo quy định, niêm phong hoặc đánh dấu hàng gửi; xử lý động vật, sản phẩm động vật thủy sản không bảo đảm yêu cầu vệ sinh thú y để xuất khẩu.”</w:t>
      </w:r>
    </w:p>
    <w:p>
      <w:pPr>
        <w:jc w:val="both"/>
      </w:pPr>
      <w:r>
        <w:t>5. Sửa đổi, bổ sung Điều 20 như sau:</w:t>
      </w:r>
    </w:p>
    <w:p>
      <w:pPr>
        <w:jc w:val="both"/>
      </w:pPr>
      <w:r>
        <w:t>“Điều 20. Kiểm dịch động vật, sản phẩm động vật thủy sản nhập khẩu mang theo người, gửi qua đường bưu điện</w:t>
      </w:r>
    </w:p>
    <w:p>
      <w:pPr>
        <w:jc w:val="both"/>
      </w:pPr>
      <w:r>
        <w:t>1. Khi nhập khẩu động vật, sản phẩm động vật thủy sản không vì mục đích kinh doanh, chủ hàng gửi 01 bộ hồ sơ khai báo kiểm dịch nhập khẩu đến cơ quan kiểm dịch động vật cửa khẩu theo quy định tại khoản 6 Điều 4 của Thông tư này theo một trong các hình thức: qua Cổng thông tin một cửa quốc gia hoặc qua dịch vụ bưu chính, bưu chính công ích hoặc thư điện tử, fax sau đó gửi hồ sơ giấy hoặc gửi trực tiếp.</w:t>
      </w:r>
    </w:p>
    <w:p>
      <w:pPr>
        <w:jc w:val="both"/>
      </w:pPr>
      <w:r>
        <w:t>2. Trong thời hạn 01 ngày làm việc, kể từ ngày nhận được hồ sơ khai báo hợp lệ, cơ quan kiểm dịch động vật cửa khẩu thực hiện kiểm dịch như sau:</w:t>
      </w:r>
    </w:p>
    <w:p>
      <w:pPr>
        <w:jc w:val="both"/>
      </w:pPr>
      <w:r>
        <w:t>a) Kiểm tra hồ sơ kiểm dịch, Giấy chứng nhận kiểm dịch của nước xuất khẩu; đối chiếu chủng loại, số lượng, khối lượng hàng thực nhập;</w:t>
      </w:r>
    </w:p>
    <w:p>
      <w:pPr>
        <w:jc w:val="both"/>
      </w:pPr>
      <w:r>
        <w:t>b) Kiểm tra thực trạng hàng hóa; điều kiện nuôi giữ động vật thủy sản; bao gói, bảo quản sản phẩm động vật thủy sản;</w:t>
      </w:r>
    </w:p>
    <w:p>
      <w:pPr>
        <w:jc w:val="both"/>
      </w:pPr>
      <w:r>
        <w:t>c) Trường hợp phát hiện động vật thủy sản không có trong Danh mục các loài thủy sản nhập khẩu thông thường, động vật thủy sản mắc bệnh ; sản phẩm động vật thủy sản có biểu hiện biến chất, không đáp ứng yêu cầu vệ sinh thú y, xử lý tiêu hủy hoặc trả về nước xuất khẩu;</w:t>
      </w:r>
    </w:p>
    <w:p>
      <w:pPr>
        <w:jc w:val="both"/>
      </w:pPr>
      <w:r>
        <w:t>d) Sau khi kiểm tra, động vật thủy sản khỏe mạnh, bảo đảm yêu cầu vệ sinh thú y, được nuôi giữ theo quy định; sản phẩm động vật thủy sản bảo đảm yêu cầu vệ sinh thú y, được bao gói, bảo quản theo quy định, cơ quan kiểm dịch động vật cửa khẩu cấp Giấy chứng nhận kiểm dịch nhập khẩu để chủ hàng làm thủ tục hải quan, bưu điện.”</w:t>
      </w:r>
    </w:p>
    <w:p>
      <w:pPr>
        <w:jc w:val="both"/>
      </w:pPr>
      <w:r>
        <w:t>6. Sửa đổi, bổ sung Điều 21 như sau:</w:t>
      </w:r>
    </w:p>
    <w:p>
      <w:pPr>
        <w:jc w:val="both"/>
      </w:pPr>
      <w:r>
        <w:t>“Điều 21. Vận chuyển mẫu bệnh phẩm thủy sản</w:t>
      </w:r>
    </w:p>
    <w:p>
      <w:pPr>
        <w:jc w:val="both"/>
      </w:pPr>
      <w:r>
        <w:t>1. Khi có yêu cầu nhận mẫu bệnh phẩm từ nước ngoài gửi vào Việt Nam hoặc gửi mẫu bệnh phẩm từ Việt Nam ra nước ngoài, chủ hàng phải gửi 01 đơn đăng ký kiểm dịch theo Mẫu 06 TS ban hành kèm theo Phụ lục V của Thông tư này đến Cục Thú y theo một trong các hình thức: qua Cổng thông tin một cửa quốc gia hoặc qua dịch vụ bưu chính, bưu chính công ích hoặc thư điện tử, fax sau đó gửi hồ sơ gốc hoặc gửi trực tiếp.</w:t>
      </w:r>
    </w:p>
    <w:p>
      <w:pPr>
        <w:jc w:val="both"/>
      </w:pPr>
      <w:r>
        <w:t>2. Trong thời hạn 05 ngày làm việc, kể từ khi nhận được đơn đăng ký hợp lệ, Cục Thú y trả lời chủ hàng bằng văn bản chấp thuận hoặc không chấp thuận.</w:t>
      </w:r>
    </w:p>
    <w:p>
      <w:pPr>
        <w:jc w:val="both"/>
      </w:pPr>
      <w:r>
        <w:t>3. Cơ quan kiểm dịch động vật cửa khẩu thực hiện kiểm dịch vận chuyển mẫu bệnh phẩm như sau:</w:t>
      </w:r>
    </w:p>
    <w:p>
      <w:pPr>
        <w:jc w:val="both"/>
      </w:pPr>
      <w:r>
        <w:t>a) Kiểm tra văn bản chấp thuận của Cục Thú y và các giấy tờ khác có liên quan; tình trạng bao gói, bảo quản mẫu bệnh phẩm;</w:t>
      </w:r>
    </w:p>
    <w:p>
      <w:pPr>
        <w:jc w:val="both"/>
      </w:pPr>
      <w:r>
        <w:t>b) Trong thời hạn 01 ngày làm việc, Cơ quan kiểm dịch động vật cửa khẩu cấp Giấy chứng nhận vận chuyển đối với mẫu bệnh phẩm có hồ sơ hợp lệ; được bao gói, bảo quản đảm bảo yêu cầu vệ sinh thú y.</w:t>
      </w:r>
    </w:p>
    <w:p>
      <w:pPr>
        <w:jc w:val="both"/>
      </w:pPr>
      <w:r>
        <w:t>Số lượng Giấy chứng nhận vận chuyển cấp: 02 bản (01 bản lưu tại cơ quan kiểm dịch cửa khẩu, 01 bản gửi chủ hàng).”</w:t>
      </w:r>
    </w:p>
    <w:p>
      <w:pPr>
        <w:jc w:val="both"/>
      </w:pPr>
      <w:r>
        <w:t>7. Bãi bỏ khoản 3 Điều 4 (được sửa đổi, bổ sung tại khoản 2 Điều 1 Thông tư số 36/2018/TT-BNNPTNT ngày 25/12/2018 của Bộ trưởng Bộ Nông nghiệp và Phát triển nông thôn sửa đổi, bổ sung một số điều của Thông tư số 26/2016/TT-BNNPTNT ngày 30/6/2016 của Bộ trưởng Bộ Nông nghiệp và Phát triển nông thôn quy định về kiểm dịch động vật, sản phẩm động vật thủy sản; sau đây viết tắt là Thông tư số 36/2018/TT-BNNPTNT); điểm c khoản 2 Điều 13 (được bổ sung tại khoản 6 Điều 1 Thông tư số 36/2018/TT-BNNPTNT); Điều 14 (được sửa đổi, bổ sung tại khoản 8 Điều 1 Thông tư số 36/2018/TT-BNNPTNT); khoản 4 Điều 15 (được bổ sung tại khoản 9 Điều 1 Thông tư số 36/2018/TT-BNNPTNT); khoản 4 Điều 17, điểm a khoản 6 Điều 17, điểm a khoản 7 Điều 17 (được sửa đổi, bổ sung tại khoản 10 Điều 1 Thông tư số 36/2018/TT-BNNPTNT); Điều 18; điểm d khoản 1 Điều 22 (được bổ sung tại khoản 11 Điều 1 Thông tư số 36/2018/TT-BNNPTNT).</w:t>
      </w:r>
    </w:p>
    <w:p>
      <w:pPr>
        <w:jc w:val="both"/>
      </w:pPr>
      <w:r>
        <w:rPr>
          <w:b/>
        </w:rPr>
        <w:t>Điều 2. Sửa đổi, bổ sung một số phụ lục, biểu mẫu của Thông tư số 26/2016/TT-BNNPTNT ngày 30/6/2016 của Bộ trưởng Bộ Nông nghiệp và Phát triển nông thôn quy định về kiểm dịch động vật, sản phẩm động vật thủy sản</w:t>
      </w:r>
    </w:p>
    <w:p>
      <w:pPr>
        <w:jc w:val="both"/>
      </w:pPr>
      <w:r>
        <w:t>1. Sửa đổi mục II phần A và phần B Phụ lục I như sau:</w:t>
      </w:r>
    </w:p>
    <w:p>
      <w:pPr>
        <w:jc w:val="both"/>
      </w:pPr>
      <w:r>
        <w:t>“II. Sản phẩm động vật thủy sản</w:t>
      </w:r>
    </w:p>
    <w:p>
      <w:pPr>
        <w:jc w:val="both"/>
      </w:pPr>
      <w:r>
        <w:t>1. Sản phẩm động vật thủy sản (bao gồm cả phôi, trứng, tinh dịch và ấu trùng của các loài thủy sản) ở dạng tươi sống, ướp lạnh, đông lạnh.</w:t>
      </w:r>
    </w:p>
    <w:p>
      <w:pPr>
        <w:jc w:val="both"/>
      </w:pPr>
      <w:r>
        <w:t>2. Các đối tượng sản phẩm động vật thủy sản khác thuộc diện phải kiểm dịch theo yêu cầu của nước nhập khẩu hoặc theo quy định của các Điều ước quốc tế mà Việt Nam ký kết hoặc gia nhập.</w:t>
      </w:r>
    </w:p>
    <w:p>
      <w:pPr>
        <w:jc w:val="both"/>
      </w:pPr>
      <w:r>
        <w:t>B - Danh mục động vật, sản phẩm động vật thủy sản miễn kiểm dịch</w:t>
      </w:r>
    </w:p>
    <w:p>
      <w:pPr>
        <w:jc w:val="both"/>
      </w:pPr>
      <w:r>
        <w:t>1. Động vật, sản phẩm động vật thủy sản nhập khẩu thuộc diện ngoại giao.</w:t>
      </w:r>
    </w:p>
    <w:p>
      <w:pPr>
        <w:jc w:val="both"/>
      </w:pPr>
      <w:r>
        <w:t>2. Sản phẩm động vật thủy sản nhập khẩu làm nguyên liệu để gia công xuất khẩu, sản xuất xuất khẩu.</w:t>
      </w:r>
    </w:p>
    <w:p>
      <w:pPr>
        <w:jc w:val="both"/>
      </w:pPr>
      <w:r>
        <w:t>3. Sản phẩm động vật thủy sản làm hàng mẫu thử nghiệm.</w:t>
      </w:r>
    </w:p>
    <w:p>
      <w:pPr>
        <w:jc w:val="both"/>
      </w:pPr>
      <w:r>
        <w:t>4. Sản phẩm động vật thủy sản nhập khẩu để trưng bày hội chợ, triển lãm.</w:t>
      </w:r>
    </w:p>
    <w:p>
      <w:pPr>
        <w:jc w:val="both"/>
      </w:pPr>
      <w:r>
        <w:t>5. Sản phẩm động vật thủy sản làm thực phẩm xuất khẩu bị triệu hồi hoặc trả về.”</w:t>
      </w:r>
    </w:p>
    <w:p>
      <w:pPr>
        <w:jc w:val="both"/>
      </w:pPr>
      <w:r>
        <w:t>2. Sửa đổi, bổ sung Phụ lục IV như sau:</w:t>
      </w:r>
    </w:p>
    <w:p>
      <w:pPr>
        <w:jc w:val="both"/>
      </w:pPr>
      <w:r>
        <w:t>a) Bổ sung thứ tự 9 vào sau thứ tự 8 của phần Bệnh ở loài giáp xác trong Bảng các bệnh ở động vật thủy sản tại mục I phần A như sau:</w:t>
      </w:r>
    </w:p>
    <w:p>
      <w:pPr>
        <w:jc w:val="both"/>
      </w:pPr>
      <w:r>
        <w:t>“A. Động vật thủy sản</w:t>
      </w:r>
    </w:p>
    <w:p>
      <w:pPr>
        <w:jc w:val="both"/>
      </w:pPr>
      <w:r>
        <w:t>I. Các bệnh ở động vật thủy sản</w:t>
      </w:r>
    </w:p>
    <w:p>
      <w:pPr>
        <w:jc w:val="both"/>
      </w:pPr>
      <w:r>
        <w:t>TT</w:t>
      </w:r>
    </w:p>
    <w:p>
      <w:pPr>
        <w:jc w:val="both"/>
      </w:pPr>
      <w:r>
        <w:t>Tên bệnh (tên tiếng Anh)</w:t>
      </w:r>
    </w:p>
    <w:p>
      <w:pPr>
        <w:jc w:val="both"/>
      </w:pPr>
      <w:r>
        <w:t>Tác nhân gây bệnh</w:t>
      </w:r>
    </w:p>
    <w:p>
      <w:pPr>
        <w:jc w:val="both"/>
      </w:pPr>
      <w:r>
        <w:t>Một số thủy sản nuôi cảm nhiễm với bệnh</w:t>
      </w:r>
    </w:p>
    <w:p>
      <w:pPr>
        <w:jc w:val="both"/>
      </w:pPr>
      <w:r>
        <w:t>Bệnh ở loài giáp xác</w:t>
      </w:r>
    </w:p>
    <w:p>
      <w:pPr>
        <w:jc w:val="both"/>
      </w:pPr>
      <w:r>
        <w:t>9.</w:t>
      </w:r>
    </w:p>
    <w:p>
      <w:pPr>
        <w:jc w:val="both"/>
      </w:pPr>
      <w:r>
        <w:t>Bệnh trắng đuôi</w:t>
      </w:r>
    </w:p>
    <w:p>
      <w:pPr>
        <w:jc w:val="both"/>
      </w:pPr>
      <w:r>
        <w:t>Macrobrachium rosenbergii Nodavirus (MrNV) Extra small virus (XSV)</w:t>
      </w:r>
    </w:p>
    <w:p>
      <w:pPr>
        <w:jc w:val="both"/>
      </w:pPr>
      <w:r>
        <w:t>Tôm càng xanh (Macrobrachium rosenbergii)</w:t>
      </w:r>
    </w:p>
    <w:p>
      <w:pPr>
        <w:jc w:val="both"/>
      </w:pPr>
      <w:r>
        <w:t>b) Bổ sung nội dung ghi chú tại mục I phần A như sau:</w:t>
      </w:r>
    </w:p>
    <w:p>
      <w:pPr>
        <w:jc w:val="both"/>
      </w:pPr>
      <w:r>
        <w:t>“Mẫu để xét nghiệm đối với từng tác nhân gây bệnh của lô hàng là mẫu gộp theo nguyên tắc 05 mẫu gộp thành 01 mẫu để xét nghiệm.”</w:t>
      </w:r>
    </w:p>
    <w:p>
      <w:pPr>
        <w:jc w:val="both"/>
      </w:pPr>
      <w:r>
        <w:t>c) Sửa đổi, bổ sung Phần B như sau:</w:t>
      </w:r>
    </w:p>
    <w:p>
      <w:pPr>
        <w:jc w:val="both"/>
      </w:pPr>
      <w:r>
        <w:t>“B. Sản phẩm động vật thủy sản</w:t>
      </w:r>
    </w:p>
    <w:p>
      <w:pPr>
        <w:jc w:val="both"/>
      </w:pPr>
      <w:r>
        <w:t>I. Chỉ tiêu xét nghiệm</w:t>
      </w:r>
    </w:p>
    <w:p>
      <w:pPr>
        <w:jc w:val="both"/>
      </w:pPr>
      <w:r>
        <w:t>TT</w:t>
      </w:r>
    </w:p>
    <w:p>
      <w:pPr>
        <w:jc w:val="both"/>
      </w:pPr>
      <w:r>
        <w:t>Tên bệnh (tên tiếng Anh)</w:t>
      </w:r>
    </w:p>
    <w:p>
      <w:pPr>
        <w:jc w:val="both"/>
      </w:pPr>
      <w:r>
        <w:t>Tác nhân gây bệnh</w:t>
      </w:r>
    </w:p>
    <w:p>
      <w:pPr>
        <w:jc w:val="both"/>
      </w:pPr>
      <w:r>
        <w:t>Loại sản phẩm được lấy từ các họ/loài động vật thủy sản (tươi sống, ướp lạnh, đông lạnh)</w:t>
      </w:r>
    </w:p>
    <w:p>
      <w:pPr>
        <w:jc w:val="both"/>
      </w:pPr>
      <w:r>
        <w:t>1.</w:t>
      </w:r>
    </w:p>
    <w:p>
      <w:pPr>
        <w:jc w:val="both"/>
      </w:pPr>
      <w:r>
        <w:t>Hoại tử gan tụy cấp (Acute hepatopancreatic necrosis disease - AHPND)</w:t>
      </w:r>
    </w:p>
    <w:p>
      <w:pPr>
        <w:jc w:val="both"/>
      </w:pPr>
      <w:r>
        <w:t>Vibrio parahaemolyticus có mang gen độc lực</w:t>
      </w:r>
    </w:p>
    <w:p>
      <w:pPr>
        <w:jc w:val="both"/>
      </w:pPr>
      <w:r>
        <w:t>Họ tôm he (Litopenaeus spp., Penaeus spp .)</w:t>
      </w:r>
    </w:p>
    <w:p>
      <w:pPr>
        <w:jc w:val="both"/>
      </w:pPr>
      <w:r>
        <w:t>2.</w:t>
      </w:r>
    </w:p>
    <w:p>
      <w:pPr>
        <w:jc w:val="both"/>
      </w:pPr>
      <w:r>
        <w:t>Bệnh hoại tử gan tụy (Necrotising hepatopancreatitis-NHP)</w:t>
      </w:r>
    </w:p>
    <w:p>
      <w:pPr>
        <w:jc w:val="both"/>
      </w:pPr>
      <w:r>
        <w:t>Vi khuẩn Proteobacteria</w:t>
      </w:r>
    </w:p>
    <w:p>
      <w:pPr>
        <w:jc w:val="both"/>
      </w:pPr>
      <w:r>
        <w:t>3.</w:t>
      </w:r>
    </w:p>
    <w:p>
      <w:pPr>
        <w:jc w:val="both"/>
      </w:pPr>
      <w:r>
        <w:t>Bệnh hoại tử cơ quan tạo máu và cơ quan biểu mô (Infectious Hypodermal and Hematopoitic Necrosis Disease)</w:t>
      </w:r>
    </w:p>
    <w:p>
      <w:pPr>
        <w:jc w:val="both"/>
      </w:pPr>
      <w:r>
        <w:t>Infectious Hypodermal and Hematopoitic Necrosis Virus (IHHNV)</w:t>
      </w:r>
    </w:p>
    <w:p>
      <w:pPr>
        <w:jc w:val="both"/>
      </w:pPr>
      <w:r>
        <w:t>4.</w:t>
      </w:r>
    </w:p>
    <w:p>
      <w:pPr>
        <w:jc w:val="both"/>
      </w:pPr>
      <w:r>
        <w:t>Bệnh hoại tử cơ/Bệnh đục cơ (Infectious Myonecrosis Disease)</w:t>
      </w:r>
    </w:p>
    <w:p>
      <w:pPr>
        <w:jc w:val="both"/>
      </w:pPr>
      <w:r>
        <w:t>Infectious Myonecrosis Virus (IMNV)</w:t>
      </w:r>
    </w:p>
    <w:p>
      <w:pPr>
        <w:jc w:val="both"/>
      </w:pPr>
      <w:r>
        <w:t>5.</w:t>
      </w:r>
    </w:p>
    <w:p>
      <w:pPr>
        <w:jc w:val="both"/>
      </w:pPr>
      <w:r>
        <w:t>Đốm trắng (White Spot Disease)</w:t>
      </w:r>
    </w:p>
    <w:p>
      <w:pPr>
        <w:jc w:val="both"/>
      </w:pPr>
      <w:r>
        <w:t>White spot syndrome virus (WSSV)</w:t>
      </w:r>
    </w:p>
    <w:p>
      <w:pPr>
        <w:jc w:val="both"/>
      </w:pPr>
      <w:r>
        <w:t>6.</w:t>
      </w:r>
    </w:p>
    <w:p>
      <w:pPr>
        <w:jc w:val="both"/>
      </w:pPr>
      <w:r>
        <w:t>Đầu vàng (Yellow Head Disease)</w:t>
      </w:r>
    </w:p>
    <w:p>
      <w:pPr>
        <w:jc w:val="both"/>
      </w:pPr>
      <w:r>
        <w:t>Yellow head virus genotype 1(YHV1)</w:t>
      </w:r>
    </w:p>
    <w:p>
      <w:pPr>
        <w:jc w:val="both"/>
      </w:pPr>
      <w:r>
        <w:t>7.</w:t>
      </w:r>
    </w:p>
    <w:p>
      <w:pPr>
        <w:jc w:val="both"/>
      </w:pPr>
      <w:r>
        <w:t>Hội chứng Taura (Taura syndrome)</w:t>
      </w:r>
    </w:p>
    <w:p>
      <w:pPr>
        <w:jc w:val="both"/>
      </w:pPr>
      <w:r>
        <w:t>Taura syndrome virus (TSV)</w:t>
      </w:r>
    </w:p>
    <w:p>
      <w:pPr>
        <w:jc w:val="both"/>
      </w:pPr>
      <w:r>
        <w:t>8.</w:t>
      </w:r>
    </w:p>
    <w:p>
      <w:pPr>
        <w:jc w:val="both"/>
      </w:pPr>
      <w:r>
        <w:t>Bệnh sữa trên tôm hùm (Lobster Milky Disease - LMD)</w:t>
      </w:r>
    </w:p>
    <w:p>
      <w:pPr>
        <w:jc w:val="both"/>
      </w:pPr>
      <w:r>
        <w:t>Rickettsia-like</w:t>
      </w:r>
    </w:p>
    <w:p>
      <w:pPr>
        <w:jc w:val="both"/>
      </w:pPr>
      <w:r>
        <w:t>Tôm hùm ( Panulirus spp.)</w:t>
      </w:r>
    </w:p>
    <w:p>
      <w:pPr>
        <w:jc w:val="both"/>
      </w:pPr>
      <w:r>
        <w:t>9.</w:t>
      </w:r>
    </w:p>
    <w:p>
      <w:pPr>
        <w:jc w:val="both"/>
      </w:pPr>
      <w:r>
        <w:t>Bệnh xuất huyết mùa xuân ở cá chép (Spring viraemia of carp)</w:t>
      </w:r>
    </w:p>
    <w:p>
      <w:pPr>
        <w:jc w:val="both"/>
      </w:pPr>
      <w:r>
        <w:t>Spring viraemia of carp virus (SVCV)</w:t>
      </w:r>
    </w:p>
    <w:p>
      <w:pPr>
        <w:jc w:val="both"/>
      </w:pPr>
      <w:r>
        <w:t>Họ cá chép (Cyprinidae)</w:t>
      </w:r>
    </w:p>
    <w:p>
      <w:pPr>
        <w:jc w:val="both"/>
      </w:pPr>
      <w:r>
        <w:t>10.</w:t>
      </w:r>
    </w:p>
    <w:p>
      <w:pPr>
        <w:jc w:val="both"/>
      </w:pPr>
      <w:r>
        <w:t>Koi herpesvirus (Koi Herpesvirus Disease)</w:t>
      </w:r>
    </w:p>
    <w:p>
      <w:pPr>
        <w:jc w:val="both"/>
      </w:pPr>
      <w:r>
        <w:t>Koi Herpesvirus (KHV)</w:t>
      </w:r>
    </w:p>
    <w:p>
      <w:pPr>
        <w:jc w:val="both"/>
      </w:pPr>
      <w:r>
        <w:t>11.</w:t>
      </w:r>
    </w:p>
    <w:p>
      <w:pPr>
        <w:jc w:val="both"/>
      </w:pPr>
      <w:r>
        <w:t>Bệnh xuất huyết mùa xuân ở cá chép (Spring viraemia of carp)</w:t>
      </w:r>
    </w:p>
    <w:p>
      <w:pPr>
        <w:jc w:val="both"/>
      </w:pPr>
      <w:r>
        <w:t>Spring viraemia of carp virus (SVCV)</w:t>
      </w:r>
    </w:p>
    <w:p>
      <w:pPr>
        <w:jc w:val="both"/>
      </w:pPr>
      <w:r>
        <w:t>Cá trắm cỏ (Ctenopharyngodon idella)</w:t>
      </w:r>
    </w:p>
    <w:p>
      <w:pPr>
        <w:jc w:val="both"/>
      </w:pPr>
      <w:r>
        <w:t>12.</w:t>
      </w:r>
    </w:p>
    <w:p>
      <w:pPr>
        <w:jc w:val="both"/>
      </w:pPr>
      <w:r>
        <w:t>Bệnh do virus Tilapia Lake</w:t>
      </w:r>
    </w:p>
    <w:p>
      <w:pPr>
        <w:jc w:val="both"/>
      </w:pPr>
      <w:r>
        <w:t>Tilapia Lake virus (TiLV)</w:t>
      </w:r>
    </w:p>
    <w:p>
      <w:pPr>
        <w:jc w:val="both"/>
      </w:pPr>
      <w:r>
        <w:t>Cá rô phi, diêu hồng (Oreochromis mosambicus, Oreochromis niloticus)</w:t>
      </w:r>
    </w:p>
    <w:p>
      <w:pPr>
        <w:jc w:val="both"/>
      </w:pPr>
      <w:r>
        <w:t>13.</w:t>
      </w:r>
    </w:p>
    <w:p>
      <w:pPr>
        <w:jc w:val="both"/>
      </w:pPr>
      <w:r>
        <w:t>Hội chứng lở loét (Epizootic Ulcerative Syndrome - EUS)</w:t>
      </w:r>
    </w:p>
    <w:p>
      <w:pPr>
        <w:jc w:val="both"/>
      </w:pPr>
      <w:r>
        <w:t>Alphanomyces invadans</w:t>
      </w:r>
    </w:p>
    <w:p>
      <w:pPr>
        <w:jc w:val="both"/>
      </w:pPr>
      <w:r>
        <w:t>Các loài cá nước ngọt khác</w:t>
      </w:r>
    </w:p>
    <w:p>
      <w:pPr>
        <w:jc w:val="both"/>
      </w:pPr>
      <w:r>
        <w:t>14.</w:t>
      </w:r>
    </w:p>
    <w:p>
      <w:pPr>
        <w:jc w:val="both"/>
      </w:pPr>
      <w:r>
        <w:t>Bệnh hoại huyết cá hồi (Infectious salmon anaemia - ISA)</w:t>
      </w:r>
    </w:p>
    <w:p>
      <w:pPr>
        <w:jc w:val="both"/>
      </w:pPr>
      <w:r>
        <w:t>Infectious salmon anaemia virus</w:t>
      </w:r>
    </w:p>
    <w:p>
      <w:pPr>
        <w:jc w:val="both"/>
      </w:pPr>
      <w:r>
        <w:t>Các loài cá hồi (Salmo spp., Onchorynchus spp., Salvelinus spp.)</w:t>
      </w:r>
    </w:p>
    <w:p>
      <w:pPr>
        <w:jc w:val="both"/>
      </w:pPr>
      <w:r>
        <w:t>15.</w:t>
      </w:r>
    </w:p>
    <w:p>
      <w:pPr>
        <w:jc w:val="both"/>
      </w:pPr>
      <w:r>
        <w:t>Bệnh tuyến tụy do salmonid alphavirus (Infection with salmonid alphavirus)</w:t>
      </w:r>
    </w:p>
    <w:p>
      <w:pPr>
        <w:jc w:val="both"/>
      </w:pPr>
      <w:r>
        <w:t>Alphavirus</w:t>
      </w:r>
    </w:p>
    <w:p>
      <w:pPr>
        <w:jc w:val="both"/>
      </w:pPr>
      <w:r>
        <w:t>16.</w:t>
      </w:r>
    </w:p>
    <w:p>
      <w:pPr>
        <w:jc w:val="both"/>
      </w:pPr>
      <w:r>
        <w:t>Bệnh hoại tử cơ quan tạo máu do IHNV (Infectious haematopoietic necrosis disease - IHN)</w:t>
      </w:r>
    </w:p>
    <w:p>
      <w:pPr>
        <w:jc w:val="both"/>
      </w:pPr>
      <w:r>
        <w:t>Infectious haematopoietic necrosis virus (IHNV)</w:t>
      </w:r>
    </w:p>
    <w:p>
      <w:pPr>
        <w:jc w:val="both"/>
      </w:pPr>
      <w:r>
        <w:t>17.</w:t>
      </w:r>
    </w:p>
    <w:p>
      <w:pPr>
        <w:jc w:val="both"/>
      </w:pPr>
      <w:r>
        <w:t>Bệnh hoại tử thần kinh (Viral Nervous Necrosis/Viral Encephalopathy and Retinopathy)</w:t>
      </w:r>
    </w:p>
    <w:p>
      <w:pPr>
        <w:jc w:val="both"/>
      </w:pPr>
      <w:r>
        <w:t>Betanodavirus</w:t>
      </w:r>
    </w:p>
    <w:p>
      <w:pPr>
        <w:jc w:val="both"/>
      </w:pPr>
      <w:r>
        <w:t>Cá song/cá mú ( Epinephelus spp.), Cá vược/cá chẽm ( Lates calcarifer ), Cá giò/cá bớp ( Rachycentron canadum )</w:t>
      </w:r>
    </w:p>
    <w:p>
      <w:pPr>
        <w:jc w:val="both"/>
      </w:pPr>
      <w:r>
        <w:t>18.</w:t>
      </w:r>
    </w:p>
    <w:p>
      <w:pPr>
        <w:jc w:val="both"/>
      </w:pPr>
      <w:r>
        <w:t>Bệnh do Red sea bream iridovisus</w:t>
      </w:r>
    </w:p>
    <w:p>
      <w:pPr>
        <w:jc w:val="both"/>
      </w:pPr>
      <w:r>
        <w:t>Red sea bream iridovisus (RSIV)</w:t>
      </w:r>
    </w:p>
    <w:p>
      <w:pPr>
        <w:jc w:val="both"/>
      </w:pPr>
      <w:r>
        <w:t>19.</w:t>
      </w:r>
    </w:p>
    <w:p>
      <w:pPr>
        <w:jc w:val="both"/>
      </w:pPr>
      <w:r>
        <w:t>Bệnh do vi rút herpes ở bào ngư (Infection with abalone herpesvirus - AbHV)</w:t>
      </w:r>
    </w:p>
    <w:p>
      <w:pPr>
        <w:jc w:val="both"/>
      </w:pPr>
      <w:r>
        <w:t>Herpesvirus</w:t>
      </w:r>
    </w:p>
    <w:p>
      <w:pPr>
        <w:jc w:val="both"/>
      </w:pPr>
      <w:r>
        <w:t>Các loài bào ngư đa sắc (Haliotis spp. )</w:t>
      </w:r>
    </w:p>
    <w:p>
      <w:pPr>
        <w:jc w:val="both"/>
      </w:pPr>
      <w:r>
        <w:t>20.</w:t>
      </w:r>
    </w:p>
    <w:p>
      <w:pPr>
        <w:jc w:val="both"/>
      </w:pPr>
      <w:r>
        <w:t>Bệnh do Perkinsus</w:t>
      </w:r>
    </w:p>
    <w:p>
      <w:pPr>
        <w:jc w:val="both"/>
      </w:pPr>
      <w:r>
        <w:t>P. olseni, P. marinus</w:t>
      </w:r>
    </w:p>
    <w:p>
      <w:pPr>
        <w:jc w:val="both"/>
      </w:pPr>
      <w:r>
        <w:t>Hầu, nghêu, ngao</w:t>
      </w:r>
    </w:p>
    <w:p>
      <w:pPr>
        <w:jc w:val="both"/>
      </w:pPr>
      <w:r>
        <w:t>21.</w:t>
      </w:r>
    </w:p>
    <w:p>
      <w:pPr>
        <w:jc w:val="both"/>
      </w:pPr>
      <w:r>
        <w:t>Bệnh do Batrachochytrium dendrobatidis (Infection with Batrachochytrium dendrobatidis)</w:t>
      </w:r>
    </w:p>
    <w:p>
      <w:pPr>
        <w:jc w:val="both"/>
      </w:pPr>
      <w:r>
        <w:t>Batrachochytrium dendrobatidis</w:t>
      </w:r>
    </w:p>
    <w:p>
      <w:pPr>
        <w:jc w:val="both"/>
      </w:pPr>
      <w:r>
        <w:t>Các loài ếch</w:t>
      </w:r>
    </w:p>
    <w:p>
      <w:pPr>
        <w:jc w:val="both"/>
      </w:pPr>
      <w:r>
        <w:t>22.</w:t>
      </w:r>
    </w:p>
    <w:p>
      <w:pPr>
        <w:jc w:val="both"/>
      </w:pPr>
      <w:r>
        <w:t>Đốm trắng (White Spot Disease)</w:t>
      </w:r>
    </w:p>
    <w:p>
      <w:pPr>
        <w:jc w:val="both"/>
      </w:pPr>
      <w:r>
        <w:t>White spot syndrome virus (WSSV)</w:t>
      </w:r>
    </w:p>
    <w:p>
      <w:pPr>
        <w:jc w:val="both"/>
      </w:pPr>
      <w:r>
        <w:t>Các loài cua</w:t>
      </w:r>
    </w:p>
    <w:p>
      <w:pPr>
        <w:jc w:val="both"/>
      </w:pPr>
      <w:r>
        <w:t>II. Tần suất lấy mẫu, số lượng mẫu</w:t>
      </w:r>
    </w:p>
    <w:p>
      <w:pPr>
        <w:jc w:val="both"/>
      </w:pPr>
      <w:r>
        <w:t>1. Tần suất lấy mẫu:</w:t>
      </w:r>
    </w:p>
    <w:p>
      <w:pPr>
        <w:jc w:val="both"/>
      </w:pPr>
      <w:r>
        <w:t>Lấy mẫu của 03 (ba) lô hàng liên tiếp để xét nghiệm và áp dụng như sau:</w:t>
      </w:r>
    </w:p>
    <w:p>
      <w:pPr>
        <w:jc w:val="both"/>
      </w:pPr>
      <w:r>
        <w:t>a) Nếu kết quả xét nghiệm của 03 (ba) lô hàng liên tiếp đạt yêu cầu, cứ 05 (năm) lô hàng tiếp theo chỉ lấy mẫu ngẫu nhiên của 01 (một) lô hàng để xét nghiệm; trường hợp lô hàng được lựa chọn kiểm tra có kết quả xét nghiệm không đạt yêu cầu, lấy mẫu của 03 (ba) lô hàng liên tiếp để xét nghiệm;</w:t>
      </w:r>
    </w:p>
    <w:p>
      <w:pPr>
        <w:jc w:val="both"/>
      </w:pPr>
      <w:r>
        <w:t>b) Nếu kết quả xét nghiệm của 01 (một) lô hàng không đạt yêu cầu, tiếp tục lấy mẫu của 03 (ba) lô hàng liên tiếp để xét nghiệm.</w:t>
      </w:r>
    </w:p>
    <w:p>
      <w:pPr>
        <w:jc w:val="both"/>
      </w:pPr>
      <w:r>
        <w:t>2. Số lượng mẫu và mẫu xét nghiệm:</w:t>
      </w:r>
    </w:p>
    <w:p>
      <w:pPr>
        <w:jc w:val="both"/>
      </w:pPr>
      <w:r>
        <w:t>a) Lô hàng có một mặt hàng: lấy 05 (năm) mẫu và gộp thành 01 (một) mẫu để xét nghiệm các chỉ tiêu tác nhân gây bệnh theo quy định tại khoản 1 phần này (phần B);</w:t>
      </w:r>
    </w:p>
    <w:p>
      <w:pPr>
        <w:jc w:val="both"/>
      </w:pPr>
      <w:r>
        <w:t>b) Lô hàng có nhiều mặt hàng: lựa chọn mặt hàng có số lượng lớn hơn để lấy mẫu theo điểm a khoản này, lấy mẫu tối đa của 03 mặt hàng; trường hợp các mặt hàng của lô hàng có số lượng bằng nhau, cơ quan kiểm dịch động vật cửa khẩu lựa chọn ngẫu nhiên mặt hàng để lấy mẫu.</w:t>
      </w:r>
    </w:p>
    <w:p>
      <w:pPr>
        <w:jc w:val="both"/>
      </w:pPr>
      <w:r>
        <w:t>3. Đối với sản phẩm được lấy từ các họ/loài thủy sản không thuộc mục I phần này (phần B), thực hiện như sau:</w:t>
      </w:r>
    </w:p>
    <w:p>
      <w:pPr>
        <w:jc w:val="both"/>
      </w:pPr>
      <w:r>
        <w:t>a) Cơ quan kiểm dịch cửa khẩu kiểm tra hồ sơ kiểm dịch, thực trạng hàng hóa của 03 (ba) lô hàng liên tiếp và áp dụng như quy định tại điểm a và b khoản 1 mục này;</w:t>
      </w:r>
    </w:p>
    <w:p>
      <w:pPr>
        <w:jc w:val="both"/>
      </w:pPr>
      <w:r>
        <w:t>b) Trường hợp phát hiện lô hàng không đạt yêu cầu về ngoại quan, lấy mẫu kiểm tra các chỉ tiêu lý hóa, vi sinh vật gây hại, tác nhân gây bệnh theo các quy định, tiêu chuẩn, quy chuẩn tương ứng của Việt Nam, quy định quốc tế.</w:t>
      </w:r>
    </w:p>
    <w:p>
      <w:pPr>
        <w:jc w:val="both"/>
      </w:pPr>
      <w:r>
        <w:t>4. Đối với lô hàng không phải lấy mẫu xét nghiệm hoặc không phải kiểm tra thực trạng hàng hóa, cơ quan kiểm dịch động vật cửa khẩu chỉ kiểm tra hồ sơ. Nếu hồ sơ đạt yêu cầu, cơ quan kiểm dịch động vật cửa khẩu cấp Giấy chứng nhận kiểm dịch nhập khẩu (chủ hàng phải tự chịu trách nhiệm đối với hàng hóa nhập khẩu).</w:t>
      </w:r>
    </w:p>
    <w:p>
      <w:pPr>
        <w:jc w:val="both"/>
      </w:pPr>
      <w:r>
        <w:t>5. Khi phát hiện lô hàng không đạt yêu cầu, cơ quan kiểm dịch động vật cửa khẩu xử lý theo quy định và báo cáo về Cục Thú y.</w:t>
      </w:r>
    </w:p>
    <w:p>
      <w:pPr>
        <w:jc w:val="both"/>
      </w:pPr>
      <w:r>
        <w:t>6. Việc lấy mẫu, kiểm tra theo tần suất áp dụng trên tổng số lô hàng nhập khẩu tính từ ngày 01 tháng 01 đến hết ngày 31 tháng 12 trong cùng 01 (một) năm.”</w:t>
      </w:r>
    </w:p>
    <w:p>
      <w:pPr>
        <w:jc w:val="both"/>
      </w:pPr>
      <w:r>
        <w:t>d) Bổ sung phần C vào sau phần B như sau:</w:t>
      </w:r>
    </w:p>
    <w:p>
      <w:pPr>
        <w:jc w:val="both"/>
      </w:pPr>
      <w:r>
        <w:t>“ C . Căn cứ vào tình hình dịch bệnh của nước xuất khẩu, Cục Thú y hướng dẫn chỉ tiêu bệnh cần xét nghiệm được quy định tại phần A , phần B Phụ lục này.</w:t>
      </w:r>
    </w:p>
    <w:p>
      <w:pPr>
        <w:jc w:val="both"/>
      </w:pPr>
      <w:r>
        <w:t>Trường hợp phát hiện bệnh mới chưa được quy định tại phần A , phần B Phụ lục này, Cục Thú y báo cáo Bộ Nông nghiệp và Phát triển nông thôn xem xét, quyết định chỉ tiêu kiểm dịch.”</w:t>
      </w:r>
    </w:p>
    <w:p>
      <w:pPr>
        <w:jc w:val="both"/>
      </w:pPr>
      <w:r>
        <w:t>3. Thay thế Mẫu 03 TS Phụ lục V (Đơn khai báo kiểm dịch động vật, sản phẩm động vật thủy sản xuất khẩu, nhập khẩu) bằng Mẫu 03 TS (Đơn khai báo kiểm dịch động vật, sản phẩm động vật thủy sản xuất khẩu, nhập khẩu) tại Phụ lục ban hành kèm theo Thông tư này.</w:t>
      </w:r>
    </w:p>
    <w:p>
      <w:pPr>
        <w:jc w:val="both"/>
      </w:pPr>
      <w:r>
        <w:t>4. Bổ sung khoản 26, khoản 27 vào sau khoản 25 mục I Phụ lục V như sau: “26. Quyết định xử lý vệ sinh thú y đối với động vật/sản phẩm động vật thủy sản không bảo đảm yêu cầu vệ sinh thú y - Mẫu 26 TS; 27. Biên bản xử lý vệ sinh thú y hàng động vật, sản phẩm động vật thủy sản - Mẫu 27 TS.”</w:t>
      </w:r>
    </w:p>
    <w:p>
      <w:pPr>
        <w:jc w:val="both"/>
      </w:pPr>
      <w:r>
        <w:t>5. Bổ sung Mẫu 26 TS - Quyết định xử lý vệ sinh thú y đối với động vật/sản phẩm động vật thủy sản không bảo đảm yêu cầu vệ sinh thú y và Mẫu 27 TS - Biên bản xử lý vệ sinh thú y hàng động vật, sản phẩm động vật thủy sản vào sau Mẫu 25 TS của Phụ lục V (tại Phụ lục ban hành kèm theo Thông tư này).</w:t>
      </w:r>
    </w:p>
    <w:p>
      <w:pPr>
        <w:jc w:val="both"/>
      </w:pPr>
      <w:r>
        <w:t>6. Bổ sung Phụ lục VII: Quy trình kiểm tra, lấy mẫu kiểm dịch lô hàng sản phẩm động vật thủy sản vào sau Phụ lục VI tại Phụ lục ban hành kèm theo Thông tư này.</w:t>
      </w:r>
    </w:p>
    <w:p>
      <w:pPr>
        <w:jc w:val="both"/>
      </w:pPr>
      <w:r>
        <w:rPr>
          <w:b/>
        </w:rPr>
        <w:t>Điều 3. Điều khoản thi hành</w:t>
      </w:r>
    </w:p>
    <w:p>
      <w:pPr>
        <w:jc w:val="both"/>
      </w:pPr>
      <w:r>
        <w:t>1. Thông tư này có hiệu lực thi hành kể từ ngày 11 tháng 9 năm 2022.</w:t>
      </w:r>
    </w:p>
    <w:p>
      <w:pPr>
        <w:jc w:val="both"/>
      </w:pPr>
      <w:r>
        <w:t>2. Hồ sơ đăng ký, khai báo kiểm dịch động vật, sản phẩm động vật thủy sản đã nộp trước ngày Thông tư này có hiệu lực thì thực hiện theo quy định của pháp luật tại thời điểm nộp hồ sơ.</w:t>
      </w:r>
    </w:p>
    <w:p>
      <w:pPr>
        <w:jc w:val="both"/>
      </w:pPr>
      <w:r>
        <w:t>3. Thông tư này bãi bỏ:</w:t>
      </w:r>
    </w:p>
    <w:p>
      <w:pPr>
        <w:jc w:val="both"/>
      </w:pPr>
      <w:r>
        <w:t>a) Thông tư số 11/2019/TT-BNNPTNT ngày 22/10/2019 của Bộ trưởng Bộ Nông nghiệp và Phát triển nông thôn sửa đổi, bổ sung một số điều của Thông tư số 36/2018/TT-BNNPTNT ngày 25/12/2018 của Bộ trưởng Bộ Nông nghiệp và Phát triển nông thôn sửa đổi, bổ sung một số điều của Thông tư số 26/2016/TT-BNNPTNT ngày 30/6/2016 của Bộ trưởng Bộ Nông nghiệp và Phát triển nông thôn quy định về kiểm dịch động vật, sản phẩm động vật thủy sản;</w:t>
      </w:r>
    </w:p>
    <w:p>
      <w:pPr>
        <w:jc w:val="both"/>
      </w:pPr>
      <w:r>
        <w:t>b) Khoản 4 Điều 9, điểm b khoản 2 Điều 12 Thông tư số 21/2018/TT-BNNPTNT của Bộ trưởng Bộ Nông nghiệp và Phát triển nông thôn quy định ghi, nộp báo cáo, nhật ký khai thác thủy sản; công bố cảng cá chỉ định xác nhận nguồn gốc thủy sản từ khai thác; danh sách tàu cá khai thác thủy sản bất hợp pháp; xác nhận nguyên liệu, chứng nhận nguồn gốc thủy sản khai thác.</w:t>
      </w:r>
    </w:p>
    <w:p>
      <w:pPr>
        <w:jc w:val="both"/>
      </w:pPr>
      <w:r>
        <w:t>4. Cục trưởng Cục Thú y và Thủ trưởng các đơn vị, tổ chức, cá nhân có liên quan chịu trách nhiệm thi hành Thông tư này.</w:t>
      </w:r>
    </w:p>
    <w:p>
      <w:pPr>
        <w:jc w:val="both"/>
      </w:pPr>
      <w:r>
        <w:t>Trong quá trình thực hiện, nếu có khó khăn, vướng mắc, đề nghị cơ quan, tổ chức, cá nhân phản ánh về Bộ Nông nghiệp và Phát triển nông thôn để xem xét, quyết định./.</w:t>
      </w:r>
    </w:p>
    <w:p>
      <w:pPr>
        <w:jc w:val="both"/>
      </w:pPr>
      <w:r>
        <w:t>Nơi nhận:</w:t>
      </w:r>
    </w:p>
    <w:p>
      <w:pPr>
        <w:jc w:val="both"/>
      </w:pPr>
      <w:r>
        <w:t>- Thủ tướng Chính phủ;</w:t>
      </w:r>
    </w:p>
    <w:p>
      <w:pPr>
        <w:jc w:val="both"/>
      </w:pPr>
      <w:r>
        <w:t>- Các Phó Thủ tướng Chính phủ;</w:t>
      </w:r>
    </w:p>
    <w:p>
      <w:pPr>
        <w:jc w:val="both"/>
      </w:pPr>
      <w:r>
        <w:t>- Văn phòng Chính phủ;</w:t>
      </w:r>
    </w:p>
    <w:p>
      <w:pPr>
        <w:jc w:val="both"/>
      </w:pPr>
      <w:r>
        <w:t>- Lãnh đạo Bộ Nông nghiệp và PTNT;</w:t>
      </w:r>
    </w:p>
    <w:p>
      <w:pPr>
        <w:jc w:val="both"/>
      </w:pPr>
      <w:r>
        <w:t>- Công báo Chính phủ, Cổng TTĐT Chính phủ;</w:t>
      </w:r>
    </w:p>
    <w:p>
      <w:pPr>
        <w:jc w:val="both"/>
      </w:pPr>
      <w:r>
        <w:t>- Các Bộ, Cơ quan ngang Bộ;</w:t>
      </w:r>
    </w:p>
    <w:p>
      <w:pPr>
        <w:jc w:val="both"/>
      </w:pPr>
      <w:r>
        <w:t>- Cục Kiểm tra Văn bản QPPL - Bộ Tư pháp;</w:t>
      </w:r>
    </w:p>
    <w:p>
      <w:pPr>
        <w:jc w:val="both"/>
      </w:pPr>
      <w:r>
        <w:t>- UBND các tỉnh, thành phố trực thuộc TƯ;</w:t>
      </w:r>
    </w:p>
    <w:p>
      <w:pPr>
        <w:jc w:val="both"/>
      </w:pPr>
      <w:r>
        <w:t>- Các đơn vị thuộc Bộ Nông nghiệp và PTNT;</w:t>
      </w:r>
    </w:p>
    <w:p>
      <w:pPr>
        <w:jc w:val="both"/>
      </w:pPr>
      <w:r>
        <w:t>- Cục Thú y, các đơn vị thuộc Cục Thú y;</w:t>
      </w:r>
    </w:p>
    <w:p>
      <w:pPr>
        <w:jc w:val="both"/>
      </w:pPr>
      <w:r>
        <w:t>- Sở Nông nghiệp và PTNT các tỉnh, TP trực thuộc TƯ;</w:t>
      </w:r>
    </w:p>
    <w:p>
      <w:pPr>
        <w:jc w:val="both"/>
      </w:pPr>
      <w:r>
        <w:t>- Chi cục có chức năng quản lý chuyên ngành thú y cấp tỉnh;</w:t>
      </w:r>
    </w:p>
    <w:p>
      <w:pPr>
        <w:jc w:val="both"/>
      </w:pPr>
      <w:r>
        <w:t>- Lưu: VT, TY.</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legal.giangpham.asia/van-ban/155158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