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Số: 06/2022/TT-BGTVT</w:t>
      </w:r>
    </w:p>
    <w:p>
      <w:pPr>
        <w:jc w:val="both"/>
      </w:pPr>
      <w:r>
        <w:t>CỘNG HOÀ XÃ HỘI CHỦ NGHĨA VIỆT NAM</w:t>
      </w:r>
    </w:p>
    <w:p>
      <w:pPr>
        <w:jc w:val="both"/>
      </w:pPr>
      <w:r>
        <w:t>Độc lập - Tự do - Hạnh phúc</w:t>
      </w:r>
    </w:p>
    <w:p>
      <w:pPr>
        <w:jc w:val="both"/>
      </w:pPr>
      <w:r>
        <w:t>Hà Nội, ngày 27 tháng 05 năm 2022</w:t>
      </w:r>
    </w:p>
    <w:p>
      <w:pPr>
        <w:jc w:val="center"/>
      </w:pPr>
      <w:r>
        <w:rPr>
          <w:b/>
        </w:rPr>
        <w:t>THÔNG TƯ</w:t>
      </w:r>
    </w:p>
    <w:p>
      <w:pPr>
        <w:jc w:val="both"/>
      </w:pPr>
      <w:r>
        <w:t>Sửa đổi, bổ sung một số điều của Thông tư số 36/2015/TT-BGTVT</w:t>
      </w:r>
    </w:p>
    <w:p>
      <w:pPr>
        <w:jc w:val="both"/>
      </w:pPr>
      <w:r>
        <w:t>ngày 24 tháng 7 năm 2015 của Bộ trưởng Bộ Giao thông vận tải về quản lý</w:t>
      </w:r>
    </w:p>
    <w:p>
      <w:pPr>
        <w:jc w:val="both"/>
      </w:pPr>
      <w:r>
        <w:t>giá dịch vụ vận chuyển hàng không nội địa và giá dịch vụ</w:t>
      </w:r>
    </w:p>
    <w:p>
      <w:pPr>
        <w:jc w:val="both"/>
      </w:pPr>
      <w:r>
        <w:t>chuyên ngành hàng không</w:t>
      </w:r>
    </w:p>
    <w:p>
      <w:pPr>
        <w:jc w:val="both"/>
      </w:pPr>
      <w:r>
        <w:t>Căn cứ Luật Hàng không dân dụng Việt Nam số 66/2006/QH11 ngày 29 tháng 6 năm 2006 và Luật Sửa đổi, bổ sung một số điều của Luật Hàng không dân dụng Việt Nam số 61/2014/QH13 ngày 21 tháng 11 năm 2014;</w:t>
      </w:r>
    </w:p>
    <w:p>
      <w:pPr>
        <w:jc w:val="both"/>
      </w:pPr>
      <w:r>
        <w:t>Căn cứ Luật giá số 11/2012/QH13 ngày 20 tháng 6 năm 2012;</w:t>
      </w:r>
    </w:p>
    <w:p>
      <w:pPr>
        <w:jc w:val="both"/>
      </w:pPr>
      <w:r>
        <w:t>Căn cứ Nghị định số 177/2013/NĐ-CP ngày 14 tháng 11 năm 2013 của Chính phủ quy định chi tiết và hướng dẫn thi hành một số điều của Luật Giá và Nghị định số 149/2016/NĐ-CP ngày 11 tháng 11 năm 2016 của Chính phủ sửa đổi, bổ sung một số điều của Nghị định số 177/2013/NĐ-CP ngày 14 tháng 11 năm 2013 của Chính phủ quy định chi tiết và hướng dẫn thi hành một số điều của Luật Giá;</w:t>
      </w:r>
    </w:p>
    <w:p>
      <w:pPr>
        <w:jc w:val="both"/>
      </w:pPr>
      <w:r>
        <w:t>Căn cứ Nghị định số 05/2021/NĐ-CP ngày 25 tháng 01 năm 2021 của Chính phủ về quản lý, khai thác cảng hàng không, sân bay;</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sửa đổi, bổ sung một số điều của Thông tư số 36/2015/TT-BGTVT ngày 24 tháng 7 năm 2015 của Bộ trưởng Bộ Giao thông vận tải về quản lý giá dịch vụ vận chuyển hàng không nội địa và giá dịch vụ chuyên ngành hàng không.</w:t>
      </w:r>
    </w:p>
    <w:p>
      <w:pPr>
        <w:jc w:val="both"/>
      </w:pPr>
      <w:r>
        <w:rPr>
          <w:b/>
        </w:rPr>
        <w:t>Điều 1. Sửa đổi, bổ sung một số điều của Thông tư số 36/2015/TT-BGTVT ngày 24 tháng 7 năm 2015 của Bộ trưởng Bộ Giao thông vận tải về quản lý giá dịch vụ vận chuyển hàng không nội địa và giá dịch vụ chuyên ngành hàng không (sau đây gọi tắt là Thông tư số 36/2015/TT-BGTVT).</w:t>
      </w:r>
    </w:p>
    <w:p>
      <w:pPr>
        <w:jc w:val="both"/>
      </w:pPr>
      <w:r>
        <w:t>1. Bổ sung điểm i khoản 3 Điều 5 như sau:</w:t>
      </w:r>
    </w:p>
    <w:p>
      <w:pPr>
        <w:jc w:val="both"/>
      </w:pPr>
      <w:r>
        <w:t>“i) Nhượng quyền khai thác dịch vụ hàng không, bao gồm các dịch vụ nhượng quyền: nhà ga hành khách; nhà ga, kho hàng hóa; phục vụ kỹ thuật thương mại mặt đất; sửa chữa, bảo dưỡng phương tiện, trang thiết bị hàng không; kỹ thuật hàng không; cung cấp suất ăn hàng không; cung cấp xăng dầu hàng không.”.</w:t>
      </w:r>
    </w:p>
    <w:p>
      <w:pPr>
        <w:jc w:val="both"/>
      </w:pPr>
      <w:r>
        <w:t>2. Sửa đổi, bổ sung Điều 8 như sau:</w:t>
      </w:r>
    </w:p>
    <w:p>
      <w:pPr>
        <w:jc w:val="both"/>
      </w:pPr>
      <w:r>
        <w:t>“ Điều 8. Thực hiện kê khai giá</w:t>
      </w:r>
    </w:p>
    <w:p>
      <w:pPr>
        <w:jc w:val="both"/>
      </w:pPr>
      <w:r>
        <w:t>Tổ chức, cá nhân cung ứng dịch vụ thuộc danh mục quy định tại Điều 7 Thông tư này có trách nhiệm thực hiện việc kê khai giá.</w:t>
      </w:r>
    </w:p>
    <w:p>
      <w:pPr>
        <w:jc w:val="both"/>
      </w:pPr>
      <w:r>
        <w:t>Cục Hàng không Việt Nam có trách nhiệm tiếp nhận văn bản kê khai giá dịch vụ của các tổ chức, cá nhân cung ứng dịch vụ quy định tại khoản 1 Điều này.</w:t>
      </w:r>
    </w:p>
    <w:p>
      <w:pPr>
        <w:jc w:val="both"/>
      </w:pPr>
      <w:r>
        <w:t>Cách thức thực hiện và tiếp nhận kê khai giá thực hiện theo quy định tại Thông tư số 56/2014/TT-BTC ngày 28 tháng 4 năm 2014 của Bộ trưởng Bộ Tài chính hướng dẫn thực hiện Nghị định số 177/2013/NĐ-CP ngày 14 tháng 11 năm 2013 của Chính phủ quy định chi tiết và hướng dẫn thi hành một số điều của Luật Giá; Thông tư số 233/2016/TT-BTC ngày 11 tháng 11 năm 2016 của Bộ trưởng Bộ Tài chính sửa đổi, bổ sung một số điều của Thông tư số 56/2014/TT-BTC ngày 28 tháng 4 năm 2014 của Bộ trưởng Bộ Tài chính hướng dẫn thực hiện Nghị định số 177/2013/NĐ-CP ngày 14 tháng 11 năm 2013 của Chính phủ quy định chi tiết và hướng dẫn thi hành một số điều của Luật Giá.”.</w:t>
      </w:r>
    </w:p>
    <w:p>
      <w:pPr>
        <w:jc w:val="both"/>
      </w:pPr>
      <w:r>
        <w:t>3. Sửa đổi tên Mục 3 Chương II như sau: “ NIÊM YẾT, CÔNG BỐ CÔNG KHAI GIÁ” .</w:t>
      </w:r>
    </w:p>
    <w:p>
      <w:pPr>
        <w:jc w:val="both"/>
      </w:pPr>
      <w:r>
        <w:rPr>
          <w:b/>
        </w:rPr>
        <w:t>Điều 2. Thay thế, bãi bỏ một số điểm, khoản, điều, Phụ lục của Thông tư số 36/2015/TT-BGTVT</w:t>
      </w:r>
    </w:p>
    <w:p>
      <w:pPr>
        <w:jc w:val="both"/>
      </w:pPr>
      <w:r>
        <w:t>1. Bãi bỏ Điều 9, Điều 10 và khoản 2 Điều 16.</w:t>
      </w:r>
    </w:p>
    <w:p>
      <w:pPr>
        <w:jc w:val="both"/>
      </w:pPr>
      <w:r>
        <w:t>2. Bãi bỏ Phụ lục 2.</w:t>
      </w:r>
    </w:p>
    <w:p>
      <w:pPr>
        <w:jc w:val="both"/>
      </w:pPr>
      <w:r>
        <w:rPr>
          <w:b/>
        </w:rPr>
        <w:t>Điều 3. Điều khoản thi hành</w:t>
      </w:r>
    </w:p>
    <w:p>
      <w:pPr>
        <w:jc w:val="both"/>
      </w:pPr>
      <w:r>
        <w:t>1. Thông tư này có hiệu lực kể từ ngày 15 tháng 7 năm 2022.</w:t>
      </w:r>
    </w:p>
    <w:p>
      <w:pPr>
        <w:jc w:val="both"/>
      </w:pPr>
      <w:r>
        <w:t>2. Bãi bỏ Thông tư số 07/2017/TT-BGTVT ngày 14 tháng 3 năm 2017 của Bộ trưởng Bộ Giao thông vận tải sửa đổi, bổ sung một số điều của Thông tư số 36/2015/TT-BGTVT ngày 24 tháng 7 năm 2015 của Bộ trưởng Bộ Giao thông vận tải về quản lý giá dịch vụ vận chuyển hàng không nội địa và giá dịch vụ chuyên ngành hàng không.</w:t>
      </w:r>
    </w:p>
    <w:p>
      <w:pPr>
        <w:jc w:val="both"/>
      </w:pPr>
      <w:r>
        <w:t>3. Trường hợp các văn bản quy phạm pháp luật được dẫn chiếu trong Thông tư này có sửa đổi, bổ sung hoặc thay thế thì áp dụng theo các văn bản quy phạm pháp luật đã được sửa đổi, bổ sung hoặc thay thế.</w:t>
      </w:r>
    </w:p>
    <w:p>
      <w:pPr>
        <w:jc w:val="both"/>
      </w:pPr>
      <w:r>
        <w:t>4. Chánh Văn phòng, Chánh Thanh tra, các Vụ trưởng, Cục trưởng Cục Hàng không Việt Nam, Thủ trưởng các cơ quan, tổ chức và cá nhân liên quan chịu trách nhiệm thi hành Thông tư này./.</w:t>
      </w:r>
    </w:p>
    <w:p>
      <w:pPr>
        <w:jc w:val="both"/>
      </w:pPr>
      <w:r>
        <w:t>Nơi nhận:</w:t>
      </w:r>
    </w:p>
    <w:p>
      <w:pPr>
        <w:jc w:val="both"/>
      </w:pPr>
      <w:r>
        <w:t>- Văn phòng Chính phủ;</w:t>
      </w:r>
    </w:p>
    <w:p>
      <w:pPr>
        <w:jc w:val="both"/>
      </w:pPr>
      <w:r>
        <w:t>- Các Bộ, cơ quan ngang Bộ, cơ quan thuộc Chính phủ;</w:t>
      </w:r>
    </w:p>
    <w:p>
      <w:pPr>
        <w:jc w:val="both"/>
      </w:pPr>
      <w:r>
        <w:t>- UBND các tỉnh, thành phố trực thuộc Trung ương;</w:t>
      </w:r>
    </w:p>
    <w:p>
      <w:pPr>
        <w:jc w:val="both"/>
      </w:pPr>
      <w:r>
        <w:t>- Bộ trưởng (để báo cáo);</w:t>
      </w:r>
    </w:p>
    <w:p>
      <w:pPr>
        <w:jc w:val="both"/>
      </w:pPr>
      <w:r>
        <w:t>- Các Thứ trưởng Bộ GTVT;</w:t>
      </w:r>
    </w:p>
    <w:p>
      <w:pPr>
        <w:jc w:val="both"/>
      </w:pPr>
      <w:r>
        <w:t>- Cục Kiểm tra văn bản (Bộ Tư pháp);</w:t>
      </w:r>
    </w:p>
    <w:p>
      <w:pPr>
        <w:jc w:val="both"/>
      </w:pPr>
      <w:r>
        <w:t>- Công báo, Cổng Thông tin điện tử Chính phủ;</w:t>
      </w:r>
    </w:p>
    <w:p>
      <w:pPr>
        <w:jc w:val="both"/>
      </w:pPr>
      <w:r>
        <w:t>- Báo Giao thông, Tạp chí GTVT;</w:t>
      </w:r>
    </w:p>
    <w:p>
      <w:pPr>
        <w:jc w:val="both"/>
      </w:pPr>
      <w:r>
        <w:t>- Cổng Thông tin điện tử Bộ GTVT;</w:t>
      </w:r>
    </w:p>
    <w:p>
      <w:pPr>
        <w:jc w:val="both"/>
      </w:pPr>
      <w:r>
        <w:t>- Tổng công ty Quản lý bay Việt Nam;</w:t>
      </w:r>
    </w:p>
    <w:p>
      <w:pPr>
        <w:jc w:val="both"/>
      </w:pPr>
      <w:r>
        <w:t>- Tổng công ty Cảng hàng không Việt Nam-CTCP;</w:t>
      </w:r>
    </w:p>
    <w:p>
      <w:pPr>
        <w:jc w:val="both"/>
      </w:pPr>
      <w:r>
        <w:t>- Cảng hàng không quốc tế Vân Đồn;</w:t>
      </w:r>
    </w:p>
    <w:p>
      <w:pPr>
        <w:jc w:val="both"/>
      </w:pPr>
      <w:r>
        <w:t>- Các hãng hàng không Việt Nam;</w:t>
      </w:r>
    </w:p>
    <w:p>
      <w:pPr>
        <w:jc w:val="both"/>
      </w:pPr>
      <w:r>
        <w:t>- Lưu: VT, VTải (B5)</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legal.giangpham.asia/van-ban/154912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