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10/2022/TT-BGTVT</w:t>
      </w:r>
    </w:p>
    <w:p>
      <w:pPr>
        <w:jc w:val="both"/>
      </w:pPr>
      <w:r>
        <w:t>Hà Nội, ngày 23 tháng 06 năm 2022</w:t>
      </w:r>
    </w:p>
    <w:p>
      <w:pPr>
        <w:jc w:val="center"/>
      </w:pPr>
      <w:r>
        <w:rPr>
          <w:b/>
        </w:rPr>
        <w:t>THÔNG TƯ</w:t>
      </w:r>
    </w:p>
    <w:p>
      <w:pPr>
        <w:jc w:val="both"/>
      </w:pPr>
      <w:r>
        <w:t>Sửa đổi, bổ sung một số điều của Thông tư số 29/2018/TT-BGTVT ngày 14 tháng 5 năm 2018 của Bộ trưởng Bộ Giao thông vận tải quy định về việc kiểm tra chất lượng, an toàn kỹ thuật và bảo vệ môi trường phương tiện giao thông đường sắt</w:t>
      </w:r>
    </w:p>
    <w:p>
      <w:pPr>
        <w:jc w:val="both"/>
      </w:pPr>
      <w:r>
        <w:t>___________</w:t>
      </w:r>
    </w:p>
    <w:p>
      <w:pPr>
        <w:jc w:val="both"/>
      </w:pPr>
      <w:r>
        <w:t>Căn cứ Luật Đường sắt ngày 16 tháng 6 năm 2017;</w:t>
      </w:r>
    </w:p>
    <w:p>
      <w:pPr>
        <w:jc w:val="both"/>
      </w:pPr>
      <w:r>
        <w:t>Căn cứ Nghị định số 12/2017/NĐ-CP ngày 10 tháng 02 năm 2017 của Chính phủ quy định chức năng, nhiệm vụ, quyền hạn và cơ cấu tổ chức của Bộ Giao thông vận tải;</w:t>
      </w:r>
    </w:p>
    <w:p>
      <w:pPr>
        <w:jc w:val="both"/>
      </w:pPr>
      <w:r>
        <w:t>Theo đề nghị của Vụ trưởng Vụ Khoa học - Công nghệ và Cục trưởng Cục Đăng kiểm Việt Nam;</w:t>
      </w:r>
    </w:p>
    <w:p>
      <w:pPr>
        <w:jc w:val="both"/>
      </w:pPr>
      <w:r>
        <w:t>Bộ trưởng Bộ Giao thông vận tải ban hành Thông tư sửa đổi, bổ sung một số điều của Thông tư số 29/2018/TT-BGTVT ngày 14 tháng 5 năm 2018 của Bộ trưởng Bộ Giao thông vận tải quy định về việc kiểm tra chất lượng, an toàn kỹ thuật và bảo vệ môi trường phương tiện giao thông đường sắt.</w:t>
      </w:r>
    </w:p>
    <w:p>
      <w:pPr>
        <w:jc w:val="both"/>
      </w:pPr>
      <w:r>
        <w:rPr>
          <w:b/>
        </w:rPr>
        <w:t>Điều 1. Sửa đổi, bổ sung Khoản 2 Điều 5 của Thông tư số 29/2018/TT-BGTVT ngày 14 tháng 5 năm 2018 của Bộ trưởng Bộ Giao thông vận tải quy định về việc kiểm tra chất lượng, an toàn kỹ thuật và bảo vệ môi trường phương tiện giao thông đường sắt</w:t>
      </w:r>
    </w:p>
    <w:p>
      <w:pPr>
        <w:jc w:val="both"/>
      </w:pPr>
      <w:r>
        <w:t>"2. Hồ sơ thiết kế bao gồm:</w:t>
      </w:r>
    </w:p>
    <w:p>
      <w:pPr>
        <w:jc w:val="both"/>
      </w:pPr>
      <w:r>
        <w:t>a) Đối với phương tiện sản xuất, lắp ráp mới:</w:t>
      </w:r>
    </w:p>
    <w:p>
      <w:pPr>
        <w:jc w:val="both"/>
      </w:pPr>
      <w:r>
        <w:t>Bản vẽ kỹ thuật: bản vẽ tổng thể của phương tiện, tổng thành, thiết bị; bản vẽ lắp đặt của tổng thành, thiết bị, hệ thống trên phương tiện;</w:t>
      </w:r>
    </w:p>
    <w:p>
      <w:pPr>
        <w:jc w:val="both"/>
      </w:pPr>
      <w:r>
        <w:t>Bản thuyết minh, tính toán: thuyết minh đặc tính kỹ thuật cơ bản của phương tiện; thuyết minh, tính toán kiểm nghiệm động lực học: tính êm dịu vận hành, tính an toàn chống lật và chống trật bánh; thuyết minh, tính toán kiểm nghiệm sức kéo (áp dụng đối với đầu máy); thuyết minh, tính toán kiểm nghiệm sức bền của khung giá chuyển hướng, bộ trục bánh xe, bệ xe, thân xe; thuyết minh, tính toán kiểm nghiệm hệ thống hãm.</w:t>
      </w:r>
    </w:p>
    <w:p>
      <w:pPr>
        <w:jc w:val="both"/>
      </w:pPr>
      <w:r>
        <w:t>b) Đối với tổng thành, thiết bị, linh kiện sản xuất, lắp ráp mới: bản vẽ tổng thể của tổng thành, thiết bị, linh kiện; bản thuyết minh đặc tính kỹ thuật của tổng thành, thiết bị, linh kiện; tính toán kiểm nghiệm sức bền đối với thân xe, khung giá chuyển hướng, bộ trục bánh xe, bộ móc nối đỡ đấm."</w:t>
      </w:r>
    </w:p>
    <w:p>
      <w:pPr>
        <w:jc w:val="both"/>
      </w:pPr>
      <w:r>
        <w:rPr>
          <w:b/>
        </w:rPr>
        <w:t>Điều 2. Bãi bỏ một số điểm của Thông tư số 29/2018/TT-BGTVT ngày 14 tháng 5 năm 2018 của Bộ trưởng Bộ Giao thông vận tải quy định về việc kiểm tra chất lượng, an toàn kỹ thuật và bảo vệ môi trường phương tiện giao thông đường sắt</w:t>
      </w:r>
    </w:p>
    <w:p>
      <w:pPr>
        <w:jc w:val="both"/>
      </w:pPr>
      <w:r>
        <w:t>1. Bãi bỏ Điểm c Khoản 3 Điều 5.</w:t>
      </w:r>
    </w:p>
    <w:p>
      <w:pPr>
        <w:jc w:val="both"/>
      </w:pPr>
      <w:r>
        <w:t>2. Bãi bỏ Điểm c Khoản 2 Điều 7 (đã được sửa đổi tại khoản 3 Điều 1 của Thông tư số 32/2020/T-BGTVT ngày 14 tháng 12 năm 2020 của Bộ trưởng Bộ Giao thông vận tải sửa đổi, bổ sung một số điều của Thông tư số 29/2018/TT-BGTVT ngày 14 tháng 5 năm 2018 của Bộ trưởng Bộ Giao thông vận tải quy định về việc kiểm tra chất lượng, an toàn kỹ thuật và bảo vệ môi trường phương tiện giao thông đường sắt và Thông tư số 31/2018/TT-BGTVT ngày 15 tháng 5 năm 2018 của Bộ trưởng Bộ Giao thông vận tải quy định về thực hiện đánh giá, chứng nhận an toàn hệ thống đối với đường sắt đô thị).</w:t>
      </w:r>
    </w:p>
    <w:p>
      <w:pPr>
        <w:jc w:val="both"/>
      </w:pPr>
      <w:r>
        <w:rPr>
          <w:b/>
        </w:rPr>
        <w:t>Điều 3. Hiệu lực thi hành</w:t>
      </w:r>
    </w:p>
    <w:p>
      <w:pPr>
        <w:jc w:val="both"/>
      </w:pPr>
      <w:r>
        <w:t>Thông tư này có hiệu lực thi hành kể từ ngày 01 tháng 7 năm 2022.</w:t>
      </w:r>
    </w:p>
    <w:p>
      <w:pPr>
        <w:jc w:val="both"/>
      </w:pPr>
      <w:r>
        <w:rPr>
          <w:b/>
        </w:rPr>
        <w:t>Điều 4. Tổ chức thực hiện</w:t>
      </w:r>
    </w:p>
    <w:p>
      <w:pPr>
        <w:jc w:val="both"/>
      </w:pPr>
      <w:r>
        <w:t>Chánh Văn phòng Bộ, Chánh Thanh tra Bộ, Vụ trưởng các Vụ, Cục trưởng các Cục: Đường sắt Việt Nam, Đăng kiểm Việt Nam, Giám đốc Sở Giao thông vận tải các tỉnh, thành phố trực thuộc Trung ương, Giám đốc Sở Giao thông - Xây dựng Lào Cai, Thủ trưởng các cơ quan, đơn vị và cá nhân có liên quan chịu trách nhiệm thi hành Thông tư này./.</w:t>
      </w:r>
    </w:p>
    <w:p>
      <w:pPr>
        <w:jc w:val="both"/>
      </w:pPr>
      <w:r>
        <w:t>KT. BỘ TRƯỞNG</w:t>
      </w:r>
    </w:p>
    <w:p>
      <w:pPr>
        <w:jc w:val="both"/>
      </w:pPr>
      <w:r>
        <w:t>THỨ TRƯỞNG</w:t>
      </w:r>
    </w:p>
    <w:p>
      <w:pPr>
        <w:jc w:val="both"/>
      </w:pPr>
      <w:r>
        <w:t>(Đã ký)</w:t>
      </w:r>
    </w:p>
    <w:p>
      <w:pPr>
        <w:jc w:val="both"/>
      </w:pPr>
      <w:r>
        <w:t>Nguyễn Ngọc Đông</w:t>
      </w:r>
    </w:p>
    <w:p>
      <w:r>
        <w:rPr>
          <w:i/>
        </w:rPr>
        <w:t>Nguồn: Cơ sở dữ liệu quốc gia về văn bản pháp luật (Bộ Tư pháp). VietSmart Legal, legal.giangpham.asia/van-ban/154520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