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Nghị định</w:t>
      </w:r>
    </w:p>
    <w:p>
      <w:pPr>
        <w:jc w:val="both"/>
      </w:pPr>
      <w:r>
        <w:t>Quy định về trình tự, thủ tục cấp, cấp lại, thu hồi giấy phép vận tải đường bộ qua biên giới</w:t>
      </w:r>
    </w:p>
    <w:p>
      <w:pPr>
        <w:jc w:val="both"/>
      </w:pPr>
      <w:r>
        <w:t>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Giao thông đường bộ ngày 13 tháng 11 năm 2008;</w:t>
      </w:r>
    </w:p>
    <w:p>
      <w:pPr>
        <w:jc w:val="both"/>
      </w:pPr>
      <w:r>
        <w:t>Để thực hiện Hiệp định khung ASEAN về tạo thuận lợi cho hàng hóa quá cảnh ký ngày 16 tháng 12 năm 1998;</w:t>
      </w:r>
    </w:p>
    <w:p>
      <w:pPr>
        <w:jc w:val="both"/>
      </w:pPr>
      <w:r>
        <w:t>Để thực hiện Hiệp định khung ASEAN về tạo điều kiện thuận lợi cho vận tải liên quốc gia ký ngày 10 tháng 12 năm 2009;</w:t>
      </w:r>
    </w:p>
    <w:p>
      <w:pPr>
        <w:jc w:val="both"/>
      </w:pPr>
      <w:r>
        <w:t>Để thực hiện Hiệp định khung ASEAN về tạo thuận lợi vận tải hành khách qua biên giới bằng phương tiện giao thông đường bộ ký ngày 13 tháng 10 năm 2017;</w:t>
      </w:r>
    </w:p>
    <w:p>
      <w:pPr>
        <w:jc w:val="both"/>
      </w:pPr>
      <w:r>
        <w:t>Để thực hiện Hiệp định về tạo thuận lợi cho vận chuyển hàng hóa và người qua lại biên giới các nước Tiểu vùng Mê Công mở rộng ký ngày 26 tháng 11 năm 1999, được sửa đổi ngày 30 tháng 4 năm 2004 và các Phụ lục, Nghị định thư thực hiện Hiệp định;</w:t>
      </w:r>
    </w:p>
    <w:p>
      <w:pPr>
        <w:jc w:val="both"/>
      </w:pPr>
      <w:r>
        <w:t>Để thực hiện Hiệp định vận tải đường bộ giữa Chính phủ nước Cộng hòa xã hội chủ nghĩa Việt Nam và Chính phủ nước Cộng hòa Nhân dân Trung Hoa ký ngày 22 tháng 11 năm 1994 và Nghị định thư sửa đổi, Nghị định thư thực hiện Hiệp định;</w:t>
      </w:r>
    </w:p>
    <w:p>
      <w:pPr>
        <w:jc w:val="both"/>
      </w:pPr>
      <w:r>
        <w:t>Để thực hiện Hiệp định tạo điều kiện thuận lợi cho phương tiện cơ giới đường bộ qua lại biên giới giữa Chính phủ nước Cộng hòa xã hội chủ nghĩa Việt Nam và Chính phủ nước Cộng hòa Dân chủ Nhân dân Lào ký ngày 23 tháng 4 năm 2009 và Nghị định thư thực hiện Hiệp định;</w:t>
      </w:r>
    </w:p>
    <w:p>
      <w:pPr>
        <w:jc w:val="both"/>
      </w:pPr>
      <w:r>
        <w:t>Để thực hiện Hiệp định vận tải đường bộ giữa Chính phủ nước Cộng hòa xã hội chủ nghĩa Việt Nam và Chính phủ Hoàng gia Campuchia ký ngày 01 tháng 6 năm 1999 và Nghị định thư sửa đổi, Nghị định thư thực hiện Hiệp định;</w:t>
      </w:r>
    </w:p>
    <w:p>
      <w:pPr>
        <w:jc w:val="both"/>
      </w:pPr>
      <w:r>
        <w:t>Để thực hiện Bản ghi nhớ giữa Chính phủ các nước Vương quốc Campuchia, Cộng hòa Dân chủ Nhân dân Lào và Cộng hòa xã hội chủ nghĩa Việt Nam về vận tải đường bộ ký ngày 1 7 tháng 01 năm 2013;</w:t>
      </w:r>
    </w:p>
    <w:p>
      <w:pPr>
        <w:jc w:val="both"/>
      </w:pPr>
      <w:r>
        <w:t>Theo đề nghị của Bộ trưởng Bộ Giao thông vận tải;</w:t>
      </w:r>
    </w:p>
    <w:p>
      <w:pPr>
        <w:jc w:val="both"/>
      </w:pPr>
      <w:r>
        <w:t>Chính phủ ban hành Nghị định quy định về trình tự, thủ tục cấp, cấp lại, thu hồi giấy phép vận tải đường bộ qua biên giới.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trình tự, thủ tục cấp, cấp lại, thu hồi giấy phép vận tải đường bộ quốc tế, giấy phép liên vận cho đơn vị kinh doanh vận tải và phương tiện; gia hạn thời gian lưu hành cho phương tiện của nước ngoài tại Việt Nam tham gia vận chuyển người, hàng hóa giữa Việt Nam với các nước theo quy định của các điều ước quốc tế về vận tải đường bộ qua biên giới mà Việt Nam là thành viên.</w:t>
      </w:r>
    </w:p>
    <w:p>
      <w:pPr>
        <w:jc w:val="both"/>
      </w:pPr>
      <w:r>
        <w:rPr>
          <w:b/>
        </w:rPr>
        <w:t>Điều 2. Đối tượng áp dụng</w:t>
      </w:r>
    </w:p>
    <w:p>
      <w:pPr>
        <w:jc w:val="both"/>
      </w:pPr>
      <w:r>
        <w:t>Nghị định này áp dụng đối với cơ quan, tổ chức, cá nhân có liên quan đến hoạt động vận tải đường bộ qua biên giới giữa Việt Nam với các nước theo quy định của các điều ước quốc tế mà Việt Nam là thành viên.</w:t>
      </w:r>
    </w:p>
    <w:p>
      <w:pPr>
        <w:jc w:val="both"/>
      </w:pPr>
      <w:r>
        <w:t>Nghị định này không áp dụng đối với các đối tượng được miễn giấy phép theo quy định của các điều ước quốc tế về vận tải đường bộ qua biên giới mà Việt Nam là thành viên.</w:t>
      </w:r>
    </w:p>
    <w:p>
      <w:pPr>
        <w:jc w:val="both"/>
      </w:pPr>
      <w:r>
        <w:rPr>
          <w:b/>
        </w:rPr>
        <w:t>Điều 3. Giải thích từ ngữ</w:t>
      </w:r>
    </w:p>
    <w:p>
      <w:pPr>
        <w:jc w:val="both"/>
      </w:pPr>
      <w:r>
        <w:t>Trong Nghị định này, các từ ngữ dưới đây được hiểu như sau:</w:t>
      </w:r>
    </w:p>
    <w:p>
      <w:pPr>
        <w:jc w:val="both"/>
      </w:pPr>
      <w:r>
        <w:t>1. Đơn vị kinh doanh vận tải gồm: Doanh nghiệp, hợp tác xã kinh doanh vận tải hàng hóa, hành khách bằng xe ô tô.</w:t>
      </w:r>
    </w:p>
    <w:p>
      <w:pPr>
        <w:jc w:val="both"/>
      </w:pPr>
      <w:r>
        <w:t>2. Phương tiện gồm: Xe ô tô chở người; xe ô tô chở hàng; xe đầu kéo; rơ moóc, sơ mi rơ moóc được kéo bởi xe ô tô; xe máy chuyên dùng.</w:t>
      </w:r>
    </w:p>
    <w:p>
      <w:pPr>
        <w:jc w:val="both"/>
      </w:pPr>
      <w:r>
        <w:t>3. Vận tải đường bộ quốc tế là hoạt động vận chuyển người, hàng hóa bằng phương tiện đường bộ giữa một điểm trong lãnh thổ Việt Nam và một điểm ngoài lãnh thổ Việt Nam.</w:t>
      </w:r>
    </w:p>
    <w:p>
      <w:pPr>
        <w:jc w:val="both"/>
      </w:pPr>
      <w:r>
        <w:t>4. Phương tiện thương mại là phương tiện dùng để vận chuyển hàng hóa, hành khách vì mục đích thương mại.</w:t>
      </w:r>
    </w:p>
    <w:p>
      <w:pPr>
        <w:jc w:val="both"/>
      </w:pPr>
      <w:r>
        <w:t>5. Phương tiện phi thương mại là phương tiện của các tổ chức, cá nhân dùng cho mục đích phi thương mại. Phương tiện phi thương mại không áp dụng đối với xe ô tô của các đơn vị kinh doanh chở người trên 09 chỗ.</w:t>
      </w:r>
    </w:p>
    <w:p>
      <w:pPr>
        <w:jc w:val="both"/>
      </w:pPr>
      <w:r>
        <w:t>6. Trường hợp bất khả kháng là trường hợp xảy ra một cách khách quan không thể lường trước được và không thể khắc phục được mặc dù đã áp dụng mọi biện pháp cần thiết và khả năng cho phép.</w:t>
      </w:r>
    </w:p>
    <w:p>
      <w:pPr>
        <w:jc w:val="both"/>
      </w:pPr>
      <w:r>
        <w:rPr>
          <w:b/>
        </w:rPr>
        <w:t>Điều 4. Phạm vi hoạt động của phương tiện</w:t>
      </w:r>
    </w:p>
    <w:p>
      <w:pPr>
        <w:jc w:val="both"/>
      </w:pPr>
      <w:r>
        <w:t>1. Phương tiện được cấp giấy phép liên vận hoạt động theo các tuyến đường và cửa khẩu ghi trong giấy phép. Đối với vận tải đường bộ quốc tế giữa Việt Nam và Trung Quốc, phương tiện hoạt động theo các tuyến đường và cửa khẩu ghi trong Giấy phép vận tải đường bộ quốc tế giữa Việt Nam và Trung Quốc.</w:t>
      </w:r>
    </w:p>
    <w:p>
      <w:pPr>
        <w:jc w:val="both"/>
      </w:pPr>
      <w:r>
        <w:t>2. Phương tiện không được phép vận chuyển hàng hóa hoặc hành khách giữa hai điểm trong lãnh thổ của một quốc gia thành viên khác; không được phép vận chuyển hàng hóa giữa các điểm trong lãnh thổ của quốc gia quá cảnh.</w:t>
      </w:r>
    </w:p>
    <w:p>
      <w:pPr>
        <w:jc w:val="both"/>
      </w:pPr>
      <w:r>
        <w:rPr>
          <w:b/>
        </w:rPr>
        <w:t>Điều 5. Quy định chung về giấy phép vận tải đường bộ quốc tế và giấy phép liên vận</w:t>
      </w:r>
    </w:p>
    <w:p>
      <w:pPr>
        <w:jc w:val="both"/>
      </w:pPr>
      <w:r>
        <w:t>1. Giấy phép vận tải đường bộ quốc tế được cơ quan có thẩm quyền cấp cho đơn vị kinh doanh vận tải thực hiện hoạt động vận tải đường bộ quốc tế. Đối với vận tải đường bộ quốc tế giữa Việt Nam và Trung Quốc, giấy phép vận tải đường bộ quốc tế được cấp cho xe công vụ và phương tiện vận tải thực hiện vận tải đường bộ qua biên giới giữa Việt Nam và Trung Quốc.</w:t>
      </w:r>
    </w:p>
    <w:p>
      <w:pPr>
        <w:jc w:val="both"/>
      </w:pPr>
      <w:r>
        <w:t>2. Giấy phép liên vận được cơ quan có thẩm quyền cấp cho các phương tiện để thực hiện hoạt động vận tải đường bộ quốc tế.</w:t>
      </w:r>
    </w:p>
    <w:p>
      <w:pPr>
        <w:jc w:val="both"/>
      </w:pPr>
      <w:r>
        <w:t>a) Giấy phép liên vận cấp cho phương tiện thương mại được phép đi lại nhiều lần, mỗi lần không quá 30 ngày và có thời hạn 01 năm kể từ ngày cấp. Giấy phép liên vận giữa Việt Nam và Lào cấp cho phương tiện thuộc các doanh nghiệp phục vụ các công trình, dự án thực hiện trên lãnh thổ Lào có thời hạn 01 năm và không bị hạn chế về thời gian của mỗi lần, nhưng không quá thời hạn kết thúc công trình, dự án, hoạt động kinh doanh của doanh nghiệp trên lãnh thổ Lào.</w:t>
      </w:r>
    </w:p>
    <w:p>
      <w:pPr>
        <w:jc w:val="both"/>
      </w:pPr>
      <w:r>
        <w:t>b) Giấy phép liên vận cấp cho phương tiện phi thương mại (không bao gồm phương tiện cứu hỏa, phương tiện cứu thương, phương tiện cứu hộ, phương tiện thực hiện cứu trợ nhân đạo) được phép đi lại một lần và có thời hạn không quá 30 ngày kể từ ngày cấp.</w:t>
      </w:r>
    </w:p>
    <w:p>
      <w:pPr>
        <w:jc w:val="both"/>
      </w:pPr>
      <w:r>
        <w:t>3. Thời hạn của giấy phép liên vận cấp cho phương tiện không được vượt quá niên hạn sử dụng của phương tiện.</w:t>
      </w:r>
    </w:p>
    <w:p>
      <w:pPr>
        <w:jc w:val="center"/>
      </w:pPr>
      <w:r>
        <w:rPr>
          <w:b/>
        </w:rPr>
        <w:t>Chương II</w:t>
      </w:r>
    </w:p>
    <w:p>
      <w:pPr>
        <w:jc w:val="both"/>
      </w:pPr>
      <w:r>
        <w:t>TRÌNH TỰ, THỦ TỤC CẤP, CẤP LẠI, THU HỒI GIẤY PHÉP VẬN TẢI ĐƯỜNG BỘ QUỐC TẾ VÀ GIẤY PHÉP LIÊN VẬN ASEAN</w:t>
      </w:r>
    </w:p>
    <w:p>
      <w:pPr>
        <w:jc w:val="both"/>
      </w:pPr>
      <w:r>
        <w:rPr>
          <w:b/>
        </w:rPr>
        <w:t>Điều 6. Cấp, cấp lại Giấy phép vận tải đường bộ quốc tế ASEAN</w:t>
      </w:r>
    </w:p>
    <w:p>
      <w:pPr>
        <w:jc w:val="both"/>
      </w:pPr>
      <w:r>
        <w:t>1. Đối tượng:</w:t>
      </w:r>
    </w:p>
    <w:p>
      <w:pPr>
        <w:jc w:val="both"/>
      </w:pPr>
      <w:r>
        <w:t>Giấy phép vận tải đường bộ quốc tế ASEAN được cấp cho đơn vị kinh doanh vận tải của Việt Nam thực hiện hoạt động vận tải đường bộ quốc tế ASEAN.</w:t>
      </w:r>
    </w:p>
    <w:p>
      <w:pPr>
        <w:jc w:val="both"/>
      </w:pPr>
      <w:r>
        <w:t>2. Thành phần hồ sơ: Giấy đề nghị cấp, cấp lại Giấy phép vận tải đường bộ quốc tế ASEAN theo Mẫu số 01 Phụ lục I của Nghị định này.</w:t>
      </w:r>
    </w:p>
    <w:p>
      <w:pPr>
        <w:jc w:val="both"/>
      </w:pPr>
      <w:r>
        <w:t>3. Thẩm quyền cấp giấy phép: Tổng cục Đường bộ Việt Nam.</w:t>
      </w:r>
    </w:p>
    <w:p>
      <w:pPr>
        <w:jc w:val="both"/>
      </w:pPr>
      <w:r>
        <w:t>4. Trình tự, thủ tục:</w:t>
      </w:r>
    </w:p>
    <w:p>
      <w:pPr>
        <w:jc w:val="both"/>
      </w:pPr>
      <w:r>
        <w:t>a) Đơn vị kinh doanh vận tải nộp 01 bộ hồ sơ đề nghị cấp, cấp lại Giấy phép vận tải đường bộ quốc tế ASEAN đến cơ quan có thẩm quyền cấp giấy phép theo một trong các hình thức sau: trực tiếp, trực tuyến, đường bưu chính;</w:t>
      </w:r>
    </w:p>
    <w:p>
      <w:pPr>
        <w:jc w:val="both"/>
      </w:pPr>
      <w:r>
        <w:t>b) Cơ quan có thẩm quyền cấp giấy phép tiếp nhận, kiểm tra hồ sơ.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ASEAN theo Mẫu số 02 Phụ lục I của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Trường hợp Giấy phép vận tải đường bộ quốc tế ASEAN bị hư hỏng, bị mất, đơn vị kinh doanh vận tải lập hồ sơ đề nghị cấp lại theo quy định tại khoản 2 và khoản 4 Điều này.</w:t>
      </w:r>
    </w:p>
    <w:p>
      <w:pPr>
        <w:jc w:val="both"/>
      </w:pPr>
      <w:r>
        <w:rPr>
          <w:b/>
        </w:rPr>
        <w:t>Điều 7. Thu hồi Giấy phép vận tải đường bộ quốc tế ASEAN</w:t>
      </w:r>
    </w:p>
    <w:p>
      <w:pPr>
        <w:jc w:val="both"/>
      </w:pPr>
      <w:r>
        <w:t>1. Cơ quan có thẩm quyền cấp giấy phép thu hồi Giấy phép vận tải đường bộ quốc tế ASEAN khi đơn vị kinh doanh vận tải vi phạm một trong các trường hợp sau:</w:t>
      </w:r>
    </w:p>
    <w:p>
      <w:pPr>
        <w:jc w:val="both"/>
      </w:pPr>
      <w:r>
        <w:t>a) Kinh doanh loại hình vận tải không đúng theo Giấy phép vận tải đường bộ quốc tế ASEAN;</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ASEAN và gửi cho đơn vị kinh doanh vận tải, các cơ quan quản lý nhà nước tại cửa khẩu và các cơ quan có liên quan; đăng tải thông tin trên Trang thông tin điện tử của cơ quan có thẩm quyền cấp giấy phép đồng thời thông báo bằng văn bản đến các quốc gia thành viên ASEAN để phối hợp xử lý;</w:t>
      </w:r>
    </w:p>
    <w:p>
      <w:pPr>
        <w:jc w:val="both"/>
      </w:pPr>
      <w:r>
        <w:t>b) Sau khi quyết định thu hồi giấy phép có hiệu lực, đơn vị kinh doanh vận tải phải dừng toàn bộ các hoạt động vận tải qua biên giới ASEAN và trong vòng 15 ngày làm việc phải nộp Giấy phép vận tải đường bộ quốc tế ASEAN và toàn bộ Giấy phép liên vận ASEAN cho cơ quan cấp giấy phép.</w:t>
      </w:r>
    </w:p>
    <w:p>
      <w:pPr>
        <w:jc w:val="both"/>
      </w:pPr>
      <w:r>
        <w:rPr>
          <w:b/>
        </w:rPr>
        <w:t>Điều 8. Cấp, cấp lại Giấy phép liên vận ASEAN</w:t>
      </w:r>
    </w:p>
    <w:p>
      <w:pPr>
        <w:jc w:val="both"/>
      </w:pPr>
      <w:r>
        <w:t>1. Đối tượng:</w:t>
      </w:r>
    </w:p>
    <w:p>
      <w:pPr>
        <w:jc w:val="both"/>
      </w:pPr>
      <w:r>
        <w:t>Giấy phép liên vận ASEAN được cấp cho các phương tiện thuộc quyền sử dụng hợp pháp của các đơn vị kinh doanh vận tải đã được cấp Giấy phép vận tải đường bộ quốc tế ASEAN.</w:t>
      </w:r>
    </w:p>
    <w:p>
      <w:pPr>
        <w:jc w:val="both"/>
      </w:pPr>
      <w:r>
        <w:t>2. Thành phần hồ sơ:</w:t>
      </w:r>
    </w:p>
    <w:p>
      <w:pPr>
        <w:jc w:val="both"/>
      </w:pPr>
      <w:r>
        <w:t>a) Giấy đề nghị cấp, cấp lại Giấy phép liên vận ASEAN theo Mẫu số 03 Phụ lục 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3. Thẩm quyền cấp giấy phép: Tổng cục Đường bộ Việt Nam.</w:t>
      </w:r>
    </w:p>
    <w:p>
      <w:pPr>
        <w:jc w:val="both"/>
      </w:pPr>
      <w:r>
        <w:t>4. Trình tự, thủ tục:</w:t>
      </w:r>
    </w:p>
    <w:p>
      <w:pPr>
        <w:jc w:val="both"/>
      </w:pPr>
      <w:r>
        <w:t>a) Đơn vị kinh doanh vận tải nộp 01 bộ hồ sơ đề nghị cấp, cấp lại Giấy phép liên vận ASEAN đến cơ quan có thẩm quyền cấp giấy phép theo một trong các hình thức sau: trực tiếp, trực tuyến, đường bưu chính;</w:t>
      </w:r>
    </w:p>
    <w:p>
      <w:pPr>
        <w:jc w:val="both"/>
      </w:pPr>
      <w:r>
        <w:t>b) Cơ quan có thẩm quyền cấp giấy phép tiếp nhận, kiểm tra hồ sơ.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liên vận ASEAN theo Mẫu số 04 Phụ lục I của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Trường hợp Giấy phép liên vận ASEAN bị hư hỏng, bị mất, đơn vị kinh doanh vận tải lập hồ sơ đề nghị cấp lại giấy phép theo quy định tại khoản 2 và khoản 4 Điều này.</w:t>
      </w:r>
    </w:p>
    <w:p>
      <w:pPr>
        <w:jc w:val="both"/>
      </w:pPr>
      <w:r>
        <w:rPr>
          <w:b/>
        </w:rPr>
        <w:t>Điều 9. Thu hồi Giấy phép liên vận ASEAN</w:t>
      </w:r>
    </w:p>
    <w:p>
      <w:pPr>
        <w:jc w:val="both"/>
      </w:pPr>
      <w:r>
        <w:t>1. Cơ quan có thẩm quyền cấp giấy phép thu hồi Giấy phép liên vận ASEAN khi vi phạm một trong các trường hợp sau:</w:t>
      </w:r>
    </w:p>
    <w:p>
      <w:pPr>
        <w:jc w:val="both"/>
      </w:pPr>
      <w:r>
        <w:t>a) Không thực hiện đúng các nội dung ghi trong giấy phép liên vận khi thực hiện hoạt động vận tải liên vận ASEAN;</w:t>
      </w:r>
    </w:p>
    <w:p>
      <w:pPr>
        <w:jc w:val="both"/>
      </w:pPr>
      <w:r>
        <w:t>b) Không thực hiện hoạt động vận tải liên vận ASEAN trong thời gian 03 tháng kể từ ngày được cấp giấy phép liên vận;</w:t>
      </w:r>
    </w:p>
    <w:p>
      <w:pPr>
        <w:jc w:val="both"/>
      </w:pPr>
      <w:r>
        <w:t>c) Không thực hiện hoạt động vận tải liên vận ASEAN từ 03 chuyến trở lên trong thời gian 06 tháng liên tục (chuyến được tính là cả lượt xe đi và về);</w:t>
      </w:r>
    </w:p>
    <w:p>
      <w:pPr>
        <w:jc w:val="both"/>
      </w:pPr>
      <w:r>
        <w:t>d) Giấy phép kinh doanh vận tải bằng xe ô tô hoặc Giấy phép vận tải đường bộ quốc tế ASEAN bị cơ quan có thẩm quyền thu hồi;</w:t>
      </w:r>
    </w:p>
    <w:p>
      <w:pPr>
        <w:jc w:val="both"/>
      </w:pPr>
      <w:r>
        <w:t>đ) Phương tiện quá thời hạn tái nhập vào Việt Nam theo quy định, ngoại trừ trường hợp bị thiên tai, tai nạn hoặc lý do bất khả kháng.</w:t>
      </w:r>
    </w:p>
    <w:p>
      <w:pPr>
        <w:jc w:val="both"/>
      </w:pPr>
      <w:r>
        <w:t>2. Trình tự, thủ tục:</w:t>
      </w:r>
    </w:p>
    <w:p>
      <w:pPr>
        <w:jc w:val="both"/>
      </w:pPr>
      <w:r>
        <w:t>a) Cơ quan cấp giấy phép ban hành quyết định thu hồi Giấy phép liên vận ASEAN và gửi cho đơn vị kinh doanh vận tải, các cơ quan quản lý nhà nước tại cửa khẩu và các cơ quan có liên quan; đăng tải thông tin trên Trang thông tin điện tử của cơ quan có thẩm quyền cấp giấy phép đồng thời thông báo bằng văn bản đến các quốc gia thành viên ASEAN để phối hợp xử lý;</w:t>
      </w:r>
    </w:p>
    <w:p>
      <w:pPr>
        <w:jc w:val="both"/>
      </w:pPr>
      <w:r>
        <w:t>b) Sau khi quyết định thu hồi giấy phép có hiệu lực, đơn vị kinh doanh vận tải phải dừng toàn bộ các hoạt động vận tải qua biên giới ASEAN đối với phương tiện bị thu hồi giấy phép và trong vòng 15 ngày làm việc phải nộp Giấy phép liên vận ASEAN của phương tiện đó cho cơ quan có thẩm quyền cấp giấy phép.</w:t>
      </w:r>
    </w:p>
    <w:p>
      <w:pPr>
        <w:jc w:val="both"/>
      </w:pPr>
      <w:r>
        <w:rPr>
          <w:b/>
        </w:rPr>
        <w:t>Điều 10. Gia hạn thời gian lưu hành tại Việt Nam cho phương tiện của các nước thực hiện các Hiệp định khung ASEAN về vận tải đường bộ qua biên giới</w:t>
      </w:r>
    </w:p>
    <w:p>
      <w:pPr>
        <w:jc w:val="both"/>
      </w:pPr>
      <w:r>
        <w:t>1. Đối tượng: Phương tiện của các nước thực hiện các Hiệp định khung ASEAN về vận tải đường bộ qua biên giới quá thời gian lưu hành tại Việt Nam quy định tại Giấy phép liên vận ASEAN trong trường hợp bất khả kháng.</w:t>
      </w:r>
    </w:p>
    <w:p>
      <w:pPr>
        <w:jc w:val="both"/>
      </w:pPr>
      <w:r>
        <w:t>2. Thẩm quyền gia hạn: Sở Giao thông vận tải, Sở Giao thông vận tải - Xây dựng các tỉnh, thành phố trực thuộc trung ương nơi phương tiện gặp sự cố bất khả kháng.</w:t>
      </w:r>
    </w:p>
    <w:p>
      <w:pPr>
        <w:jc w:val="both"/>
      </w:pPr>
      <w:r>
        <w:t>3. Thành phần hồ sơ:</w:t>
      </w:r>
    </w:p>
    <w:p>
      <w:pPr>
        <w:jc w:val="both"/>
      </w:pPr>
      <w:r>
        <w:t>a) Giấy đề nghị gia hạn theo Mẫu số 05 Phụ lục I của Nghị định này;</w:t>
      </w:r>
    </w:p>
    <w:p>
      <w:pPr>
        <w:jc w:val="both"/>
      </w:pPr>
      <w:r>
        <w:t>b) Giấy phép liên vận ASEAN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các nước thực hiện các Hiệp định khung ASEAN về vận tải đường bộ qua biên giới. Trường hợp không gia hạn, cơ quan có thẩm quyền trả lời bằng văn bản nêu rõ lý do.</w:t>
      </w:r>
    </w:p>
    <w:p>
      <w:pPr>
        <w:jc w:val="center"/>
      </w:pPr>
      <w:r>
        <w:rPr>
          <w:b/>
        </w:rPr>
        <w:t>Chương III</w:t>
      </w:r>
    </w:p>
    <w:p>
      <w:pPr>
        <w:jc w:val="both"/>
      </w:pPr>
      <w:r>
        <w:t>TRÌNH TỰ, THỦ TỤC CẤP, CẤP LẠI, THU HỒI GIẤY PHÉP VẬN TẢI ĐƯỜNG BỘ QUỐC TẾ VÀ GIẤY PHÉP LIÊN VẬN GMS</w:t>
      </w:r>
    </w:p>
    <w:p>
      <w:pPr>
        <w:jc w:val="both"/>
      </w:pPr>
      <w:r>
        <w:rPr>
          <w:b/>
        </w:rPr>
        <w:t>Điều 11. Cấp, cấp lại Giấy phép vận tải đường bộ quốc tế GMS</w:t>
      </w:r>
    </w:p>
    <w:p>
      <w:pPr>
        <w:jc w:val="both"/>
      </w:pPr>
      <w:r>
        <w:t>1. Đối tượng: Giấy phép vận tải đường bộ quốc tế GMS được cấp cho đơn vị kinh doanh vận tải của Việt Nam thực hiện hoạt động vận tải đường bộ quốc tế GMS.</w:t>
      </w:r>
    </w:p>
    <w:p>
      <w:pPr>
        <w:jc w:val="both"/>
      </w:pPr>
      <w:r>
        <w:t>2. Thành phần hồ sơ: Giấy đề nghị cấp, cấp lại Giấy phép vận tải đường bộ quốc tế GMS theo Mẫu số 01 Phụ lục II của Nghị định này.</w:t>
      </w:r>
    </w:p>
    <w:p>
      <w:pPr>
        <w:jc w:val="both"/>
      </w:pPr>
      <w:r>
        <w:t>3. Thẩm quyền cấp giấy phép: Tổng cục Đường bộ Việt Nam.</w:t>
      </w:r>
    </w:p>
    <w:p>
      <w:pPr>
        <w:jc w:val="both"/>
      </w:pPr>
      <w:r>
        <w:t>4. Trình tự, thủ tục:</w:t>
      </w:r>
    </w:p>
    <w:p>
      <w:pPr>
        <w:jc w:val="both"/>
      </w:pPr>
      <w:r>
        <w:t>a) Đơn vị kinh doanh vận tải nộp 01 bộ hồ sơ đề nghị cấp, cấp lại Giấy phép vận tải đường bộ quốc tế GMS đến cơ quan có thẩm quyền cấp giấy phép theo một trong các hình thức sau: trực tiếp, trực tuyến, đường bưu chính;</w:t>
      </w:r>
    </w:p>
    <w:p>
      <w:pPr>
        <w:jc w:val="both"/>
      </w:pPr>
      <w:r>
        <w:t>b) Cơ quan có thẩm quyền cấp giấy phép tiếp nhận, kiểm tra hồ sơ. Trường hợp tiếp nhận hồ sơ trực tiếp tại cơ quan có thẩm quyền cấp giấy phép hoặc qua đường bưu chính, cán bộ tiếp nhận hồ sơ cập nhật thông tin của các hồ sơ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GMS theo Mẫu số 02 Phụ lục II của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Trường hợp Giấy phép vận tải đường bộ quốc tế GMS bị hư hỏng, bị mất, đơn vị kinh doanh vận tải lập hồ sơ đề nghị cấp lại Giấy phép vận tải đường bộ quốc tế GMS theo quy định tại khoản 2 và khoản 4 Điều này.</w:t>
      </w:r>
    </w:p>
    <w:p>
      <w:pPr>
        <w:jc w:val="both"/>
      </w:pPr>
      <w:r>
        <w:rPr>
          <w:b/>
        </w:rPr>
        <w:t>Điều 12. Thu hồi Giấy phép vận tải đường bộ quốc tế GMS</w:t>
      </w:r>
    </w:p>
    <w:p>
      <w:pPr>
        <w:jc w:val="both"/>
      </w:pPr>
      <w:r>
        <w:t>1. Cơ quan có thẩm quyền cấp giấy phép thu hồi giấy phép khi đơn vị kinh doanh vận tải vi phạm một trong các trường hợp sau:</w:t>
      </w:r>
    </w:p>
    <w:p>
      <w:pPr>
        <w:jc w:val="both"/>
      </w:pPr>
      <w:r>
        <w:t>a) Kinh doanh loại hình vận tải không đúng theo Giấy phép vận tải đường bộ quốc tế GMS;</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GMS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các quốc gia thành viên GMS để phối hợp xử lý;</w:t>
      </w:r>
    </w:p>
    <w:p>
      <w:pPr>
        <w:jc w:val="both"/>
      </w:pPr>
      <w:r>
        <w:t>b) Sau khi quyết định thu hồi giấy phép có hiệu lực, đơn vị kinh doanh vận tải phải dừng toàn bộ các hoạt động vận tải qua biên giới GMS và trong vòng 15 ngày làm việc phải nộp cho cơ quan cấp giấy phép các giấy tờ sau: Giấy phép vận tải đường bộ quốc tế GMS và toàn bộ Giấy phép liên vận GMS hoặc Sổ theo dõi tạm nhập phương tiện vận tải (sau đây gọi là sổ TAD) đã được cấp.</w:t>
      </w:r>
    </w:p>
    <w:p>
      <w:pPr>
        <w:jc w:val="both"/>
      </w:pPr>
      <w:r>
        <w:rPr>
          <w:b/>
        </w:rPr>
        <w:t>Điều 13. Cấp, cấp lại Giấy phép liên vận GMS hoặc sổ TAD</w:t>
      </w:r>
    </w:p>
    <w:p>
      <w:pPr>
        <w:jc w:val="both"/>
      </w:pPr>
      <w:r>
        <w:t>1. Đối tượng: Giấy phép liên vận GMS hoặc sổ TAD được cấp cho các phương tiện thuộc quyền sử dụng hợp pháp của các đơn vị kinh doanh vận tải đã được cấp Giấy phép vận tải đường bộ quốc tế GMS.</w:t>
      </w:r>
    </w:p>
    <w:p>
      <w:pPr>
        <w:jc w:val="both"/>
      </w:pPr>
      <w:r>
        <w:t>2. Thành phần hồ sơ:</w:t>
      </w:r>
    </w:p>
    <w:p>
      <w:pPr>
        <w:jc w:val="both"/>
      </w:pPr>
      <w:r>
        <w:t>a) Giấy đề nghị cấp, cấp lại Giấy phép liên vận GMS hoặc sổ TAD theo Mẫu số 03 Phụ lục II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3. Thẩm quyền cấp giấy phép: Tổng cục Đường bộ Việt Nam.</w:t>
      </w:r>
    </w:p>
    <w:p>
      <w:pPr>
        <w:jc w:val="both"/>
      </w:pPr>
      <w:r>
        <w:t>4. Trình tự, thủ tục:</w:t>
      </w:r>
    </w:p>
    <w:p>
      <w:pPr>
        <w:jc w:val="both"/>
      </w:pPr>
      <w:r>
        <w:t>a) Đơn vị kinh doanh vận tải nộp 01 bộ hồ sơ đề nghị cấp Giấy phép liên vận GMS hoặc sổ TAD đến cơ quan có thẩm quyền cấp giấy phép theo một trong các hình thức sau: trực tiếp, trực tuyến, đường bưu chính;</w:t>
      </w:r>
    </w:p>
    <w:p>
      <w:pPr>
        <w:jc w:val="both"/>
      </w:pPr>
      <w:r>
        <w:t>b) Cơ quan có thẩm quyền cấp giấy phép tiếp nhận, kiểm tra hồ sơ.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liên vận GMS theo Mẫu số 04 Phụ lục II hoặc sổ TAD theo Mẫu số 05 Phụ lục II của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Trường hợp Giấy phép liên vận GMS hoặc sổ TAD bị hư hỏng, bị mất, đơn vị kinh doanh vận tải lập hồ sơ đề nghị cấp lại giấy phép hoặc sổ TAD theo quy định tại khoản 2 và khoản 4 Điều này.</w:t>
      </w:r>
    </w:p>
    <w:p>
      <w:pPr>
        <w:jc w:val="both"/>
      </w:pPr>
      <w:r>
        <w:rPr>
          <w:b/>
        </w:rPr>
        <w:t>Điều 14. Thu hồi Giấy phép liên vận GMS hoặc sổ TAD</w:t>
      </w:r>
    </w:p>
    <w:p>
      <w:pPr>
        <w:jc w:val="both"/>
      </w:pPr>
      <w:r>
        <w:t>1. Cơ quan cấp giấy phép thu hồi Giấy phép liên vận GMS hoặc sổ TAD khi vi phạm một trong các trường hợp sau:</w:t>
      </w:r>
    </w:p>
    <w:p>
      <w:pPr>
        <w:jc w:val="both"/>
      </w:pPr>
      <w:r>
        <w:t>a) Không thực hiện đúng các nội dung ghi trong giấy phép liên vận hoặc sổ TAD khi thực hiện hoạt động vận tải liên vận GMS;</w:t>
      </w:r>
    </w:p>
    <w:p>
      <w:pPr>
        <w:jc w:val="both"/>
      </w:pPr>
      <w:r>
        <w:t>b) Không thực hiện hoạt động vận tải liên vận GMS trong thời gian 03 tháng kể từ ngày được cấp giấy phép liên vận hoặc sổ TAD;</w:t>
      </w:r>
    </w:p>
    <w:p>
      <w:pPr>
        <w:jc w:val="both"/>
      </w:pPr>
      <w:r>
        <w:t>c) Không thực hiện hoạt động vận tải liên vận GMS từ 03 chuyến trở lên trong thời gian 06 tháng liên tục (chuyến được tính là cả lượt xe đi và về);</w:t>
      </w:r>
    </w:p>
    <w:p>
      <w:pPr>
        <w:jc w:val="both"/>
      </w:pPr>
      <w:r>
        <w:t>d) Giấy phép kinh doanh vận tải bằng xe ô tô hoặc Giấy phép vận tải đường bộ quốc tế GMS bị cơ quan có thẩm quyền thu hồi;</w:t>
      </w:r>
    </w:p>
    <w:p>
      <w:pPr>
        <w:jc w:val="both"/>
      </w:pPr>
      <w:r>
        <w:t>đ) Phương tiện quá thời hạn tái nhập vào Việt Nam theo quy định, ngoại trừ trường hợp bị thiên tai, tai nạn hoặc lý do bất khả kháng.</w:t>
      </w:r>
    </w:p>
    <w:p>
      <w:pPr>
        <w:jc w:val="both"/>
      </w:pPr>
      <w:r>
        <w:t>2. Trình tự, thủ tục:</w:t>
      </w:r>
    </w:p>
    <w:p>
      <w:pPr>
        <w:jc w:val="both"/>
      </w:pPr>
      <w:r>
        <w:t>a) Cơ quan cấp giấy phép ban hành quyết định thu hồi Giấy phép liên vận GMS hoặc sổ TAD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các quốc gia thành viên GMS để phối hợp xử lý;</w:t>
      </w:r>
    </w:p>
    <w:p>
      <w:pPr>
        <w:jc w:val="both"/>
      </w:pPr>
      <w:r>
        <w:t>b) Sau khi quyết định thu hồi giấy phép có hiệu lực, đơn vị kinh doanh vận tải phải dừng hoạt động vận tải qua biên giới GMS đối với phương tiện bị thu hồi giấy phép và trong vòng 15 ngày làm việc phải nộp Giấy phép liên vận GMS hoặc sổ TAD của phương tiện đó cho cơ quan có thẩm quyền cấp giấy phép.</w:t>
      </w:r>
    </w:p>
    <w:p>
      <w:pPr>
        <w:jc w:val="both"/>
      </w:pPr>
      <w:r>
        <w:rPr>
          <w:b/>
        </w:rPr>
        <w:t>Điều 15. Gia hạn thời gian lưu hành tại Việt Nam cho phương tiện của các nước thực hiện Hiệp định GMS</w:t>
      </w:r>
    </w:p>
    <w:p>
      <w:pPr>
        <w:jc w:val="both"/>
      </w:pPr>
      <w:r>
        <w:t>1. Đối tượng: Phương tiện của các nước thực hiện Hiệp định GMS quá thời gian lưu hành tại Việt Nam quy định tại Giấy phép liên vận GMS hoặc sổ TAD trong trường hợp bất khả kháng.</w:t>
      </w:r>
    </w:p>
    <w:p>
      <w:pPr>
        <w:jc w:val="both"/>
      </w:pPr>
      <w:r>
        <w:t>2. Thẩm quyền gia hạn: Sở Giao thông vận tải, Sở Giao thông vận tải - Xây dựng các tỉnh, thành phố trực thuộc trung ương nơi phương tiện gặp sự cố bất khả kháng.</w:t>
      </w:r>
    </w:p>
    <w:p>
      <w:pPr>
        <w:jc w:val="both"/>
      </w:pPr>
      <w:r>
        <w:t>3. Thành phần hồ sơ:</w:t>
      </w:r>
    </w:p>
    <w:p>
      <w:pPr>
        <w:jc w:val="both"/>
      </w:pPr>
      <w:r>
        <w:t>a) Giấy đề nghị gia hạn theo Mẫu số 06 Phụ lục II của Nghị định này;</w:t>
      </w:r>
    </w:p>
    <w:p>
      <w:pPr>
        <w:jc w:val="both"/>
      </w:pPr>
      <w:r>
        <w:t>b) Giấy phép liên vận GMS hoặc sổ TAD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các nước thực hiện Hiệp định GMS. Trường hợp không gia hạn, cơ quan có thẩm quyền trả lời bằng văn bản nêu rõ lý do.</w:t>
      </w:r>
    </w:p>
    <w:p>
      <w:pPr>
        <w:jc w:val="center"/>
      </w:pPr>
      <w:r>
        <w:rPr>
          <w:b/>
        </w:rPr>
        <w:t>Chương IV</w:t>
      </w:r>
    </w:p>
    <w:p>
      <w:pPr>
        <w:jc w:val="both"/>
      </w:pPr>
      <w:r>
        <w:t>TRÌNH TỰ, THỦ TỤC CẤP, CẤP LẠI, THU HỒI GIẤY PHÉP VẬN TẢI ĐƯỜNG BỘ QUỐC TẾ GIỮA VIỆT NAM VÀ TRUNG QUỐC</w:t>
      </w:r>
    </w:p>
    <w:p>
      <w:pPr>
        <w:jc w:val="both"/>
      </w:pPr>
      <w:r>
        <w:rPr>
          <w:b/>
        </w:rPr>
        <w:t>Điều 16. Giấy phép vận tải đường bộ quốc tế giữa Việt Nam và Trung Quốc</w:t>
      </w:r>
    </w:p>
    <w:p>
      <w:pPr>
        <w:jc w:val="both"/>
      </w:pPr>
      <w:r>
        <w:t>Giấy phép vận tải đường bộ quốc tế giữa Việt Nam và Trung Quốc là giấy phép được quy định tại Nghị định thư giữa Chính phủ nước Cộng hòa xã hội chủ nghĩa Việt Nam và Chính phủ nước Cộng hòa Nhân dân Trung Hoa về việc thực hiện Hiệp định vận tải đường bộ giữa Chính phủ nước Cộng hòa xã hội chủ nghĩa Việt Nam và Chính phủ nước Cộng hòa Nhân dân Trung Hoa ký ngày 11 tháng 10 năm 2011 gồm:</w:t>
      </w:r>
    </w:p>
    <w:p>
      <w:pPr>
        <w:jc w:val="both"/>
      </w:pPr>
      <w:r>
        <w:t>1. Giấy phép vận tải loại A: Cấp cho phương tiện vận tải hành khách (bao gồm cả khách du lịch) định kỳ có hiệu lực qua lại nhiều lần trong năm, áp dụng cho phương tiện vận chuyển trên các tuyến giữa khu vực biên giới của hai nước.</w:t>
      </w:r>
    </w:p>
    <w:p>
      <w:pPr>
        <w:jc w:val="both"/>
      </w:pPr>
      <w:r>
        <w:t>2. Giấy phép vận tải loại B: Cấp cho phương tiện vận tải hành khách (bao gồm cả khách du lịch) không định kỳ có hiệu lực một lần đi và về trong năm, áp dụng cho phương tiện vận tải trên các tuyến giữa khu vực biên giới của hai nước và xe công vụ.</w:t>
      </w:r>
    </w:p>
    <w:p>
      <w:pPr>
        <w:jc w:val="both"/>
      </w:pPr>
      <w:r>
        <w:t>3. Giấy phép vận tải loại C: Cấp cho phương tiện vận tải hàng hóa có hiệu lực một lần đi và về trong năm, áp dụng cho phương tiện vận tải trên các tuyến giữa khu vực biên giới của hai nước.</w:t>
      </w:r>
    </w:p>
    <w:p>
      <w:pPr>
        <w:jc w:val="both"/>
      </w:pPr>
      <w:r>
        <w:t>4. Giấy phép vận tải loại D: Cấp cho phương tiện vận tải hàng nguy hiểm và hàng siêu trường, siêu trọng, có hiệu lực một lần đi và về trong năm.</w:t>
      </w:r>
    </w:p>
    <w:p>
      <w:pPr>
        <w:jc w:val="both"/>
      </w:pPr>
      <w:r>
        <w:t>5. Giấy phép vận tải loại E: Cấp cho phương tiện vận tải hành khách (bao gồm cả khách du lịch) định kỳ có hiệu lực qua lại nhiều lần trong năm, áp dụng cho phương tiện vận tải trên các tuyến vào sâu trong lãnh thổ của hai nước.</w:t>
      </w:r>
    </w:p>
    <w:p>
      <w:pPr>
        <w:jc w:val="both"/>
      </w:pPr>
      <w:r>
        <w:t>6. Giấy phép vận tải loại F: Cấp cho phương tiện vận tải hành khách (bao gồm cả khách du lịch) không định kỳ có hiệu lực một lần đi và về trong năm, áp dụng cho phương tiện vận tải trên các tuyến vào sâu trong lãnh thổ của hai nước và xe công vụ.</w:t>
      </w:r>
    </w:p>
    <w:p>
      <w:pPr>
        <w:jc w:val="both"/>
      </w:pPr>
      <w:r>
        <w:t>7. Giấy phép vận tải loại G: Cấp cho phương tiện vận tải hàng hóa, có hiệu lực một lần đi và về trong năm, áp dụng cho phương tiện vận tải trên các tuyến vào sâu trong lãnh thổ của hai nước.</w:t>
      </w:r>
    </w:p>
    <w:p>
      <w:pPr>
        <w:jc w:val="both"/>
      </w:pPr>
      <w:r>
        <w:rPr>
          <w:b/>
        </w:rPr>
        <w:t>Điều 17. Cấp, cấp lại Giấy phép vận tải đường bộ quốc tế giữa Việt Nam và Trung Quốc loại A, B, C, E, F, G cho phương tiện của Việt Nam</w:t>
      </w:r>
    </w:p>
    <w:p>
      <w:pPr>
        <w:jc w:val="both"/>
      </w:pPr>
      <w:r>
        <w:t>1. Đối tượng: Giấy phép vận tải loại A, B, C, E, F, G được cấp cho phương tiện của các đơn vị kinh doanh vận tải và xe công vụ của Việt Nam.</w:t>
      </w:r>
    </w:p>
    <w:p>
      <w:pPr>
        <w:jc w:val="both"/>
      </w:pPr>
      <w:r>
        <w:t>2. Thành phần hồ sơ đề nghị cấp, cấp lại giấy phép đối với phương tiện thương mại gồm:</w:t>
      </w:r>
    </w:p>
    <w:p>
      <w:pPr>
        <w:jc w:val="both"/>
      </w:pPr>
      <w:r>
        <w:t>a) Giấy đề nghị cấp, cấp lại giấy phép theo Mẫu số 01 Phụ lục III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3. Thành phần hồ sơ đề nghị cấp, cấp lại giấy phép đối với xe công vụ gồm:</w:t>
      </w:r>
    </w:p>
    <w:p>
      <w:pPr>
        <w:jc w:val="both"/>
      </w:pPr>
      <w:r>
        <w:t>a) Giấy đề nghị cấp, cấp lại giấy phép theo Mẫu số 02 Phụ lục III của Nghị định này;</w:t>
      </w:r>
    </w:p>
    <w:p>
      <w:pPr>
        <w:jc w:val="both"/>
      </w:pPr>
      <w:r>
        <w:t>b) Bản sao Giấy chứng nhận đăng ký xe ô tô;</w:t>
      </w:r>
    </w:p>
    <w:p>
      <w:pPr>
        <w:jc w:val="both"/>
      </w:pPr>
      <w:r>
        <w:t>c) Bản sao thư mời của đối tác phía Trung Quốc nêu rõ tuyến đường, cửa khẩu và thời gian mời (trường hợp bản gốc không có tiếng Việt hoặc tiếng Anh thì phải kèm theo bản dịch tiếng Việt hoặc tiếng Anh);</w:t>
      </w:r>
    </w:p>
    <w:p>
      <w:pPr>
        <w:jc w:val="both"/>
      </w:pPr>
      <w:r>
        <w:t>d) Bản sao quyết định cử đi công tác của cấp có thẩm quyền.</w:t>
      </w:r>
    </w:p>
    <w:p>
      <w:pPr>
        <w:jc w:val="both"/>
      </w:pPr>
      <w:r>
        <w:t>4. Thẩm quyền cấp giấy phép:</w:t>
      </w:r>
    </w:p>
    <w:p>
      <w:pPr>
        <w:jc w:val="both"/>
      </w:pPr>
      <w:r>
        <w:t>a) Tổng cục Đường bộ Việt Nam cấp: Giấy phép vận tải loại E; Giấy phép vận tải loại F, G lần đầu trong năm (năm được tính từ ngày 01 tháng 01 đến ngày 31 tháng 12);</w:t>
      </w:r>
    </w:p>
    <w:p>
      <w:pPr>
        <w:jc w:val="both"/>
      </w:pPr>
      <w:r>
        <w:t>b) Sở Giao thông vận tải các tỉnh Lai Châu, Hà Giang, Cao Bằng, Lạng Sơn, Quảng Ninh và Sở Giao thông vận tải - Xây dựng Lào Cai cấp: Giấy phép vận tải loại A, B, C; Giấy phép vận tải loại F, G lần thứ hai trong năm.</w:t>
      </w:r>
    </w:p>
    <w:p>
      <w:pPr>
        <w:jc w:val="both"/>
      </w:pPr>
      <w:r>
        <w:t>5. Trình tự, thủ tục cấp giấy phép vận tải loại A, B, C, E hoặc F, G lần đầu trong năm:</w:t>
      </w:r>
    </w:p>
    <w:p>
      <w:pPr>
        <w:jc w:val="both"/>
      </w:pPr>
      <w:r>
        <w:t>a) Tổ chức, cá nhân, đơn vị kinh doanh vận tải nộp 01 bộ hồ sơ cho cơ quan có thẩm quyền cấp giấy phép.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theo Mẫu số 03, 04, 05, 07, 08, 09 Phụ lục III của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qua đường bưu chính hoặc hình thức trực tuyến theo quy định;</w:t>
      </w:r>
    </w:p>
    <w:p>
      <w:pPr>
        <w:jc w:val="both"/>
      </w:pPr>
      <w:r>
        <w:t>Sau khi cấp giấy phép vận tải loại F, G lần đầu trong năm, Tổng cục Đường bộ Việt Nam thông báo danh sách phương tiện vận tải đã được cấp giấy phép đến Sở Giao thông vận tải, Sở Giao thông vận tải - Xây dựng các tỉnh nêu tại khoản 4 Điều này.</w:t>
      </w:r>
    </w:p>
    <w:p>
      <w:pPr>
        <w:jc w:val="both"/>
      </w:pPr>
      <w:r>
        <w:t>6. Trình tự, thủ tục cấp giấy phép vận tải loại F, G lần thứ hai trở đi trong năm:</w:t>
      </w:r>
    </w:p>
    <w:p>
      <w:pPr>
        <w:jc w:val="both"/>
      </w:pPr>
      <w:r>
        <w:t>a) Người lái xe hoặc nhân viên của đơn vị kinh doanh vận tải đã được cấp giấy phép lần đầu xuất trình Giấy chứng nhận đăng ký xe ô tô cho Sở Giao thông vận tải, Sở Giao thông vận tải - Xây dựng các tỉnh nêu tại khoản 4 Điều này;</w:t>
      </w:r>
    </w:p>
    <w:p>
      <w:pPr>
        <w:jc w:val="both"/>
      </w:pPr>
      <w:r>
        <w:t>b) Căn cứ vào danh sách phương tiện vận tải đã được cấp giấy phép lần đầu, Sở Giao thông vận tải, Sở Giao thông vận tải - Xây dựng các tỉnh nêu tại khoản 4 Điều này thực hiện cấp giấy phép vận tải loại F, G lần thứ hai trở đi trong năm.</w:t>
      </w:r>
    </w:p>
    <w:p>
      <w:pPr>
        <w:jc w:val="both"/>
      </w:pPr>
      <w:r>
        <w:t>7. Trường hợp giấy phép vận tải loại A, B, C, E, F, G cho phương tiện của Việt Nam hết hạn, bị hư hỏng hoặc bị mất, tổ chức, đơn vị kinh doanh vận tải lập hồ sơ đề nghị cấp lại giấy phép theo quy định tại khoản 2, khoản 3, khoản 5 và khoản 6 Điều này.</w:t>
      </w:r>
    </w:p>
    <w:p>
      <w:pPr>
        <w:jc w:val="both"/>
      </w:pPr>
      <w:r>
        <w:rPr>
          <w:b/>
        </w:rPr>
        <w:t>Điều 18. Giới thiệu đề nghị cấp Giấy phép vận tải đường bộ quốc tế giữa Việt Nam và Trung Quốc loại D cho phương tiện của Việt Nam</w:t>
      </w:r>
    </w:p>
    <w:p>
      <w:pPr>
        <w:jc w:val="both"/>
      </w:pPr>
      <w:r>
        <w:t>1. Giấy phép vận tải loại D do cơ quan quản lý có thẩm quyền của Trung Quốc cấp cho phương tiện của Việt Nam. Trước khi lập hồ sơ đề nghị phía Trung Quốc cấp giấy phép, đơn vị kinh doanh vận tải thực hiện thủ tục đề nghị giới thiệu như quy định tại khoản 2 và khoản 4 Điều này.</w:t>
      </w:r>
    </w:p>
    <w:p>
      <w:pPr>
        <w:jc w:val="both"/>
      </w:pPr>
      <w:r>
        <w:t>2. Thành phần hồ sơ đề nghị giới thiệu:</w:t>
      </w:r>
    </w:p>
    <w:p>
      <w:pPr>
        <w:jc w:val="both"/>
      </w:pPr>
      <w:r>
        <w:t>a) Giấy đề nghị theo Mẫu số 10 Phụ lục III của Nghị định này;</w:t>
      </w:r>
    </w:p>
    <w:p>
      <w:pPr>
        <w:jc w:val="both"/>
      </w:pPr>
      <w:r>
        <w:t>b) Giấy phép vận chuyển hàng siêu trường, siêu trọng hoặc hàng nguy hiểm do cơ quan có thẩm quyền của Việt Nam cấp (bản sao).</w:t>
      </w:r>
    </w:p>
    <w:p>
      <w:pPr>
        <w:jc w:val="both"/>
      </w:pPr>
      <w:r>
        <w:t>3. Cơ quan giới thiệu: Tổng cục Đường bộ Việt Nam.</w:t>
      </w:r>
    </w:p>
    <w:p>
      <w:pPr>
        <w:jc w:val="both"/>
      </w:pPr>
      <w:r>
        <w:t>4. Trình tự, thủ tục:</w:t>
      </w:r>
    </w:p>
    <w:p>
      <w:pPr>
        <w:jc w:val="both"/>
      </w:pPr>
      <w:r>
        <w:t>a) Đơn vị kinh doanh vận tải nộp 01 bộ hồ sơ cho cơ quan giới thiệu. Cơ quan giới thiệu tiếp nhận hồ sơ, kiểm tra. Trường hợp tiếp nhận hồ sơ trực tiếp tại cơ quan giới thiệu hoặc qua đường bưu chính, cán bộ tiếp nhận hồ sơ cập nhật thông tin của các hồ sơ đúng theo quy định vào hệ thống dịch vụ công trực tuyến của Tổng cục Đường bộ Việt Nam. Trường hợp hồ sơ cần sửa đổi, bổ sung, cơ quan giới thiệu thông báo trực tiếp hoặc bằng văn bản hoặc thông báo qua hệ thống dịch vụ công trực tuyến những nội dung chưa đầy đủ hoặc cần sửa đổi đến đơn vị kinh doanh vận tải trong thời hạn 01 ngày làm việc kể từ ngày nhận hồ sơ;</w:t>
      </w:r>
    </w:p>
    <w:p>
      <w:pPr>
        <w:jc w:val="both"/>
      </w:pPr>
      <w:r>
        <w:t>b) Trong thời hạn 02 ngày làm việc kể từ ngày nhận đủ hồ sơ hợp lệ theo quy định, Tổng cục Đường bộ Việt Nam giới thiệu đơn vị kinh doanh vận tải với cơ quan có thẩm quyền phía Trung Quốc. Trường hợp không giới thiệu, thông báo bằng văn bản hoặc qua hệ thống dịch vụ công trực tuyến và nêu rõ lý do;</w:t>
      </w:r>
    </w:p>
    <w:p>
      <w:pPr>
        <w:jc w:val="both"/>
      </w:pPr>
      <w:r>
        <w:t>c) Việc trả kết quả được thực hiện tại trụ sở cơ quan giới thiệu hoặc qua đường bưu chính hoặc hình thức trực tuyến theo quy định.</w:t>
      </w:r>
    </w:p>
    <w:p>
      <w:pPr>
        <w:jc w:val="both"/>
      </w:pPr>
      <w:r>
        <w:rPr>
          <w:b/>
        </w:rPr>
        <w:t>Điều 19. Cấp Giấy phép vận tải đường bộ quốc tế giữa Việt Nam và Trung Quốc loại D cho phương tiện của Trung Quốc</w:t>
      </w:r>
    </w:p>
    <w:p>
      <w:pPr>
        <w:jc w:val="both"/>
      </w:pPr>
      <w:r>
        <w:t>1. Giấy phép vận tải loại D do cơ quan quản lý có thẩm quyền của Việt Nam cấp cho phương tiện của Trung Quốc trên cơ sở Giấy giới thiệu của cơ quan có thẩm quyền phía Trung Quốc.</w:t>
      </w:r>
    </w:p>
    <w:p>
      <w:pPr>
        <w:jc w:val="both"/>
      </w:pPr>
      <w:r>
        <w:t>2. Thành phần hồ sơ:</w:t>
      </w:r>
    </w:p>
    <w:p>
      <w:pPr>
        <w:jc w:val="both"/>
      </w:pPr>
      <w:r>
        <w:t>a) Giấy đề nghị cấp giấy phép vận tải loại D theo Mẫu số 11 Phụ lục III của Nghị định này;</w:t>
      </w:r>
    </w:p>
    <w:p>
      <w:pPr>
        <w:jc w:val="both"/>
      </w:pPr>
      <w:r>
        <w:t>b) Giấy Giới thiệu của cơ quan có thẩm quyền của phía Trung Quốc (bản sao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c) Giấy phép vận chuyển hàng siêu trường, siêu trọng hoặc hàng nguy hiểm do cơ quan có thẩm quyền của Việt Nam cấp (bản sao);</w:t>
      </w:r>
    </w:p>
    <w:p>
      <w:pPr>
        <w:jc w:val="both"/>
      </w:pPr>
      <w:r>
        <w:t>d) Giấy phép vận chuyển hàng siêu trường, siêu trọng hoặc hàng nguy hiểm do cơ quan có thẩm quyền của Trung Quốc cấp (bản sao có chứng thực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đ) Giấy chứng nhận kiểm định an toàn kỹ thuật và bảo vệ môi trường (bản sao có chứng thực kèm bản dịch có chứng thực các giấy tờ, văn bản từ tiếng Trung sang tiếng Việt hoặc tiếng Anh đối với trường hợp bản gốc không có song ngữ tiếng Việt và tiếng Trung hoặc tiếng Trung và tiếng Anh).</w:t>
      </w:r>
    </w:p>
    <w:p>
      <w:pPr>
        <w:jc w:val="both"/>
      </w:pPr>
      <w:r>
        <w:t>3. Thẩm quyền cấp giấy phép: Tổng cục Đường bộ Việt Nam.</w:t>
      </w:r>
    </w:p>
    <w:p>
      <w:pPr>
        <w:jc w:val="both"/>
      </w:pPr>
      <w:r>
        <w:t>4. Trình tự, thủ tục:</w:t>
      </w:r>
    </w:p>
    <w:p>
      <w:pPr>
        <w:jc w:val="both"/>
      </w:pPr>
      <w:r>
        <w:t>a) Tổ chức, cá nhân, đơn vị kinh doanh vận tải nộp 01 bộ hồ sơ cho cơ quan có thẩm quyền cấp giấy phép. Cơ quan có thẩm quyền cấp giấy phép tiếp nhận hồ sơ, kiểm tra.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Tổng cục Đường bộ Việt Nam.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nộp hồ sơ trong thời hạn 01 ngày làm việc kể từ ngày nhận hồ sơ;</w:t>
      </w:r>
    </w:p>
    <w:p>
      <w:pPr>
        <w:jc w:val="both"/>
      </w:pPr>
      <w:r>
        <w:t>b) Trong thời hạn 02 ngày làm việc kể từ ngày nhận đủ hồ sơ hợp lệ theo quy định, cơ quan có thẩm quyền thực hiện cấp giấy phép theo Mẫu số 06 Phụ lục III của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qua đường bưu chính hoặc hình thức trực tuyến theo quy định.</w:t>
      </w:r>
    </w:p>
    <w:p>
      <w:pPr>
        <w:jc w:val="both"/>
      </w:pPr>
      <w:r>
        <w:rPr>
          <w:b/>
        </w:rPr>
        <w:t>Điều 20. Thu hồi Giấy phép vận tải đường bộ quốc tế giữa Việt Nam và Trung Quốc</w:t>
      </w:r>
    </w:p>
    <w:p>
      <w:pPr>
        <w:jc w:val="both"/>
      </w:pPr>
      <w:r>
        <w:t>1. Cơ quan có thẩm quyền cấp giấy phép thu hồi Giấy phép vận tải đường bộ quốc tế giữa Việt Nam và Trung Quốc khi có vi phạm một trong các trường hợp sau:</w:t>
      </w:r>
    </w:p>
    <w:p>
      <w:pPr>
        <w:jc w:val="both"/>
      </w:pPr>
      <w:r>
        <w:t>a) Không thực hiện đúng các nội dung ghi trong giấy phép khi thực hiện hoạt động vận tải giữa Việt Nam và Trung Quốc;</w:t>
      </w:r>
    </w:p>
    <w:p>
      <w:pPr>
        <w:jc w:val="both"/>
      </w:pPr>
      <w:r>
        <w:t>b) Giấy phép kinh doanh vận tải bằng xe ô tô hoặc Giấy phép vận tải đường bộ quốc tế giữa Việt Nam và Trung Quốc bị cơ quan có thẩm quyền thu hồi;</w:t>
      </w:r>
    </w:p>
    <w:p>
      <w:pPr>
        <w:jc w:val="both"/>
      </w:pPr>
      <w:r>
        <w:t>c) Phương tiện quá thời hạn tái nhập vào Việt Nam theo quy định, ngoại trừ trường hợp bị thiên tai, tai nạn hoặc lý do bất khả kháng.</w:t>
      </w:r>
    </w:p>
    <w:p>
      <w:pPr>
        <w:jc w:val="both"/>
      </w:pPr>
      <w:r>
        <w:t>2. Trình tự, thủ tục:</w:t>
      </w:r>
    </w:p>
    <w:p>
      <w:pPr>
        <w:jc w:val="both"/>
      </w:pPr>
      <w:r>
        <w:t>a) Cơ quan cấp giấy phép ban hành quyết định thu hồi Giấy phép vận tải đường bộ quốc tế giữa Việt Nam và Trung Quốc và gửi cho đơn vị kinh doanh vận tải, các cơ quan quản lý nhà nước tại cửa khẩu và các cơ quan có liên quan; đăng tải thông tin trên Trang thông tin điện tử của cơ quan cấp giấy phép đồng thời thông báo bằng văn bản đến cơ quan có thẩm quyền phía Trung Quốc để phối hợp xử lý;</w:t>
      </w:r>
    </w:p>
    <w:p>
      <w:pPr>
        <w:jc w:val="both"/>
      </w:pPr>
      <w:r>
        <w:t>b) Sau khi quyết định thu hồi giấy phép có hiệu lực, đơn vị kinh doanh vận tải phải dừng các hoạt động vận tải qua biên giới đối với phương tiện bị thu hồi giấy phép và trong vòng 15 ngày làm việc phải nộp Giấy phép vận tải đường bộ quốc tế giữa Việt Nam và Trung Quốc của phương tiện đó cho cơ quan cấp giấy phép.</w:t>
      </w:r>
    </w:p>
    <w:p>
      <w:pPr>
        <w:jc w:val="both"/>
      </w:pPr>
      <w:r>
        <w:rPr>
          <w:b/>
        </w:rPr>
        <w:t>Điều 21. Gia hạn thời gian lưu hành tại Việt Nam cho phương tiện của Trung Quốc</w:t>
      </w:r>
    </w:p>
    <w:p>
      <w:pPr>
        <w:jc w:val="both"/>
      </w:pPr>
      <w:r>
        <w:t>1. Đối tượng: Phương tiện của Trung Quốc quá thời gian lưu hành tại Việt Nam quy định tại Giấy phép vận tải đường bộ quốc tế giữa Việt Nam và Trung Quốc nếu có lý do chính đáng được gia hạn 01 lần với thời hạn không quá 10 ngày.</w:t>
      </w:r>
    </w:p>
    <w:p>
      <w:pPr>
        <w:jc w:val="both"/>
      </w:pPr>
      <w:r>
        <w:t>2. Thẩm quyền gia hạn: Sở Giao thông vận tải, Sở Giao thông vận tải - Xây dựng các tỉnh, thành phố trực thuộc trung ương nơi phương tiện đang lưu hành.</w:t>
      </w:r>
    </w:p>
    <w:p>
      <w:pPr>
        <w:jc w:val="both"/>
      </w:pPr>
      <w:r>
        <w:t>3. Thành phần hồ sơ:</w:t>
      </w:r>
    </w:p>
    <w:p>
      <w:pPr>
        <w:jc w:val="both"/>
      </w:pPr>
      <w:r>
        <w:t>a) Giấy đề nghị gia hạn theo Mẫu số 12 Phụ lục III của Nghị định này;</w:t>
      </w:r>
    </w:p>
    <w:p>
      <w:pPr>
        <w:jc w:val="both"/>
      </w:pPr>
      <w:r>
        <w:t>b) Giấy phép vận tải đường bộ quốc tế giữa Việt Nam và Trung Quốc (bản chính).</w:t>
      </w:r>
    </w:p>
    <w:p>
      <w:pPr>
        <w:jc w:val="both"/>
      </w:pPr>
      <w:r>
        <w:t>4. Trình tự, thủ tục:</w:t>
      </w:r>
    </w:p>
    <w:p>
      <w:pPr>
        <w:jc w:val="both"/>
      </w:pPr>
      <w:r>
        <w:t>a) Tổ chức, cá nhân nộp 01 bộ hồ sơ trực tiếp cho cơ quan có thẩm quyền nơi phương tiện đang lưu hành;</w:t>
      </w:r>
    </w:p>
    <w:p>
      <w:pPr>
        <w:jc w:val="both"/>
      </w:pPr>
      <w:r>
        <w:t>b) Trong thời hạn 02 ngày làm việc, kể từ khi nhận đủ hồ sơ hợp lệ theo quy định, cơ quan có thẩm quyền thực hiện gia hạn thời gian lưu hành cho phương tiện của Trung Quốc. Trường hợp không gia hạn, cơ quan có thẩm quyền trả lời bằng văn bản nêu rõ lý do.</w:t>
      </w:r>
    </w:p>
    <w:p>
      <w:pPr>
        <w:jc w:val="both"/>
      </w:pPr>
      <w:r>
        <w:rPr>
          <w:b/>
        </w:rPr>
        <w:t>Điều 22. Quy trình đăng ký, ngừng khai thác tuyến, bổ sung hoặc thay thế phương tiện khai thác tuyến vận tải hành khách định kỳ giữa Việt Nam và Trung Quốc</w:t>
      </w:r>
    </w:p>
    <w:p>
      <w:pPr>
        <w:jc w:val="both"/>
      </w:pPr>
      <w:r>
        <w:t>1. Đối tượng đăng ký khai thác tuyến vận tải hành khách định kỳ giữa Việt Nam và Trung Quốc:</w:t>
      </w:r>
    </w:p>
    <w:p>
      <w:pPr>
        <w:jc w:val="both"/>
      </w:pPr>
      <w:r>
        <w:t>Đơn vị kinh doanh vận tải có đủ điều kiện theo quy định hiện hành được đăng ký khai thác tuyến vận tải hành khách định kỳ giữa Việt Nam và Trung Quốc.</w:t>
      </w:r>
    </w:p>
    <w:p>
      <w:pPr>
        <w:jc w:val="both"/>
      </w:pPr>
      <w:r>
        <w:t>2. Thành phần hồ sơ đề nghị đăng ký khai thác tuyến vận tải hành khách định kỳ giữa Việt Nam và Trung Quốc:</w:t>
      </w:r>
    </w:p>
    <w:p>
      <w:pPr>
        <w:jc w:val="both"/>
      </w:pPr>
      <w:r>
        <w:t>a) Giấy đề nghị đăng ký khai thác tuyến vận tải hành khách định kỳ giữa Việt Nam và Trung Quốc theo Mẫu số 13 Phụ lục III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Phương án khai thác tuyến vận tải hành khách định kỳ giữa Việt Nam và Trung Quốc theo Mẫu số 14 Phụ lục III của Nghị định này.</w:t>
      </w:r>
    </w:p>
    <w:p>
      <w:pPr>
        <w:jc w:val="both"/>
      </w:pPr>
      <w:r>
        <w:t>3. Cơ quan quản lý tuyến:</w:t>
      </w:r>
    </w:p>
    <w:p>
      <w:pPr>
        <w:jc w:val="both"/>
      </w:pPr>
      <w:r>
        <w:t>a) Tổng cục Đường bộ Việt Nam thông báo khai thác tuyến vận tải hành khách định kỳ giữa Việt Nam và Trung Quốc đối với các tuyến vào sâu trong lãnh thổ của hai nước;</w:t>
      </w:r>
    </w:p>
    <w:p>
      <w:pPr>
        <w:jc w:val="both"/>
      </w:pPr>
      <w:r>
        <w:t>b) Sở Giao thông vận tải các tỉnh Lai Châu, Hà Giang, Cao Bằng, Lạng Sơn, Quảng Ninh và Sở Giao thông vận tải - Xây dựng Lào Cai thông báo khai thác tuyến vận tải hành khách định kỳ giữa Việt Nam và Trung Quốc đối với các tuyến giữa khu vực biên giới của hai nước.</w:t>
      </w:r>
    </w:p>
    <w:p>
      <w:pPr>
        <w:jc w:val="both"/>
      </w:pPr>
      <w:r>
        <w:t>4. Trình tự, thủ tục đăng ký khai thác tuyến vận tải hành khách định kỳ giữa Việt Nam và Trung Quốc:</w:t>
      </w:r>
    </w:p>
    <w:p>
      <w:pPr>
        <w:jc w:val="both"/>
      </w:pPr>
      <w:r>
        <w:t>a) Đơn vị kinh doanh vận tải nộp 01 bộ hồ sơ theo một trong các hình thức sau: trực tiếp, trực tuyến, đường bưu chính. Sau khi nhận và kiểm tra hồ sơ, cán bộ tiếp nhận cập nhật thông tin của các hồ sơ đúng theo quy định vào hệ thống dịch vụ công trực tuyến của cơ quan quản lý tuyến. Trường hợp hồ sơ cần sửa đổi, bổ sung, cơ quan quản lý tuyến thông báo trực tiếp hoặc bằng văn bản hoặc thông báo qua hệ thống dịch vụ công trực tuyến những nội dung chưa đầy đủ hoặc cần sửa đổi đến đơn vị kinh doanh vận tải trong thời hạn 01 ngày làm việc kể từ ngày nhận hồ sơ;</w:t>
      </w:r>
    </w:p>
    <w:p>
      <w:pPr>
        <w:jc w:val="both"/>
      </w:pPr>
      <w:r>
        <w:t>b) Trong thời hạn 02 ngày làm việc kể từ khi nhận đủ hồ sơ hợp lệ theo quy định, cơ quan quản lý tuyến có văn bản thông báo khai thác tuyến vận tải hành khách định kỳ giữa Việt Nam và Trung Quốc theo Mẫu số 15 Phụ lục III của Nghị định này. Trường hợp không cấp, cơ quan quản lý tuyến thông báo bằng văn bản hoặc qua hệ thống dịch vụ công trực tuyến và nêu rõ lý do;</w:t>
      </w:r>
    </w:p>
    <w:p>
      <w:pPr>
        <w:jc w:val="both"/>
      </w:pPr>
      <w:r>
        <w:t>c) Việc trả kết quả được thực hiện tại trụ sở cơ quan quản lý tuyến hoặc qua đường bưu chính hoặc hình thức trực tuyến theo quy định.</w:t>
      </w:r>
    </w:p>
    <w:p>
      <w:pPr>
        <w:jc w:val="both"/>
      </w:pPr>
      <w:r>
        <w:t>5. Bổ sung, thay thế phương tiện khai thác tuyến vận tải hành khách định kỳ giữa Việt Nam và Trung Quốc:</w:t>
      </w:r>
    </w:p>
    <w:p>
      <w:pPr>
        <w:jc w:val="both"/>
      </w:pPr>
      <w:r>
        <w:t>a) Đơn vị kinh doanh vận tải đang hoạt động trên tuyến được quyền bổ sung hoặc thay thế phương tiện khai thác tuyến;</w:t>
      </w:r>
    </w:p>
    <w:p>
      <w:pPr>
        <w:jc w:val="both"/>
      </w:pPr>
      <w:r>
        <w:t>b) Hồ sơ đăng ký bổ sung phương tiện hoặc thay thế phương tiện theo quy định tại khoản 2 Điều này. Giấy đề nghị đăng ký theo Mẫu số 13 Phụ lục III của Nghị định này;</w:t>
      </w:r>
    </w:p>
    <w:p>
      <w:pPr>
        <w:jc w:val="both"/>
      </w:pPr>
      <w:r>
        <w:t>c) Trình tự thực hiện thủ tục hành chính theo quy định tại khoản 4 Điều này.</w:t>
      </w:r>
    </w:p>
    <w:p>
      <w:pPr>
        <w:jc w:val="both"/>
      </w:pPr>
      <w:r>
        <w:t>6. Ngừng hoạt động tuyến, ngừng hoạt động của phương tiện khai thác tuyến vận tải hành khách định kỳ giữa Việt Nam và Trung Quốc:</w:t>
      </w:r>
    </w:p>
    <w:p>
      <w:pPr>
        <w:jc w:val="both"/>
      </w:pPr>
      <w:r>
        <w:t>a) Đơn vị kinh doanh vận tải phải gửi thông báo đến cơ quan quản lý tuyến, bến xe đầu tuyến phía Việt Nam và chỉ được phép ngừng hoạt động sau khi đã niêm yết tại bến xe đầu tuyến phía Việt Nam tối thiểu 10 ngày;</w:t>
      </w:r>
    </w:p>
    <w:p>
      <w:pPr>
        <w:jc w:val="both"/>
      </w:pPr>
      <w:r>
        <w:t>b) Chậm nhất 02 ngày làm việc kể từ ngày nhận đề nghị, cơ quan quản lý tuyến thông báo công khai để các đơn vị kinh doanh vận tải khác đăng ký khai thác.</w:t>
      </w:r>
    </w:p>
    <w:p>
      <w:pPr>
        <w:jc w:val="both"/>
      </w:pPr>
      <w:r>
        <w:t>7. Văn bản thông báo khai thác tuyến hết hiệu lực trong trường hợp đơn vị kinh doanh vận tải không đưa phương tiện vào khai thác trong vòng 60 ngày kể từ ngày có hiệu lực.</w:t>
      </w:r>
    </w:p>
    <w:p>
      <w:pPr>
        <w:jc w:val="center"/>
      </w:pPr>
      <w:r>
        <w:rPr>
          <w:b/>
        </w:rPr>
        <w:t>Chương V</w:t>
      </w:r>
    </w:p>
    <w:p>
      <w:pPr>
        <w:jc w:val="both"/>
      </w:pPr>
      <w:r>
        <w:t>TRÌNH TỰ, THỦ TỤC CẤP, CẤP LẠI, THU HỒI GIẤY PHÉP VẬN TẢI ĐƯỜNG BỘ QUỐC TẾ VÀ GIẤY PHÉP LIÊN VẬN GIỮA VIỆT NAM VÀ LÀO</w:t>
      </w:r>
    </w:p>
    <w:p>
      <w:pPr>
        <w:jc w:val="both"/>
      </w:pPr>
      <w:r>
        <w:rPr>
          <w:b/>
        </w:rPr>
        <w:t>Điều 23. Cấp, cấp lại Giấy phép vận tải đường bộ quốc tế giữa Việt Nam và Lào</w:t>
      </w:r>
    </w:p>
    <w:p>
      <w:pPr>
        <w:jc w:val="both"/>
      </w:pPr>
      <w:r>
        <w:t>1. Đối tượng: Giấy phép vận tải đường bộ quốc tế giữa Việt Nam và Lào cấp cho đơn vị kinh doanh vận tải của Việt Nam đáp ứng quy định tại Điều 19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w:t>
      </w:r>
    </w:p>
    <w:p>
      <w:pPr>
        <w:jc w:val="both"/>
      </w:pPr>
      <w:r>
        <w:t>2. Thành phần hồ sơ:</w:t>
      </w:r>
    </w:p>
    <w:p>
      <w:pPr>
        <w:jc w:val="both"/>
      </w:pPr>
      <w:r>
        <w:t>a) Giấy đề nghị cấp, cấp lại Giấy phép vận tải đường bộ quốc tế giữa Việt Nam và Lào theo Mẫu số 01 Phụ lục IV của Nghị định này;</w:t>
      </w:r>
    </w:p>
    <w:p>
      <w:pPr>
        <w:jc w:val="both"/>
      </w:pPr>
      <w:r>
        <w:t>b) Phương án kinh doanh vận tải theo Mẫu số 02 Phụ lục IV của Nghị định này.</w:t>
      </w:r>
    </w:p>
    <w:p>
      <w:pPr>
        <w:jc w:val="both"/>
      </w:pPr>
      <w:r>
        <w:t>3. Thẩm quyền cấp giấy phép: Tổng cục Đường bộ Việt Nam, Sở Giao thông vận tải, Sở Giao thông vận tải - Xây dựng các tỉnh, thành phố trực thuộc trung ương.</w:t>
      </w:r>
    </w:p>
    <w:p>
      <w:pPr>
        <w:jc w:val="both"/>
      </w:pPr>
      <w:r>
        <w:t>4. Trình tự, thủ tục:</w:t>
      </w:r>
    </w:p>
    <w:p>
      <w:pPr>
        <w:jc w:val="both"/>
      </w:pPr>
      <w:r>
        <w:t>a) Đơn vị kinh doanh vận tải nộp 01 bộ hồ sơ đề nghị cấp, cấp lại Giấy phép vận tải đường bộ quốc tế giữa Việt Nam và Lào đến một trong các cơ quan có thẩm quyền cấp giấy phép nêu tại khoản 3 Điều này theo một trong các hình thức sau: trực tiếp, trực tuyến, đường bưu chính;</w:t>
      </w:r>
    </w:p>
    <w:p>
      <w:pPr>
        <w:jc w:val="both"/>
      </w:pPr>
      <w:r>
        <w:t>b) Cơ quan có thẩm quyền cấp giấy phép tiếp nhận, kiểm tra hồ sơ. Đối với hồ sơ nộp trực tiếp tại cơ quan có thẩm quyền cấp giấy phép hoặc qua đường bưu chính, cán bộ tiếp nhận hồ sơ cập nhật thông tin hồ sơ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giữa Việt Nam và Lào theo Mẫu số 03 Phụ lục IV của Nghị định này. Trường hợp không cấp, phải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Trường hợp Giấy phép vận tải đường bộ quốc tế giữa Việt Nam và Lào bị hư hỏng, bị mất, đơn vị kinh doanh vận tải lập hồ sơ đề nghị cấp lại giấy phép theo quy định tại khoản 2 và khoản 4 Điều này.</w:t>
      </w:r>
    </w:p>
    <w:p>
      <w:pPr>
        <w:jc w:val="both"/>
      </w:pPr>
      <w:r>
        <w:rPr>
          <w:b/>
        </w:rPr>
        <w:t>Điều 24. Thu hồi Giấy phép vận tải đường bộ quốc tế giữa Việt Nam và Lào</w:t>
      </w:r>
    </w:p>
    <w:p>
      <w:pPr>
        <w:jc w:val="both"/>
      </w:pPr>
      <w:r>
        <w:t>1. Cơ quan cấp giấy phép thu hồi Giấy phép vận tải đường bộ quốc tế giữa Việt Nam và Lào khi đơn vị kinh doanh vận tải vi phạm một trong các trường hợp sau:</w:t>
      </w:r>
    </w:p>
    <w:p>
      <w:pPr>
        <w:jc w:val="both"/>
      </w:pPr>
      <w:r>
        <w:t>a) Kinh doanh loại hình vận tải không đúng theo Giấy phép vận tải đường bộ quốc tế giữa Việt Nam và Lào;</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giữa Việt Nam và Lào và gửi cho đơn vị kinh doanh vận tải, các cơ quan quản lý nhà nước tại cửa khẩu và các cơ quan có liên quan đồng thời đăng tải thông tin trên Trang thông tin điện tử của cơ quan cấp giấy phép;</w:t>
      </w:r>
    </w:p>
    <w:p>
      <w:pPr>
        <w:jc w:val="both"/>
      </w:pPr>
      <w:r>
        <w:t>b) Sau khi quyết định thu hồi giấy phép có hiệu lực, đơn vị kinh doanh vận tải phải dừng toàn bộ các hoạt động vận tải qua biên giới và trong vòng 15 ngày làm việc phải nộp cho cơ quan cấp giấy phép các giấy tờ sau: Giấy phép vận tải đường bộ quốc tế giữa Việt Nam và Lào, toàn bộ Giấy phép liên vận giữa Việt Nam và Lào đã được cấp.</w:t>
      </w:r>
    </w:p>
    <w:p>
      <w:pPr>
        <w:jc w:val="both"/>
      </w:pPr>
      <w:r>
        <w:rPr>
          <w:b/>
        </w:rPr>
        <w:t>Điều 25. Cấp, cấp lại Giấy phép liên vận giữa Việt Nam và Lào</w:t>
      </w:r>
    </w:p>
    <w:p>
      <w:pPr>
        <w:jc w:val="both"/>
      </w:pPr>
      <w:r>
        <w:t>1. Đối tượng:</w:t>
      </w:r>
    </w:p>
    <w:p>
      <w:pPr>
        <w:jc w:val="both"/>
      </w:pPr>
      <w:r>
        <w:t>Giấy phép liên vận giữa Việt Nam và Lào được cấp cho phương tiện của các tổ chức, cá nhân đáp ứng các điều kiện theo quy định pháp luật về hoạt động vận tải đường bộ giữa Việt Nam và Lào và các quy định của Nghị định thư thực hiện Hiệp định tạo điều kiện thuận lợi cho phương tiện cơ giới đường bộ qua lại biên giới giữa Việt Nam và Lào.</w:t>
      </w:r>
    </w:p>
    <w:p>
      <w:pPr>
        <w:jc w:val="both"/>
      </w:pPr>
      <w:r>
        <w:t>2. Thành phần hồ sơ đề nghị cấp, cấp lại giấy phép đối với phương tiện thương mại gồm:</w:t>
      </w:r>
    </w:p>
    <w:p>
      <w:pPr>
        <w:jc w:val="both"/>
      </w:pPr>
      <w:r>
        <w:t>a) Giấy đề nghị cấp, cấp lại giấy phép theo Mẫu số 04 Phụ lục IV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Bản sao văn bản thông báo khai thác tuyến, văn bản thay thế phương tiện hoặc văn bản bổ sung phương tiện của cơ quan quản lý tuyến và hợp đồng đón trả khách tại bến xe khách ở Việt Nam và bến xe khách hoặc nơi đón trả khách ở Lào (đối với phương tiện kinh doanh tuyến vận tải hành khách cố định giữa Việt Nam và Lào).</w:t>
      </w:r>
    </w:p>
    <w:p>
      <w:pPr>
        <w:jc w:val="both"/>
      </w:pPr>
      <w:r>
        <w:t>3. Thành phần hồ sơ đề nghị cấp, cấp lại giấy phép đối với phương tiện phi thương mại và phương tiện phục vụ các công trình, dự án hoặc hoạt động kinh doanh của doanh nghiệp trên lãnh thổ Lào:</w:t>
      </w:r>
    </w:p>
    <w:p>
      <w:pPr>
        <w:jc w:val="both"/>
      </w:pPr>
      <w:r>
        <w:t>a) Giấy đề nghị cấp, cấp lại giấy phép theo Mẫu số 05 Phụ lục IV của Nghị định này;</w:t>
      </w:r>
    </w:p>
    <w:p>
      <w:pPr>
        <w:jc w:val="both"/>
      </w:pPr>
      <w:r>
        <w:t>b) Bản sao Giấy chứng nhận đăng ký xe ô tô thuộc quyền sử dụng của tổ chức, cá nhân;</w:t>
      </w:r>
    </w:p>
    <w:p>
      <w:pPr>
        <w:jc w:val="both"/>
      </w:pPr>
      <w:r>
        <w:t>c) Bản sao quyết định cử đi công tác của cơ quan có thẩm quyền (đối với trường hợp xe công vụ và xe của các cơ quan ngoại giao, tổ chức quốc tế đi công tác);</w:t>
      </w:r>
    </w:p>
    <w:p>
      <w:pPr>
        <w:jc w:val="both"/>
      </w:pPr>
      <w:r>
        <w:t>d) Bản sao hợp đồng hoặc tài liệu chứng minh đơn vị đang thực hiện công trình, dự án hoặc hoạt động kinh doanh trên lãnh thổ Lào (đối với doanh nghiệp, hợp tác xã phục vụ các công trình, dự án hoặc hoạt động kinh doanh trên lãnh thổ Lào).</w:t>
      </w:r>
    </w:p>
    <w:p>
      <w:pPr>
        <w:jc w:val="both"/>
      </w:pPr>
      <w:r>
        <w:t>4. Thẩm quyền cấp giấy phép:</w:t>
      </w:r>
    </w:p>
    <w:p>
      <w:pPr>
        <w:jc w:val="both"/>
      </w:pPr>
      <w:r>
        <w:t>a) Tổng cục Đường bộ Việt Nam cấp Giấy phép liên vận giữa Việt Nam và Lào cho phương tiện của các cơ quan của Đảng, Quốc hội, Chính phủ, các bộ, cơ quan ngang bộ, các cơ quan thuộc các bộ, các tổ chức chính trị, xã hội ở trung ương, các cơ quan ngoại giao, cơ quan đại diện của các tổ chức quốc tế tại Việt Nam; các cơ quan, tổ chức, cá nhân khác có nhu cầu đề nghị cấp tại Tổng cục Đường bộ Việt Nam;</w:t>
      </w:r>
    </w:p>
    <w:p>
      <w:pPr>
        <w:jc w:val="both"/>
      </w:pPr>
      <w:r>
        <w:t>b) Sở Giao thông vận tải, Sở Giao thông vận tải - Xây dựng các tỉnh, thành phố trực thuộc trung ương cấp Giấy phép liên vận giữa Việt Nam và Lào cho phương tiện của các cơ quan, tổ chức, cá nhân, đơn vị kinh doanh vận tải trên địa bàn địa phương;</w:t>
      </w:r>
    </w:p>
    <w:p>
      <w:pPr>
        <w:jc w:val="both"/>
      </w:pPr>
      <w:r>
        <w:t>c) Sở Giao thông vận tải địa phương nơi có cửa khẩu biên giới giáp với Lào cấp giấy phép cho phương tiện phi thương mại của các tổ chức, cá nhân đóng trên địa bàn các tỉnh khác của Việt Nam đi qua cửa khẩu tại địa phương mình quản lý.</w:t>
      </w:r>
    </w:p>
    <w:p>
      <w:pPr>
        <w:jc w:val="both"/>
      </w:pPr>
      <w:r>
        <w:t>5. Trình tự, thủ tục:</w:t>
      </w:r>
    </w:p>
    <w:p>
      <w:pPr>
        <w:jc w:val="both"/>
      </w:pPr>
      <w:r>
        <w:t>a) Tổ chức, cá nhân, đơn vị kinh doanh vận tải nộp 01 bộ hồ sơ cho cơ quan có thẩm quyền cấp giấy phép. Cơ quan có thẩm quyền cấp giấy phép tiếp nhận hồ sơ, kiểm tra. Đối với hồ sơ nộp trực tiếp tại cơ quan có thẩm quyền cấp giấy phép hoặc qua đường bưu chính, cán bộ tiếp nhận hồ sơ cập nhật thông tin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cho tổ chức, cá nhân, đơn vị kinh doanh vận tải nộp hồ sơ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liên vận giữa Việt Nam và Lào theo Mẫu số 06 Phụ lục IV của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qua đường bưu chính hoặc hình thức trực tuyến theo quy định.</w:t>
      </w:r>
    </w:p>
    <w:p>
      <w:pPr>
        <w:jc w:val="both"/>
      </w:pPr>
      <w:r>
        <w:t>6. Khi Giấy phép liên vận giữa Việt Nam và Lào hết hạn hoặc bị hư hỏng, bị mất; tổ chức, cá nhân, đơn vị kinh doanh vận tải lập hồ sơ đề nghị cấp lại theo quy định tại khoản 2, khoản 3 và khoản 5 Điều này.</w:t>
      </w:r>
    </w:p>
    <w:p>
      <w:pPr>
        <w:jc w:val="both"/>
      </w:pPr>
      <w:r>
        <w:rPr>
          <w:b/>
        </w:rPr>
        <w:t>Điều 26. Thu hồi Giấy phép liên vận giữa Việt Nam và Lào</w:t>
      </w:r>
    </w:p>
    <w:p>
      <w:pPr>
        <w:jc w:val="both"/>
      </w:pPr>
      <w:r>
        <w:t>1. Cơ quan cấp giấy phép thu hồi Giấy phép liên vận giữa Việt Nam và Lào khi có vi phạm một trong các trường hợp sau:</w:t>
      </w:r>
    </w:p>
    <w:p>
      <w:pPr>
        <w:jc w:val="both"/>
      </w:pPr>
      <w:r>
        <w:t>a) Không thực hiện đúng các nội dung ghi trong giấy phép liên vận khi thực hiện hoạt động vận tải liên vận giữa Việt Nam và Lào;</w:t>
      </w:r>
    </w:p>
    <w:p>
      <w:pPr>
        <w:jc w:val="both"/>
      </w:pPr>
      <w:r>
        <w:t>b) Giấy phép kinh doanh vận tải bằng xe ô tô hoặc Giấy phép vận tải đường bộ quốc tế giữa Việt Nam và Lào bị cơ quan có thẩm quyền thu hồi;</w:t>
      </w:r>
    </w:p>
    <w:p>
      <w:pPr>
        <w:jc w:val="both"/>
      </w:pPr>
      <w:r>
        <w:t>c) Phương tiện quá thời hạn tái nhập vào Việt Nam theo quy định, ngoại trừ trường hợp bị thiên tai, tai nạn hoặc lý do bất khả kháng.</w:t>
      </w:r>
    </w:p>
    <w:p>
      <w:pPr>
        <w:jc w:val="both"/>
      </w:pPr>
      <w:r>
        <w:t>2. Trình tự, thủ tục:</w:t>
      </w:r>
    </w:p>
    <w:p>
      <w:pPr>
        <w:jc w:val="both"/>
      </w:pPr>
      <w:r>
        <w:t>a) Cơ quan cấp giấy phép ban hành quyết định thu hồi Giấy phép liên vận giữa Việt Nam và Lào và gửi cho tổ chức, cá nhân, đơn vị kinh doanh vận tải, các cơ quan quản lý nhà nước tại cửa khẩu và các cơ quan có liên quan đồng thời đăng tải thông tin trên Trang thông tin điện tử của cơ quan cấp giấy phép;</w:t>
      </w:r>
    </w:p>
    <w:p>
      <w:pPr>
        <w:jc w:val="both"/>
      </w:pPr>
      <w:r>
        <w:t>b) Sau khi quyết định thu hồi giấy phép có hiệu lực, đơn vị kinh doanh vận tải phải dừng hoạt động vận tải qua biên giới đối với phương tiện bị thu hồi giấy phép và trong vòng 15 ngày làm việc phải nộp Giấy phép liên vận giữa Việt Nam và Lào của phương tiện đó cho cơ quan cấp giấy phép.</w:t>
      </w:r>
    </w:p>
    <w:p>
      <w:pPr>
        <w:jc w:val="both"/>
      </w:pPr>
      <w:r>
        <w:rPr>
          <w:b/>
        </w:rPr>
        <w:t>Điều 27. Gia hạn thời gian lưu hành tại Việt Nam cho phương tiện của Lào</w:t>
      </w:r>
    </w:p>
    <w:p>
      <w:pPr>
        <w:jc w:val="both"/>
      </w:pPr>
      <w:r>
        <w:t>1. Đối tượng: Phương tiện của Lào quá thời gian lưu hành tại Việt Nam quy định tại giấy phép liên vận trong trường hợp bất khả kháng thì được gia hạn 01 lần với thời gian không quá 10 ngày.</w:t>
      </w:r>
    </w:p>
    <w:p>
      <w:pPr>
        <w:jc w:val="both"/>
      </w:pPr>
      <w:r>
        <w:t>2. Thẩm quyền gia hạn: Sở Giao thông vận tải, Sở Giao thông vận tải - Xây dựng các tỉnh, thành phố trực thuộc trung ương nơi phương tiện gặp sự cố bất khả kháng.</w:t>
      </w:r>
    </w:p>
    <w:p>
      <w:pPr>
        <w:jc w:val="both"/>
      </w:pPr>
      <w:r>
        <w:t>3. Thành phần hồ sơ:</w:t>
      </w:r>
    </w:p>
    <w:p>
      <w:pPr>
        <w:jc w:val="both"/>
      </w:pPr>
      <w:r>
        <w:t>a) Giấy đề nghị gia hạn theo Mẫu số 07 Phụ lục IV của Nghị định này;</w:t>
      </w:r>
    </w:p>
    <w:p>
      <w:pPr>
        <w:jc w:val="both"/>
      </w:pPr>
      <w:r>
        <w:t>b) Giấy phép liên vận giữa Việt Nam và Lào (bản chính).</w:t>
      </w:r>
    </w:p>
    <w:p>
      <w:pPr>
        <w:jc w:val="both"/>
      </w:pPr>
      <w:r>
        <w:t>4. Trình tự, thủ tục:</w:t>
      </w:r>
    </w:p>
    <w:p>
      <w:pPr>
        <w:jc w:val="both"/>
      </w:pPr>
      <w:r>
        <w:t>a) Tổ chức, cá nhân nộp 01 bộ hồ sơ trực tiếp cho cơ quan có thẩm quyền nơi phương tiện gặp sự cố bất khả kháng;</w:t>
      </w:r>
    </w:p>
    <w:p>
      <w:pPr>
        <w:jc w:val="both"/>
      </w:pPr>
      <w:r>
        <w:t>b) Trong thời hạn 02 ngày làm việc kể từ khi nhận đủ hồ sơ hợp lệ theo quy định, cơ quan có thẩm quyền thực hiện gia hạn thời gian lưu hành tại Việt Nam cho phương tiện của Lào.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28. Quy trình đăng ký, ngừng khai thác tuyến, bổ sung, thay thế, điều chỉnh tần suất chạy xe trên tuyến vận tải hành khách cố định giữa Việt Nam và Lào</w:t>
      </w:r>
    </w:p>
    <w:p>
      <w:pPr>
        <w:jc w:val="both"/>
      </w:pPr>
      <w:r>
        <w:t>1. Đối tượng đăng ký khai thác tuyến vận tải hành khách cố định giữa Việt Nam và Lào: Đơn vị kinh doanh vận tải có đủ điều kiện theo quy định hiện hành được đăng ký khai thác tuyến vận tải hành khách cố định giữa Việt Nam và Lào.</w:t>
      </w:r>
    </w:p>
    <w:p>
      <w:pPr>
        <w:jc w:val="both"/>
      </w:pPr>
      <w:r>
        <w:t>2. Thành phần hồ sơ đăng ký khai thác tuyến vận tải hành khách cố định giữa Việt Nam và Lào:</w:t>
      </w:r>
    </w:p>
    <w:p>
      <w:pPr>
        <w:jc w:val="both"/>
      </w:pPr>
      <w:r>
        <w:t>a) Giấy đề nghị đăng ký khai thác tuyến vận tải hành khách cố định giữa Việt Nam và Lào theo Mẫu số 08 Phụ lục IV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Phương án khai thác tuyến vận tải hành khách cố định giữa Việt Nam và Lào theo Mẫu số 09 Phụ lục IV của Nghị định này.</w:t>
      </w:r>
    </w:p>
    <w:p>
      <w:pPr>
        <w:jc w:val="both"/>
      </w:pPr>
      <w:r>
        <w:t>3. Cơ quan có thẩm quyền quản lý tuyến: Tổng cục Đường bộ Việt Nam.</w:t>
      </w:r>
    </w:p>
    <w:p>
      <w:pPr>
        <w:jc w:val="both"/>
      </w:pPr>
      <w:r>
        <w:t>4. Trình tự, thủ tục:</w:t>
      </w:r>
    </w:p>
    <w:p>
      <w:pPr>
        <w:jc w:val="both"/>
      </w:pPr>
      <w:r>
        <w:t>a) Đơn vị kinh doanh vận tải nộp 01 bộ hồ sơ cho cơ quan có thẩm quyền theo một trong các hình thức sau: trực tiếp, trực tuyến, đường bưu chính. Đối với hồ sơ nộp trực tiếp, cán bộ tiếp nhận cập nhật thông tin vào hệ thống dịch vụ công trực tuyến của Tổng cục Đường bộ Việt Nam. Trường hợp hồ sơ cần sửa đổi, bổ sung, cơ quan có thẩm quyền thông báo trực tiếp hoặc bằng văn bản hoặc thông báo qua hệ thống dịch vụ công trực tuyến cho đơn vị kinh doanh vận tải trong thời hạn 01 ngày làm việc kể từ ngày nhận hồ sơ;</w:t>
      </w:r>
    </w:p>
    <w:p>
      <w:pPr>
        <w:jc w:val="both"/>
      </w:pPr>
      <w:r>
        <w:t>b) Trong thời hạn 02 ngày làm việc kể từ khi nhận đủ hồ sơ hợp lệ theo quy định, cơ quan có thẩm quyền có văn bản thông báo khai thác tuyến vận tải hành khách cố định giữa Việt Nam và Lào theo Mẫu số 10 Phụ lục IV của Nghị định này. Trường hợp không cấp, cơ quan có thẩm quyền thông báo bằng văn bản hoặc qua hệ thống dịch vụ công trực tuyến và nêu rõ lý do;</w:t>
      </w:r>
    </w:p>
    <w:p>
      <w:pPr>
        <w:jc w:val="both"/>
      </w:pPr>
      <w:r>
        <w:t>c) Việc trả kết quả được thực hiện tại trụ sở cơ quan có thẩm quyền hoặc qua đường bưu chính hoặc hình thức trực tuyến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giữa Việt Nam và Lào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giữa Việt Nam và Lào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ban hành theo Mẫu số 11 Phụ lục IV của Nghị định này và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thay thế phương tiện theo quy định tại khoản 2 Điều này. Giấy đề nghị đăng ký theo Mẫu số 08 Phụ lục IV của Nghị định này;</w:t>
      </w:r>
    </w:p>
    <w:p>
      <w:pPr>
        <w:jc w:val="both"/>
      </w:pPr>
      <w:r>
        <w:t>c) Trình tự, thủ tục theo quy định tại khoản 4 Điều này.</w:t>
      </w:r>
    </w:p>
    <w:p>
      <w:pPr>
        <w:jc w:val="both"/>
      </w:pPr>
      <w:r>
        <w:t>9. Ngừng khai thác tuyến, ngừng phương tiện hoạt động trên tuyến vận tải hành khách cố định giữa Việt Nam và Lào</w:t>
      </w:r>
    </w:p>
    <w:p>
      <w:pPr>
        <w:jc w:val="both"/>
      </w:pPr>
      <w:r>
        <w:t>a) Khi có nhu cầu ngừng khai thác tuyến, ngừng phương tiện hoạt động trên tuyến, đơn vị kinh doanh vận tải phải thông báo bằng văn bản theo Mẫu số 12 Phụ lục IV của Nghị định này cho cơ quan có thẩm quyền, bến xe đầu tuyến phía Việt Nam và nộp lại thông báo khai thác tuyến, giấy phép liên vận của các phương tiện ngừng khai thác cho cơ quan có thẩm quyền.</w:t>
      </w:r>
    </w:p>
    <w:p>
      <w:pPr>
        <w:jc w:val="both"/>
      </w:pPr>
      <w:r>
        <w:t>Đơn vị kinh doanh vận tải chỉ được phép ngừng khai thác tuyến, ngừng phương tiện hoạt động trên tuyến sau khi đã niêm yết tại bến xe đầu tuyến phía Việt Nam tối thiểu 10 ngày;</w:t>
      </w:r>
    </w:p>
    <w:p>
      <w:pPr>
        <w:jc w:val="both"/>
      </w:pPr>
      <w:r>
        <w:t>b) Chậm nhất 02 ngày làm việc kể từ ngày nhận được đề nghị, cơ quan có thẩm quyền thông báo ngừng khai thác tuyến theo Mẫu số 13 Phụ lục IV của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xe trên tuyến ít nhất 10 ngày, đơn vị kinh doanh vận tải phải thông báo bằng văn bản theo Mẫu số 14 Phụ lục IV của Nghị định này cho cơ quan có thẩm quyền, bến xe đầu tuyến phía Việt Nam;</w:t>
      </w:r>
    </w:p>
    <w:p>
      <w:pPr>
        <w:jc w:val="both"/>
      </w:pPr>
      <w:r>
        <w:t>b) Chậm nhất 02 ngày làm việc, kể từ ngày nhận văn bản đề nghị, cơ quan có thẩm quyền thông báo điều chỉnh tần suất chạy xe trên tuyến theo Mẫu số 15 Phụ lục IV của Nghị định này.</w:t>
      </w:r>
    </w:p>
    <w:p>
      <w:pPr>
        <w:jc w:val="center"/>
      </w:pPr>
      <w:r>
        <w:rPr>
          <w:b/>
        </w:rPr>
        <w:t>Chương VI</w:t>
      </w:r>
    </w:p>
    <w:p>
      <w:pPr>
        <w:jc w:val="both"/>
      </w:pPr>
      <w:r>
        <w:t>TRÌNH TỰ, THỦ TỤC CẤP, CẤP LẠI, THU HỒI GIẤY PHÉP VẬN TẢI ĐƯỜNG BỘ QUỐC TẾ VÀ GIẤY PHÉP LIÊN VẬN GIỮA VIỆT NAM VÀ CAMPUCHIA</w:t>
      </w:r>
    </w:p>
    <w:p>
      <w:pPr>
        <w:jc w:val="both"/>
      </w:pPr>
      <w:r>
        <w:rPr>
          <w:b/>
        </w:rPr>
        <w:t>Điều 29. Cấp, cấp lại Giấy phép vận tải đường bộ quốc tế giữa Việt Nam và Campuchia</w:t>
      </w:r>
    </w:p>
    <w:p>
      <w:pPr>
        <w:jc w:val="both"/>
      </w:pPr>
      <w:r>
        <w:t>1. Đối tượng: Giấy phép vận tải đường bộ quốc tế giữa Việt Nam và Campuchia được cấp cho đơn vị kinh doanh vận tải của Việt Nam.</w:t>
      </w:r>
    </w:p>
    <w:p>
      <w:pPr>
        <w:jc w:val="both"/>
      </w:pPr>
      <w:r>
        <w:t>2. Thành phần hồ sơ:</w:t>
      </w:r>
    </w:p>
    <w:p>
      <w:pPr>
        <w:jc w:val="both"/>
      </w:pPr>
      <w:r>
        <w:t>a) Giấy đề nghị cấp, cấp lại Giấy phép vận tải đường bộ quốc tế giữa Việt Nam và Campuchia theo Mẫu số 01 Phụ lục V của Nghị định này;</w:t>
      </w:r>
    </w:p>
    <w:p>
      <w:pPr>
        <w:jc w:val="both"/>
      </w:pPr>
      <w:r>
        <w:t>b) Phương án kinh doanh vận tải theo Mẫu số 02 Phụ lục V của Nghị định này.</w:t>
      </w:r>
    </w:p>
    <w:p>
      <w:pPr>
        <w:jc w:val="both"/>
      </w:pPr>
      <w:r>
        <w:t>3. Thẩm quyền cấp giấy phép: Tổng cục Đường bộ Việt Nam.</w:t>
      </w:r>
    </w:p>
    <w:p>
      <w:pPr>
        <w:jc w:val="both"/>
      </w:pPr>
      <w:r>
        <w:t>4. Trình tự, thủ tục:</w:t>
      </w:r>
    </w:p>
    <w:p>
      <w:pPr>
        <w:jc w:val="both"/>
      </w:pPr>
      <w:r>
        <w:t>a) Đơn vị kinh doanh vận tải nộp 01 bộ hồ sơ đề nghị cấp, cấp lại Giấy phép vận tải đường bộ quốc tế giữa Việt Nam và Campuchia đến cơ quan có thẩm quyền cấp giấy phép theo một trong các hình thức sau: trực tiếp, trực tuyến, đường bưu chính;</w:t>
      </w:r>
    </w:p>
    <w:p>
      <w:pPr>
        <w:jc w:val="both"/>
      </w:pPr>
      <w:r>
        <w:t>b) Cơ quan có thẩm quyền cấp giấy phép tiếp nhận, kiểm tra hồ sơ. Trường hợp tiếp nhận hồ sơ trực tiếp tại cơ quan có thẩm quyền cấp giấy phép hoặc qua đường bưu chính, cán bộ tiếp nhận hồ sơ cập nhật thông tin của các hồ sơ theo quy định vào hệ thống dịch vụ công trực tuyến của Tổng cục Đường bộ Việt Nam. Trường hợp hồ sơ cần sửa đổi, bổ sung, cơ quan có thẩm quyền cấp giấy phép thông báo trực tiếp hoặc bằng văn bản hoặc qua hệ thống dịch vụ công trực tuyến cho đơn vị kinh doanh vận tải trong thời hạn 01 ngày làm việc kể từ ngày nhận hồ sơ;</w:t>
      </w:r>
    </w:p>
    <w:p>
      <w:pPr>
        <w:jc w:val="both"/>
      </w:pPr>
      <w:r>
        <w:t>c) Trong thời hạn 02 ngày làm việc kể từ ngày nhận đủ hồ sơ hợp lệ theo quy định, cơ quan có thẩm quyền cấp giấy phép thực hiện cấp Giấy phép vận tải đường bộ quốc tế giữa Việt Nam và Campuchia theo Mẫu số 03 Phụ lục V của Nghị định này. Trường hợp không cấp, cơ quan có thẩm quyền cấp giấy phép thông báo bằng văn bản hoặc qua hệ thống dịch vụ công trực tuyến và nêu rõ lý do;</w:t>
      </w:r>
    </w:p>
    <w:p>
      <w:pPr>
        <w:jc w:val="both"/>
      </w:pPr>
      <w:r>
        <w:t>d) Việc trả kết quả được thực hiện tại trụ sở cơ quan có thẩm quyền cấp giấy phép hoặc qua đường bưu chính hoặc hình thức trực tuyến theo quy định.</w:t>
      </w:r>
    </w:p>
    <w:p>
      <w:pPr>
        <w:jc w:val="both"/>
      </w:pPr>
      <w:r>
        <w:t>5. Khi Giấy phép vận tải đường bộ quốc tế giữa Việt Nam và Campuchia bị hư hỏng, bị mất, đơn vị kinh doanh vận tải lập hồ sơ đề nghị cấp lại giấy phép theo quy định tại khoản 2 và khoản 4 Điều này.</w:t>
      </w:r>
    </w:p>
    <w:p>
      <w:pPr>
        <w:jc w:val="both"/>
      </w:pPr>
      <w:r>
        <w:rPr>
          <w:b/>
        </w:rPr>
        <w:t>Điều 30. Thu hồi Giấy phép vận tải đường bộ quốc tế giữa Việt Nam và Campuchia</w:t>
      </w:r>
    </w:p>
    <w:p>
      <w:pPr>
        <w:jc w:val="both"/>
      </w:pPr>
      <w:r>
        <w:t>1. Cơ quan cấp giấy phép thu hồi Giấy phép vận tải đường bộ quốc tế giữa Việt Nam và Campuchia khi đơn vị kinh doanh vận tải vi phạm một trong các trường hợp sau:</w:t>
      </w:r>
    </w:p>
    <w:p>
      <w:pPr>
        <w:jc w:val="both"/>
      </w:pPr>
      <w:r>
        <w:t>a) Kinh doanh loại hình vận tải không đúng theo Giấy phép vận tải đường bộ giữa Việt Nam và Campuchia;</w:t>
      </w:r>
    </w:p>
    <w:p>
      <w:pPr>
        <w:jc w:val="both"/>
      </w:pPr>
      <w:r>
        <w:t>b) Giấy phép kinh doanh vận tải bằng xe ô tô bị cơ quan có thẩm quyền thu hồi;</w:t>
      </w:r>
    </w:p>
    <w:p>
      <w:pPr>
        <w:jc w:val="both"/>
      </w:pPr>
      <w:r>
        <w:t>c) Cơ quan quản lý nhà nước chuyên ngành tại cửa khẩu đề nghị thu hồi vì lý do vi phạm liên quan đến các hoạt động xuất nhập cảnh, xuất nhập khẩu tại cửa khẩu, quy định về quản lý hoạt động ở khu vực cửa khẩu;</w:t>
      </w:r>
    </w:p>
    <w:p>
      <w:pPr>
        <w:jc w:val="both"/>
      </w:pPr>
      <w:r>
        <w:t>d) Chấm dứt hoạt động theo quy định của pháp luật.</w:t>
      </w:r>
    </w:p>
    <w:p>
      <w:pPr>
        <w:jc w:val="both"/>
      </w:pPr>
      <w:r>
        <w:t>2. Trình tự, thủ tục:</w:t>
      </w:r>
    </w:p>
    <w:p>
      <w:pPr>
        <w:jc w:val="both"/>
      </w:pPr>
      <w:r>
        <w:t>a) Cơ quan cấp giấy phép ban hành quyết định thu hồi Giấy phép vận tải đường bộ quốc tế giữa Việt Nam và Campuchia và gửi cho đơn vị kinh doanh vận tải, các cơ quan quản lý nhà nước tại cửa khẩu và các cơ quan có liên quan; đăng tải thông tin trên Trang thông tin điện tử của cơ quan cấp giấy phép đồng thời thông báo đến cơ quan có thẩm quyền của Campuchia để phối hợp xử lý;</w:t>
      </w:r>
    </w:p>
    <w:p>
      <w:pPr>
        <w:jc w:val="both"/>
      </w:pPr>
      <w:r>
        <w:t>b) Sau khi quyết định thu hồi giấy phép có hiệu lực, đơn vị kinh doanh vận tải phải dừng hoạt động vận tải qua biên giới và trong vòng 15 ngày làm việc phải nộp cho cơ quan cấp giấy phép các giấy tờ sau: Giấy phép vận tải đường bộ quốc tế giữa Việt Nam và Campuchia; toàn bộ Giấy phép liên vận giữa Việt Nam và Campuchia đã được cấp.</w:t>
      </w:r>
    </w:p>
    <w:p>
      <w:pPr>
        <w:jc w:val="both"/>
      </w:pPr>
      <w:r>
        <w:rPr>
          <w:b/>
        </w:rPr>
        <w:t>Điều 31. Cấp, cấp lại Giấy phép liên vận giữa Việt Nam và Campuchia</w:t>
      </w:r>
    </w:p>
    <w:p>
      <w:pPr>
        <w:jc w:val="both"/>
      </w:pPr>
      <w:r>
        <w:t>1. Đối tượng: Giấy phép liên vận giữa Việt Nam và Campuchia được cấp cho phương tiện của các tổ chức, cá nhân, đơn vị kinh doanh vận tải đáp ứng các điều kiện theo quy định pháp luật về hoạt động vận tải đường bộ giữa Việt Nam và Campuchia.</w:t>
      </w:r>
    </w:p>
    <w:p>
      <w:pPr>
        <w:jc w:val="both"/>
      </w:pPr>
      <w:r>
        <w:t>2. Thành phần hồ sơ đề nghị cấp, cấp lại giấy phép đối với phương tiện thương mại:</w:t>
      </w:r>
    </w:p>
    <w:p>
      <w:pPr>
        <w:jc w:val="both"/>
      </w:pPr>
      <w:r>
        <w:t>a) Giấy đề nghị cấp, cấp lại giấy phép theo Mẫu số 04 Phụ lục V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Bản sao văn bản thông báo khai thác tuyến, văn bản thay thế phương tiện hoặc văn bản bổ sung phương tiện của cơ quan quản lý tuyến và hợp đồng đón trả khách tại bến xe khách ở Việt Nam và bến xe khách hoặc nơi đón trả khách ở Campuchia (đối với phương tiện kinh doanh tuyến vận tải hành khách cố định giữa Việt Nam và Campuchia).</w:t>
      </w:r>
    </w:p>
    <w:p>
      <w:pPr>
        <w:jc w:val="both"/>
      </w:pPr>
      <w:r>
        <w:t>3. Thành phần hồ sơ đề nghị cấp, cấp lại giấy phép đối với phương tiện phi thương mại gồm:</w:t>
      </w:r>
    </w:p>
    <w:p>
      <w:pPr>
        <w:jc w:val="both"/>
      </w:pPr>
      <w:r>
        <w:t>a) Giấy đề nghị cấp, cấp lại giấy phép theo Mẫu số 05 Phụ lục V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tổ chức, cá nhân phải xuất trình thêm bản sao hợp đồng thuê phương tiện;</w:t>
      </w:r>
    </w:p>
    <w:p>
      <w:pPr>
        <w:jc w:val="both"/>
      </w:pPr>
      <w:r>
        <w:t>c) Bản sao quyết định cử đi công tác của cơ quan có thẩm quyền đối với xe công vụ.</w:t>
      </w:r>
    </w:p>
    <w:p>
      <w:pPr>
        <w:jc w:val="both"/>
      </w:pPr>
      <w:r>
        <w:t>4. Tổng cục Đường bộ Việt Nam cấp giấy phép cho các phương tiện sau:</w:t>
      </w:r>
    </w:p>
    <w:p>
      <w:pPr>
        <w:jc w:val="both"/>
      </w:pPr>
      <w:r>
        <w:t>a) Phương tiện thương mại;</w:t>
      </w:r>
    </w:p>
    <w:p>
      <w:pPr>
        <w:jc w:val="both"/>
      </w:pPr>
      <w:r>
        <w:t>b) Phương tiện phi thương mại của các cơ quan trung ương của Đảng, Quốc hội và Chính phủ; các bộ, cơ quan ngang bộ, cơ quan thuộc Chính phủ, các cơ quan thuộc bộ, các cơ quan ngoại giao, các tổ chức chính phủ, các tổ chức chính trị - xã hội, đoàn thể, các tổ chức sự nghiệp ở trung ương.</w:t>
      </w:r>
    </w:p>
    <w:p>
      <w:pPr>
        <w:jc w:val="both"/>
      </w:pPr>
      <w:r>
        <w:t>5. Sở Giao thông vận tải các tỉnh, thành phố trực thuộc trung ương cấp giấy phép liên vận cho phương tiện phi thương mại của các cơ quan, tổ chức, cá nhân đóng trên địa bàn địa phương.</w:t>
      </w:r>
    </w:p>
    <w:p>
      <w:pPr>
        <w:jc w:val="both"/>
      </w:pPr>
      <w:r>
        <w:t>6. Sở Giao thông vận tải địa phương nơi có cửa khẩu biên giới giáp với Campuchia cấp giấy phép liên vận cho phương tiện phi thương mại của các tổ chức, cá nhân đóng trên địa bàn các tỉnh khác của Việt Nam đi qua cửa khẩu tại địa phương mình quản lý.</w:t>
      </w:r>
    </w:p>
    <w:p>
      <w:pPr>
        <w:jc w:val="both"/>
      </w:pPr>
      <w:r>
        <w:t>7. Trình tự, thủ tục:</w:t>
      </w:r>
    </w:p>
    <w:p>
      <w:pPr>
        <w:jc w:val="both"/>
      </w:pPr>
      <w:r>
        <w:t>a) Tổ chức, cá nhân, đơn vị kinh doanh vận tải nộp 01 bộ hồ sơ cho cơ quan có thẩm quyền cấp giấy phép. Cơ quan có thẩm quyền cấp giấy phép tiếp nhận hồ sơ, kiểm tra. Trường hợp tiếp nhận hồ sơ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qua hệ thống dịch vụ công trực tuyến cho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cấp giấy phép thực hiện cấp giấy phép theo Mẫu số 06 (đối với phương tiện thương mại) và Mẫu số 07 (đối với phương tiện phi thương mại) Phụ lục V của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qua đường bưu chính hoặc hình thức trực tuyến theo quy định.</w:t>
      </w:r>
    </w:p>
    <w:p>
      <w:pPr>
        <w:jc w:val="both"/>
      </w:pPr>
      <w:r>
        <w:t>8. Trường hợp Giấy phép liên vận giữa Việt Nam và Campuchia hết hạn, bị hư hỏng hoặc bị mất, tổ chức, cá nhân, đơn vị kinh doanh vận tải lập hồ sơ đề nghị cấp lại giấy phép theo quy định tại khoản 2, khoản 3 và khoản 7 Điều này.</w:t>
      </w:r>
    </w:p>
    <w:p>
      <w:pPr>
        <w:jc w:val="both"/>
      </w:pPr>
      <w:r>
        <w:rPr>
          <w:b/>
        </w:rPr>
        <w:t>Điều 32. Thu hồi Giấy phép liên vận giữa Việt Nam và Campuchia</w:t>
      </w:r>
    </w:p>
    <w:p>
      <w:pPr>
        <w:jc w:val="both"/>
      </w:pPr>
      <w:r>
        <w:t>1. Cơ quan cấp giấy phép thu hồi Giấy phép liên vận giữa Việt Nam và Campuchia khi có vi phạm một trong các trường hợp sau:</w:t>
      </w:r>
    </w:p>
    <w:p>
      <w:pPr>
        <w:jc w:val="both"/>
      </w:pPr>
      <w:r>
        <w:t>a) Không thực hiện đúng các nội dung ghi trong giấy phép liên vận khi thực hiện hoạt động vận tải liên vận giữa Việt Nam và Campuchia;</w:t>
      </w:r>
    </w:p>
    <w:p>
      <w:pPr>
        <w:jc w:val="both"/>
      </w:pPr>
      <w:r>
        <w:t>b) Không thực hiện hoạt động vận tải liên vận giữa Việt Nam và Campuchia trong thời gian 03 tháng kể từ ngày được cấp giấy phép liên vận;</w:t>
      </w:r>
    </w:p>
    <w:p>
      <w:pPr>
        <w:jc w:val="both"/>
      </w:pPr>
      <w:r>
        <w:t>c) Không thực hiện hoạt động vận tải liên vận giữa Việt Nam và Campuchia từ 03 chuyến trở lên trong thời gian 06 tháng liên tục (chuyến được tính là cả lượt xe đi và về);</w:t>
      </w:r>
    </w:p>
    <w:p>
      <w:pPr>
        <w:jc w:val="both"/>
      </w:pPr>
      <w:r>
        <w:t>d) Giấy phép kinh doanh vận tải bằng xe ô tô hoặc Giấy phép vận tải đường bộ quốc tế giữa Việt Nam và Campuchia bị cơ quan có thẩm quyền thu hồi;</w:t>
      </w:r>
    </w:p>
    <w:p>
      <w:pPr>
        <w:jc w:val="both"/>
      </w:pPr>
      <w:r>
        <w:t>đ) Phương tiện quá thời hạn tái nhập vào Việt Nam theo quy định, ngoại trừ trường hợp bị thiên tai, tai nạn hoặc lý do bất khả kháng.</w:t>
      </w:r>
    </w:p>
    <w:p>
      <w:pPr>
        <w:jc w:val="both"/>
      </w:pPr>
      <w:r>
        <w:t>2. Trình tự, thủ tục:</w:t>
      </w:r>
    </w:p>
    <w:p>
      <w:pPr>
        <w:jc w:val="both"/>
      </w:pPr>
      <w:r>
        <w:t>a) Cơ quan cấp giấy phép ban hành quyết định thu hồi Giấy phép liên vận giữa Việt Nam và Campuchia và gửi cho đơn vị kinh doanh vận tải, các cơ quan quản lý nhà nước tại cửa khẩu và các cơ quan có liên quan đồng thời đăng tải thông tin trên Trang thông tin điện tử của cơ quan cấp giấy phép;</w:t>
      </w:r>
    </w:p>
    <w:p>
      <w:pPr>
        <w:jc w:val="both"/>
      </w:pPr>
      <w:r>
        <w:t>b) Sau khi quyết định thu hồi giấy phép có hiệu lực, đơn vị kinh doanh vận tải phải dừng hoạt động vận tải qua biên giới đối với phương tiện bị thu hồi giấy phép và trong vòng 15 ngày làm việc phải nộp Giấy phép liên vận giữa Việt Nam và Campuchia của phương tiện đó cho cơ quan cấp giấy phép.</w:t>
      </w:r>
    </w:p>
    <w:p>
      <w:pPr>
        <w:jc w:val="both"/>
      </w:pPr>
      <w:r>
        <w:rPr>
          <w:b/>
        </w:rPr>
        <w:t>Điều 33. Gia hạn thời gian lưu hành tại Việt Nam cho phương tiện của Campuchia</w:t>
      </w:r>
    </w:p>
    <w:p>
      <w:pPr>
        <w:jc w:val="both"/>
      </w:pPr>
      <w:r>
        <w:t>1. Đối tượng: Phương tiện của Campuchia quá thời gian lưu hành tại Việt Nam quy định tại giấy phép liên vận trong trường hợp bất khả kháng thì được gia hạn và mỗi lần gia hạn không quá 10 ngày.</w:t>
      </w:r>
    </w:p>
    <w:p>
      <w:pPr>
        <w:jc w:val="both"/>
      </w:pPr>
      <w:r>
        <w:t>2. Thẩm quyền gia hạn: Sở Giao thông vận tải, Sở Giao thông vận tải - Xây dựng các tỉnh, thành phố trực thuộc trung ương nơi phương tiện gặp sự cố bất khả kháng.</w:t>
      </w:r>
    </w:p>
    <w:p>
      <w:pPr>
        <w:jc w:val="both"/>
      </w:pPr>
      <w:r>
        <w:t>3. Thành phần hồ sơ:</w:t>
      </w:r>
    </w:p>
    <w:p>
      <w:pPr>
        <w:jc w:val="both"/>
      </w:pPr>
      <w:r>
        <w:t>a) Giấy đề nghị gia hạn theo Mẫu số 08 Phụ lục V của Nghị định này;</w:t>
      </w:r>
    </w:p>
    <w:p>
      <w:pPr>
        <w:jc w:val="both"/>
      </w:pPr>
      <w:r>
        <w:t>b) Giấy phép liên vận giữa Việt Nam và Campuchia (bản chính).</w:t>
      </w:r>
    </w:p>
    <w:p>
      <w:pPr>
        <w:jc w:val="both"/>
      </w:pPr>
      <w:r>
        <w:t>4. Trình tự, thủ tục:</w:t>
      </w:r>
    </w:p>
    <w:p>
      <w:pPr>
        <w:jc w:val="both"/>
      </w:pPr>
      <w:r>
        <w:t>a) Tổ chức, cá nhân nộp 01 bộ hồ sơ trực tiếp cho cơ quan gia hạn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Campuchia.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34. Quy trình đăng ký, ngừng khai thác tuyến, bổ sung hoặc thay thế phương tiện khai thác tuyến vận tải hành khách cố định giữa Việt Nam và Campuchia</w:t>
      </w:r>
    </w:p>
    <w:p>
      <w:pPr>
        <w:jc w:val="both"/>
      </w:pPr>
      <w:r>
        <w:t>1. Đối tượng đăng ký khai thác tuyến vận tải hành khách cố định giữa Việt Nam và Campuchia:</w:t>
      </w:r>
    </w:p>
    <w:p>
      <w:pPr>
        <w:jc w:val="both"/>
      </w:pPr>
      <w:r>
        <w:t>Đơn vị kinh doanh vận tải có đủ điều kiện theo quy định hiện hành được đăng ký khai thác tuyến vận tải hành khách cố định giữa Việt Nam và Campuchia.</w:t>
      </w:r>
    </w:p>
    <w:p>
      <w:pPr>
        <w:jc w:val="both"/>
      </w:pPr>
      <w:r>
        <w:t>2. Hồ sơ đề nghị đăng ký khai thác tuyến vận tải hành khách cố định giữa Việt Nam và Campuchia:</w:t>
      </w:r>
    </w:p>
    <w:p>
      <w:pPr>
        <w:jc w:val="both"/>
      </w:pPr>
      <w:r>
        <w:t>a) Giấy đề nghị đăng ký khai thác tuyến vận tải hành khách cố định bằng xe ô tô giữa Việt Nam và Campuchia theo Mẫu số 09 Phụ lục V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Phương án khai thác tuyến vận tải hành khách cố định bằng xe ô tô giữa Việt Nam và Campuchia theo Mẫu số 10 Phụ lục V của Nghị định này.</w:t>
      </w:r>
    </w:p>
    <w:p>
      <w:pPr>
        <w:jc w:val="both"/>
      </w:pPr>
      <w:r>
        <w:t>3. Cơ quan có thẩm quyền quản lý tuyến: Tổng cục Đường bộ Việt Nam.</w:t>
      </w:r>
    </w:p>
    <w:p>
      <w:pPr>
        <w:jc w:val="both"/>
      </w:pPr>
      <w:r>
        <w:t>4. Trình tự, thủ tục đăng ký khai thác tuyến vận tải hành khách cố định giữa Việt Nam và Campuchia:</w:t>
      </w:r>
    </w:p>
    <w:p>
      <w:pPr>
        <w:jc w:val="both"/>
      </w:pPr>
      <w:r>
        <w:t>a) Đơn vị kinh doanh vận tải nộp 01 bộ hồ sơ theo một trong các hình thức sau: trực tiếp, trực tuyến, đường bưu chính cho cơ quan có thẩm quyền. Sau khi nhận và kiểm tra hồ sơ, cán bộ tiếp nhận cập nhật thông tin của các hồ sơ đúng theo quy định vào hệ thống dịch vụ công trực tuyến của Tổng cục Đường bộ Việt Nam. Trường hợp hồ sơ cần sửa đổi, bổ sung, cơ quan có thẩm quyền thông báo trực tiếp hoặc bằng văn bản hoặc thông báo qua hệ thống dịch vụ công trực tuyến những nội dung chưa đầy đủ hoặc cần sửa đổi đến tổ chức, cá nhân nộp hồ sơ trong thời hạn 01 ngày làm việc kể từ ngày nhận hồ sơ;</w:t>
      </w:r>
    </w:p>
    <w:p>
      <w:pPr>
        <w:jc w:val="both"/>
      </w:pPr>
      <w:r>
        <w:t>b) Trong thời hạn 02 ngày làm việc kể từ khi nhận đủ hồ sơ theo quy định, cơ quan quản lý tuyến thông báo khai thác tuyến vận tải hành khách cố định giữa Việt Nam và Campuchia theo Mẫu số 11 Phụ lục V của Nghị định này. Trường hợp không chấp thuận, cơ quan quản lý tuyến thông báo bằng văn bản hoặc qua hệ thống dịch vụ công trực tuyến và nêu rõ lý do;</w:t>
      </w:r>
    </w:p>
    <w:p>
      <w:pPr>
        <w:jc w:val="both"/>
      </w:pPr>
      <w:r>
        <w:t>c) Việc trả kết quả được thực hiện tại trụ sở cơ quan có thẩm quyền hoặc qua đường bưu chính hoặc hình thức trực tuyến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bằng xe ô tô giữa Việt Nam và Campuchia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bằng xe ô tô giữa Việt Nam và Campuchia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tự in theo Mẫu số 12 Phụ lục V của Nghị định này. Lệnh vận chuyển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phương tiện hoặc thay thế phương tiện theo quy định tại khoản 2 Điều này. Giấy đề nghị đăng ký theo Mẫu số 09 Phụ lục V của Nghị định này;</w:t>
      </w:r>
    </w:p>
    <w:p>
      <w:pPr>
        <w:jc w:val="both"/>
      </w:pPr>
      <w:r>
        <w:t>c) Trình tự thực hiện thủ tục hành chính theo quy định tại khoản 4 Điều này.</w:t>
      </w:r>
    </w:p>
    <w:p>
      <w:pPr>
        <w:jc w:val="both"/>
      </w:pPr>
      <w:r>
        <w:t>9. Ngừng khai thác tuyến, điều chỉnh tần suất chạy xe trên tuyến vận tải hành khách cố định bằng xe ô tô giữa Việt Nam và Campuchia:</w:t>
      </w:r>
    </w:p>
    <w:p>
      <w:pPr>
        <w:jc w:val="both"/>
      </w:pPr>
      <w:r>
        <w:t>a) Đơn vị kinh doanh vận tải đang khai thác trên tuyến vận tải hành khách cố định bằng xe ô tô giữa Việt Nam và Campuchia khi không có nhu cầu khai thác trên tuyến hoặc ngừng phương tiện phải thông báo bằng văn bản theo Mẫu số 13 Phụ lục V của Nghị định này cho cơ quan có thẩm quyền, bến xe đầu tuyến phía Việt Nam và nộp lại cho Tổng cục Đường bộ Việt Nam thông báo khai thác tuyến, giấy phép liên vận của các phương tiện ngừng khai thác trên tuyến;</w:t>
      </w:r>
    </w:p>
    <w:p>
      <w:pPr>
        <w:jc w:val="both"/>
      </w:pPr>
      <w:r>
        <w:t>Đơn vị kinh doanh vận tải chỉ được phép ngừng hoạt động sau khi đã thông báo tại bến xe đầu tuyến phía Việt Nam tối thiểu 10 ngày;</w:t>
      </w:r>
    </w:p>
    <w:p>
      <w:pPr>
        <w:jc w:val="both"/>
      </w:pPr>
      <w:r>
        <w:t>b) Chậm nhất 02 ngày làm việc kể từ ngày nhận đề nghị, cơ quan có thẩm quyền ra văn bản thông báo ngừng khai thác tuyến theo Mẫu số 14 Phụ lục V của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trên tuyến ít nhất 10 ngày, đơn vị kinh doanh vận tải phải thông báo bằng văn bản theo Mẫu số 15 Phụ lục V của Nghị định này cho cơ quan có thẩm quyền, bến xe đầu tuyến phía Việt Nam;</w:t>
      </w:r>
    </w:p>
    <w:p>
      <w:pPr>
        <w:jc w:val="both"/>
      </w:pPr>
      <w:r>
        <w:t>b) Chậm nhất 02 ngày làm việc, kể từ ngày nhận văn bản đề nghị, cơ quan có thẩm quyền ra văn bản thông báo điều chỉnh tần suất chạy xe trên tuyến theo Mẫu số 16 Phụ lục V của Nghị định này.</w:t>
      </w:r>
    </w:p>
    <w:p>
      <w:pPr>
        <w:jc w:val="center"/>
      </w:pPr>
      <w:r>
        <w:rPr>
          <w:b/>
        </w:rPr>
        <w:t>Chương VII</w:t>
      </w:r>
    </w:p>
    <w:p>
      <w:pPr>
        <w:jc w:val="both"/>
      </w:pPr>
      <w:r>
        <w:t>TRÌNH TỰ, THỦ TỤC CẤP, CẤP LẠI, THU HỒI GIẤY PHÉP LIÊN VẬN GIỮA VIỆT NAM, LÀO VÀ CAMPUCHIA</w:t>
      </w:r>
    </w:p>
    <w:p>
      <w:pPr>
        <w:jc w:val="both"/>
      </w:pPr>
      <w:r>
        <w:rPr>
          <w:b/>
        </w:rPr>
        <w:t>Điều 35. Cấp, cấp lại Giấy phép liên vận giữa Việt Nam, Lào và Campuchia</w:t>
      </w:r>
    </w:p>
    <w:p>
      <w:pPr>
        <w:jc w:val="both"/>
      </w:pPr>
      <w:r>
        <w:t>1. Đối tượng: Giấy phép liên vận giữa Việt Nam, Lào và Campuchia được cấp cho phương tiện của các tổ chức, cá nhân, đơn vị kinh doanh vận tải đáp ứng các điều kiện theo quy định pháp luật về hoạt động vận tải đường bộ giữa Việt Nam, Lào và Campuchia.</w:t>
      </w:r>
    </w:p>
    <w:p>
      <w:pPr>
        <w:jc w:val="both"/>
      </w:pPr>
      <w:r>
        <w:t>2. Thành phần hồ sơ đối với phương tiện thương mại:</w:t>
      </w:r>
    </w:p>
    <w:p>
      <w:pPr>
        <w:jc w:val="both"/>
      </w:pPr>
      <w:r>
        <w:t>a) Giấy đề nghị cấp, cấp lại giấy phép theo Mẫu số 01 Phụ lục VI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Bản sao văn bản thông báo khai thác tuyến, văn bản thay thế phương tiện hoặc văn bản bổ sung phương tiện của cơ quan quản lý tuyến và hợp đồng đón trả khách tại bến xe khách ở Việt Nam và bến xe khách hoặc nơi đón trả khách ở Lào, Campuchia (đối với phương tiện kinh doanh tuyến vận tải hành khách cố định giữa Việt Nam, Lào và Campuchia).</w:t>
      </w:r>
    </w:p>
    <w:p>
      <w:pPr>
        <w:jc w:val="both"/>
      </w:pPr>
      <w:r>
        <w:t>3. Thành phần hồ sơ đối với phương tiện phi thương mại:</w:t>
      </w:r>
    </w:p>
    <w:p>
      <w:pPr>
        <w:jc w:val="both"/>
      </w:pPr>
      <w:r>
        <w:t>a) Giấy đề nghị cấp, cấp lại giấy phép theo Mẫu số 02 Phụ lục VI của Nghị định này;</w:t>
      </w:r>
    </w:p>
    <w:p>
      <w:pPr>
        <w:jc w:val="both"/>
      </w:pPr>
      <w:r>
        <w:t>b) Giấy chứng nhận đăng ký xe ô tô (bản sao có chứng thực hoặc bản sao kèm theo bản chính để đối chiếu). Trường hợp phương tiện không thuộc sở hữu của tổ chức, cá nhân thì phải kèm theo tài liệu chứng minh quyền sử dụng hợp pháp của tổ chức, cá nhân với phương tiện đó (bản sao có chứng thực hoặc bản sao kèm theo bản chính để đối chiếu);</w:t>
      </w:r>
    </w:p>
    <w:p>
      <w:pPr>
        <w:jc w:val="both"/>
      </w:pPr>
      <w:r>
        <w:t>c) Đối với doanh nghiệp thực hiện công trình, dự án hoặc hoạt động kinh doanh trên lãnh thổ Lào hoặc Campuchia thì kèm theo hợp đồng hoặc tài liệu chứng minh doanh nghiệp đang thực hiện công trình, dự án hoặc hoạt động kinh doanh, trên lãnh thổ Lào, Campuchia (bản sao có chứng thực).</w:t>
      </w:r>
    </w:p>
    <w:p>
      <w:pPr>
        <w:jc w:val="both"/>
      </w:pPr>
      <w:r>
        <w:t>4. Tổng cục Đường bộ Việt Nam cấp giấy phép cho các loại phương tiện:</w:t>
      </w:r>
    </w:p>
    <w:p>
      <w:pPr>
        <w:jc w:val="both"/>
      </w:pPr>
      <w:r>
        <w:t>a) Phương tiện thương mại gồm xe vận chuyển hành khách hợp đồng, xe vận chuyển khách du lịch, xe vận tải hàng hóa;</w:t>
      </w:r>
    </w:p>
    <w:p>
      <w:pPr>
        <w:jc w:val="both"/>
      </w:pPr>
      <w:r>
        <w:t>b) Phương tiện phi thương mại của các tổ chức, cá nhân có nhu cầu đề nghị cấp tại Tổng cục Đường bộ Việt Nam.</w:t>
      </w:r>
    </w:p>
    <w:p>
      <w:pPr>
        <w:jc w:val="both"/>
      </w:pPr>
      <w:r>
        <w:t>5. Sở Giao thông vận tải, Sở Giao thông vận tải - Xây dựng các tỉnh, thành phố trực thuộc trung ương cấp Giấy phép liên vận giữa Việt Nam, Lào và Campuchia cho phương tiện vận tải hành khách tuyến cố định, phương tiện phi thương mại của các tổ chức, cá nhân đóng trên địa bàn địa phương.</w:t>
      </w:r>
    </w:p>
    <w:p>
      <w:pPr>
        <w:jc w:val="both"/>
      </w:pPr>
      <w:r>
        <w:t>6. Sở Giao thông vận tải địa phương nơi có cửa khẩu biên giới giáp với Lào và Campuchia theo Phụ lục của Bản ghi nhớ giữa Chính phủ các nước Vương quốc Campuchia, Cộng hòa Dân chủ Nhân dân Lào và Cộng hòa xã hội chủ nghĩa Việt Nam về vận tải đường bộ, cấp giấy phép cho phương tiện phi thương mại của các tổ chức, cá nhân đóng trên địa bàn các tỉnh khác của Việt Nam đi qua cửa khẩu của địa phương mình.</w:t>
      </w:r>
    </w:p>
    <w:p>
      <w:pPr>
        <w:jc w:val="both"/>
      </w:pPr>
      <w:r>
        <w:t>7. Trình tự, thủ tục:</w:t>
      </w:r>
    </w:p>
    <w:p>
      <w:pPr>
        <w:jc w:val="both"/>
      </w:pPr>
      <w:r>
        <w:t>a) Tổ chức, cá nhân, đơn vị kinh doanh vận tải nộp 01 bộ hồ sơ cho cơ quan có thẩm quyền cấp giấy phép theo một trong các hình thức sau: trực tiếp, trực tuyến, đường bưu chính. Cơ quan có thẩm quyền cấp giấy phép tiếp nhận hồ sơ, kiểm tra. Đối với hồ sơ nộp trực tiếp tại cơ quan có thẩm quyền cấp giấy phép hoặc qua đường bưu chính, cán bộ tiếp nhận hồ sơ cập nhật thông tin của các hồ sơ đúng theo quy định vào hệ thống dịch vụ công trực tuyến của cơ quan có thẩm quyền cấp giấy phép. Trường hợp hồ sơ cần sửa đổi, bổ sung, cơ quan có thẩm quyền cấp giấy phép thông báo trực tiếp hoặc bằng văn bản hoặc thông báo qua hệ thống dịch vụ công trực tuyến những nội dung chưa đầy đủ hoặc cần sửa đổi đến tổ chức, cá nhân, đơn vị kinh doanh vận tải trong thời hạn 01 ngày làm việc, kể từ ngày nhận hồ sơ;</w:t>
      </w:r>
    </w:p>
    <w:p>
      <w:pPr>
        <w:jc w:val="both"/>
      </w:pPr>
      <w:r>
        <w:t>b) Trong thời hạn 02 ngày làm việc kể từ ngày nhận đủ hồ sơ hợp lệ theo quy định, cơ quan có thẩm quyền thực hiện cấp Giấy phép liên vận giữa Việt Nam, Lào và Campuchia theo Mẫu số 03 (đối với phương tiện thương mại) hoặc Mẫu số 04 (đối với phương tiện phi thương mại) Phụ lục VI của Nghị định này. Trường hợp không cấp, cơ quan có thẩm quyền cấp giấy phép thông báo bằng văn bản hoặc qua hệ thống dịch vụ công trực tuyến và nêu rõ lý do;</w:t>
      </w:r>
    </w:p>
    <w:p>
      <w:pPr>
        <w:jc w:val="both"/>
      </w:pPr>
      <w:r>
        <w:t>c) Việc trả kết quả được thực hiện tại trụ sở cơ quan có thẩm quyền cấp giấy phép hoặc qua đường bưu chính hoặc hình thức trực tuyến theo quy định.</w:t>
      </w:r>
    </w:p>
    <w:p>
      <w:pPr>
        <w:jc w:val="both"/>
      </w:pPr>
      <w:r>
        <w:t>8. Trường hợp Giấy phép liên vận giữa Việt Nam, Lào và Campuchia bị hư hỏng, bị mất, tổ chức, cá nhân, đơn vị kinh doanh vận tải lập hồ sơ đề nghị cấp lại theo quy định tại khoản 2, khoản 3 và khoản 7 Điều này.</w:t>
      </w:r>
    </w:p>
    <w:p>
      <w:pPr>
        <w:jc w:val="both"/>
      </w:pPr>
      <w:r>
        <w:rPr>
          <w:b/>
        </w:rPr>
        <w:t>Điều 36. Thu hồi Giấy phép liên vận giữa Việt Nam, Lào và Campuchia</w:t>
      </w:r>
    </w:p>
    <w:p>
      <w:pPr>
        <w:jc w:val="both"/>
      </w:pPr>
      <w:r>
        <w:t>1. Cơ quan cấp giấy phép thu hồi Giấy phép liên vận giữa Việt Nam, Lào và Campuchia khi vi phạm một trong các trường hợp sau:</w:t>
      </w:r>
    </w:p>
    <w:p>
      <w:pPr>
        <w:jc w:val="both"/>
      </w:pPr>
      <w:r>
        <w:t>a) Không thực hiện đúng các nội dung ghi trong Giấy phép liên vận giữa Việt Nam, Lào và Campuchia;</w:t>
      </w:r>
    </w:p>
    <w:p>
      <w:pPr>
        <w:jc w:val="both"/>
      </w:pPr>
      <w:r>
        <w:t>b) Không thực hiện hoạt động vận tải qua biên giới giữa Việt Nam, Lào và Campuchia trong thời gian 03 tháng kể từ ngày được cấp giấy phép;</w:t>
      </w:r>
    </w:p>
    <w:p>
      <w:pPr>
        <w:jc w:val="both"/>
      </w:pPr>
      <w:r>
        <w:t>c) Không thực hiện hoạt động vận tải qua biên giới giữa Việt Nam, Lào và Campuchia từ 03 chuyến trở lên trong thời gian 06 tháng liên tục (chuyến được tính là cả lượt xe đi và về);</w:t>
      </w:r>
    </w:p>
    <w:p>
      <w:pPr>
        <w:jc w:val="both"/>
      </w:pPr>
      <w:r>
        <w:t>d) Phương tiện quá thời hạn tái nhập vào Việt Nam theo quy định, ngoại trừ trường hợp thiên tai, dịch bệnh, tai nạn hoặc lý do bất khả kháng;</w:t>
      </w:r>
    </w:p>
    <w:p>
      <w:pPr>
        <w:jc w:val="both"/>
      </w:pPr>
      <w:r>
        <w:t>đ) Giấy phép kinh doanh vận tải bằng xe ô tô hoặc Giấy phép vận tải đường bộ quốc tế giữa Việt Nam và Lào hoặc Giấy phép vận tải đường bộ quốc tế giữa Việt Nam và Campuchia bị cơ quan có thẩm quyền thu hồi.</w:t>
      </w:r>
    </w:p>
    <w:p>
      <w:pPr>
        <w:jc w:val="both"/>
      </w:pPr>
      <w:r>
        <w:t>2. Trình tự, thủ tục:</w:t>
      </w:r>
    </w:p>
    <w:p>
      <w:pPr>
        <w:jc w:val="both"/>
      </w:pPr>
      <w:r>
        <w:t>a) Cơ quan cấp giấy phép ban hành quyết định thu hồi Giấy phép liên vận giữa Việt Nam, Lào và Campuchia và gửi cho các tổ chức, cá nhân, đơn vị kinh doanh vận tải, các cơ quan quản lý nhà nước tại cửa khẩu và các cơ quan có liên quan đồng thời đăng tải thông tin trên Trang thông tin điện tử của cơ quan cấp giấy phép;</w:t>
      </w:r>
    </w:p>
    <w:p>
      <w:pPr>
        <w:jc w:val="both"/>
      </w:pPr>
      <w:r>
        <w:t>b) Sau khi quyết định thu hồi giấy phép có hiệu lực, đơn vị kinh doanh vận tải phải dừng hoạt động vận tải qua biên giới đối với phương tiện bị thu hồi giấy phép và trong vòng 15 ngày làm việc phải nộp Giấy phép liên vận giữa Việt Nam, Lào và Campuchia của phương tiện đó cho cơ quan cấp giấy phép.</w:t>
      </w:r>
    </w:p>
    <w:p>
      <w:pPr>
        <w:jc w:val="both"/>
      </w:pPr>
      <w:r>
        <w:rPr>
          <w:b/>
        </w:rPr>
        <w:t>Điều 37. Gia hạn thời gian lưu hành tại Việt Nam cho phương tiện của Lào, Campuchia</w:t>
      </w:r>
    </w:p>
    <w:p>
      <w:pPr>
        <w:jc w:val="both"/>
      </w:pPr>
      <w:r>
        <w:t>1. Đối tượng: Phương tiện của Lào, Campuchia quá thời gian lưu hành tại Việt Nam quy định tại giấy phép liên vận trong trường hợp bất khả kháng được gia hạn 01 lần với thời gian không quá 10 ngày.</w:t>
      </w:r>
    </w:p>
    <w:p>
      <w:pPr>
        <w:jc w:val="both"/>
      </w:pPr>
      <w:r>
        <w:t>2. Thẩm quyền gia hạn: Sở Giao thông vận tải, Sở Giao thông vận tải - Xây dựng các tỉnh, thành phố trực thuộc trung ương nơi phương tiện gặp sự cố bất khả kháng.</w:t>
      </w:r>
    </w:p>
    <w:p>
      <w:pPr>
        <w:jc w:val="both"/>
      </w:pPr>
      <w:r>
        <w:t>3. Thành phần hồ sơ:</w:t>
      </w:r>
    </w:p>
    <w:p>
      <w:pPr>
        <w:jc w:val="both"/>
      </w:pPr>
      <w:r>
        <w:t>a) Giấy đề nghị gia hạn theo Mẫu số 05 Phụ lục VI của Nghị định này;</w:t>
      </w:r>
    </w:p>
    <w:p>
      <w:pPr>
        <w:jc w:val="both"/>
      </w:pPr>
      <w:r>
        <w:t>b) Giấy phép liên vận giữa Việt Nam, Lào và Campuchia (bản chính).</w:t>
      </w:r>
    </w:p>
    <w:p>
      <w:pPr>
        <w:jc w:val="both"/>
      </w:pPr>
      <w:r>
        <w:t>4. Trình tự, thủ tục:</w:t>
      </w:r>
    </w:p>
    <w:p>
      <w:pPr>
        <w:jc w:val="both"/>
      </w:pPr>
      <w:r>
        <w:t>a) Tổ chức, cá nhân nộp 01 bộ hồ sơ trực tiếp cho cơ quan gia hạn nơi phương tiện gặp sự cố bất khả kháng;</w:t>
      </w:r>
    </w:p>
    <w:p>
      <w:pPr>
        <w:jc w:val="both"/>
      </w:pPr>
      <w:r>
        <w:t>b) Trong thời hạn 02 ngày làm việc kể từ khi nhận đủ hồ sơ hợp lệ theo quy định, cơ quan có thẩm quyền thực hiện gia hạn thời gian lưu hành cho phương tiện của Lào, Campuchia. Cơ quan có thẩm quyền thực hiện việc gia hạn bằng văn bản hoặc gia hạn trong giấy phép liên vận. Trường hợp không gia hạn, cơ quan có thẩm quyền trả lời bằng văn bản nêu rõ lý do.</w:t>
      </w:r>
    </w:p>
    <w:p>
      <w:pPr>
        <w:jc w:val="both"/>
      </w:pPr>
      <w:r>
        <w:rPr>
          <w:b/>
        </w:rPr>
        <w:t>Điều 38. Quy trình đăng ký, ngừng khai thác tuyến, bổ sung hoặc thay thế phương tiện khai thác tuyến vận tải hành khách cố định giữa Việt Nam, Lào và Campuchia</w:t>
      </w:r>
    </w:p>
    <w:p>
      <w:pPr>
        <w:jc w:val="both"/>
      </w:pPr>
      <w:r>
        <w:t>1. Đối tượng đăng ký khai thác tuyến vận tải hành khách cố định giữa Việt Nam, Lào và Campuchia:</w:t>
      </w:r>
    </w:p>
    <w:p>
      <w:pPr>
        <w:jc w:val="both"/>
      </w:pPr>
      <w:r>
        <w:t>Đơn vị kinh doanh vận tải đáp ứng điều kiện theo quy định hiện hành được đăng ký khai thác tuyến vận tải hành khách cố định giữa Việt Nam, Lào và Campuchia.</w:t>
      </w:r>
    </w:p>
    <w:p>
      <w:pPr>
        <w:jc w:val="both"/>
      </w:pPr>
      <w:r>
        <w:t>2. Thành phần hồ sơ đăng ký khai thác tuyến vận tải hành khách cố định giữa Việt Nam, Lào và Campuchia:</w:t>
      </w:r>
    </w:p>
    <w:p>
      <w:pPr>
        <w:jc w:val="both"/>
      </w:pPr>
      <w:r>
        <w:t>a) Giấy đề nghị đăng ký khai thác tuyến vận tải hành khách cố định giữa Việt Nam, Lào và Campuchia theo Mẫu số 06 Phụ lục VI của Nghị định này;</w:t>
      </w:r>
    </w:p>
    <w:p>
      <w:pPr>
        <w:jc w:val="both"/>
      </w:pPr>
      <w:r>
        <w:t>b) Bản sao Giấy chứng nhận đăng ký xe ô tô hoặc bản sao giấy hẹn nhận Giấy chứng nhận đăng ký xe ô tô của cơ quan cấp đăng ký hoặc bản sao từ sổ gốc của Giấy chứng nhận đăng ký xe ô tô. Trường hợp phương tiện không thuộc quyền sở hữu của đơn vị kinh doanh vận tải phải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c) Phương án khai thác tuyến vận tải hành khách cố định giữa Việt Nam, Lào và Campuchia theo Mẫu số 07 Phụ lục VI của Nghị định này;</w:t>
      </w:r>
    </w:p>
    <w:p>
      <w:pPr>
        <w:jc w:val="both"/>
      </w:pPr>
      <w:r>
        <w:t>d) Hợp đồng đối tác giữa đơn vị kinh doanh vận tải Việt Nam với đối tác của Lào và/hoặc Campuchia (bản sao có chứng thực hoặc bản sao kèm theo bản chính để đối chiếu).</w:t>
      </w:r>
    </w:p>
    <w:p>
      <w:pPr>
        <w:jc w:val="both"/>
      </w:pPr>
      <w:r>
        <w:t>3. Cơ quan có thẩm quyền quản lý tuyến: Sở Giao thông vận tải, Sở Giao thông vận tải - Xây dựng các tỉnh, thành phố trực thuộc trung ương.</w:t>
      </w:r>
    </w:p>
    <w:p>
      <w:pPr>
        <w:jc w:val="both"/>
      </w:pPr>
      <w:r>
        <w:t>4. Trình tự, thủ tục:</w:t>
      </w:r>
    </w:p>
    <w:p>
      <w:pPr>
        <w:jc w:val="both"/>
      </w:pPr>
      <w:r>
        <w:t>a) Đơn vị kinh doanh vận tải nộp 01 bộ hồ sơ cho cơ quan có thẩm quyền theo một trong các hình thức sau: trực tiếp, trực tuyến, đường bưu chính. Đối với hồ sơ nộp trực tiếp, cán bộ tiếp nhận cập nhật thông tin vào hệ thống dịch vụ công trực tuyến của Tổng cục Đường bộ Việt Nam. Trường hợp hồ sơ cần sửa đổi, bổ sung, cơ quan có thẩm quyền thông báo trực tiếp hoặc bằng văn bản hoặc thông báo qua hệ thống dịch vụ công trực tuyến cho đơn vị kinh doanh vận tải trong thời hạn 01 ngày làm việc kể từ ngày nhận hồ sơ;</w:t>
      </w:r>
    </w:p>
    <w:p>
      <w:pPr>
        <w:jc w:val="both"/>
      </w:pPr>
      <w:r>
        <w:t>b) Trong thời hạn 02 ngày làm việc kể từ khi nhận đủ hồ sơ hợp lệ theo quy định, cơ quan có thẩm quyền có văn bản thông báo khai thác tuyến vận tải hành khách cố định theo Mẫu số 08 Phụ lục VI của Nghị định này và xác nhận vào hợp đồng đối tác của đơn vị kinh doanh vận tải. Trường hợp không cấp, cơ quan có thẩm quyền thông báo bằng văn bản hoặc qua hệ thống dịch vụ công trực tuyến và nêu rõ lý do;</w:t>
      </w:r>
    </w:p>
    <w:p>
      <w:pPr>
        <w:jc w:val="both"/>
      </w:pPr>
      <w:r>
        <w:t>c) Việc trả kết quả được thực hiện tại trụ sở cơ quan có thẩm quyền hoặc qua đường bưu chính hoặc hình thức trực tuyến theo quy định.</w:t>
      </w:r>
    </w:p>
    <w:p>
      <w:pPr>
        <w:jc w:val="both"/>
      </w:pPr>
      <w:r>
        <w:t>5. Văn bản thông báo khai thác tuyến hết hiệu lực trong trường hợp đơn vị kinh doanh vận tải không đưa phương tiện vào khai thác trong vòng 60 ngày kể từ ngày có hiệu lực.</w:t>
      </w:r>
    </w:p>
    <w:p>
      <w:pPr>
        <w:jc w:val="both"/>
      </w:pPr>
      <w:r>
        <w:t>6. Tuyến vận tải hành khách cố định giữa Việt Nam, Lào và Campuchia phải xuất phát và kết thúc trên lãnh thổ Việt Nam, tại bến xe khách từ loại 01 đến loại 04 hoặc bến xe loại 05 thuộc địa bàn huyện nghèo theo quy định của Chính phủ.</w:t>
      </w:r>
    </w:p>
    <w:p>
      <w:pPr>
        <w:jc w:val="both"/>
      </w:pPr>
      <w:r>
        <w:t>7. Phương tiện khai thác tuyến vận tải hành khách cố định giữa Việt Nam, Lào và Campuchia phải có lệnh vận chuyển. Lệnh vận chuyển cấp cho từng chuyến xe lượt đi và lượt về (trường hợp chuyến xe thực hiện trong nhiều ngày), cấp hàng ngày (trường hợp trong ngày thực hiện nhiều chuyến). Lệnh vận chuyển do đơn vị kinh doanh vận tải ban hành theo Mẫu số 09 Phụ lục VI của Nghị định này và phải được đánh số thứ tự theo năm để quản lý.</w:t>
      </w:r>
    </w:p>
    <w:p>
      <w:pPr>
        <w:jc w:val="both"/>
      </w:pPr>
      <w:r>
        <w:t>8. Bổ sung, thay thế phương tiện khai thác tuyến vận tải hành khách cố định</w:t>
      </w:r>
    </w:p>
    <w:p>
      <w:pPr>
        <w:jc w:val="both"/>
      </w:pPr>
      <w:r>
        <w:t>a) Đơn vị kinh doanh vận tải đang hoạt động trên tuyến được quyền bổ sung hoặc thay thế phương tiện;</w:t>
      </w:r>
    </w:p>
    <w:p>
      <w:pPr>
        <w:jc w:val="both"/>
      </w:pPr>
      <w:r>
        <w:t>b) Hồ sơ đăng ký bổ sung, thay thế phương tiện theo quy định tại khoản 2 Điều này. Giấy đề nghị đăng ký theo Mẫu số 06 Phụ lục VI của Nghị định này;</w:t>
      </w:r>
    </w:p>
    <w:p>
      <w:pPr>
        <w:jc w:val="both"/>
      </w:pPr>
      <w:r>
        <w:t>c) Trình tự, thủ tục theo quy định tại khoản 4 Điều này.</w:t>
      </w:r>
    </w:p>
    <w:p>
      <w:pPr>
        <w:jc w:val="both"/>
      </w:pPr>
      <w:r>
        <w:t>9. Ngừng khai thác tuyến, ngừng phương tiện hoạt động trên tuyến vận tải hành khách cố định giữa Việt Nam, Lào và Campuchia</w:t>
      </w:r>
    </w:p>
    <w:p>
      <w:pPr>
        <w:jc w:val="both"/>
      </w:pPr>
      <w:r>
        <w:t>a) Khi có nhu cầu ngừng khai thác tuyến, ngừng phương tiện hoạt động trên tuyến, đơn vị kinh doanh vận tải phải thông báo bằng văn bản theo Mẫu số 10 Phụ lục VI của Nghị định này cho cơ quan có thẩm quyền, bến xe đầu tuyến phía Việt Nam và nộp lại thông báo khai thác tuyến, ký hiệu phân biệt quốc gia, giấy phép liên vận của các phương tiện ngừng khai thác cho cơ quan có thẩm quyền;</w:t>
      </w:r>
    </w:p>
    <w:p>
      <w:pPr>
        <w:jc w:val="both"/>
      </w:pPr>
      <w:r>
        <w:t>Đơn vị kinh doanh vận tải chỉ được phép ngừng khai thác tuyến, ngừng phương tiện hoạt động trên tuyến sau khi đã niêm yết tại bến xe đầu tuyến phía Việt Nam tối thiểu 10 ngày;</w:t>
      </w:r>
    </w:p>
    <w:p>
      <w:pPr>
        <w:jc w:val="both"/>
      </w:pPr>
      <w:r>
        <w:t>b) Chậm nhất 02 ngày làm việc kể từ ngày nhận được đề nghị, cơ quan có thẩm quyền thông báo ngừng khai thác tuyến theo Mẫu số 11 Phụ lục VI của Nghị định này và thông báo công khai để các đơn vị kinh doanh vận tải khác đăng ký khai thác.</w:t>
      </w:r>
    </w:p>
    <w:p>
      <w:pPr>
        <w:jc w:val="both"/>
      </w:pPr>
      <w:r>
        <w:t>10. Điều chỉnh tần suất chạy xe trên tuyến</w:t>
      </w:r>
    </w:p>
    <w:p>
      <w:pPr>
        <w:jc w:val="both"/>
      </w:pPr>
      <w:r>
        <w:t>a) Trước khi điều chỉnh tần suất chạy trên tuyến ít nhất 10 ngày, đơn vị kinh doanh vận tải phải thông báo bằng văn bản theo quy định tại Mẫu số 12 Phụ lục VI của Nghị định này cho cơ quan có thẩm quyền, bến xe đầu tuyến phía Việt Nam;</w:t>
      </w:r>
    </w:p>
    <w:p>
      <w:pPr>
        <w:jc w:val="both"/>
      </w:pPr>
      <w:r>
        <w:t>b) Chậm nhất 02 ngày làm việc kể từ ngày nhận văn bản đề nghị, cơ quan có thẩm quyền ra văn bản thông báo điều chỉnh tần suất chạy xe trên tuyến theo quy định tại Mẫu số 13 Phụ lục VI của Nghị định này.</w:t>
      </w:r>
    </w:p>
    <w:p>
      <w:pPr>
        <w:jc w:val="center"/>
      </w:pPr>
      <w:r>
        <w:rPr>
          <w:b/>
        </w:rPr>
        <w:t>Chương VIII</w:t>
      </w:r>
    </w:p>
    <w:p>
      <w:pPr>
        <w:jc w:val="both"/>
      </w:pPr>
      <w:r>
        <w:t>TỔ CHỨC THỰC HIỆN</w:t>
      </w:r>
    </w:p>
    <w:p>
      <w:pPr>
        <w:jc w:val="both"/>
      </w:pPr>
      <w:r>
        <w:rPr>
          <w:b/>
        </w:rPr>
        <w:t>Điều 39. Bộ Giao thông vận tải</w:t>
      </w:r>
    </w:p>
    <w:p>
      <w:pPr>
        <w:jc w:val="both"/>
      </w:pPr>
      <w:r>
        <w:t>1. Chủ trì, phối hợp với các bộ, ngành, địa phương liên quan tổ chức thực hiện các quy định tại Nghị định này.</w:t>
      </w:r>
    </w:p>
    <w:p>
      <w:pPr>
        <w:jc w:val="both"/>
      </w:pPr>
      <w:r>
        <w:t>2. Chỉ đạo Tổng cục Đường bộ Việt Nam xây dựng phần mềm quản lý vận tải đường bộ qua biên giới.</w:t>
      </w:r>
    </w:p>
    <w:p>
      <w:pPr>
        <w:jc w:val="both"/>
      </w:pPr>
      <w:r>
        <w:rPr>
          <w:b/>
        </w:rPr>
        <w:t>Điều 40. Các bộ, cơ quan ngang bộ, Ủy ban nhân dân các tỉnh, thành phố trực thuộc trung ương có liên quan</w:t>
      </w:r>
    </w:p>
    <w:p>
      <w:pPr>
        <w:jc w:val="both"/>
      </w:pPr>
      <w:r>
        <w:t>1. Các bộ, cơ quan ngang bộ, Ủy ban nhân dân các tỉnh, thành phố trực thuộc trung ương liên quan tổ chức triển khai thực hiện Nghị định theo chức năng, nhiệm vụ.</w:t>
      </w:r>
    </w:p>
    <w:p>
      <w:pPr>
        <w:jc w:val="both"/>
      </w:pPr>
      <w:r>
        <w:t>2. Ủy ban nhân dân các tỉnh, thành phố trực thuộc trung ương chỉ đạo cơ quan chuyên môn cấp tỉnh bảo đảm kết nối liên thông phần mềm quản lý vận tải đường bộ qua biên giới với cổng dịch vụ công trực tuyến của Tổng cục Đường bộ Việt Nam.</w:t>
      </w:r>
    </w:p>
    <w:p>
      <w:pPr>
        <w:jc w:val="both"/>
      </w:pPr>
      <w:r>
        <w:rPr>
          <w:b/>
        </w:rPr>
        <w:t>Điều 41. Đơn vị kinh doanh vận tải</w:t>
      </w:r>
    </w:p>
    <w:p>
      <w:pPr>
        <w:jc w:val="both"/>
      </w:pPr>
      <w:r>
        <w:t>Thực hiện các quy định của Nghị định này và chấp hành sự thanh tra, kiểm tra trong quá trình thực hiện các quy định của Nghị định này và pháp luật khác có liên quan.</w:t>
      </w:r>
    </w:p>
    <w:p>
      <w:pPr>
        <w:jc w:val="center"/>
      </w:pPr>
      <w:r>
        <w:rPr>
          <w:b/>
        </w:rPr>
        <w:t>Chương IX</w:t>
      </w:r>
    </w:p>
    <w:p>
      <w:pPr>
        <w:jc w:val="both"/>
      </w:pPr>
      <w:r>
        <w:t>ĐIỀU KHOẢN THI HÀNH</w:t>
      </w:r>
    </w:p>
    <w:p>
      <w:pPr>
        <w:jc w:val="both"/>
      </w:pPr>
      <w:r>
        <w:rPr>
          <w:b/>
        </w:rPr>
        <w:t>Điều 42. Hiệu lực thi hành</w:t>
      </w:r>
    </w:p>
    <w:p>
      <w:pPr>
        <w:jc w:val="both"/>
      </w:pPr>
      <w:r>
        <w:t>1. Nghị định này có hiệu lực thi hành từ ngày 15 tháng 02 năm 2022.</w:t>
      </w:r>
    </w:p>
    <w:p>
      <w:pPr>
        <w:jc w:val="both"/>
      </w:pPr>
      <w:r>
        <w:t>2. Giấy phép vận tải đường bộ quốc tế, giấy phép liên vận đã được cấp trước ngày Nghị định này có hiệu lực thi hành tiếp tục được thực hiện cho đến khi hết thời hạn hiệu lực của giấy phép.</w:t>
      </w:r>
    </w:p>
    <w:p>
      <w:pPr>
        <w:jc w:val="both"/>
      </w:pPr>
      <w:r>
        <w:rPr>
          <w:b/>
        </w:rPr>
        <w:t>Điều 43. Trách nhiệm thi hành</w:t>
      </w:r>
    </w:p>
    <w:p>
      <w:pPr>
        <w:jc w:val="both"/>
      </w:pPr>
      <w:r>
        <w:t>Các Bộ trưởng, Thủ trưởng cơ quan ngang bộ, Thủ trưởng cơ quan thuộc Chính phủ, Chủ tịch Ủy ban nhân dân các tỉnh, thành phố trực thuộc trung ương, các doanh nghiệp, tổ chức, cá nhân có liên quan chịu trách nhiệm thi hành Nghị định này./.</w:t>
      </w:r>
    </w:p>
    <w:p>
      <w:r>
        <w:rPr>
          <w:i/>
        </w:rPr>
        <w:t>Nguồn: Cơ sở dữ liệu quốc gia về văn bản pháp luật (Bộ Tư pháp). VietSmart Legal, legal.giangpham.asia/van-ban/152830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