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21/2013/TT-NHNN</w:t>
      </w:r>
    </w:p>
    <w:p>
      <w:pPr>
        <w:jc w:val="both"/>
      </w:pPr>
      <w:r>
        <w:t>ngày 09 tháng 9 năm 2013 của Thống đốc Ngân hàng Nhà nước Việt</w:t>
      </w:r>
    </w:p>
    <w:p>
      <w:pPr>
        <w:jc w:val="both"/>
      </w:pPr>
      <w:r>
        <w:t>Nam quy định về mạng lưới hoạt động của ngân hàng thương mại</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 (sau đây gọi là Luật Các tổ chức tín dụng);</w:t>
      </w:r>
    </w:p>
    <w:p>
      <w:pPr>
        <w:jc w:val="both"/>
      </w:pPr>
      <w:r>
        <w:t>Căn cứ Luật Doanh nghiệp ngày 17 tháng 6 năm 2020;</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Thông tư số 21/2013/TT-NHNN ngày 09 tháng 9 năm 2013 của Thống đốc Ngân hàng Nhà nước Việt Nam quy định về mạng lưới hoạt động của ngân hàng thương mại.</w:t>
      </w:r>
    </w:p>
    <w:p>
      <w:pPr>
        <w:jc w:val="both"/>
      </w:pPr>
      <w:r>
        <w:rPr>
          <w:b/>
        </w:rPr>
        <w:t>Điều 1. Sửa đổi, bổ sung một số điều của Thông tư số 21/2013/TT-NHNN</w:t>
      </w:r>
    </w:p>
    <w:p>
      <w:pPr>
        <w:jc w:val="both"/>
      </w:pPr>
      <w:r>
        <w:t>1. Sửa đổi, bổ sung khoản 12 Điều 3 như sau:</w:t>
      </w:r>
    </w:p>
    <w:p>
      <w:pPr>
        <w:jc w:val="both"/>
      </w:pPr>
      <w:r>
        <w:t>“12. Khu vực nội thành thành phố Hồ Chí Minh bao gồm các thành phố và quận thuộc thành phố Hồ Chí Minh.”</w:t>
      </w:r>
    </w:p>
    <w:p>
      <w:pPr>
        <w:jc w:val="both"/>
      </w:pPr>
      <w:r>
        <w:t>2. Sửa đổi, bổ sung Điều 4 như sau:</w:t>
      </w:r>
    </w:p>
    <w:p>
      <w:pPr>
        <w:jc w:val="both"/>
      </w:pPr>
      <w:r>
        <w:t>“ Điều 4. Thẩm quyền chấp thuận về mạng lưới của ngân hàng thương mại</w:t>
      </w:r>
    </w:p>
    <w:p>
      <w:pPr>
        <w:jc w:val="both"/>
      </w:pPr>
      <w:r>
        <w:t>1. Thống đốc Ngân hàng Nhà nước Việt Nam xem xét chấp thuận hoặc không chấp thuận việc ngân hàng thương mại thành lập, chấm dứt hoạt động, giải thể chi nhánh, phòng giao dịch, văn phòng đại diện, đơn vị sự nghiệp ở trong nước; thành lập chi nhánh, văn phòng đại diện, ngân hàng 100% vốn ở nước ngoài.</w:t>
      </w:r>
    </w:p>
    <w:p>
      <w:pPr>
        <w:jc w:val="both"/>
      </w:pPr>
      <w:r>
        <w:t>2. Giám đốc Ngân hàng Nhà nước chi nhánh tỉnh, thành phố trực thuộc Trung ương xem xét chấp thuận hoặc không chấp thuận:</w:t>
      </w:r>
    </w:p>
    <w:p>
      <w:pPr>
        <w:jc w:val="both"/>
      </w:pPr>
      <w:r>
        <w:t>a) Thay đổi địa điểm đặt trụ sở chi nhánh ở trong nước, phòng giao dịch trên địa bàn (bao gồm cả thay đổi địa điểm trước khi khai trương hoạt động);</w:t>
      </w:r>
    </w:p>
    <w:p>
      <w:pPr>
        <w:jc w:val="both"/>
      </w:pPr>
      <w:r>
        <w:t>b) Chấm dứt hoạt động chi nhánh, phòng giao dịch trên địa bàn (trong trường hợp tự nguyện chấm dứt hoạt động);</w:t>
      </w:r>
    </w:p>
    <w:p>
      <w:pPr>
        <w:jc w:val="both"/>
      </w:pPr>
      <w:r>
        <w:t>c) Thay đổi chi nhánh quản lý phòng giao dịch trên địa bàn.</w:t>
      </w:r>
    </w:p>
    <w:p>
      <w:pPr>
        <w:jc w:val="both"/>
      </w:pPr>
      <w:r>
        <w:t>3. Trong một số trường hợp cụ thể, Thống đốc Ngân hàng Nhà nước xem xét đề nghị thành lập chi nhánh, văn phòng đại diện, đơn vị sự nghiệp, phòng giao dịch ở trong nước; chi nhánh, văn phòng đại diện, ngân hàng 100% vốn ở nước ngoài của ngân hàng thương mại trên cơ sở trình tự, thủ tục theo quy định tại Thông tư này và phù hợp với điều kiện thực tế nhằm:</w:t>
      </w:r>
    </w:p>
    <w:p>
      <w:pPr>
        <w:jc w:val="both"/>
      </w:pPr>
      <w:r>
        <w:t>a) Phục vụ cho mục tiêu phát triển kinh tế, xã hội, chính trị, an ninh, quốc phòng, ngoại giao và điều hành chính sách tiền tệ trong từng thời kỳ;</w:t>
      </w:r>
    </w:p>
    <w:p>
      <w:pPr>
        <w:jc w:val="both"/>
      </w:pPr>
      <w:r>
        <w:t>b) Hỗ trợ ngân hàng thương mại tham gia xử lý quỹ tín dụng nhân dân được kiểm soát đặc biệt;</w:t>
      </w:r>
    </w:p>
    <w:p>
      <w:pPr>
        <w:jc w:val="both"/>
      </w:pPr>
      <w:r>
        <w:t>c) Thực hiện phương án cơ cấu lại tổ chức tín dụng được kiểm soát đặc biệt đã được phê duyệt.”</w:t>
      </w:r>
    </w:p>
    <w:p>
      <w:pPr>
        <w:jc w:val="both"/>
      </w:pPr>
      <w:r>
        <w:t>3. Sửa đổi, bổ sung khoản 3 Điều 5 như sau:</w:t>
      </w:r>
    </w:p>
    <w:p>
      <w:pPr>
        <w:jc w:val="both"/>
      </w:pPr>
      <w:r>
        <w:t>“3. Hồ sơ của ngân hàng thương mại được gửi tới Ngân hàng Nhà nước, Ngân hàng Nhà nước chi nhánh bằng hình thức: gửi trực tiếp tại Bộ phận Một cửa hoặc gửi qua dịch vụ bưu chính hoặc theo hình thức trực tuyến (đối với hồ sơ quy định tại khoản 1, 2, 3, 4, 5 Điều 17, Điều 20 Thông tư này và hồ sơ tự nguyện chấm dứt hoạt động phòng giao dịch quy định tại Điều 24 Thông tư này).”</w:t>
      </w:r>
    </w:p>
    <w:p>
      <w:pPr>
        <w:jc w:val="both"/>
      </w:pPr>
      <w:r>
        <w:t>4. Sửa đổi, bổ sung điểm g khoản 1 Điều 6 như sau:</w:t>
      </w:r>
    </w:p>
    <w:p>
      <w:pPr>
        <w:jc w:val="both"/>
      </w:pPr>
      <w:r>
        <w:t>“g) Không thuộc đối tượng phải thực hiện biện pháp không được mở rộng mạng lưới theo quy định của pháp luật về xử phạt vi phạm hành chính trong lĩnh vực tiền tệ và ngân hàng;”</w:t>
      </w:r>
    </w:p>
    <w:p>
      <w:pPr>
        <w:jc w:val="both"/>
      </w:pPr>
      <w:r>
        <w:t>5. Sửa đổi, bổ sung khoản 1 Điều 13 như sau:</w:t>
      </w:r>
    </w:p>
    <w:p>
      <w:pPr>
        <w:jc w:val="both"/>
      </w:pPr>
      <w:r>
        <w:t>“1. Trừ các trường hợp theo quy định tại khoản 3 Điều 4 Thông tư này, Ngân hàng Nhà nước xem xét, chấp thuận việc ngân hàng thương mại đủ điều kiện thành lập chi nhánh, phòng giao dịch ở trong nước; chấp thuận cho ngân hàng thương mại thành lập văn phòng đại diện, đơn vị sự nghiệp ở trong nước; chi nhánh, văn phòng đại diện, ngân hàng 100% vốn ở nước ngoài một lần trong một năm tài chính. Ngân hàng thương mại lập hồ sơ theo quy định tại Điều 12 Thông tư này gửi Ngân hàng Nhà nước (qua Cơ quan Thanh tra, giám sát ngân hàng) một lần trước ngày 30 tháng 9 hàng năm.”</w:t>
      </w:r>
    </w:p>
    <w:p>
      <w:pPr>
        <w:jc w:val="both"/>
      </w:pPr>
      <w:r>
        <w:t>6. Sửa đổi, bổ sung khoản 3 Điều 13 như sau:</w:t>
      </w:r>
    </w:p>
    <w:p>
      <w:pPr>
        <w:jc w:val="both"/>
      </w:pPr>
      <w:r>
        <w:t>“3. Trong thời hạn 14 ngày làm việc kể từ ngày nhận được văn bản của Cơ quan Thanh tra, giám sát ngân hàng, Ủy ban nhân dân tỉnh, thành phố trực thuộc Trung ương nơi ngân hàng thương mại dự kiến thành lập chi nhánh ở trong nước và Ngân hàng Nhà nước chi nhánh nơi ngân hàng thương mại dự kiến thành lập chi nhánh ở trong nước, phòng giao dịch có ý kiến tham gia bằng văn bản về các nội dung được đề nghị.”</w:t>
      </w:r>
    </w:p>
    <w:p>
      <w:pPr>
        <w:jc w:val="both"/>
      </w:pPr>
      <w:r>
        <w:t>7. Sửa đổi, bổ sung Điều 14 như sau:</w:t>
      </w:r>
    </w:p>
    <w:p>
      <w:pPr>
        <w:jc w:val="both"/>
      </w:pPr>
      <w:r>
        <w:t>“ Điều 14. Khai trương hoạt động chi nhánh ở trong nước, phòng giao dịch</w:t>
      </w:r>
    </w:p>
    <w:p>
      <w:pPr>
        <w:jc w:val="both"/>
      </w:pPr>
      <w:r>
        <w:t>1. Yêu cầu khai trương hoạt động chi nhánh ở trong nước, phòng giao dịch:</w:t>
      </w:r>
    </w:p>
    <w:p>
      <w:pPr>
        <w:jc w:val="both"/>
      </w:pPr>
      <w:r>
        <w:t>a) Có quyền sở hữu hoặc sử dụng hợp pháp trụ sở chi nhánh, phòng giao dịch; trụ sở phải đảm bảo lưu trữ chứng từ (trừ phòng giao dịch), thuận tiện và an toàn cho giao dịch, tài sản, có đầy đủ hệ thống đảm bảo an ninh, bảo vệ, hệ thống cấp điện, liên lạc duy trì liên tục, đáp ứng yêu cầu phòng, chống cháy nổ;</w:t>
      </w:r>
    </w:p>
    <w:p>
      <w:pPr>
        <w:jc w:val="both"/>
      </w:pPr>
      <w:r>
        <w:t>b) Trụ sở chi nhánh có kho tiền đảm bảo an toàn theo tiêu chuẩn quy định của Ngân hàng Nhà nước. Trường hợp ngân hàng thương mại có hơn một chi nhánh trên cùng địa bàn tỉnh, thành phố trực thuộc Trung ương, ngân hàng thương mại phải có tối thiểu một chi nhánh có kho tiền theo quy định của Ngân hàng Nhà nước và phải chịu trách nhiệm chuyển tiền của các chi nhánh không có kho tiền về chi nhánh có kho tiền sau khi kết thúc giờ giao dịch mỗi ngày làm việc;</w:t>
      </w:r>
    </w:p>
    <w:p>
      <w:pPr>
        <w:jc w:val="both"/>
      </w:pPr>
      <w:r>
        <w:t>c) Chi nhánh, phòng giao dịch có hệ thống công nghệ thông tin kết nối trực tuyến với trụ sở chính và phòng giao dịch kết nối trực tuyến với chi nhánh quản lý; đảm bảo hệ thống công nghệ thông tin, cơ sở dữ liệu hoạt động liên tục, an toàn, bảo mật cho các hoạt động nghiệp vụ;</w:t>
      </w:r>
    </w:p>
    <w:p>
      <w:pPr>
        <w:jc w:val="both"/>
      </w:pPr>
      <w:r>
        <w:t>d) Chi nhánh, phòng giao dịch có đầy đủ nhân sự điều hành tối thiểu gồm Giám đốc Chi nhánh, Phó Giám đốc, Giám đốc phòng giao dịch hoặc chức danh tương đương và đội ngũ cán bộ nghiệp vụ;</w:t>
      </w:r>
    </w:p>
    <w:p>
      <w:pPr>
        <w:jc w:val="both"/>
      </w:pPr>
      <w:r>
        <w:t>đ) Giám đốc chi nhánh hoặc các chức danh tương đương (đối với trường hợp khai trương hoạt động chi nhánh) đáp ứng các tiêu chuẩn, điều kiện theo quy định tại khoản 5 Điều 50 Luật Các tổ chức tín dụng.</w:t>
      </w:r>
    </w:p>
    <w:p>
      <w:pPr>
        <w:jc w:val="both"/>
      </w:pPr>
      <w:r>
        <w:t>2. Ngân hàng thương mại có văn bản báo cáo Ngân hàng Nhà nước chi nhánh nơi đặt trụ sở chi nhánh ở trong nước, phòng giao dịch về việc đáp ứng yêu cầu khai trương hoạt động chi nhánh ở trong nước, phòng giao dịch chậm nhất 15 ngày làm việc trước ngày dự kiến khai trương hoạt động chi nhánh ở trong nước, phòng giao dịch.</w:t>
      </w:r>
    </w:p>
    <w:p>
      <w:pPr>
        <w:jc w:val="both"/>
      </w:pPr>
      <w:r>
        <w:t>3. Ngân hàng thương mại tiến hành khai trương hoạt động chi nhánh ở trong nước, phòng giao dịch sau khi đã đáp ứng yêu cầu tại khoản 1 Điều này, hoàn tất thủ tục đăng ký hoạt động chi nhánh (đối với chi nhánh) hoặc thông báo lập địa điểm kinh doanh (đối với phòng giao dịch) theo quy định của pháp luật.</w:t>
      </w:r>
    </w:p>
    <w:p>
      <w:pPr>
        <w:jc w:val="both"/>
      </w:pPr>
      <w:r>
        <w:t>4. Trong thời hạn 07 ngày làm việc trước ngày dự kiến khai trương hoạt động chi nhánh ở trong nước, phòng giao dịch quy định tại Điều này, ngân hàng thương mại phải thực hiện công bố thông tin trên Cổng thông tin điện tử của Ngân hàng Nhà nước và ngân hàng thương mại, một tờ báo viết hàng ngày trong 03 số liên tiếp hoặc báo điện tử của Việt Nam.”</w:t>
      </w:r>
    </w:p>
    <w:p>
      <w:pPr>
        <w:jc w:val="both"/>
      </w:pPr>
      <w:r>
        <w:t>8. Sửa đổi, bổ sung Điều 16 như sau:</w:t>
      </w:r>
    </w:p>
    <w:p>
      <w:pPr>
        <w:jc w:val="both"/>
      </w:pPr>
      <w:r>
        <w:t>“ Điều 16. Thay đổi tên chi nhánh ở trong nước, phòng giao dịch</w:t>
      </w:r>
    </w:p>
    <w:p>
      <w:pPr>
        <w:jc w:val="both"/>
      </w:pPr>
      <w:r>
        <w:t>Ngân hàng thương mại quyết định việc thay đổi tên chi nhánh ở trong nước, thay đổi tên phòng giao dịch; có văn bản báo cáo Ngân hàng Nhà nước chi nhánh nơi đặt trụ sở chi nhánh ở trong nước, phòng giao dịch việc thay đổi này trong thời hạn 05 ngày làm việc kể từ ngày chi nhánh ở trong nước, phòng giao dịch hoạt động theo tên mới.”</w:t>
      </w:r>
    </w:p>
    <w:p>
      <w:pPr>
        <w:jc w:val="both"/>
      </w:pPr>
      <w:r>
        <w:t>9. Sửa đổi, bổ sung điểm b khoản 4 Điều 17 như sau:</w:t>
      </w:r>
    </w:p>
    <w:p>
      <w:pPr>
        <w:jc w:val="both"/>
      </w:pPr>
      <w:r>
        <w:t>“b) Trong thời hạn 10 ngày làm việc kể từ ngày nhận được đầy đủ hồ sơ theo quy định tại Thông tư này, Ngân hàng Nhà nước chi nhánh nơi đặt trụ sở chi nhánh, phòng giao dịch có văn bản (bao gồm cả văn bản dạng điện tử) gửi ngân hàng thương mại chấp thuận hoặc không chấp thuận việc thay đổi địa điểm đặt trụ sở chi nhánh, phòng giao dịch; trường hợp không chấp thuận, văn bản gửi ngân hàng thương mại nêu rõ lý do.”</w:t>
      </w:r>
    </w:p>
    <w:p>
      <w:pPr>
        <w:jc w:val="both"/>
      </w:pPr>
      <w:r>
        <w:t>10. Bổ sung khoản 6 Điều 17 như sau:</w:t>
      </w:r>
    </w:p>
    <w:p>
      <w:pPr>
        <w:jc w:val="both"/>
      </w:pPr>
      <w:r>
        <w:t>“6. Trường hợp thay đổi địa chỉ đặt trụ sở chi nhánh ở trong nước, phòng giao dịch nhưng không phát sinh thay đổi địa điểm, ngân hàng thương mại có văn bản đề nghị Ngân hàng Nhà nước chi nhánh nơi đặt trụ sở chi nhánh ở trong nước, phòng giao dịch xác nhận thay đổi địa chỉ đặt trụ sở chi nhánh ở trong nước, phòng giao dịch.</w:t>
      </w:r>
    </w:p>
    <w:p>
      <w:pPr>
        <w:jc w:val="both"/>
      </w:pPr>
      <w:r>
        <w:t>Trong thời hạn 15 ngày làm việc kể từ ngày nhận được văn bản đề nghị của ngân hàng thương mại, Ngân hàng Nhà nước chi nhánh nơi đặt trụ sở chi nhánh ở trong nước, phòng giao dịch có văn bản gửi ngân hàng thương mại xác nhận việc thay đổi địa chỉ đặt trụ sở chi nhánh ở trong nước, phòng giao dịch.”</w:t>
      </w:r>
    </w:p>
    <w:p>
      <w:pPr>
        <w:jc w:val="both"/>
      </w:pPr>
      <w:r>
        <w:t>11. Sửa đổi, bổ sung điểm b khoản 3 Điều 20 như sau:</w:t>
      </w:r>
    </w:p>
    <w:p>
      <w:pPr>
        <w:jc w:val="both"/>
      </w:pPr>
      <w:r>
        <w:t>“b) Trong thời hạn 14 ngày làm việc kể từ ngày nhận được đầy đủ hồ sơ theo quy định tại Thông tư này, Ngân hàng Nhà nước chi nhánh nơi đặt trụ sở chi nhánh có văn bản (bao gồm cả văn bản dạng điện tử) chấp thuận hoặc không chấp thuận đề nghị của ngân hàng thương mại; trường hợp không chấp thuận, văn bản gửi ngân hàng thương mại nêu rõ lý do.”</w:t>
      </w:r>
    </w:p>
    <w:p>
      <w:pPr>
        <w:jc w:val="both"/>
      </w:pPr>
      <w:r>
        <w:t>12. Sửa đổi, bổ sung Điều 21 như sau:</w:t>
      </w:r>
    </w:p>
    <w:p>
      <w:pPr>
        <w:jc w:val="both"/>
      </w:pPr>
      <w:r>
        <w:t>“ Điều 21. Công bố thông tin về các nội dung thay đổi</w:t>
      </w:r>
    </w:p>
    <w:p>
      <w:pPr>
        <w:jc w:val="both"/>
      </w:pPr>
      <w:r>
        <w:t>Trong thời hạn 07 ngày làm việc kể từ ngày nhận được văn bản chấp thuận của Ngân hàng Nhà nước cho phép ngân hàng thương mại thực hiện thay đổi theo quy định tại các khoản 1, 2, 3, 4, 5 Điều 17, Điều 20 Thông tư này hoặc kể từ ngày nhận được văn bản xác nhận thay đổi địa chỉ đặt trụ sở chi nhánh ở trong nước, phòng giao dịch nhưng không thay đổi địa điểm của Ngân hàng Nhà nước quy định tại khoản 6 Điều 17 Thông tư này hoặc kể từ ngày thực hiện thay đổi theo quy định tại các Điều 16, 18, 19 Thông tư này, ngân hàng thương mại phải thực hiện công bố nội dung thay đổi trên trang thông tin điện tử, tại trụ sở chính, trụ sở chi nhánh ở trong nước, phòng giao dịch có liên quan của ngân hàng thương mại.”</w:t>
      </w:r>
    </w:p>
    <w:p>
      <w:pPr>
        <w:jc w:val="both"/>
      </w:pPr>
      <w:r>
        <w:t>13. Sửa đổi, bổ sung khoản 2 Điều 24 như sau:</w:t>
      </w:r>
    </w:p>
    <w:p>
      <w:pPr>
        <w:jc w:val="both"/>
      </w:pPr>
      <w:r>
        <w:t>“2. Trình tự tự nguyện chấm dứt hoạt động chi nhánh ở trong nước:</w:t>
      </w:r>
    </w:p>
    <w:p>
      <w:pPr>
        <w:jc w:val="both"/>
      </w:pPr>
      <w:r>
        <w:t>a) Ngân hàng thương mại lập 01 bộ hồ sơ theo quy định tại khoản 1 Điều này gửi Ngân hàng nhà nước chi nhánh nơi đặt trụ sở chi nhánh;</w:t>
      </w:r>
    </w:p>
    <w:p>
      <w:pPr>
        <w:jc w:val="both"/>
      </w:pPr>
      <w:r>
        <w:t>b) Trong thời hạn 45 ngày kể từ ngày nhận đủ hồ sơ theo quy định tại Thông tư này, Ngân hàng Nhà nước chi nhánh nơi đặt trụ sở chi nhánh có văn bản chấp thuận hoặc không chấp thuận đề nghị của ngân hàng thương mại; trường hợp không chấp thuận, văn bản gửi ngân hàng thương mại nêu rõ lý do.”</w:t>
      </w:r>
    </w:p>
    <w:p>
      <w:pPr>
        <w:jc w:val="both"/>
      </w:pPr>
      <w:r>
        <w:t>14. Sửa đổi, bổ sung điểm b khoản 3 Điều 24 như sau:</w:t>
      </w:r>
    </w:p>
    <w:p>
      <w:pPr>
        <w:jc w:val="both"/>
      </w:pPr>
      <w:r>
        <w:t>“b) Trong thời hạn 14 ngày làm việc kể từ ngày nhận đủ hồ sơ theo quy định tại Thông tư này, Ngân hàng Nhà nước chi nhánh nơi đặt trụ sở phòng giao dịch có văn bản (bao gồm cả văn bản dạng điện tử) chấp thuận hoặc không chấp thuận đề nghị của ngân hàng thương mại; trường hợp không chấp thuận, văn bản gửi ngân hàng thương mại nêu rõ lý do.”</w:t>
      </w:r>
    </w:p>
    <w:p>
      <w:pPr>
        <w:jc w:val="both"/>
      </w:pPr>
      <w:r>
        <w:t>15. Sửa đổi, bổ sung khoản 4 Điều 24 như sau:</w:t>
      </w:r>
    </w:p>
    <w:p>
      <w:pPr>
        <w:jc w:val="both"/>
      </w:pPr>
      <w:r>
        <w:t>“4. Trong thời hạn 45 ngày kể từ ngày có văn bản chấp thuận của Ngân hàng Nhà nước chi nhánh nơi đặt trụ sở chi nhánh, phòng giao dịch quy định tại điểm b khoản 2 và điểm b khoản 3 Điều này, ngân hàng thương mại phải tiến hành các thủ tục pháp lý theo quy định của pháp luật để chấm dứt hoạt động của chi nhánh, phòng giao dịch; có văn bản báo cáo Ngân hàng Nhà nước (qua Cơ quan Thanh tra, giám sát ngân hàng) và Ngân hàng Nhà nước chi nhánh nơi đặt trụ sở chi nhánh, phòng giao dịch về ngày chấm dứt hoạt động.”</w:t>
      </w:r>
    </w:p>
    <w:p>
      <w:pPr>
        <w:jc w:val="both"/>
      </w:pPr>
      <w:r>
        <w:t>16. Sửa đổi, bổ sung khoản 2 Điều 28 như sau:</w:t>
      </w:r>
    </w:p>
    <w:p>
      <w:pPr>
        <w:jc w:val="both"/>
      </w:pPr>
      <w:r>
        <w:t>“2. Định kỳ 6 tháng, hằng năm lập báo cáo bằng văn bản giấy, gửi trực tiếp hoặc qua dịch vụ bưu chính đến Ngân hàng Nhà nước (qua Cơ quan Thanh tra, giám sát ngân hàng) các nội dung theo Phụ lục số 02 ban hành kèm theo Thông tư này, trong đó:</w:t>
      </w:r>
    </w:p>
    <w:p>
      <w:pPr>
        <w:jc w:val="both"/>
      </w:pPr>
      <w:r>
        <w:t>a) Thời hạn gửi báo cáo:</w:t>
      </w:r>
    </w:p>
    <w:p>
      <w:pPr>
        <w:jc w:val="both"/>
      </w:pPr>
      <w:r>
        <w:t>- Báo cáo 6 tháng đầu năm: chậm nhất ngày 31 tháng 7 hằng năm.</w:t>
      </w:r>
    </w:p>
    <w:p>
      <w:pPr>
        <w:jc w:val="both"/>
      </w:pPr>
      <w:r>
        <w:t>- Báo cáo năm: chậm nhất ngày 31 tháng 01 năm liền kề sau năm báo cáo.</w:t>
      </w:r>
    </w:p>
    <w:p>
      <w:pPr>
        <w:jc w:val="both"/>
      </w:pPr>
      <w:r>
        <w:t>b) Thời gian chốt số liệu báo cáo của từng kỳ báo cáo tương ứng với kỳ kế toán theo quy định tại Luật kế toán.”</w:t>
      </w:r>
    </w:p>
    <w:p>
      <w:pPr>
        <w:jc w:val="both"/>
      </w:pPr>
      <w:r>
        <w:rPr>
          <w:b/>
        </w:rPr>
        <w:t>Điều 2. Thay thế, bãi bỏ một số cụm từ, điểm, khoản, đ iều, Phụ lục của Thông tư số 21/2013/TT-NHNN</w:t>
      </w:r>
    </w:p>
    <w:p>
      <w:pPr>
        <w:jc w:val="both"/>
      </w:pPr>
      <w:r>
        <w:t>1. Thay thế cụm từ “Thực hiện đúng, đầy đủ các quy định về phân loại nợ, trích lập dự phòng rủi ro theo quy định của Ngân hàng Nhà nước” bằng cụm từ “Thực hiện đúng, đầy đủ các quy định về phân loại tài sản có, mức trích, phương pháp trích lập dự phòng rủi ro và việc sử dụng dự phòng để xử lý rủi ro trong hoạt động theo quy định của Ngân hàng Nhà nước tại thời điểm đề nghị” tại điểm d khoản 1, điểm d khoản 2 Điều 6 Thông tư số 21/2013/TT-NHNN.</w:t>
      </w:r>
    </w:p>
    <w:p>
      <w:pPr>
        <w:jc w:val="both"/>
      </w:pPr>
      <w:r>
        <w:t>2. Thay thế cụm từ “tỷ lệ nợ xấu so với tổng dư nợ tại thời điểm 31 tháng 12 của năm trước liền kề năm đề nghị” bằng cụm từ “tỷ lệ nợ xấu tại thời điểm 31 tháng 12 của năm trước liền kề năm đề nghị và tại thời điểm đề nghị” tại điểm d khoản 1 Điều 6 Thông tư số 21/2013/TT-NHNN.</w:t>
      </w:r>
    </w:p>
    <w:p>
      <w:pPr>
        <w:jc w:val="both"/>
      </w:pPr>
      <w:r>
        <w:t>3. Thay thế cụm từ “tỷ lệ nợ xấu so với tổng dư nợ” bằng cụm từ “tỷ lệ nợ xấu” tại điểm d khoản 2 Điều 6 Thông tư số 21/2013/TT-NHNN.</w:t>
      </w:r>
    </w:p>
    <w:p>
      <w:pPr>
        <w:jc w:val="both"/>
      </w:pPr>
      <w:r>
        <w:t>4. Thay thế cụm từ “Có tỷ lệ nợ xấu so với tổng dư nợ tại thời điểm 31 tháng 12 năm trước liền kề năm đề nghị” bằng cụm từ “Có tỷ lệ nợ xấu tại thời điểm 31 tháng 12 năm trước liền kề năm đề nghị và tại thời điểm đề nghị” tại điểm b khoản 2 Điều 10 Thông tư số 21/2013/TT-NHNN.</w:t>
      </w:r>
    </w:p>
    <w:p>
      <w:pPr>
        <w:jc w:val="both"/>
      </w:pPr>
      <w:r>
        <w:t>5. Thay thế cụm từ “điều kiện” bằng cụm từ “yêu cầu” tại điểm a khoản 3 Điều 17 Thông tư số 21/2013/TT-NHNN.</w:t>
      </w:r>
    </w:p>
    <w:p>
      <w:pPr>
        <w:jc w:val="both"/>
      </w:pPr>
      <w:r>
        <w:t>6. Thay thế Phụ lục số 01 và Phụ lục số 02 Thông tư số 21/2013/TT-NHNN bằng Phụ lục số 01, Phụ lục số 02 ban hành kèm theo Thông tư này.</w:t>
      </w:r>
    </w:p>
    <w:p>
      <w:pPr>
        <w:jc w:val="both"/>
      </w:pPr>
      <w:r>
        <w:t>7. Bãi bỏ khoản 14 Điều 3, điểm a khoản 2 Điều 13 Thông tư số 21/2013/TT-NHNN.</w:t>
      </w:r>
    </w:p>
    <w:p>
      <w:pPr>
        <w:jc w:val="both"/>
      </w:pPr>
      <w:r>
        <w:rPr>
          <w:b/>
        </w:rPr>
        <w:t>Điều 3 . T ổ chức thực hiện</w:t>
      </w:r>
    </w:p>
    <w:p>
      <w:pPr>
        <w:jc w:val="both"/>
      </w:pPr>
      <w:r>
        <w:t>Chánh Văn phòng, Chánh Thanh tra, giám sát ngân hàng, Thủ trưởng các đơn vị thuộc Ngân hàng Nhà nước Việt Nam, ngân hàng thương mại chịu trách nhiệm tổ chức thực hiện Thông tư này.</w:t>
      </w:r>
    </w:p>
    <w:p>
      <w:pPr>
        <w:jc w:val="both"/>
      </w:pPr>
      <w:r>
        <w:rPr>
          <w:b/>
        </w:rPr>
        <w:t>Điều 4 . Điều khoản thi hành</w:t>
      </w:r>
    </w:p>
    <w:p>
      <w:pPr>
        <w:jc w:val="both"/>
      </w:pPr>
      <w:r>
        <w:t>1. Thông tư này có hiệu lực thi hành kể từ ngày 15 tháng 03 năm 2022, trừ quy định tại khoản 2 Điều này.</w:t>
      </w:r>
    </w:p>
    <w:p>
      <w:pPr>
        <w:jc w:val="both"/>
      </w:pPr>
      <w:r>
        <w:t>2. Các quy định về hồ sơ của ngân hàng thương mại bằng hình thức trực tuyến và quy định về văn bản chấp thuận dạng điện tử của Ngân hàng Nhà nước chi nhánh quy định tại Thông tư này có hiệu lực thi hành kể từ ngày 01 tháng 12 năm 2022.</w:t>
      </w:r>
    </w:p>
    <w:p>
      <w:pPr>
        <w:jc w:val="both"/>
      </w:pPr>
      <w:r>
        <w:t>3. Bãi bỏ khoản 3 Điều 1 Thông tư số 14/2019/TT-NHNN ngày 30 tháng 8 năm 2019 sửa đổi, bổ sung một số điều tại các Thông tư có quy định về chế độ báo cáo định kỳ của Ngân hàng Nhà nước./.</w:t>
      </w:r>
    </w:p>
    <w:p>
      <w:r>
        <w:rPr>
          <w:i/>
        </w:rPr>
        <w:t>Nguồn: Cơ sở dữ liệu quốc gia về văn bản pháp luật (Bộ Tư pháp). VietSmart Legal, legal.giangpham.asia/van-ban/152724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