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13/2021/TT-BXD</w:t>
      </w:r>
    </w:p>
    <w:p>
      <w:pPr>
        <w:jc w:val="both"/>
      </w:pPr>
      <w:r>
        <w:t>Hà Nội, n gày 31 tháng 8 năm 2021</w:t>
      </w:r>
    </w:p>
    <w:p>
      <w:pPr>
        <w:jc w:val="center"/>
      </w:pPr>
      <w:r>
        <w:rPr>
          <w:b/>
        </w:rPr>
        <w:t>THÔNG TƯ</w:t>
      </w:r>
    </w:p>
    <w:p>
      <w:pPr>
        <w:jc w:val="both"/>
      </w:pPr>
      <w:r>
        <w:t>Hướng dẫn phương pháp xác định</w:t>
      </w:r>
    </w:p>
    <w:p>
      <w:pPr>
        <w:jc w:val="both"/>
      </w:pPr>
      <w:r>
        <w:t>các chỉ tiêu kinh tế kỹ thuật và đo bóc khối lượng công trình</w:t>
      </w:r>
    </w:p>
    <w:p>
      <w:pPr>
        <w:jc w:val="both"/>
      </w:pPr>
      <w:r>
        <w:t>_________________</w:t>
      </w:r>
    </w:p>
    <w:p>
      <w:pPr>
        <w:jc w:val="both"/>
      </w:pPr>
      <w:r>
        <w:t>Căn cứ Luật Xây dựng ngày 18 tháng 6 năm 2014; Luật sửa đổi, bổ sung một số điều của Luật Xây dựng ngày 17 tháng 6 năm 2020;</w:t>
      </w:r>
    </w:p>
    <w:p>
      <w:pPr>
        <w:jc w:val="both"/>
      </w:pPr>
      <w:r>
        <w:t>Căn cứ Nghị định số 81/2017/NĐ-CP ngày 17 tháng 7 năm 2017 của Chính phủ quy định chức năng, nhiệm vụ, quyền hạn và cơ cấu tổ chức của Bộ Xây dựng;</w:t>
      </w:r>
    </w:p>
    <w:p>
      <w:pPr>
        <w:jc w:val="both"/>
      </w:pPr>
      <w:r>
        <w:t>Căn cứ Nghị định số 10/2021/NĐ-CP ngày 09 tháng 02 năm 2021 của Chính phủ về quản lý chi phí đầu tư xây dựng;</w:t>
      </w:r>
    </w:p>
    <w:p>
      <w:pPr>
        <w:jc w:val="both"/>
      </w:pPr>
      <w:r>
        <w:t>Theo đề nghị của Cục trưởng Cục Kinh tế xây dựng và Viện trưởng Viện Kinh tế xây dựng;</w:t>
      </w:r>
    </w:p>
    <w:p>
      <w:pPr>
        <w:jc w:val="both"/>
      </w:pPr>
      <w:r>
        <w:t>Bộ trưởng Bộ Xây dựng ban hành Thông tư hướng dẫn phương pháp xác định các chỉ tiêu kinh tế kỹ thuật và đo bóc khối lượng công trình.</w:t>
      </w:r>
    </w:p>
    <w:p>
      <w:pPr>
        <w:jc w:val="both"/>
      </w:pPr>
      <w:r>
        <w:rPr>
          <w:b/>
        </w:rPr>
        <w:t>Điều 1. Ban hành kèm theo Thông tư này các phương pháp xác định các chỉ tiêu kinh tế kỹ thuật và đo bóc khối lượng công trình sau:</w:t>
      </w:r>
    </w:p>
    <w:p>
      <w:pPr>
        <w:jc w:val="both"/>
      </w:pPr>
      <w:r>
        <w:t>1. Phương pháp xác định suất vốn đầu tư xây dựng tại Phụ lục I;</w:t>
      </w:r>
    </w:p>
    <w:p>
      <w:pPr>
        <w:jc w:val="both"/>
      </w:pPr>
      <w:r>
        <w:t>2. Phương pháp xác định chỉ số giá xây dựng tại Phụ lục II;</w:t>
      </w:r>
    </w:p>
    <w:p>
      <w:pPr>
        <w:jc w:val="both"/>
      </w:pPr>
      <w:r>
        <w:t>3. Phương pháp xác định định mức dự toán mới, điều chỉnh định mức dự toán và rà soát, cập nhật hệ thống định mức tại Phụ lục III;</w:t>
      </w:r>
    </w:p>
    <w:p>
      <w:pPr>
        <w:jc w:val="both"/>
      </w:pPr>
      <w:r>
        <w:t>4. Phương pháp xác định đơn giá nhân công xây dựng tại Phụ lục IV;</w:t>
      </w:r>
    </w:p>
    <w:p>
      <w:pPr>
        <w:jc w:val="both"/>
      </w:pPr>
      <w:r>
        <w:t>5. Phương pháp xác định giá ca máy và thiết bị thi công xây dựng tại Phụ lục V;</w:t>
      </w:r>
    </w:p>
    <w:p>
      <w:pPr>
        <w:jc w:val="both"/>
      </w:pPr>
      <w:r>
        <w:t>6. Phương pháp đo bóc khối lượng công trình tại Phụ lục VI.</w:t>
      </w:r>
    </w:p>
    <w:p>
      <w:pPr>
        <w:jc w:val="both"/>
      </w:pPr>
      <w:r>
        <w:rPr>
          <w:b/>
        </w:rPr>
        <w:t>Điều 2. Thông tư này có hiệu lực kể từ ngày 15/10/2021.</w:t>
      </w:r>
    </w:p>
    <w:p>
      <w:pPr>
        <w:jc w:val="both"/>
      </w:pPr>
      <w:r>
        <w:rPr>
          <w:b/>
        </w:rPr>
        <w:t>Điều 3. Phương pháp xác định các chỉ tiêu kinh tế kỹ thuật và đo bóc khối lượng công trình quy định tại Thông tư này thay thế các phương pháp đã ban hành tại Mục 1 Phụ lục số 5, Phụ lục số 6, Phụ lục số 7 của Thông tư số 09/2019/TT-BXD ngày 26/12/2019 của Bộ trưởng Bộ Xây dựng hướng dẫn xác định và quản lý chi phí đầu tư xây dựng; Thông tư số 11/2019/TT-BXD ngày 26/12/2019 của Bộ trưởng Bộ Xây dựng hướng dẫn xác định giá ca máy và thiết bị thi công xây dựng; Thông tư số 14/2019/TT-BXD ngày 26/12/2019 của Bộ trưởng Bộ Xây dựng hướng dẫn xác định và quản lý chỉ số giá xây dựng; Thông tư số 15/2019/TT-BXD ngày 26/12/2019 của Bộ trưởng Bộ Xây dựng hướng dẫn xác định đơn giá nhân công xây dựng và Thông tư số 17/2019/TT-BXD ngày 26/12/2019 của Bộ trưởng Bộ Xây dựng hướng dẫn đo bóc khối lượng xây dựng công trình.</w:t>
      </w:r>
    </w:p>
    <w:p>
      <w:pPr>
        <w:jc w:val="both"/>
      </w:pPr>
      <w:r>
        <w:rPr>
          <w:b/>
        </w:rPr>
        <w:t>Điều 4. Các tổ chức, cá nhân có liên quan đến xác định và quản lý chi phí của các dự án đầu tư xây dựng theo quy định của Nghị định số 10/2021/NĐ-CP ngày 09 tháng 02 năm 2021 của Chính phủ về quản lý chi phí đầu tư xây dựng chịu trách nhiệm thi hành Thông tư này./.</w:t>
      </w:r>
    </w:p>
    <w:p>
      <w:pPr>
        <w:jc w:val="both"/>
      </w:pPr>
      <w:r>
        <w:t>KT. BỘ TRƯỞNG</w:t>
      </w:r>
    </w:p>
    <w:p>
      <w:pPr>
        <w:jc w:val="both"/>
      </w:pPr>
      <w:r>
        <w:t>THỨ TRƯỞNG</w:t>
      </w:r>
    </w:p>
    <w:p>
      <w:pPr>
        <w:jc w:val="both"/>
      </w:pPr>
      <w:r>
        <w:t>(Đã ký)</w:t>
      </w:r>
    </w:p>
    <w:p>
      <w:pPr>
        <w:jc w:val="both"/>
      </w:pPr>
      <w:r>
        <w:t>Bùi Hồng Minh</w:t>
      </w:r>
    </w:p>
    <w:p>
      <w:r>
        <w:rPr>
          <w:i/>
        </w:rPr>
        <w:t>Nguồn: Cơ sở dữ liệu quốc gia về văn bản pháp luật (Bộ Tư pháp). VietSmart Legal, legal.giangpham.asia/van-ban/152380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