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18/2018/TT-BTP</w:t>
      </w:r>
    </w:p>
    <w:p>
      <w:pPr>
        <w:jc w:val="both"/>
      </w:pPr>
      <w:r>
        <w:t>Hà Nội, ngày 28 tháng 12 năm 2018</w:t>
      </w:r>
    </w:p>
    <w:p>
      <w:pPr>
        <w:jc w:val="center"/>
      </w:pPr>
      <w:r>
        <w:rPr>
          <w:b/>
        </w:rPr>
        <w:t>THÔNG TƯ</w:t>
      </w:r>
    </w:p>
    <w:p>
      <w:pPr>
        <w:jc w:val="both"/>
      </w:pPr>
      <w:r>
        <w:t>SỬA ĐỔI, BỔ SUNG MỘT SỐ ĐIỀU CỦA THÔNG TƯ SỐ 02/2017/TT-BTP NGÀY 23 THÁNG 3 NĂM 2017 CỦA BỘ TRƯỞNG BỘ TƯ PHÁP HƯỚNG DẪN MỘT SỐ NỘI DUNG QUẢN LÝ CÔNG CHỨC, VIÊN CHỨC, NGƯỜI LAO ĐỘNG THUỘC HỆ THỐNG TỔ CHỨC THI HÀNH ÁN DÂN SỰ</w:t>
      </w:r>
    </w:p>
    <w:p>
      <w:pPr>
        <w:jc w:val="both"/>
      </w:pPr>
      <w:r>
        <w:t>Căn cứ Luật Cán bộ, công chức ngày 13 tháng 11 năm 2008;</w:t>
      </w:r>
    </w:p>
    <w:p>
      <w:pPr>
        <w:jc w:val="both"/>
      </w:pPr>
      <w:r>
        <w:t>Căn cứ Luật Thi hành án dân sự ngày 14 tháng 11 năm 2008; Luật sửa đổi, bổ sung một số điều của Luật Thi hành án dân sự ngày 25 tháng 11 năm 2014;</w:t>
      </w:r>
    </w:p>
    <w:p>
      <w:pPr>
        <w:jc w:val="both"/>
      </w:pPr>
      <w:r>
        <w:t>Căn cứ Nghị định số 96/2017/NĐ-CP ngày 16 tháng 8 năm 2017 của Chính phủ quy định chức năng, nhiệm vụ, quyền hạn và cơ cấu tổ chức của Bộ Tư pháp;</w:t>
      </w:r>
    </w:p>
    <w:p>
      <w:pPr>
        <w:jc w:val="both"/>
      </w:pPr>
      <w:r>
        <w:t>Căn cứ Nghị định số 62/2015/NĐ-CP ngày 18 tháng 7 năm 2015 của Chính phủ quy định chi tiết và hướng dẫn thi hành một số điều của Luật Thi hành án dân sự;</w:t>
      </w:r>
    </w:p>
    <w:p>
      <w:pPr>
        <w:jc w:val="both"/>
      </w:pPr>
      <w:r>
        <w:t>Căn cứ Nghị định số 24/2010/NĐ-CP ngày 15 tháng 3 năm 2010 của Chính phủ quy định về tuyển dụng, sử dụng và quản lý công chức; Nghị định số 93/2010/NĐ-CP ngày 31 tháng 8 năm 2010 của Chính phủ sửa đổi một số điều của Nghị định số 24/2010 /NĐ-CP;</w:t>
      </w:r>
    </w:p>
    <w:p>
      <w:pPr>
        <w:jc w:val="both"/>
      </w:pPr>
      <w:r>
        <w:t>Theo đề nghị của Tổng cục trưởng Tổng cục Thi hành án dân sự và Vụ trưởng Vụ Tổ chức cán bộ Bộ Tư pháp;</w:t>
      </w:r>
    </w:p>
    <w:p>
      <w:pPr>
        <w:jc w:val="both"/>
      </w:pPr>
      <w:r>
        <w:t>Bộ trưởng Bộ Tư pháp ban hành Thông tư sửa đổi, bổ sung một số điều của Thông tư số 02/2017/TT-BTP ngày 23 tháng 3 năm 2017 hướng dẫn một số nội dung quản lý công chức, viên chức, người lao động thuộc hệ thống tổ chức thi hành án dân sự.</w:t>
      </w:r>
    </w:p>
    <w:p>
      <w:pPr>
        <w:jc w:val="both"/>
      </w:pPr>
      <w:r>
        <w:rPr>
          <w:b/>
        </w:rPr>
        <w:t>Điều 1. Sửa đổi, bổ sung một số điều của Thông tư số 02/2017/TT-BTP ngày 23 tháng 3 năm 2017 của Bộ trưởng Bộ Tư pháp hướng dẫn một số nội dung quản lý công chức, viên chức, người lao động thuộc hệ thống tổ chức thi hành án dân sự như sau:</w:t>
      </w:r>
    </w:p>
    <w:p>
      <w:pPr>
        <w:jc w:val="both"/>
      </w:pPr>
      <w:r>
        <w:t>1. Sửa đổi Điều 4 như sau:</w:t>
      </w:r>
    </w:p>
    <w:p>
      <w:pPr>
        <w:jc w:val="both"/>
      </w:pPr>
      <w:r>
        <w:t>" Điều 4. Tiêu chuẩn chung</w:t>
      </w:r>
    </w:p>
    <w:p>
      <w:pPr>
        <w:jc w:val="both"/>
      </w:pPr>
      <w:r>
        <w:t>Các chức danh lãnh đạo, quản lý thuộc Cục Thi hành án dân sự và Chi cục Thi hành án dân sự ngoài bảo đảm các tiêu chuẩn riêng cho từng chức danh tương ứng phải bảo đảm các tiêu chuẩn chung sau đây:</w:t>
      </w:r>
    </w:p>
    <w:p>
      <w:pPr>
        <w:jc w:val="both"/>
      </w:pPr>
      <w:r>
        <w:t>1. Về chính trị tư tưởng: Trung thành với lợi ích của Đảng, của quốc gia, dân tộc và nhân dân; kiên định chủ nghĩa Mác - Lê nin, tư tưởng Hồ Chí Minh, mục tiêu, lý tưởng về độc lập dân tộc, chủ nghĩa xã hội và đường lối đổi mới của Đảng. Có lập trường, quan điểm, bản lĩnh chính trị vững vàng, không dao động trong bất cứ tình huống nào, kiên quyết đấu tranh bảo vệ Cương lĩnh, đường lối của Đảng, Hiến pháp và pháp luật của Nhà nước. Có tinh thần yêu nước nồng nàn, đặt lợi ích của Đảng, quốc gia - dân tộc, nhân dân, tập thể lên trên lợi ích cá nhân; sẵn sàng hy sinh vì sự nghiệp của Đảng, vì độc lập, tự do của Tổ quốc, vì hạnh phúc của nhân dân. Yên tâm công tác, chấp hành nghiêm sự phân công của tổ chức và hoàn thành tốt mọi nhiệm vụ được giao.</w:t>
      </w:r>
    </w:p>
    <w:p>
      <w:pPr>
        <w:jc w:val="both"/>
      </w:pPr>
      <w:r>
        <w:t>2. Về đạo đức, lối sống, ý thức tổ chức kỷ luật: Có phẩm chất đạo đức trong sáng; lối sống trung thực, khiêm tốn, chân thành, giản dị; cần, kiệm, liêm chính, chí công vô tư. Tâm huyết và có trách nhiệm với công việc; không tham vọng quyền lực, không háo danh; có tinh thần đoàn kết, xây dựng, gương mẫu, thương yêu đồng chí, đồng nghiệp. Bản thân không tham nhũng, quan liêu, cơ hội, vụ lợi và tích cực đấu tranh ngăn chặn, đẩy lùi các biểu hiện suy thoái về tư tưởng chính trị, đạo đức, lối sống, những biểu hiện "tự diễn biến", "tự chuyển hóa" trong nội bộ; kiên quyết đấu tranh chống quan liêu, cửa quyền, tham nhũng, lãng phí, chủ nghĩa cá nhân, lối sống cơ hội, thực dụng, bè phái, lợi ích nhóm, nói không đi đôi với làm; công bằng, chính trực, trọng dụng người tài, không để người thân, người quen lợi dụng chức vụ, quyền hạn của mình để trục lợi. Tuân thủ và thực hiện nghiêm các nguyên tắc tổ chức, kỷ luật của Đảng, nhất là nguyên tắc tập trung dân chủ, tự phê bình và phê bình.</w:t>
      </w:r>
    </w:p>
    <w:p>
      <w:pPr>
        <w:jc w:val="both"/>
      </w:pPr>
      <w:r>
        <w:t>3. Về trình độ: Có trình độ chuyên môn, lý luận chính trị, quản lý nhà nước đáp ứng yêu cầu, nhiệm vụ được giao và theo quy định của Đảng, Nhà nước; trình độ tin học, ngoại ngữ cần thiết và phù hợp.</w:t>
      </w:r>
    </w:p>
    <w:p>
      <w:pPr>
        <w:jc w:val="both"/>
      </w:pPr>
      <w:r>
        <w:t>4. Về năng lực và uy tín: Có tư duy đổi mới, có tầm nhìn chiến lược, phương pháp làm việc khoa học sáng tạo, năng động, quyết liệt trong thực hiện nhiệm vụ; có năng lực tổng hợp, phân tích và dự báo. Có khả năng phát hiện những mâu thuẫn, thách thức, thời cơ, thuận lợi, vấn đề mới, khó khăn và những hạn chế, bất cập trong thực tiễn; mạnh dạn đề xuất những nhiệm vụ, giải pháp phù hợp, khả thi, hiệu quả để phát huy, thúc đẩy hoặc tháo gỡ. Có năng lực thực tiễn, nắm chắc và hiểu biết cơ bản tình hình thực tế để cụ thể hóa và tổ chức thực hiện có hiệu quả các chủ trương, đường lối của Đảng, chính sách, pháp luật của Nhà nước ở lĩnh vực, địa bàn công tác được phân công; cần cù, chịu khó, năng động, sáng tạo, dám nghĩ, dám làm, dám chịu trách nhiệm và vì nhân dân phục vụ. Có khả năng lãnh đạo, chỉ đạo; gương mẫu, quy tụ đoàn kết nội bộ và phát huy sức mạnh tổng hợp của tập thể, cá nhân; có trách nhiệm nêu gương của cán bộ lãnh đạo, quản lý; được cán bộ, đảng viên, quần chúng nhân dân tin tưởng, tín nhiệm.</w:t>
      </w:r>
    </w:p>
    <w:p>
      <w:pPr>
        <w:jc w:val="both"/>
      </w:pPr>
      <w:r>
        <w:t>5. Về sức khỏe, độ tuổi và kinh nghiệm: Đủ sức khỏe để thực hiện nhiệm vụ; bảo đảm tuổi bổ nhiệm, giới thiệu ứng cử theo quy định; có kinh nghiệm lãnh đạo, quản lý."</w:t>
      </w:r>
    </w:p>
    <w:p>
      <w:pPr>
        <w:jc w:val="both"/>
      </w:pPr>
      <w:r>
        <w:t>2. Điểm đ khoản 2 Điều 5 được sửa đổi, bổ sung như sau:</w:t>
      </w:r>
    </w:p>
    <w:p>
      <w:pPr>
        <w:jc w:val="both"/>
      </w:pPr>
      <w:r>
        <w:t>"đ) Đã từng đảm nhiệm chức vụ lãnh đạo Chi cục Thi hành án dân sự, trừ trường hợp là nhân sự ngoài cơ quan thi hành án dân sự được tiếp nhận và bổ nhiệm giữ chức vụ lãnh đạo Cục Thi hành án dân sự hoặc đang là Phó Cục trưởng Cục Thi hành án dân sự được bổ nhiệm trước ngày Thông tư số 13/2013/TT-BTP ngày 13 tháng 9 năm 2013 của Bộ trưởng Bộ Tư pháp có hiệu lực thi hành (ngày 01 tháng 11 năm 2013)."</w:t>
      </w:r>
    </w:p>
    <w:p>
      <w:pPr>
        <w:jc w:val="both"/>
      </w:pPr>
      <w:r>
        <w:t>3. Bổ sung điểm c khoản 2 Điều 6 như sau:</w:t>
      </w:r>
    </w:p>
    <w:p>
      <w:pPr>
        <w:jc w:val="both"/>
      </w:pPr>
      <w:r>
        <w:t>"c) Đã từng đảm nhiệm chức vụ lãnh đạo Chi cục Thi hành án dân sự, trừ trường hợp là nhân sự ngoài cơ quan thi hành án dân sự."</w:t>
      </w:r>
    </w:p>
    <w:p>
      <w:pPr>
        <w:jc w:val="both"/>
      </w:pPr>
      <w:r>
        <w:t>4. Điều 19 được sửa đổi, bổ sung như sau:</w:t>
      </w:r>
    </w:p>
    <w:p>
      <w:pPr>
        <w:jc w:val="both"/>
      </w:pPr>
      <w:r>
        <w:t>" Điều 19. Nguyên tắc và trách nhiệm bổ nhiệm, bổ nhiệm lại, từ chức, miễn nhiệm</w:t>
      </w:r>
    </w:p>
    <w:p>
      <w:pPr>
        <w:jc w:val="both"/>
      </w:pPr>
      <w:r>
        <w:t>1. Bảo đảm phù hợp với các quy định của Đảng và quy định của pháp luật.</w:t>
      </w:r>
    </w:p>
    <w:p>
      <w:pPr>
        <w:jc w:val="both"/>
      </w:pPr>
      <w:r>
        <w:t>2. Bảo đảm nguyên tắc tập trung dân chủ, sự lãnh đạo thống nhất của Đảng trong công tác cán bộ và quản lý đội ngũ cán bộ; bảo đảm sự phối hợp chặt chẽ của cơ quan có thẩm quyền quản lý cán bộ với Ban Thường vụ cấp ủy cấp tỉnh và Ban Thường vụ cấp ủy cấp huyện trong việc bổ nhiệm, bổ nhiệm lại, từ chức, miễn nhiệm đối với lãnh đạo Cơ quan Thi hành án dân sự cấp tỉnh, cấp huyện theo phân cấp quản lý cán bộ.</w:t>
      </w:r>
    </w:p>
    <w:p>
      <w:pPr>
        <w:jc w:val="both"/>
      </w:pPr>
      <w:r>
        <w:t>3. Xuất phát từ yêu cầu, nhiệm vụ của cơ quan, đơn vị và đáp ứng các điều kiện, tiêu chuẩn của chức danh lãnh đạo, quản lý.</w:t>
      </w:r>
    </w:p>
    <w:p>
      <w:pPr>
        <w:jc w:val="both"/>
      </w:pPr>
      <w:r>
        <w:t>4. Bảo đảm sự ổn định, kế thừa và phát triển của đội ngũ công chức, viên chức lãnh đạo, quản lý; nâng cao chất lượng và hiệu quả hoạt động của cơ quan, đơn vị.</w:t>
      </w:r>
    </w:p>
    <w:p>
      <w:pPr>
        <w:jc w:val="both"/>
      </w:pPr>
      <w:r>
        <w:t>5. Cá nhân, tập thể đề xuất, cơ quan tham mưu, cơ quan thẩm định, tập thể quyết định về cán bộ theo thẩm quyền phải chịu trách nhiệm về đề xuất, tham mưu, thẩm định, quyết định của mình."</w:t>
      </w:r>
    </w:p>
    <w:p>
      <w:pPr>
        <w:jc w:val="both"/>
      </w:pPr>
      <w:r>
        <w:t>5. Điều 21 được sửa đổi, bổ sung như sau:</w:t>
      </w:r>
    </w:p>
    <w:p>
      <w:pPr>
        <w:jc w:val="both"/>
      </w:pPr>
      <w:r>
        <w:t>" Điều 21. Thời hạn giữ chức vụ</w:t>
      </w:r>
    </w:p>
    <w:p>
      <w:pPr>
        <w:jc w:val="both"/>
      </w:pPr>
      <w:r>
        <w:t>1. Thời hạn giữ chức vụ lãnh đạo, quản lý cho mỗi lần bổ nhiệm, bổ nhiệm lại là 05 năm tính từ ngày bổ nhiệm, bổ nhiệm lại và được ghi trong quyết định bổ nhiệm, bổ nhiệm lại.</w:t>
      </w:r>
    </w:p>
    <w:p>
      <w:pPr>
        <w:jc w:val="both"/>
      </w:pPr>
      <w:r>
        <w:t>2. Thời gian công chức, viên chức được giao quyền cấp trưởng, phụ trách đơn vị không được tính vào thời hạn bổ nhiệm.</w:t>
      </w:r>
    </w:p>
    <w:p>
      <w:pPr>
        <w:jc w:val="both"/>
      </w:pPr>
      <w:r>
        <w:t>3. Đối với công chức, viên chức lãnh đạo, quản lý được điều động, bổ nhiệm giữ chức vụ mới, thời hạn giữ chức vụ tính từ ngày được bổ nhiệm chức vụ mới.</w:t>
      </w:r>
    </w:p>
    <w:p>
      <w:pPr>
        <w:jc w:val="both"/>
      </w:pPr>
      <w:r>
        <w:t>4. Trường hợp thay đổi chức vụ lãnh đạo, quản lý do thay đổi tên gọi tổ chức, thời hạn giữ chức vụ tính từ ngày được bổ nhiệm chức vụ cũ, trừ trường hợp pháp luật có quy định khác.</w:t>
      </w:r>
    </w:p>
    <w:p>
      <w:pPr>
        <w:jc w:val="both"/>
      </w:pPr>
      <w:r>
        <w:t>5. Công chức, viên chức lãnh đạo, quản lý khi hết thời hạn bổ nhiệm, tính đến tháng đủ tuổi nghỉ hưu còn từ đủ 02 năm đến dưới 05 năm công tác, nếu được bổ nhiệm lại, thì thời hạn giữ chức vụ được tính đến khi đủ tuổi nghỉ hưu theo quy định.</w:t>
      </w:r>
    </w:p>
    <w:p>
      <w:pPr>
        <w:jc w:val="both"/>
      </w:pPr>
      <w:r>
        <w:t>6. Công chức, viên chức lãnh đạo, quản lý khi hết thời hạn bổ nhiệm, tính đến tháng đủ tuổi nghỉ hưu còn dưới 02 năm công tác thì không phải tiến hành quy trình bổ nhiệm lại. Trường hợp này, tập thể lãnh đạo đơn vị đánh giá điều kiện, tiêu chuẩn và kết quả thực hiện nhiệm vụ trong nhiệm kỳ của công chức, viên chức lãnh đạo, quản lý để báo cáo cấp có thẩm quyền xem xét, trao đổi với cấp ủy theo quy định tại Thông tư này để quyết định kéo dài thời gian giữ chức vụ lãnh đạo, quản lý đến thời điểm đủ tuổi nghỉ hưu.</w:t>
      </w:r>
    </w:p>
    <w:p>
      <w:pPr>
        <w:jc w:val="both"/>
      </w:pPr>
      <w:r>
        <w:t>7. Công chức đã giữ chức vụ cấp trưởng 02 nhiệm kỳ liên tiếp thì chuyển đổi vị trí đến đơn vị khác. Trường hợp đặc biệt do cấp có thẩm quyền bổ nhiệm xem xét, quyết định."</w:t>
      </w:r>
    </w:p>
    <w:p>
      <w:pPr>
        <w:jc w:val="both"/>
      </w:pPr>
      <w:r>
        <w:t>6. Điều 22 được sửa đổi, bổ sung như sau:</w:t>
      </w:r>
    </w:p>
    <w:p>
      <w:pPr>
        <w:jc w:val="both"/>
      </w:pPr>
      <w:r>
        <w:t>" Điều 22. Đánh giá công chức, viên chức</w:t>
      </w:r>
    </w:p>
    <w:p>
      <w:pPr>
        <w:jc w:val="both"/>
      </w:pPr>
      <w:r>
        <w:t>1. Khi xem xét bổ nhiệm, bổ nhiệm lại chức vụ lãnh đạo, quản lý, cơ quan có thẩm quyền phải thực hiện việc đánh giá công chức, viên chức theo quy định của pháp luật.</w:t>
      </w:r>
    </w:p>
    <w:p>
      <w:pPr>
        <w:jc w:val="both"/>
      </w:pPr>
      <w:r>
        <w:t>2. Đánh giá công chức, viên chức để bổ nhiệm, bổ nhiệm lại theo các nội dung sau:</w:t>
      </w:r>
    </w:p>
    <w:p>
      <w:pPr>
        <w:jc w:val="both"/>
      </w:pPr>
      <w:r>
        <w:t>a) Mức độ thực hiện trách nhiệm, nhiệm vụ được giao trong 03 năm liên tiếp tính đến thời điểm đề xuất (đối với bổ nhiệm mới) và trong nhiệm kỳ (đối với bổ nhiệm lại) về: Khối lượng, chất lượng, tiến độ, hiệu quả công việc trong từng vị trí, từng thời gian, tinh thần trách nhiệm trong công tác;</w:t>
      </w:r>
    </w:p>
    <w:p>
      <w:pPr>
        <w:jc w:val="both"/>
      </w:pPr>
      <w:r>
        <w:t>b) Phẩm chất chính trị, đạo đức, lối sống: Nhận thức, tư tưởng chính trị, việc chấp hành chủ trương, đường lối, quy chế, quy định của Đảng, chính sách, pháp luật của Nhà nước, quy chế của đơn vị; việc giữ gìn đạo đức và lối sống lành mạnh, chống quan liêu, tham nhũng, lãng phí và những biểu hiện tiêu cực khác; tinh thần học tập, nâng cao trình độ, tính trung thực, ý thức tổ chức kỷ luật, tinh thần tự phê bình và phê bình; tinh thần đoàn kết, mối quan hệ trong công tác, tinh thần và thái độ phục vụ nhân dân, khả năng quy tụ quần chúng;</w:t>
      </w:r>
    </w:p>
    <w:p>
      <w:pPr>
        <w:jc w:val="both"/>
      </w:pPr>
      <w:r>
        <w:t>c) Mức độ phù hợp về chuyên môn được đào tạo, kinh nghiệm công tác và kiến thức thực tiễn với vị trí dự kiến bổ nhiệm, bổ nhiệm lại;</w:t>
      </w:r>
    </w:p>
    <w:p>
      <w:pPr>
        <w:jc w:val="both"/>
      </w:pPr>
      <w:r>
        <w:t>d) Năng lực lãnh đạo, quản lý, chiều hướng và triển vọng phát triển."</w:t>
      </w:r>
    </w:p>
    <w:p>
      <w:pPr>
        <w:jc w:val="both"/>
      </w:pPr>
      <w:r>
        <w:t>7. Điều 23 được sửa đổi, bổ sung như sau:</w:t>
      </w:r>
    </w:p>
    <w:p>
      <w:pPr>
        <w:jc w:val="both"/>
      </w:pPr>
      <w:r>
        <w:t>" Điều 23. Quy định về việc tổ chức các hội nghị lấy ý kiến</w:t>
      </w:r>
    </w:p>
    <w:p>
      <w:pPr>
        <w:jc w:val="both"/>
      </w:pPr>
      <w:r>
        <w:t>1. Hội nghị chỉ được tiến hành khi có tối thiểu 2/3 công chức, viên chức, người lao động thuộc thành phần tham gia dự họp có mặt. Trường hợp người thuộc thành phần tham dự họp vắng mặt thì không được ủy quyền cho người khác dự thay.</w:t>
      </w:r>
    </w:p>
    <w:p>
      <w:pPr>
        <w:jc w:val="both"/>
      </w:pPr>
      <w:r>
        <w:t>2. Trước khi vào hội nghị, chủ trì hội nghị chỉ định một trong số các thành viên tham gia dự họp làm thư ký của hội nghị.</w:t>
      </w:r>
    </w:p>
    <w:p>
      <w:pPr>
        <w:jc w:val="both"/>
      </w:pPr>
      <w:r>
        <w:t>3. Nội dung, kết quả hội nghị phải được lập thành biên bản. Biên bản hội nghị phải phản ánh đầy đủ diễn biến, kết quả của hội nghị, các ý kiến đã phát biểu."</w:t>
      </w:r>
    </w:p>
    <w:p>
      <w:pPr>
        <w:jc w:val="both"/>
      </w:pPr>
      <w:r>
        <w:t>8. Điều 24 được sửa đổi, bổ sung như sau:</w:t>
      </w:r>
    </w:p>
    <w:p>
      <w:pPr>
        <w:jc w:val="both"/>
      </w:pPr>
      <w:r>
        <w:t>" Điều 24. Quy định về việc lấy ý kiến</w:t>
      </w:r>
    </w:p>
    <w:p>
      <w:pPr>
        <w:jc w:val="both"/>
      </w:pPr>
      <w:r>
        <w:t>1. Công chức, viên chức đã hết thời gian tập sự; người lao động làm việc theo hợp đồng không xác định thời hạn quy định tại Nghị định số 68/2000/NĐ-CP ngày 17/11/2000 của Chính phủ về thực hiện chế độ hợp đồng một số loại công việc trong cơ quan hành chính nhà nước, đơn vị sự nghiệp đang công tác trong cơ quan, đơn vị được tham gia và bỏ phiếu.</w:t>
      </w:r>
    </w:p>
    <w:p>
      <w:pPr>
        <w:jc w:val="both"/>
      </w:pPr>
      <w:r>
        <w:t>2. Trường hợp một người tham gia nhiều vị trí thuộc thành phần tham gia bỏ phiếu thì khi bỏ phiếu tín nhiệm chỉ được bỏ 01 phiếu.</w:t>
      </w:r>
    </w:p>
    <w:p>
      <w:pPr>
        <w:jc w:val="both"/>
      </w:pPr>
      <w:r>
        <w:t>3. Khi thực hiện lấy phiếu theo phương thức bỏ phiếu kín, phải thành lập ban kiểm phiếu. Ban kiểm phiếu do người chủ trì đề xuất và phải được hội nghị biểu quyết thông qua theo hình thức giơ tay.</w:t>
      </w:r>
    </w:p>
    <w:p>
      <w:pPr>
        <w:jc w:val="both"/>
      </w:pPr>
      <w:r>
        <w:t>4. Phiếu lấy ý kiến</w:t>
      </w:r>
    </w:p>
    <w:p>
      <w:pPr>
        <w:jc w:val="both"/>
      </w:pPr>
      <w:r>
        <w:t>a) Phiếu lấy ý kiến được in thành danh sách (xếp thứ tự ABC theo tên nếu có nhiều nhân sự), ghi rõ họ tên, tuổi, chức vụ, đơn vị công tác; phần lấy ý kiến có 2 cột: Đồng ý và không đồng ý để người tham gia đánh dấu (X) vào ô mà mình chọn, ngoài ra có chỗ để người tham gia bỏ phiếu ghi ý kiến khác, giới thiệu nhân sự khác; có chữ ký của người chủ trì cuộc họp và đóng dấu treo của đơn vị vào góc trái của phiếu (nếu đơn vị có dấu);</w:t>
      </w:r>
    </w:p>
    <w:p>
      <w:pPr>
        <w:jc w:val="both"/>
      </w:pPr>
      <w:r>
        <w:t>b) Phiếu hợp lệ là phiếu do ban kiểm phiếu phát ra, có số lượng đồng ý và giới thiệu thêm (nếu có) không quá số lượng được bổ nhiệm;</w:t>
      </w:r>
    </w:p>
    <w:p>
      <w:pPr>
        <w:jc w:val="both"/>
      </w:pPr>
      <w:r>
        <w:t>Trường hợp người bỏ phiếu đánh dấu vào cả ô đồng ý và ô không đồng ý hoặc không đánh dấu vào cả ô đồng ý và ô không đồng ý thì không tính kết quả phiếu của người được đánh dấu hoặc không được đánh dấu nhưng phiếu vẫn được tính là hợp lệ;</w:t>
      </w:r>
    </w:p>
    <w:p>
      <w:pPr>
        <w:jc w:val="both"/>
      </w:pPr>
      <w:r>
        <w:t>c) Phiếu không hợp lệ là phiếu không do ban kiểm phiếu phát ra, phiếu có số lượng đồng ý và giới thiệu thêm (nếu có) nhiều hơn số lượng được bổ nhiệm;</w:t>
      </w:r>
    </w:p>
    <w:p>
      <w:pPr>
        <w:jc w:val="both"/>
      </w:pPr>
      <w:r>
        <w:t>d) Phiếu sau khi kiểm và lập biên bản được niêm phong, lưu giữ theo chế độ tài liệu mật tại đơn vị tham mưu công tác cán bộ của cấp có thẩm quyền bổ nhiệm trước khi được lưu trữ theo quy định.</w:t>
      </w:r>
    </w:p>
    <w:p>
      <w:pPr>
        <w:jc w:val="both"/>
      </w:pPr>
      <w:r>
        <w:t>5. Cách tính kết quả phiếu</w:t>
      </w:r>
    </w:p>
    <w:p>
      <w:pPr>
        <w:jc w:val="both"/>
      </w:pPr>
      <w:r>
        <w:t>Tỷ lệ phiếu đồng ý bổ nhiệm được quy đổi ra phần trăm (%) theo tỷ lệ số phiếu tín nhiệm đồng ý trên số phiếu hợp lệ.</w:t>
      </w:r>
    </w:p>
    <w:p>
      <w:pPr>
        <w:jc w:val="both"/>
      </w:pPr>
      <w:r>
        <w:t>6. Việc công bố hoặc không công bố kết quả lấy phiếu được thông báo công khai trước khi bỏ phiếu.</w:t>
      </w:r>
    </w:p>
    <w:p>
      <w:pPr>
        <w:jc w:val="both"/>
      </w:pPr>
      <w:r>
        <w:t>7. Kết quả phiếu lấy ý kiến có giá trị tham khảo và là một trong những căn cứ để xem xét nhưng không phải là căn cứ duy nhất và chủ yếu để quyết định bổ nhiệm cán bộ."</w:t>
      </w:r>
    </w:p>
    <w:p>
      <w:pPr>
        <w:jc w:val="both"/>
      </w:pPr>
      <w:r>
        <w:t>9. Điều 26 được sửa đổi, bổ sung như sau:</w:t>
      </w:r>
    </w:p>
    <w:p>
      <w:pPr>
        <w:jc w:val="both"/>
      </w:pPr>
      <w:r>
        <w:t>" Điều 26. Quy trình bổ nhiệm lãnh đạo Tổng cục Thi hành án dân sự</w:t>
      </w:r>
    </w:p>
    <w:p>
      <w:pPr>
        <w:jc w:val="both"/>
      </w:pPr>
      <w:r>
        <w:t>1. Xác định nhu cầu, chủ trương, số lượng, dự kiến phân công công tác, nguồn bổ nhiệm</w:t>
      </w:r>
    </w:p>
    <w:p>
      <w:pPr>
        <w:jc w:val="both"/>
      </w:pPr>
      <w:r>
        <w:t>Căn cứ nhu cầu công tác, cơ cấu, số lượng lãnh đạo đơn vị, sau khi trao đổi, thống nhất trong lãnh đạo đơn vị về nhu cầu bổ nhiệm, Tổng Cục trưởng Tổng cục Thi hành án dân sự trao đổi với Vụ trưởng Vụ Tổ chức cán bộ Bộ Tư pháp, xin ý kiến Lãnh đạo Bộ phụ trách và Bộ trưởng trước khi tổ chức họp liên tịch giữa Lãnh đạo Tổng cục Thi hành án dân sự, Ban Thường vụ Đảng ủy Tổng cục Thi hành án dân sự, người đứng đầu các tổ chức chính trị - xã hội của Tổng cục Thi hành án dân sự để thảo luận thống nhất số lượng, dự kiến phân công công tác đối với chức vụ đề nghị bổ nhiệm, rà soát, đánh giá nhân sự trong quy hoạch Lãnh đạo Tổng cục Thi hành án dân sự, trình Ban cán sự Đảng Bộ Tư pháp (qua Vụ Tổ chức cán bộ Bộ Tư pháp) xem xét phê duyệt chủ trương, số lượng, dự kiến phân công công tác, nguồn bổ nhiệm.</w:t>
      </w:r>
    </w:p>
    <w:p>
      <w:pPr>
        <w:jc w:val="both"/>
      </w:pPr>
      <w:r>
        <w:t>Trường hợp cần thiết hoặc đơn vị không chủ động đề xuất, Vụ Tổ chức cán bộ Bộ Tư pháp rà soát, báo cáo Lãnh đạo Bộ phụ trách, Bộ trưởng trước khi trình Ban cán sự Đảng Bộ Tư pháp phê duyệt chủ trương, số lượng, dự kiến phân công công tác, nguồn bổ nhiệm.</w:t>
      </w:r>
    </w:p>
    <w:p>
      <w:pPr>
        <w:jc w:val="both"/>
      </w:pPr>
      <w:r>
        <w:t>2. Quy trình bổ nhiệm đối với nguồn nhân sự tại chỗ</w:t>
      </w:r>
    </w:p>
    <w:p>
      <w:pPr>
        <w:jc w:val="both"/>
      </w:pPr>
      <w:r>
        <w:t>a) Bước 1: Hội nghị tập thể lãnh đạo Tổng cục Thi hành án dân sự (lần 1)</w:t>
      </w:r>
    </w:p>
    <w:p>
      <w:pPr>
        <w:jc w:val="both"/>
      </w:pPr>
      <w:r>
        <w:t>- Thành phần: Lãnh đạo Tổng cục Thi hành án dân sự và Ban Thường vụ Đảng ủy Tổng cục Thi hành án dân sự. Mời đại diện Lãnh đạo Vụ Tổ chức cán bộ Bộ Tư pháp cùng tham dự hội nghị.</w:t>
      </w:r>
    </w:p>
    <w:p>
      <w:pPr>
        <w:jc w:val="both"/>
      </w:pPr>
      <w:r>
        <w:t>- Chủ trì: Lãnh đạo Bộ Tư pháp (đối với bổ nhiệm Tổng cục trưởng); Tổng cục trưởng Tổng cục Thi hành án dân sự (đối với bổ nhiệm Phó Tổng cục trưởng).</w:t>
      </w:r>
    </w:p>
    <w:p>
      <w:pPr>
        <w:jc w:val="both"/>
      </w:pPr>
      <w:r>
        <w:t>- Nội dung: Thảo luận, thống nhất về cơ cấu, tiêu chuẩn, điều kiện, quy trình giới thiệu nhân sự.</w:t>
      </w:r>
    </w:p>
    <w:p>
      <w:pPr>
        <w:jc w:val="both"/>
      </w:pPr>
      <w:r>
        <w:t>b) Bước 2: Hội nghị lãnh đạo Tổng cục Thi hành án dân sự mở rộng</w:t>
      </w:r>
    </w:p>
    <w:p>
      <w:pPr>
        <w:jc w:val="both"/>
      </w:pPr>
      <w:r>
        <w:t>- Thành phần: Tập thể lãnh đạo Tổng cục, Ban Thường vụ Đảng ủy Tổng cục, Vụ trưởng và tương đương thuộc Tổng cục, người đứng đầu các tổ chức chính trị - xã hội thuộc Tổng cục Thi hành án dân sự, Cục trưởng Cục Thi hành án dân sự tỉnh, thành phố trực thuộc Trung ương. Mời đại diện Lãnh đạo Vụ Tổ chức cán bộ Bộ Tư pháp cùng tham dự hội nghị.</w:t>
      </w:r>
    </w:p>
    <w:p>
      <w:pPr>
        <w:jc w:val="both"/>
      </w:pPr>
      <w:r>
        <w:t>Hội nghị được tổ chức với hình thức tập trung hoặc trực tuyến. Trường hợp tổ chức Hội nghị trực tuyến thì việc gửi phiếu và kiểm phiếu được thực hiện theo chế độ mật, bảo mật danh tính người gửi phiếu và kết quả kiểm phiếu.</w:t>
      </w:r>
    </w:p>
    <w:p>
      <w:pPr>
        <w:jc w:val="both"/>
      </w:pPr>
      <w:r>
        <w:t>- Chủ trì: Lãnh đạo Bộ Tư pháp (đối với bổ nhiệm Tổng cục trưởng); Tổng cục trưởng Tổng cục Thi hành án dân sự (đối với bổ nhiệm Phó Tổng cục trưởng).</w:t>
      </w:r>
    </w:p>
    <w:p>
      <w:pPr>
        <w:jc w:val="both"/>
      </w:pPr>
      <w:r>
        <w:t>- Nội dung: Thảo luận, thống nhất về cơ cấu, tiêu chuẩn, điều kiện, quy trình giới thiệu nguồn nhân sự; tiến hành lấy phiếu phát hiện, giới thiệu nhân sự bằng phiếu kín.</w:t>
      </w:r>
    </w:p>
    <w:p>
      <w:pPr>
        <w:jc w:val="both"/>
      </w:pPr>
      <w:r>
        <w:t>- Nguyên tắc giới thiệu: Mỗi thành viên tham dự cuộc họp chỉ giới thiệu 01 người cho một chức danh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 Trường hợp có từ 02 vị trí bổ nhiệm trở lên thì chọn người có trên 50% số phiếu giới thiệu từ trên xuống cho đến hết số lượng cần bổ nhiệm.</w:t>
      </w:r>
    </w:p>
    <w:p>
      <w:pPr>
        <w:jc w:val="both"/>
      </w:pPr>
      <w:r>
        <w:t>Trường hợp không có người nào đạt trên 50% số phiếu giới thiệu thì chọn 02 người có số phiếu giới thiệu cao nhất từ trên xuống để giới thiệu cho mỗi chức danh ở các bước tiếp theo (trường hợp có từ 02 vị trí bổ nhiệm trở lên thì chọn nhiều hơn số dự kiến bổ nhiệm ít nhất 01 người). Kết quả kiểm phiếu không công bố ở Hội nghị này.</w:t>
      </w:r>
    </w:p>
    <w:p>
      <w:pPr>
        <w:jc w:val="both"/>
      </w:pPr>
      <w:r>
        <w:t>c) Bước 3: Hội nghị tập thể lãnh đạo Tổng cục Thi hành án dân sự (lần 2)</w:t>
      </w:r>
    </w:p>
    <w:p>
      <w:pPr>
        <w:jc w:val="both"/>
      </w:pPr>
      <w:r>
        <w:t>- Thành phần: Lãnh đạo Tổng cục Thi hành án dân sự. Mời đại diện Lãnh đạo Vụ Tổ chức cán bộ Bộ Tư pháp cùng tham dự hội nghị.</w:t>
      </w:r>
    </w:p>
    <w:p>
      <w:pPr>
        <w:jc w:val="both"/>
      </w:pPr>
      <w:r>
        <w:t>- Chủ trì: Lãnh đạo Bộ Tư pháp (đối với việc bổ nhiệm Tổng cục trưởng); Tổng Cục trưởng Tổng cục Thi hành án dân sự (đối với việc bổ nhiệm Phó Tổng cục trưởng).</w:t>
      </w:r>
    </w:p>
    <w:p>
      <w:pPr>
        <w:jc w:val="both"/>
      </w:pPr>
      <w:r>
        <w:t>- Nội dung: Trên cơ sở xem xét kết quả giới thiệu nhân sự của Hội nghị lãnh đạo Tổng cục Thi hành án dân sự mở rộng; căn cứ cơ cấu, tiêu chuẩn, điều kiện, yêu cầu nhiệm vụ, khả năng đáp ứng của cán bộ, tập thể lãnh đạo Tổng cục Thi hành án dân sự tiến hành thảo luận, giới thiệu nhân sự bằng phiếu kín.</w:t>
      </w:r>
    </w:p>
    <w:p>
      <w:pPr>
        <w:jc w:val="both"/>
      </w:pPr>
      <w:r>
        <w:t>- Nguyên tắc giới thiệu: Mỗi thành viên tham dự cuộc họp chỉ giới thiệu 01 người cho 01 chức danh trong số nhân sự được giới thiệu ở Hội nghị tập thể lãnh đạo Tổng cục Thi hành án dân sự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Trường hợp kết quả giới thiệu của Hội nghị tập thể lãnh đạo Tổng cục Thi hành án dân sự khác với kết quả phát hiện, giới thiệu nhân sự ở bước 2 thì Tổng cục Thi hành án dân sự phối hợp với Vụ Tổ chức cán bộ Bộ Tư pháp báo cáo, giải trình rõ với Ban cán sự Đảng Bộ Tư pháp xem xét, cho ý kiến chỉ đạo trước khi tiến hành bước tiếp theo.</w:t>
      </w:r>
    </w:p>
    <w:p>
      <w:pPr>
        <w:jc w:val="both"/>
      </w:pPr>
      <w:r>
        <w:t>d) Bước 4: Tổ chức lấy ý kiến cán bộ chủ chốt</w:t>
      </w:r>
    </w:p>
    <w:p>
      <w:pPr>
        <w:jc w:val="both"/>
      </w:pPr>
      <w:r>
        <w:t>- Thành phần: Tập thể lãnh đạo Tổng cục Thi hành án dân sự, Ban Thường vụ Đảng ủy Tổng cục Thi hành án dân sự, lãnh đạo cấp Vụ thuộc Tổng cục Thi hành án dân sự, đại diện các tổ chức chính trị - xã hội thuộc Tổng cục Thi hành án dân sự, Cục trưởng Cục Thi hành án dân sự. Mời đại diện Lãnh đạo Vụ Tổ chức cán bộ Bộ Tư pháp cùng tham dự hội nghị.</w:t>
      </w:r>
    </w:p>
    <w:p>
      <w:pPr>
        <w:jc w:val="both"/>
      </w:pPr>
      <w:r>
        <w:t>Hội nghị được tổ chức với hình thức tập trung hoặc trực tuyến. Trường hợp tổ chức Hội nghị trực tuyến thì việc gửi phiếu và kiểm phiếu được thực hiện theo chế độ mật, bảo mật danh tính người gửi phiếu và kết quả kiểm phiếu.</w:t>
      </w:r>
    </w:p>
    <w:p>
      <w:pPr>
        <w:jc w:val="both"/>
      </w:pPr>
      <w:r>
        <w:t>- Chủ trì: Lãnh đạo Bộ Tư pháp (đối với bổ nhiệm Tổng cục trưởng); Tổng cục trưởng Tổng cục Thi hành án dân sự (đối với bổ nhiệm Phó Tổng cục trưởng).</w:t>
      </w:r>
    </w:p>
    <w:p>
      <w:pPr>
        <w:jc w:val="both"/>
      </w:pPr>
      <w:r>
        <w:t>- Nội dung: Trao đổi, thảo luận về cơ cấu, tiêu chuẩn, điều kiện, yêu cầu nhiệm vụ cụ thể của đơn vị và khả năng đáp ứng của cán bộ; thông báo danh sách nhân sự do tập thể lãnh đạo Tổng cục Thi hành án dân sự giới thiệu (tại bước 3);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(nếu có) và trả lời những vấn đề có liên quan trước khi bỏ phiếu; lấy ý kiến bằng phiếu kín của cán bộ chủ chốt về nhân sự được giới thiệu bổ nhiệm.</w:t>
      </w:r>
    </w:p>
    <w:p>
      <w:pPr>
        <w:jc w:val="both"/>
      </w:pPr>
      <w:r>
        <w:t>Kết quả kiểm phiếu không công bố tại Hội nghị này.</w:t>
      </w:r>
    </w:p>
    <w:p>
      <w:pPr>
        <w:jc w:val="both"/>
      </w:pPr>
      <w:r>
        <w:t>đ) Bước 5: Tổng cục Thi hành án dân sự có văn bản đề nghị Ban Thường vụ Đảng ủy Tổng cục Thi hành án dân sự cho ý kiến bằng văn bản đối với nhân sự dự kiến bổ nhiệm và đề nghị cơ quan có thẩm quyền kiểm tra, xác minh, kết luận về tiêu chuẩn chính trị (lịch sử chính trị và chính trị hiện nay) đối với nhân sự dự kiến bổ nhiệm.</w:t>
      </w:r>
    </w:p>
    <w:p>
      <w:pPr>
        <w:jc w:val="both"/>
      </w:pPr>
      <w:r>
        <w:t>e) Bước 6: Hội nghị tập thể lãnh đạo Tổng cục Thi hành án dân sự (lần 3).</w:t>
      </w:r>
    </w:p>
    <w:p>
      <w:pPr>
        <w:jc w:val="both"/>
      </w:pPr>
      <w:r>
        <w:t>- Thành phần: Tập thể lãnh đạo Tổng cục Thi hành án dân sự. Mời đại diện Lãnh đạo Vụ Tổ chức cán bộ Bộ Tư pháp cùng tham dự hội nghị.</w:t>
      </w:r>
    </w:p>
    <w:p>
      <w:pPr>
        <w:jc w:val="both"/>
      </w:pPr>
      <w:r>
        <w:t>- Chủ trì: Lãnh đạo Bộ Tư pháp (đối với bổ nhiệm Tổng cục trưởng); Tổng cục trưởng Tổng cục Thi hành án dân sự (đối với bổ nhiệm Phó Tổng cục trưởng).</w:t>
      </w:r>
    </w:p>
    <w:p>
      <w:pPr>
        <w:jc w:val="both"/>
      </w:pPr>
      <w:r>
        <w:t>- Nội dung: Thảo luận, phân tích kết quả phiếu tại các hội nghị và ý kiến của Ban Thường vụ Đảng ủy Tổng cục Thi hành án dân sự; xác minh, kết luận những vấn đề mới phát sinh (nếu có); biểu quyết nhân sự bằng phiếu kín. Kết quả kiểm phiếu được công bố tại Hội nghị này.</w:t>
      </w:r>
    </w:p>
    <w:p>
      <w:pPr>
        <w:jc w:val="both"/>
      </w:pPr>
      <w:r>
        <w:t>- Nguyên tắc lựa chọn: Người có số phiếu cao nhất trên 50% số phiếu giới thiệu thì được lựa chọn đề nghị bổ nhiệm. Trường hợp có từ 02 vị trí bổ nhiệm trở lên thì chọn người có trên 50% số phiếu giới thiệu từ trên xuống cho đến hết số lượng cần bổ nhiệm. Trường hợp có 02 nhân sự có số phiếu ngang nhau (50%) thì lựa chọn nhân sự do Tổng Cục trưởng Tổng cục Thi hành án dân sự giới thiệu để đề nghị bổ nhiệm và báo cáo đầy đủ các ý kiến khác nhau (nếu có) để Ban cán sự Đảng Bộ Tư pháp xem xét, quyết định.</w:t>
      </w:r>
    </w:p>
    <w:p>
      <w:pPr>
        <w:jc w:val="both"/>
      </w:pPr>
      <w:r>
        <w:t>Đối với bổ nhiệm Tổng Cục trưởng Tổng cục Thi hành án dân sự, trường hợp có 02 nhân sự có số phiếu ngang nhau (50%) thì Tổng cục Thi hành án dân sự báo cáo Lãnh đạo Bộ phụ trách và Bộ trưởng cho ý kiến trước khi báo cáo Ban cán sự Đảng Bộ Tư pháp xem xét, quyết định.</w:t>
      </w:r>
    </w:p>
    <w:p>
      <w:pPr>
        <w:jc w:val="both"/>
      </w:pPr>
      <w:r>
        <w:t>Tổng cục Thi hành án dân sự tổng hợp, hoàn thiện hồ sơ bổ nhiệm, báo cáo Ban cán sự Đảng Bộ Tư pháp. Đối với bổ nhiệm Tổng Cục trưởng Tổng cục Thi hành án dân sự, Tổng cục Thi hành án dân sự gửi hồ sơ về Vụ Tổ chức cán bộ Bộ Tư pháp để thẩm định, báo cáo Ban cán sự Đảng Bộ Tư pháp.</w:t>
      </w:r>
    </w:p>
    <w:p>
      <w:pPr>
        <w:jc w:val="both"/>
      </w:pPr>
      <w:r>
        <w:t>g) Quyết định bổ nhiệm</w:t>
      </w:r>
    </w:p>
    <w:p>
      <w:pPr>
        <w:jc w:val="both"/>
      </w:pPr>
      <w:r>
        <w:t>Căn cứ kết quả thực hiện các bước theo quy trình, Vụ Tổ chức cán bộ Bộ Tư pháp (đối với bổ nhiệm Tổng cục trưởng), Tổng cục Thi hành án dân sự (đối với bổ nhiệm Phó Tổng cục trưởng) báo cáo Ban cán sự Đảng Bộ Tư pháp xem xét, phê duyệt nhân sự đề nghị bổ nhiệm và có văn bản lấy ý kiến của Ban Thường vụ Đảng ủy Bộ Tư pháp. Căn cứ ý kiến của Ban Thường vụ Đảng ủy Bộ Tư pháp, Vụ Tổ chức cán bộ Bộ Tư pháp (đối với bổ nhiệm Tổng cục trưởng), Tổng cục Thi hành án dân sự (đối với bổ nhiệm Phó Tổng cục trưởng) báo cáo Ban cán sự Đảng Bộ Tư pháp thảo luận, kết luận các vấn đề phát sinh (nếu có) hoặc trình Bộ trưởng ký quyết định bổ nhiệm Phó Tổng cục trưởng Tổng cục Thi hành án dân sự.</w:t>
      </w:r>
    </w:p>
    <w:p>
      <w:pPr>
        <w:jc w:val="both"/>
      </w:pPr>
      <w:r>
        <w:t>Trường hợp bổ nhiệm Tổng cục trưởng Tổng cục Thi hành án dân sự, Vụ Tổ chức cán bộ Bộ Tư pháp tham mưu, chuẩn bị hồ sơ trình Thủ tướng Chính phủ cho ý kiến đối với nhân sự đề nghị bổ nhiệm. Sau khi có ý kiến của Thủ tướng Chính phủ, Vụ Tổ chức cán bộ Bộ Tư pháp trình Bộ trưởng ký quyết định bổ nhiệm Tổng cục trưởng Tổng cục Thi hành án dân sự.</w:t>
      </w:r>
    </w:p>
    <w:p>
      <w:pPr>
        <w:jc w:val="both"/>
      </w:pPr>
      <w:r>
        <w:t>3. Quy trình bổ nhiệm đối với nguồn nhân sự từ nơi khác</w:t>
      </w:r>
    </w:p>
    <w:p>
      <w:pPr>
        <w:jc w:val="both"/>
      </w:pPr>
      <w:r>
        <w:t>a) Đối với nhân sự do Tổng cục Thi hành án dân sự đề xuất</w:t>
      </w:r>
    </w:p>
    <w:p>
      <w:pPr>
        <w:jc w:val="both"/>
      </w:pPr>
      <w:r>
        <w:t>Bước 1: Lãnh đạo Bộ phụ trách (đối với bổ nhiệm Tổng cục trưởng) hoặc Tổng cục trưởng Tổng cục Thi hành án dân sự (đối với bổ nhiệm Phó Tổng cục trưởng) gặp gỡ nhân sự dự kiến bổ nhiệm để trao đổi về yêu cầu công tác, nhu cầu bổ nhiệm; làm việc với tập thể lãnh đạo và Ban Thường vụ Đảng ủy Tổng cục Thi hành án dân sự và lấy ý kiến bằng văn bản của Ban Thường vụ Đảng ủy Tổng cục Thi hành án dân sự về nhân sự dự kiến bổ nhiệm; làm việc với tập thể lãnh đạo và cấp ủy đơn vị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Lãnh đạo Bộ phụ trách (đối với bổ nhiệm Tổng cục trưởng), Tổng cục trưởng (đối với bổ nhiệm Phó Tổng cục trưởng) chủ trì Hội nghị tập thể lãnh đạo Tổng cục Thi hành án dân sự để thảo luận, nhận xét, đánh giá và bỏ phiếu về nhân sự đề nghị bổ nhiệm. Nhân sự đạt số phiếu trên 50% số phiếu giới thiệu thì được lựa chọn. Trường hợp đạt số phiếu giới thiệu là 50% thì Tổng cục trưởng Tổng cục Thi hành án dân sự xem xét việc giới thiệu bổ nhiệm; đề nghị Ban Thường vụ Đảng ủy Tổng cục Thi hành án dân sự cho ý kiến bằng văn bản về nhân sự dự kiến bổ nhiệm; đồng thời báo cáo Ban cán sự Đảng Bộ Tư pháp đầy đủ các ý kiến khác nhau (nếu có) để xem xét, quyết định.</w:t>
      </w:r>
    </w:p>
    <w:p>
      <w:pPr>
        <w:jc w:val="both"/>
      </w:pPr>
      <w:r>
        <w:t>Bước 3: Tổng cục Thi hành án dân sự hoàn thiện hồ sơ đề nghị bổ nhiệm gửi Vụ Tổ chức cán bộ Bộ Tư pháp để báo cáo Ban cán sự Đảng Bộ Tư pháp xem xét, phê duyệt nhân sự và có văn bản lấy ý kiến của Ban Thường vụ Đảng ủy Bộ Tư pháp. Căn cứ ý kiến của Ban Thường vụ Đảng ủy Bộ Tư pháp, Vụ Tổ chức cán bộ Bộ Tư pháp báo cáo Ban cán sự Đảng Bộ Tư pháp xem xét, thảo luận, kết luận các vấn đề phát sinh (nếu có) hoặc trình Bộ trưởng ký quyết định bổ nhiệm Phó Tổng cục trưởng Tổng cục Thi hành án dân sự.</w:t>
      </w:r>
    </w:p>
    <w:p>
      <w:pPr>
        <w:jc w:val="both"/>
      </w:pPr>
      <w:r>
        <w:t>Trường hợp bổ nhiệm Tổng cục trưởng Tổng cục Thi hành án dân sự, Vụ Tổ chức cán bộ Bộ Tư pháp tham mưu, chuẩn bị hồ sơ trình Thủ tướng Chính phủ cho ý kiến đối với nhân sự đề nghị bổ nhiệm trước khi trình Bộ trưởng ký quyết định.</w:t>
      </w:r>
    </w:p>
    <w:p>
      <w:pPr>
        <w:jc w:val="both"/>
      </w:pPr>
      <w:r>
        <w:t>b) Đối với nhân sự do Ban cán sự Đảng Bộ Tư pháp dự kiến tiếp nhận, điều động, bổ nhiệm</w:t>
      </w:r>
    </w:p>
    <w:p>
      <w:pPr>
        <w:jc w:val="both"/>
      </w:pPr>
      <w:r>
        <w:t>Bước 1: Lãnh đạo Bộ gặp gỡ nhân sự dự kiến bổ nhiệm để trao đổi về yêu cầu công tác, nhu cầu bổ nhiệm; làm việc với tập thể lãnh đạo và Ban Thường vụ Đảng ủy Tổng cục Thi hành án dân sự và lấy ý kiến bằng văn bản của Ban Thường vụ Đảng ủy Tổng cục Thi hành án dân sự về nhân sự dự kiến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Tổng cục Thi hành án dân sự hoàn thiện hồ sơ đề nghị bổ nhiệm gửi Vụ Tổ chức cán bộ Bộ Tư pháp để báo cáo Ban cán sự Đảng Bộ Tư pháp xem xét, phê duyệt nhân sự và có văn bản lấy ý kiến của Ban Thường vụ Đảng ủy Bộ Tư pháp. Căn cứ ý kiến của Ban Thường vụ Đảng ủy Bộ Tư pháp, Vụ Tổ chức cán bộ Bộ Tư pháp báo cáo Ban cán sự Đảng Bộ Tư pháp để xem xét, thảo luận, kết luận các vấn đề phát sinh (nếu có) hoặc trình Bộ trưởng ký quyết định bổ nhiệm Phó Tổng cục trưởng Tổng cục Thi hành án dân sự.</w:t>
      </w:r>
    </w:p>
    <w:p>
      <w:pPr>
        <w:jc w:val="both"/>
      </w:pPr>
      <w:r>
        <w:t>Trường hợp bổ nhiệm Tổng cục trưởng Tổng cục Thi hành án dân sự, Vụ Tổ chức cán bộ tham mưu, chuẩn bị hồ sơ trình Thủ tướng Chính phủ cho ý kiến đối với nhân sự đề nghị bổ nhiệm trước khi trình Bộ trưởng ký quyết định.</w:t>
      </w:r>
    </w:p>
    <w:p>
      <w:pPr>
        <w:jc w:val="both"/>
      </w:pPr>
      <w:r>
        <w:t>4. Hồ sơ đề nghị bổ nhiệm gồm:</w:t>
      </w:r>
    </w:p>
    <w:p>
      <w:pPr>
        <w:jc w:val="both"/>
      </w:pPr>
      <w:r>
        <w:t>a) Tờ trình đề nghị bổ nhiệm;</w:t>
      </w:r>
    </w:p>
    <w:p>
      <w:pPr>
        <w:jc w:val="both"/>
      </w:pPr>
      <w:r>
        <w:t>b) Các biên bản họp và biên bản kiểm phiếu (kèm phiếu) trong quá trình thực hiện quy trình;</w:t>
      </w:r>
    </w:p>
    <w:p>
      <w:pPr>
        <w:jc w:val="both"/>
      </w:pPr>
      <w:r>
        <w:t>c) Sơ yếu lý lịch nhân sự dự kiến bổ nhiệm (có dán ảnh);</w:t>
      </w:r>
    </w:p>
    <w:p>
      <w:pPr>
        <w:jc w:val="both"/>
      </w:pPr>
      <w:r>
        <w:t>d) Bản kê khai tài sản, thu nhập;</w:t>
      </w:r>
    </w:p>
    <w:p>
      <w:pPr>
        <w:jc w:val="both"/>
      </w:pPr>
      <w:r>
        <w:t>đ) Giấy khám sức khỏe do cơ sở y tế cấp huyện trở lên cấp trong thời hạn 06 tháng tính đến thời điểm gửi hồ sơ;</w:t>
      </w:r>
    </w:p>
    <w:p>
      <w:pPr>
        <w:jc w:val="both"/>
      </w:pPr>
      <w:r>
        <w:t>e) Bản tự nhận xét, đánh giá của nhân sự dự kiến bổ nhiệm (đối với nhân sự tại chỗ);</w:t>
      </w:r>
    </w:p>
    <w:p>
      <w:pPr>
        <w:jc w:val="both"/>
      </w:pPr>
      <w:r>
        <w:t>g) Nhận xét, đánh giá của đơn vị nơi nhân sự đang công tác về nhân sự dự kiến bổ nhiệm và việc bổ nhiệm (đối với nguồn nhân sự từ cơ quan khác) hoặc nhận xét, đánh giá của thủ trưởng đơn vị (đối với nguồn nhân sự tại chỗ);</w:t>
      </w:r>
    </w:p>
    <w:p>
      <w:pPr>
        <w:jc w:val="both"/>
      </w:pPr>
      <w:r>
        <w:t>h) Ý kiến của cấp ủy đơn vị có vị trí dự kiến bổ nhiệm;</w:t>
      </w:r>
    </w:p>
    <w:p>
      <w:pPr>
        <w:jc w:val="both"/>
      </w:pPr>
      <w:r>
        <w:t>i) Văn bản kết luận về tiêu chuẩn chính trị đối với nhân sự dự kiến bổ nhiệm của cấp ủy, tổ chức Đảng có thẩm quyền;</w:t>
      </w:r>
    </w:p>
    <w:p>
      <w:pPr>
        <w:jc w:val="both"/>
      </w:pPr>
      <w:r>
        <w:t>k) Nhận xét của đại diện cấp ủy nơi nhân sự dự kiến bổ nhiệm cư trú thường xuyên đối với nhân sự là Đảng viên được đề nghị bổ nhiệm;</w:t>
      </w:r>
    </w:p>
    <w:p>
      <w:pPr>
        <w:jc w:val="both"/>
      </w:pPr>
      <w:r>
        <w:t>l) Bản sao (có chứng thực) các văn bằng, chứng chỉ đào tạo, bồi dưỡng theo tiêu chuẩn chức vụ đề nghị bổ nhiệm và các văn bằng, chứng chỉ khác (nếu có). Trường hợp văn bằng do nước ngoài cấp phải có văn bản công nhận của Cục quản lý chất lượng Bộ Giáo dục và Đào tạo.</w:t>
      </w:r>
    </w:p>
    <w:p>
      <w:pPr>
        <w:jc w:val="both"/>
      </w:pPr>
      <w:r>
        <w:t>5. Bộ trưởng Bộ Tư pháp tổ chức công bố quyết định bổ nhiệm lãnh đạo Tổng cục Thi hành án dân sự.”</w:t>
      </w:r>
    </w:p>
    <w:p>
      <w:pPr>
        <w:jc w:val="both"/>
      </w:pPr>
      <w:r>
        <w:t>10. Điều 28 được sửa đổi, bổ sung như sau:</w:t>
      </w:r>
    </w:p>
    <w:p>
      <w:pPr>
        <w:jc w:val="both"/>
      </w:pPr>
      <w:r>
        <w:t>" Điều 28. Quy trình bổ nhiệm Vụ trưởng hoặc tương đương thuộc Tổng cục Thi hành án dân sự</w:t>
      </w:r>
    </w:p>
    <w:p>
      <w:pPr>
        <w:jc w:val="both"/>
      </w:pPr>
      <w:r>
        <w:t>1. Xác định nhu cầu, chủ trương, nguồn bổ nhiệm</w:t>
      </w:r>
    </w:p>
    <w:p>
      <w:pPr>
        <w:jc w:val="both"/>
      </w:pPr>
      <w:r>
        <w:t>Căn cứ nhu cầu công tác, cơ cấu, số lượng lãnh đạo của đơn vị, tập thể lãnh đạo và cấp ủy đơn vị có cấp trưởng cần bổ nhiệm họp thảo luận, thống nhất và đề xuất với Tổng Cục trưởng Tổng cục Thi hành án dân sự tổ chức Hội nghị tập thể lãnh đạo Tổng cục Thi hành án dân sự để xác định nhu cầu bổ nhiệm, chủ trương, nguồn bổ nhiệm.</w:t>
      </w:r>
    </w:p>
    <w:p>
      <w:pPr>
        <w:jc w:val="both"/>
      </w:pPr>
      <w:r>
        <w:t>Trường hợp cần thiết hoặc đơn vị không chủ động đề xuất, Vụ trưởng Vụ Tổ chức cán bộ Tổng cục Thi hành án dân sự báo cáo Tổng Cục trưởng Tổng cục Thi hành án dân sự tổ chức Hội nghị tập thể lãnh đạo Tổng cục Thi hành án dân sự để xác định nhu cầu, chủ trương, nguồn bổ nhiệm.</w:t>
      </w:r>
    </w:p>
    <w:p>
      <w:pPr>
        <w:jc w:val="both"/>
      </w:pPr>
      <w:r>
        <w:t>Trên cơ sở kết quả thảo luận của tập thể lãnh đạo Tổng cục Thi hành án dân sự, Tổng Cục trưởng Tổng cục Thi hành án dân sự báo cáo Lãnh đạo Bộ phụ trách và Bộ trưởng trước khi trình Ban cán sự Đảng Bộ Tư pháp phê duyệt chủ trương bổ nhiệm, nguồn bổ nhiệm.</w:t>
      </w:r>
    </w:p>
    <w:p>
      <w:pPr>
        <w:jc w:val="both"/>
      </w:pPr>
      <w:r>
        <w:t>2. Quy trình bổ nhiệm đối với nguồn nhân sự tại chỗ</w:t>
      </w:r>
    </w:p>
    <w:p>
      <w:pPr>
        <w:jc w:val="both"/>
      </w:pPr>
      <w:r>
        <w:t>a) Bước 1: Hội nghị tập thể lãnh đạo đơn vị (lần 1)</w:t>
      </w:r>
    </w:p>
    <w:p>
      <w:pPr>
        <w:jc w:val="both"/>
      </w:pPr>
      <w:r>
        <w:t>- Thành phần: Lãnh đạo đơn vị và cấp ủy Đảng đơn vị có nhu cầu bổ nhiệm. Mời đại diện Lãnh đạo Vụ Tổ chức cán bộ Tổng cục Thi hành án dân sự cùng tham dự hội nghị.</w:t>
      </w:r>
    </w:p>
    <w:p>
      <w:pPr>
        <w:jc w:val="both"/>
      </w:pPr>
      <w:r>
        <w:t>- Chủ trì: Tổng cục trưởng Tổng cục Thi hành án dân sự.</w:t>
      </w:r>
    </w:p>
    <w:p>
      <w:pPr>
        <w:jc w:val="both"/>
      </w:pPr>
      <w:r>
        <w:t>- Nội dung: Thảo luận thống nhất về cơ cấu, tiêu chuẩn, điều kiện, quy trình giới thiệu nhân sự.</w:t>
      </w:r>
    </w:p>
    <w:p>
      <w:pPr>
        <w:jc w:val="both"/>
      </w:pPr>
      <w:r>
        <w:t>b) Bước 2: Hội nghị lãnh đạo đơn vị mở rộng</w:t>
      </w:r>
    </w:p>
    <w:p>
      <w:pPr>
        <w:jc w:val="both"/>
      </w:pPr>
      <w:r>
        <w:t>- Thành phần: Toàn thể công chức, viên chức, người lao động theo Nghị định số 68/2000/NĐ-CP của đơn vị có nhu cầu bổ nhiệm. Mời đại diện Lãnh đạo Vụ Tổ chức cán bộ Tổng cục Thi hành án dân sự cùng tham dự hội nghị.</w:t>
      </w:r>
    </w:p>
    <w:p>
      <w:pPr>
        <w:jc w:val="both"/>
      </w:pPr>
      <w:r>
        <w:t>- Chủ trì: Tổng cục trưởng Tổng cục Thi hành án dân sự.</w:t>
      </w:r>
    </w:p>
    <w:p>
      <w:pPr>
        <w:jc w:val="both"/>
      </w:pPr>
      <w:r>
        <w:t>- Nội dung: Thảo luận và thống nhất về cơ cấu, tiêu chuẩn, điều kiện, quy trình giới thiệu nguồn nhân sự, các công việc liên quan và tiến hành giới thiệu nhân sự bằng phiếu kín.</w:t>
      </w:r>
    </w:p>
    <w:p>
      <w:pPr>
        <w:jc w:val="both"/>
      </w:pPr>
      <w:r>
        <w:t>- Nguyên tắc giới thiệu: Mỗi thành viên tham dự cuộc họp chỉ giới thiệu 01 người cho một chức danh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 Trường hợp không có người nào đạt trên 50% số phiếu giới thiệu thì chọn 02 người có số phiếu giới thiệu cao nhất từ trên xuống để giới thiệu ở các bước tiếp theo.</w:t>
      </w:r>
    </w:p>
    <w:p>
      <w:pPr>
        <w:jc w:val="both"/>
      </w:pPr>
      <w:r>
        <w:t>Kết quả kiểm phiếu không công bố ở Hội nghị này.</w:t>
      </w:r>
    </w:p>
    <w:p>
      <w:pPr>
        <w:jc w:val="both"/>
      </w:pPr>
      <w:r>
        <w:t>c) Bước 3: Hội nghị tập thể lãnh đạo đơn vị (lần 2)</w:t>
      </w:r>
    </w:p>
    <w:p>
      <w:pPr>
        <w:jc w:val="both"/>
      </w:pPr>
      <w:r>
        <w:t>- Thành phần: Lãnh đạo đơn vị có nhu cầu bổ nhiệm. Mời đại diện Lãnh đạo Vụ Tổ chức cán bộ Tổng cục Thi hành án dân sự cùng tham dự hội nghị.</w:t>
      </w:r>
    </w:p>
    <w:p>
      <w:pPr>
        <w:jc w:val="both"/>
      </w:pPr>
      <w:r>
        <w:t>- Chủ trì: Tổng cục trưởng Tổng cục Thi hành án dân sự.</w:t>
      </w:r>
    </w:p>
    <w:p>
      <w:pPr>
        <w:jc w:val="both"/>
      </w:pPr>
      <w:r>
        <w:t>- Nội dung: Trên cơ sở xem xét kết quả giới thiệu nhân sự của Hội nghị lãnh đạo đơn vị mở rộng; căn cứ cơ cấu, tiêu chuẩn, điều kiện, yêu cầu nhiệm vụ, khả năng đáp ứng của cán bộ, tập thể lãnh đạo đơn vị tiến hành thảo luận, giới thiệu nhân sự bằng phiếu kín.</w:t>
      </w:r>
    </w:p>
    <w:p>
      <w:pPr>
        <w:jc w:val="both"/>
      </w:pPr>
      <w:r>
        <w:t>- Nguyên tắc giới thiệu: Mỗi thành viên tham dự cuộc họp chỉ giới thiệu 01 người cho 01 chức danh trong số nhân sự được giới thiệu ở Hội nghị tập thể lãnh đạo đơn vị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Trường hợp kết quả giới thiệu nhân sự ở Hội nghị lãnh đạo đơn vị khác với kết quả phát hiện, giới thiệu nhân sự ở bước 2 thì Tổng cục Thi hành án dân sự báo cáo đầy đủ để Ban cán sự Đảng Bộ Tư pháp cho ý kiến chỉ đạo trước khi tiến hành các bước tiếp theo.</w:t>
      </w:r>
    </w:p>
    <w:p>
      <w:pPr>
        <w:jc w:val="both"/>
      </w:pPr>
      <w:r>
        <w:t>d) Bước 4: Tổ chức lấy ý kiến toàn thể công chức, viên chức, người lao động trong đơn vị về nhân sự được đề nghị bổ nhiệm</w:t>
      </w:r>
    </w:p>
    <w:p>
      <w:pPr>
        <w:jc w:val="both"/>
      </w:pPr>
      <w:r>
        <w:t>- Thành phần: Toàn thể công chức, viên chức, người lao động theo Nghị định số 68/2000/NĐ-CP của đơn vị có nhu cầu bổ nhiệm. Mời đại diện Lãnh đạo Vụ Tổ chức cán bộ Tổng cục Thi hành án dân sự cùng tham dự hội nghị.</w:t>
      </w:r>
    </w:p>
    <w:p>
      <w:pPr>
        <w:jc w:val="both"/>
      </w:pPr>
      <w:r>
        <w:t>- Chủ trì: Tổng cục trưởng Tổng cục Thi hành án dân sự.</w:t>
      </w:r>
    </w:p>
    <w:p>
      <w:pPr>
        <w:jc w:val="both"/>
      </w:pPr>
      <w:r>
        <w:t>- Nội dung: Trao đổi, thảo luận về cơ cấu, tiêu chuẩn, điều kiện, yêu cầu nhiệm vụ cụ thể của đơn vị và khả năng đáp ứng của cán bộ; thông báo danh sách nhân sự do tập thể lãnh đạo đơn vị giới thiệu (tại bước 3);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(nếu có) và trả lời những vấn đề có liên quan trước khi bỏ phiếu; lấy ý kiến bằng phiếu kín của công chức, viên chức, người lao động trong đơn vị về nhân sự được giới thiệu bổ nhiệm.</w:t>
      </w:r>
    </w:p>
    <w:p>
      <w:pPr>
        <w:jc w:val="both"/>
      </w:pPr>
      <w:r>
        <w:t>Kết quả kiểm phiếu không công bố ở Hội nghị này.</w:t>
      </w:r>
    </w:p>
    <w:p>
      <w:pPr>
        <w:jc w:val="both"/>
      </w:pPr>
      <w:r>
        <w:t>đ) Bước 5: Hội nghị tập thể lãnh đạo đơn vị (lần 3)</w:t>
      </w:r>
    </w:p>
    <w:p>
      <w:pPr>
        <w:jc w:val="both"/>
      </w:pPr>
      <w:r>
        <w:t>- Thành phần: Tập thể lãnh đạo đơn vị có nhu cầu bổ nhiệm. Mời đại diện Lãnh đạo Vụ Tổ chức cán bộ Tổng cục Thi hành án dân sự cùng tham dự hội nghị.</w:t>
      </w:r>
    </w:p>
    <w:p>
      <w:pPr>
        <w:jc w:val="both"/>
      </w:pPr>
      <w:r>
        <w:t>- Chủ trì: Tổng cục trưởng Tổng cục Thi hành án dân sự.</w:t>
      </w:r>
    </w:p>
    <w:p>
      <w:pPr>
        <w:jc w:val="both"/>
      </w:pPr>
      <w:r>
        <w:t>- Nội dung: Thảo luận, phân tích kết quả phiếu ở các Hội nghị; xác minh, kết luận những vấn đề mới phát sinh (nếu có); biểu quyết nhân sự bằng phiếu kín.</w:t>
      </w:r>
    </w:p>
    <w:p>
      <w:pPr>
        <w:jc w:val="both"/>
      </w:pPr>
      <w:r>
        <w:t>Kết quả kiểm phiếu được công bố tại Hội nghị này.</w:t>
      </w:r>
    </w:p>
    <w:p>
      <w:pPr>
        <w:jc w:val="both"/>
      </w:pPr>
      <w:r>
        <w:t>- Nguyên tắc lựa chọn: Người đạt số phiếu cao nhất trên 50% số phiếu giới thiệu thì được lựa chọn đề nghị bổ nhiệm. Trường hợp tập thể lãnh đạo đơn vị giới thiệu 02 người có số phiếu ngang nhau (đạt tỉ lệ 50%) thì báo cáo Lãnh đạo Tổng cục Thi hành án dân sự xem xét, quyết định.</w:t>
      </w:r>
    </w:p>
    <w:p>
      <w:pPr>
        <w:jc w:val="both"/>
      </w:pPr>
      <w:r>
        <w:t>Lãnh đạo đơn vị có nhu cầu bổ nhiệm đề nghị cấp ủy của đơn vị cho ý kiến bằng văn bản đối với nhân sự dự kiến bổ nhiệm; đề nghị cơ quan có thẩm quyền kiểm tra, xác minh, kết luận về tiêu chuẩn chính trị (lịch sử chính trị và chính trị hiện nay) đối với nhân sự dự kiến bổ nhiệm; báo cáo Lãnh đạo Tổng cục Thi hành án dân sự tổ chức Hội nghị tập thể lãnh đạo Tổng cục để xem xét, cho ý kiến đối với nhân sự dự kiến bổ nhiệm; đề nghị Ban Thường vụ Đảng ủy Tổng cục Thi hành án dân sự cho ý kiến bằng văn bản đối với nhân sự dự kiến bổ nhiệm.</w:t>
      </w:r>
    </w:p>
    <w:p>
      <w:pPr>
        <w:jc w:val="both"/>
      </w:pPr>
      <w:r>
        <w:t>e) Quyết định bổ nhiệm</w:t>
      </w:r>
    </w:p>
    <w:p>
      <w:pPr>
        <w:jc w:val="both"/>
      </w:pPr>
      <w:r>
        <w:t>Tổng cục trưởng Tổng cục Thi hành án dân sự báo cáo Lãnh đạo Bộ phụ trách và Bộ trưởng; trình Ban cán sự Đảng Bộ Tư pháp xem xét, phê duyệt nhân sự và có văn bản lấy ý kiến của Ban Thường vụ Đảng ủy Bộ Tư pháp. Căn cứ ý kiến của Ban Thường vụ Đảng ủy Bộ Tư pháp, Tổng cục Thi hành án dân sự báo cáo Ban cán sự Đảng Bộ Tư pháp thảo luận, kết luận các vấn đề phát sinh (nếu có) hoặc trình Bộ trưởng ký quyết định bổ nhiệm.</w:t>
      </w:r>
    </w:p>
    <w:p>
      <w:pPr>
        <w:jc w:val="both"/>
      </w:pPr>
      <w:r>
        <w:t>3. Quy trình bổ nhiệm đối với nguồn nhân sự từ cơ quan khác</w:t>
      </w:r>
    </w:p>
    <w:p>
      <w:pPr>
        <w:jc w:val="both"/>
      </w:pPr>
      <w:r>
        <w:t>a) Đối với nhân sự do đơn vị có nhu cầu bổ nhiệm đề xuất</w:t>
      </w:r>
    </w:p>
    <w:p>
      <w:pPr>
        <w:jc w:val="both"/>
      </w:pPr>
      <w:r>
        <w:t>Bước 1: Lãnh đạo Tổng cục Thi hành án dân sự hoặc Vụ trưởng Vụ Tổ chức cán bộ Tổng cục Thi hành án dân sự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Lãnh đạo Tổng cục Thi hành án dân sự chủ trì Hội nghị tập thể lãnh đạo đơn vị có nhu cầu bổ nhiệm để thảo luận, nhận xét, đánh giá và bỏ phiếu về nhân sự đề nghị bổ nhiệm. Nhân sự đạt số phiếu trên 50% số phiếu giới thiệu thì được lựa chọn. Trường hợp đạt số phiếu giới thiệu là 50% thì thủ trưởng đơn vị xem xét việc giới thiệu bổ nhiệm; đồng thời, báo cáo Lãnh đạo Tổng cục Thi hành án dân sự xem xét, cho ý kiến và đề nghị Ban Thường vụ Đảng ủy Tổng cục Thi hành án dân sự cho ý kiến bằng văn bản đối với nhân sự dự kiến bổ nhiệm.</w:t>
      </w:r>
    </w:p>
    <w:p>
      <w:pPr>
        <w:jc w:val="both"/>
      </w:pPr>
      <w:r>
        <w:t>Trường hợp có ý kiến khác nhau thì báo cáo đầy đủ để Ban cán sự Đảng Bộ Tư pháp xem xét, kết luận.</w:t>
      </w:r>
    </w:p>
    <w:p>
      <w:pPr>
        <w:jc w:val="both"/>
      </w:pPr>
      <w:r>
        <w:t>Bước 3: Tổng cục Thi hành án dân sự báo cáo Lãnh đạo Bộ phụ trách và Bộ trưởng; trình Ban cán sự Đảng Bộ Tư pháp xem xét, phê duyệt nhân sự và có văn bản lấy ý kiến của Ban Thường vụ Đảng ủy Bộ Tư pháp. Căn cứ ý kiến của Ban Thường vụ Đảng ủy Bộ Tư pháp, Tổng cục Thi hành án dân sự báo cáo Ban cán sự Đảng Bộ Tư pháp thảo luận, kết luận các vấn đề phát sinh (nếu có) hoặc trình Bộ trưởng ký quyết định bổ nhiệm.</w:t>
      </w:r>
    </w:p>
    <w:p>
      <w:pPr>
        <w:jc w:val="both"/>
      </w:pPr>
      <w:r>
        <w:t>b) Đối với nhân sự do Lãnh đạo Tổng cục Thi hành án dân sự dự kiến tiếp nhận, điều động, bổ nhiệm</w:t>
      </w:r>
    </w:p>
    <w:p>
      <w:pPr>
        <w:jc w:val="both"/>
      </w:pPr>
      <w:r>
        <w:t>Bước 1: Lãnh đạo Tổng cục Thi hành án dân sự hoặc Vụ trưởng Vụ Tổ chức cán bộ Tổng cục Thi hành án dân sự gặp gỡ người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 lấy ý kiến bằng văn bản của cấp ủy đơn vị có nhu cầu bổ nhiệm về việc bổ nhiệm.</w:t>
      </w:r>
    </w:p>
    <w:p>
      <w:pPr>
        <w:jc w:val="both"/>
      </w:pPr>
      <w:r>
        <w:t>Vụ Tổ chức cán bộ Tổng cục Thi hành án dân sự báo cáo tập thể lãnh đạo Tổng cục Thi hành án dân sự xem xét, bỏ phiếu về nhân sự dự kiến bổ nhiệm; đề nghị Ban Thường vụ Đảng ủy Tổng cục Thi hành án dân sự cho ý kiến bằng văn bản về nhân sự dự kiến bổ nhiệm.</w:t>
      </w:r>
    </w:p>
    <w:p>
      <w:pPr>
        <w:jc w:val="both"/>
      </w:pPr>
      <w:r>
        <w:t>Bước 2: Tổng cục Thi hành án dân sự báo cáo Lãnh đạo Bộ phụ trách và Bộ trưởng; trình Ban cán sự Đảng Bộ Tư pháp xem xét, phê duyệt nhân sự và có văn bản lấy ý kiến của Ban Thường vụ Đảng ủy Bộ Tư pháp. Căn cứ ý kiến của Ban Thường vụ Đảng ủy Bộ Tư pháp, Tổng cục Thi hành án dân sự báo cáo Ban cán sự Đảng Bộ Tư pháp thảo luận, kết luận các vấn đề phát sinh (nếu có) hoặc trình Bộ trưởng ký quyết định bổ nhiệm.</w:t>
      </w:r>
    </w:p>
    <w:p>
      <w:pPr>
        <w:jc w:val="both"/>
      </w:pPr>
      <w:r>
        <w:t>4. Hồ sơ đề nghị bổ nhiệm thực hiện theo quy định tại khoản 4 Điều 26 của Thông tư này.</w:t>
      </w:r>
    </w:p>
    <w:p>
      <w:pPr>
        <w:jc w:val="both"/>
      </w:pPr>
      <w:r>
        <w:t>5. Bộ trưởng tổ chức công bố quyết định bổ nhiệm Vụ trưởng hoặc tương đương thuộc Tổng cục Thi hành án dân sự."</w:t>
      </w:r>
    </w:p>
    <w:p>
      <w:pPr>
        <w:jc w:val="both"/>
      </w:pPr>
      <w:r>
        <w:t>11. Điều 29 được sửa đổi, bổ sung như sau:</w:t>
      </w:r>
    </w:p>
    <w:p>
      <w:pPr>
        <w:jc w:val="both"/>
      </w:pPr>
      <w:r>
        <w:t>" Điều 29. Bổ nhiệm đối với Phó Vụ trưởng hoặc tương đương thuộc Tổng cục Thi hành án dân sự</w:t>
      </w:r>
    </w:p>
    <w:p>
      <w:pPr>
        <w:jc w:val="both"/>
      </w:pPr>
      <w:r>
        <w:t>1. Xác định nhu cầu, chủ trương, số lượng, dự kiến phân công công tác, nguồn bổ nhiệm</w:t>
      </w:r>
    </w:p>
    <w:p>
      <w:pPr>
        <w:jc w:val="both"/>
      </w:pPr>
      <w:r>
        <w:t>Căn cứ nhu cầu công tác, cơ cấu, số lượng lãnh đạo của đơn vị, tập thể lãnh đạo, cấp ủy đơn vị có nhu cầu bổ nhiệm họp thảo luận, thống nhất và đề xuất Tổng Cục trưởng Tổng cục Thi hành án dân sự tổ chức Hội nghị tập thể lãnh đạo Tổng cục Thi hành án dân sự để xác định nhu cầu, chủ trương, số lượng, dự kiến phân công công tác, nguồn bổ nhiệm.</w:t>
      </w:r>
    </w:p>
    <w:p>
      <w:pPr>
        <w:jc w:val="both"/>
      </w:pPr>
      <w:r>
        <w:t>Trường hợp cần thiết hoặc đơn vị không chủ động đề xuất, Vụ trưởng Vụ Tổ chức cán bộ Tổng cục Thi hành án dân sự đề xuất Tổng Cục trưởng Tổng cục Thi hành án dân sự tổ chức Hội nghị tập thể lãnh đạo Tổng cục Thi hành án dân sự để xác định nhu cầu, chủ trương, số lượng, dự kiến phân công công tác, nguồn bổ nhiệm.</w:t>
      </w:r>
    </w:p>
    <w:p>
      <w:pPr>
        <w:jc w:val="both"/>
      </w:pPr>
      <w:r>
        <w:t>Trên cơ sở kết quả Hội nghị tập thể lãnh đạo Tổng cục Thi hành án dân sự, Tổng Cục trưởng Tổng cục Thi hành án dân sự báo cáo Lãnh đạo Bộ phụ trách trước khi phê duyệt chủ trương bổ nhiệm.</w:t>
      </w:r>
    </w:p>
    <w:p>
      <w:pPr>
        <w:jc w:val="both"/>
      </w:pPr>
      <w:r>
        <w:t>2. Quy trình bổ nhiệm đối với nguồn nhân sự tại chỗ</w:t>
      </w:r>
    </w:p>
    <w:p>
      <w:pPr>
        <w:jc w:val="both"/>
      </w:pPr>
      <w:r>
        <w:t>a) Bước 1: Hội nghị tập thể lãnh đạo đơn vị (lần 1)</w:t>
      </w:r>
    </w:p>
    <w:p>
      <w:pPr>
        <w:jc w:val="both"/>
      </w:pPr>
      <w:r>
        <w:t>- Thành phần: Tập thể lãnh đạo đơn vị và cấp ủy Đảng đơn vị có nhu cầu bổ nhiệm. Mời đại diện Lãnh đạo Vụ Tổ chức cán bộ Tổng cục Thi hành án dân sự cùng tham dự hội nghị.</w:t>
      </w:r>
    </w:p>
    <w:p>
      <w:pPr>
        <w:jc w:val="both"/>
      </w:pPr>
      <w:r>
        <w:t>- Chủ trì: Lãnh đạo Tổng cục Thi hành án dân sự.</w:t>
      </w:r>
    </w:p>
    <w:p>
      <w:pPr>
        <w:jc w:val="both"/>
      </w:pPr>
      <w:r>
        <w:t>- Nội dung: Thảo luận, thống nhất về cơ cấu, tiêu chuẩn, điều kiện, quy trình giới thiệu nhân sự.</w:t>
      </w:r>
    </w:p>
    <w:p>
      <w:pPr>
        <w:jc w:val="both"/>
      </w:pPr>
      <w:r>
        <w:t>b) Bước 2: Hội nghị lãnh đạo đơn vị mở rộng.</w:t>
      </w:r>
    </w:p>
    <w:p>
      <w:pPr>
        <w:jc w:val="both"/>
      </w:pPr>
      <w:r>
        <w:t>- Thành phần: Toàn thể công chức, viên chức, người lao động theo Nghị định số 68/2000/NĐ-CP của đơn vị có nhu cầu bổ nhiệm. Mời đại diện Lãnh đạo Vụ Tổ chức cán bộ Tổng cục Thi hành án dân sự cùng tham dự hội nghị.</w:t>
      </w:r>
    </w:p>
    <w:p>
      <w:pPr>
        <w:jc w:val="both"/>
      </w:pPr>
      <w:r>
        <w:t>- Chủ trì: Lãnh đạo Tổng cục Thi hành án dân sự.</w:t>
      </w:r>
    </w:p>
    <w:p>
      <w:pPr>
        <w:jc w:val="both"/>
      </w:pPr>
      <w:r>
        <w:t>- Nội dung: Thảo luận, thống nhất về cơ cấu, tiêu chuẩn, điều kiện, quy trình giới thiệu nguồn nhân sự, các công việc liên quan và tiến hành giới thiệu nhân sự bằng phiếu kín.</w:t>
      </w:r>
    </w:p>
    <w:p>
      <w:pPr>
        <w:jc w:val="both"/>
      </w:pPr>
      <w:r>
        <w:t>- Nguyên tắc giới thiệu: Mỗi thành viên tham dự cuộc họp chỉ giới thiệu 01 người cho một chức danh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w:t>
      </w:r>
    </w:p>
    <w:p>
      <w:pPr>
        <w:jc w:val="both"/>
      </w:pPr>
      <w:r>
        <w:t>Trường hợp có từ 02 vị trí bổ nhiệm trở lên thì chọn người có trên 50% số phiếu giới thiệu từ trên xuống cho đến hết số lượng cần bổ nhiệm. Trường hợp không có người nào đạt trên 50% số phiếu giới thiệu thì chọn 02 người có số phiếu giới thiệu cao nhất từ trên xuống để giới thiệu cho mỗi chức danh ở các bước tiếp theo (trường hợp có từ 02 vị trí bổ nhiệm trở lên thì chọn nhiều hơn số dự kiến bổ nhiệm ít nhất 01 người). Kết quả kiểm phiếu không công bố ở Hội nghị này.</w:t>
      </w:r>
    </w:p>
    <w:p>
      <w:pPr>
        <w:jc w:val="both"/>
      </w:pPr>
      <w:r>
        <w:t>c) Bước 3: Hội nghị tập thể lãnh đạo đơn vị (lần 2)</w:t>
      </w:r>
    </w:p>
    <w:p>
      <w:pPr>
        <w:jc w:val="both"/>
      </w:pPr>
      <w:r>
        <w:t>- Thành phần: Tập thể lãnh đạo đơn vị có nhu cầu bổ nhiệm. Mời đại diện Lãnh đạo Vụ Tổ chức cán bộ Tổng cục Thi hành án dân sự cùng tham dự hội nghị.</w:t>
      </w:r>
    </w:p>
    <w:p>
      <w:pPr>
        <w:jc w:val="both"/>
      </w:pPr>
      <w:r>
        <w:t>- Chủ trì: Lãnh đạo Tổng cục Thi hành án dân sự.</w:t>
      </w:r>
    </w:p>
    <w:p>
      <w:pPr>
        <w:jc w:val="both"/>
      </w:pPr>
      <w:r>
        <w:t>- Nội dung: Trên cơ sở xem xét kết quả giới thiệu nhân sự của Hội nghị lãnh đạo đơn vị mở rộng; căn cứ cơ cấu, tiêu chuẩn, điều kiện, yêu cầu nhiệm vụ, khả năng đáp ứng của cán bộ, tập thể lãnh đạo đơn vị tiến hành thảo luận, giới thiệu nhân sự bằng phiếu kín.</w:t>
      </w:r>
    </w:p>
    <w:p>
      <w:pPr>
        <w:jc w:val="both"/>
      </w:pPr>
      <w:r>
        <w:t>- Nguyên tắc giới thiệu: Mỗi thành viên tham dự cuộc họp chỉ giới thiệu 01 người cho 01 chức danh trong số nhân sự được giới thiệu ở Hội nghị tập thể lãnh đạo đơn vị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d) Bước 4: Tổ chức lấy ý kiến toàn thể công chức, viên chức, người lao động về nhân sự được đề nghị bổ nhiệm</w:t>
      </w:r>
    </w:p>
    <w:p>
      <w:pPr>
        <w:jc w:val="both"/>
      </w:pPr>
      <w:r>
        <w:t>- Thành phần: Toàn thể công chức,viên chức, người lao động theo Nghị định số 68/2000/NĐ-CP của đơn vị có nhu cầu bổ nhiệm cán bộ. Mời đại diện Lãnh đạo Vụ Tổ chức cán bộ Tổng cục Thi hành án dân sự cùng tham dự hội nghị.</w:t>
      </w:r>
    </w:p>
    <w:p>
      <w:pPr>
        <w:jc w:val="both"/>
      </w:pPr>
      <w:r>
        <w:t>- Chủ trì: Lãnh đạo Tổng cục Thi hành án dân sự.</w:t>
      </w:r>
    </w:p>
    <w:p>
      <w:pPr>
        <w:jc w:val="both"/>
      </w:pPr>
      <w:r>
        <w:t>- Nội dung: Trao đổi, thảo luận về cơ cấu, tiêu chuẩn, điều kiện, yêu cầu nhiệm vụ cụ thể của đơn vị và khả năng đáp ứng của cán bộ; thông báo danh sách nhân sự do tập thể lãnh đạo đơn vị giới thiệu (tại bước 3);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(nếu có) và trả lời những vấn đề có liên quan trước khi bỏ phiếu; lấy ý kiến bằng phiếu kín của công chức, viên chức, người lao động về nhân sự được giới thiệu bổ nhiệm.</w:t>
      </w:r>
    </w:p>
    <w:p>
      <w:pPr>
        <w:jc w:val="both"/>
      </w:pPr>
      <w:r>
        <w:t>Kết quả kiểm phiếu không công bố ở Hội nghị này.</w:t>
      </w:r>
    </w:p>
    <w:p>
      <w:pPr>
        <w:jc w:val="both"/>
      </w:pPr>
      <w:r>
        <w:t>đ) Bước 5: Hội nghị tập thể lãnh đạo đơn vị (lần 3).</w:t>
      </w:r>
    </w:p>
    <w:p>
      <w:pPr>
        <w:jc w:val="both"/>
      </w:pPr>
      <w:r>
        <w:t>- Thành phần: Tập thể lãnh đạo đơn vị có nhu cầu bổ nhiệm. Mời đại diện Lãnh đạo Vụ Tổ chức cán bộ Tổng cục Thi hành án dân sự cùng tham dự hội nghị.</w:t>
      </w:r>
    </w:p>
    <w:p>
      <w:pPr>
        <w:jc w:val="both"/>
      </w:pPr>
      <w:r>
        <w:t>- Chủ trì: Lãnh đạo Tổng cục Thi hành án dân sự.</w:t>
      </w:r>
    </w:p>
    <w:p>
      <w:pPr>
        <w:jc w:val="both"/>
      </w:pPr>
      <w:r>
        <w:t>- Nội dung: Thảo luận, phân tích kết quả phiếu ở các hội nghị; xác minh, kết luận những vấn đề mới phát sinh (nếu có); biểu quyết nhân sự bằng phiếu kín.</w:t>
      </w:r>
    </w:p>
    <w:p>
      <w:pPr>
        <w:jc w:val="both"/>
      </w:pPr>
      <w:r>
        <w:t>Kết quả kiểm phiếu được công bố tại Hội nghị này.</w:t>
      </w:r>
    </w:p>
    <w:p>
      <w:pPr>
        <w:jc w:val="both"/>
      </w:pPr>
      <w:r>
        <w:t>Nguyên tắc lựa chọn: Người đạt số phiếu cao nhất trên 50% số phiếu giới thiệu thì được lựa chọn giới thiệu, bổ nhiệm. Trường hợp tập thể lãnh đạo giới thiệu 02 người có số phiếu ngang nhau (đạt tỷ lệ 50%) thì lựa chọn nhân sự do thủ trưởng đơn vị giới thiệu để đề nghị bổ nhiệm.</w:t>
      </w:r>
    </w:p>
    <w:p>
      <w:pPr>
        <w:jc w:val="both"/>
      </w:pPr>
      <w:r>
        <w:t>Lãnh đạo đơn vị có nhu cầu bổ nhiệm đề nghị cấp ủy của đơn vị cho ý kiến bằng văn bản đối với nhân sự dự kiến bổ nhiệm; đề nghị cơ quan có thẩm quyền kiểm tra, xác minh, kết luận về tiêu chuẩn chính trị (lịch sử chính trị và chính trị hiện nay) đối với nhân sự dự kiến bổ nhiệm và hoàn thiện hồ sơ gửi Vụ Tổ chức cán bộ Tổng cục Thi hành án dân sự báo cáo tập thể lãnh đạo Tổng cục Thi hành án dân sự; đề nghị Ban Thường vụ Đảng ủy Tổng cục Thi hành án dân sự cho ý kiến bằng văn bản đối với nhân sự dự kiến bổ nhiệm.</w:t>
      </w:r>
    </w:p>
    <w:p>
      <w:pPr>
        <w:jc w:val="both"/>
      </w:pPr>
      <w:r>
        <w:t>e) Quyết định bổ nhiệm</w:t>
      </w:r>
    </w:p>
    <w:p>
      <w:pPr>
        <w:jc w:val="both"/>
      </w:pPr>
      <w:r>
        <w:t>Vụ Tổ chức cán bộ Tổng cục Thi hành án dân sự hoàn thiện hồ sơ, trình Tổng cục trưởng Tổng cục Thi hành án dân sự ký quyết định bổ nhiệm.</w:t>
      </w:r>
    </w:p>
    <w:p>
      <w:pPr>
        <w:jc w:val="both"/>
      </w:pPr>
      <w:r>
        <w:t>3. Quy trình bổ nhiệm đối với nguồn nhân sự từ cơ quan khác</w:t>
      </w:r>
    </w:p>
    <w:p>
      <w:pPr>
        <w:jc w:val="both"/>
      </w:pPr>
      <w:r>
        <w:t>a) Đối với nhân sự do đơn vị đề xuất</w:t>
      </w:r>
    </w:p>
    <w:p>
      <w:pPr>
        <w:jc w:val="both"/>
      </w:pPr>
      <w:r>
        <w:t>Bước 1: Lãnh đạo Tổng cục Thi hành án dân sự hoặc Vụ trưởng Vụ Tổ chức cán bộ Tổng cục Thi hành án dân sự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Lãnh đạo Tổng cục Thi hành án dân sự chủ trì Hội nghị tập thể lãnh đạo đơn vị có nhu cầu bổ nhiệm để thảo luận, nhận xét, đánh giá và bỏ phiếu về nhân sự đề nghị bổ nhiệm. Nhân sự đạt số phiếu trên 50% số phiếu giới thiệu thì được lựa chọn. Trường hợp đạt số phiếu giới thiệu là 50% thì thủ trưởng đơn vị xem xét việc giới thiệu bổ nhiệm, đồng thời báo cáo Lãnh đạo Tổng cục Thi hành án dân sự xem xét, cho ý kiến và đề nghị Ban Thường vụ Đảng ủy Tổng cục Thi hành án dân sự cho ý kiến bằng văn bản đối với nhân sự bổ nhiệm.</w:t>
      </w:r>
    </w:p>
    <w:p>
      <w:pPr>
        <w:jc w:val="both"/>
      </w:pPr>
      <w:r>
        <w:t>Bước 3: Vụ Tổ chức cán bộ Tổng cục Thi hành án dân sự hoàn thiện hồ sơ, trình Tổng Cục trưởng Tổng cục Thi hành án dân sự ký quyết định bổ nhiệm.</w:t>
      </w:r>
    </w:p>
    <w:p>
      <w:pPr>
        <w:jc w:val="both"/>
      </w:pPr>
      <w:r>
        <w:t>b) Đối với nhân sự do lãnh đạo Tổng cục Thi hành án dân sự dự kiến tiếp nhận, điều động, bổ nhiệm</w:t>
      </w:r>
    </w:p>
    <w:p>
      <w:pPr>
        <w:jc w:val="both"/>
      </w:pPr>
      <w:r>
        <w:t>Bước 1: Lãnh đạo Tổng cục Thi hành án dân sự hoặc Vụ trưởng Vụ Tổ chức cán bộ Tổng cục Thi hành án dân sự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đơn vị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Vụ Tổ chức cán bộ Tổng cục Thi hành án dân sự báo cáo tập thể lãnh đạo Tổng cục Thi hành án dân sự xem xét, bỏ phiếu về nhân sự dự kiến bổ nhiệm; đề nghị Ban Thường vụ Đảng ủy Tổng cục Thi hành án dân sự cho ý kiến bằng văn bản về nhân sự dự kiến bổ nhiệm.</w:t>
      </w:r>
    </w:p>
    <w:p>
      <w:pPr>
        <w:jc w:val="both"/>
      </w:pPr>
      <w:r>
        <w:t>Bước 2: Vụ Tổ chức cán bộ Tổng cục Thi hành án dân sự hoàn thiện hồ sơ, trình Tổng Cục trưởng Tổng cục Thi hành án dân sự ký quyết định bổ nhiệm.</w:t>
      </w:r>
    </w:p>
    <w:p>
      <w:pPr>
        <w:jc w:val="both"/>
      </w:pPr>
      <w:r>
        <w:t>4. Hồ sơ đề nghị bổ nhiệm thực hiện theo quy định tại khoản 4 Điều 26 của Thông tư này.</w:t>
      </w:r>
    </w:p>
    <w:p>
      <w:pPr>
        <w:jc w:val="both"/>
      </w:pPr>
      <w:r>
        <w:t>5. Tổng Cục trưởng Tổng cục Thi hành án dân sự tổ chức công bố quyết định bổ nhiệm Phó Vụ trưởng và tương đương thuộc Tổng cục Thi hành án dân sự."</w:t>
      </w:r>
    </w:p>
    <w:p>
      <w:pPr>
        <w:jc w:val="both"/>
      </w:pPr>
      <w:r>
        <w:t>12. Điều 32 được sửa đổi, bổ sung như sau:</w:t>
      </w:r>
    </w:p>
    <w:p>
      <w:pPr>
        <w:jc w:val="both"/>
      </w:pPr>
      <w:r>
        <w:t>" Điều 32. Quy trình bổ nhiệm đối với Cục trưởng Cục Thi hành án dân sự tỉnh, thành phố trực thuộc Trung ương</w:t>
      </w:r>
    </w:p>
    <w:p>
      <w:pPr>
        <w:jc w:val="both"/>
      </w:pPr>
      <w:r>
        <w:t>1. Xác định nhu cầu, chủ trương, nguồn bổ nhiệm</w:t>
      </w:r>
    </w:p>
    <w:p>
      <w:pPr>
        <w:jc w:val="both"/>
      </w:pPr>
      <w:r>
        <w:t>Căn cứ nhu cầu công tác, cơ cấu, số lượng lãnh đạo của đơn vị, tập thể lãnh đạo và cấp ủy đơn vị có cấp trưởng cần bổ nhiệm họp, thảo luận, thống nhất và đề xuất Tổng cục trưởng Tổng cục Thi hành án dân sự tổ chức hội nghị tập thể lãnh đạo Tổng cục Thi hành án dân sự để xác định nhu cầu, chủ trương, nguồn bổ nhiệm.</w:t>
      </w:r>
    </w:p>
    <w:p>
      <w:pPr>
        <w:jc w:val="both"/>
      </w:pPr>
      <w:r>
        <w:t>Trường hợp cần thiết hoặc đơn vị không chủ động đề xuất, Vụ trưởng Vụ Tổ chức cán bộ Tổng cục Thi hành án dân sự báo cáo Tổng cục trưởng Tổng cục Thi hành án dân sự tổ chức Hội nghị tập thể lãnh đạo Tổng cục Thi hành án dân sự để xác định nhu cầu, chủ trương, nguồn bổ nhiệm.</w:t>
      </w:r>
    </w:p>
    <w:p>
      <w:pPr>
        <w:jc w:val="both"/>
      </w:pPr>
      <w:r>
        <w:t>Trên cơ sở kết quả thảo luận của tập thể lãnh đạo Tổng cục Thi hành án dân sự, Tổng cục trưởng Tổng cục Thi hành án dân sự báo cáo Lãnh đạo Bộ phụ trách và Bộ trưởng trước khi trình Ban cán sự Đảng Bộ Tư pháp phê duyệt chủ trương bổ nhiệm, nguồn bổ nhiệm.</w:t>
      </w:r>
    </w:p>
    <w:p>
      <w:pPr>
        <w:jc w:val="both"/>
      </w:pPr>
      <w:r>
        <w:t>2. Quy trình bổ nhiệm đối với nguồn nhân sự tại chỗ</w:t>
      </w:r>
    </w:p>
    <w:p>
      <w:pPr>
        <w:jc w:val="both"/>
      </w:pPr>
      <w:r>
        <w:t>a) Bước 1: Hội nghị tập thể lãnh đạo Cục Thi hành án dân sự (lần 1)</w:t>
      </w:r>
    </w:p>
    <w:p>
      <w:pPr>
        <w:jc w:val="both"/>
      </w:pPr>
      <w:r>
        <w:t>- Thành phần: Tập thể lãnh đạo Cục, cấp ủy Đảng Cục Thi hành án dân sự. Mời đại diện Lãnh đạo Vụ Tổ chức cán bộ Tổng cục Thi hành án dân sự và đại diện cơ quan quản lý cán bộ của địa phương cùng tham dự hội nghị.</w:t>
      </w:r>
    </w:p>
    <w:p>
      <w:pPr>
        <w:jc w:val="both"/>
      </w:pPr>
      <w:r>
        <w:t>- Chủ trì: Lãnh đạo Tổng cục Thi hành án dân sự hoặc Vụ trưởng Vụ Tổ chức cán bộ Tổng cục Thi hành án dân sự.</w:t>
      </w:r>
    </w:p>
    <w:p>
      <w:pPr>
        <w:jc w:val="both"/>
      </w:pPr>
      <w:r>
        <w:t>- Nội dung: Thảo luận thống nhất về cơ cấu, tiêu chuẩn, điều kiện, quy trình giới thiệu nhân sự.</w:t>
      </w:r>
    </w:p>
    <w:p>
      <w:pPr>
        <w:jc w:val="both"/>
      </w:pPr>
      <w:r>
        <w:t>b) Bước 2: Hội nghị lãnh đạo Cục Thi hành án dân sự mở rộng.</w:t>
      </w:r>
    </w:p>
    <w:p>
      <w:pPr>
        <w:jc w:val="both"/>
      </w:pPr>
      <w:r>
        <w:t>- Thành phần: Tập thể lãnh đạo Cục, cấp ủy Đảng Cục, Trưởng phòng và tương đương thuộc Cục, Chi cục trưởng Chi cục Thi hành án dân sự trực thuộc và người đứng đầu các tổ chức chính trị - xã hội của Cục Thi hành án dân sự. Mời đại diện Lãnh đạo Vụ Tổ chức cán bộ Tổng cục Thi hành án dân sự và đại diện cơ quan quản lý cán bộ của địa phương cùng tham dự hội nghị.</w:t>
      </w:r>
    </w:p>
    <w:p>
      <w:pPr>
        <w:jc w:val="both"/>
      </w:pPr>
      <w:r>
        <w:t>- Chủ trì: Lãnh đạo Tổng cục Thi hành án dân sự hoặc Vụ trưởng Vụ Tổ chức cán bộ Tổng cục Thi hành án dân sự.</w:t>
      </w:r>
    </w:p>
    <w:p>
      <w:pPr>
        <w:jc w:val="both"/>
      </w:pPr>
      <w:r>
        <w:t>- Nội dung: Thảo luận và thống nhất về cơ cấu, tiêu chuẩn, điều kiện, quy trình giới thiệu nguồn nhân sự, các công việc liên quan và tiến hành giới thiệu nhân sự bằng phiếu kín.</w:t>
      </w:r>
    </w:p>
    <w:p>
      <w:pPr>
        <w:jc w:val="both"/>
      </w:pPr>
      <w:r>
        <w:t>- Nguyên tắc giới thiệu: Mỗi thành viên tham dự cuộc họp chỉ giới thiệu 01 người cho một chức danh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 Trường hợp không có người nào đạt trên 50% số phiếu giới thiệu thì chọn 02 người có số phiếu giới thiệu cao nhất từ trên xuống để giới thiệu ở các bước tiếp theo. Kết quả kiểm phiếu không công bố ở Hội nghị này.</w:t>
      </w:r>
    </w:p>
    <w:p>
      <w:pPr>
        <w:jc w:val="both"/>
      </w:pPr>
      <w:r>
        <w:t>c) Bước 3: Hội nghị tập thể lãnh đạo Cục Thi hành án dân sự (lần 2)</w:t>
      </w:r>
    </w:p>
    <w:p>
      <w:pPr>
        <w:jc w:val="both"/>
      </w:pPr>
      <w:r>
        <w:t>- Thành phần: Tập thể lãnh đạo Cục Thi hành án dân sự. Mời đại diện Lãnh đạo Vụ Tổ chức cán bộ Tổng cục Thi hành án dân sự và đại diện cơ quan quản lý cán bộ của địa phương cùng tham dự hội nghị.</w:t>
      </w:r>
    </w:p>
    <w:p>
      <w:pPr>
        <w:jc w:val="both"/>
      </w:pPr>
      <w:r>
        <w:t>- Chủ trì: Lãnh đạo Tổng cục Thi hành án dân sự hoặc Vụ trưởng Vụ Tổ chức cán bộ Tổng cục Thi hành án dân sự.</w:t>
      </w:r>
    </w:p>
    <w:p>
      <w:pPr>
        <w:jc w:val="both"/>
      </w:pPr>
      <w:r>
        <w:t>- Nội dung: Trên cơ sở xem xét kết quả giới thiệu nhân sự của Hội nghị tập thể lãnh đạo Cục Thi hành án dân sự mở rộng; căn cứ cơ cấu, tiêu chuẩn, điều kiện, yêu cầu nhiệm vụ, khả năng đáp ứng của cán bộ, tập thể lãnh đạo Cục Thi hành án dân sự tiến hành thảo luận, giới thiệu nhân sự bằng phiếu kín.</w:t>
      </w:r>
    </w:p>
    <w:p>
      <w:pPr>
        <w:jc w:val="both"/>
      </w:pPr>
      <w:r>
        <w:t>- Nguyên tắc giới thiệu: Mỗi thành viên tham dự cuộc họp chỉ giới thiệu 01 người cho 01 chức danh trong số nhân sự được giới thiệu ở Hội nghị tập thể lãnh đạo Cục Thi hành án dân sự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Trường hợp kết quả giới thiệu ở Hội nghị lãnh đạo Cục Thi hành án dân sự khác với kết quả phát hiện, giới thiệu nhân sự ở bước 2 thì Tổng cục Thi hành án dân sự báo cáo, giải trình rõ với Ban cán sự Đảng Bộ Tư pháp để xem xét, cho ý kiến chỉ đạo trước khi tiến hành các bước tiếp theo.</w:t>
      </w:r>
    </w:p>
    <w:p>
      <w:pPr>
        <w:jc w:val="both"/>
      </w:pPr>
      <w:r>
        <w:t>d) Bước 4: Tổ chức lấy ý kiến toàn thể công chức, người lao động về nhân sự được đề nghị bổ nhiệm</w:t>
      </w:r>
    </w:p>
    <w:p>
      <w:pPr>
        <w:jc w:val="both"/>
      </w:pPr>
      <w:r>
        <w:t>- Thành phần: Toàn thể công chức, người lao động theo Nghị định số 68/2000/NĐ-CP của Cục; Chi cục trưởng Chi cục Thi hành án dân sự trực thuộc. Mời đại diện Lãnh đạo Vụ Tổ chức cán bộ Tổng cục Thi hành án dân sự và đại diện cơ quan quản lý cán bộ của địa phương cùng tham dự hội nghị.</w:t>
      </w:r>
    </w:p>
    <w:p>
      <w:pPr>
        <w:jc w:val="both"/>
      </w:pPr>
      <w:r>
        <w:t>- Chủ trì: Lãnh đạo Tổng cục Thi hành án dân sự hoặc Vụ trưởng Vụ Tổ chức cán bộ Tổng cục Thi hành án dân sự.</w:t>
      </w:r>
    </w:p>
    <w:p>
      <w:pPr>
        <w:jc w:val="both"/>
      </w:pPr>
      <w:r>
        <w:t>- Nội dung: Trao đổi, thảo luận về cơ cấu, tiêu chuẩn, điều kiện, yêu cầu nhiệm vụ cụ thể của đơn vị và khả năng đáp ứng của cán bộ; thông báo danh sách nhân sự do tập thể lãnh đạo đơn vị giới thiệu (tại bước 3);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(nếu có) và trả lời những vấn đề có liên quan trước khi bỏ phiếu; lấy ý kiến bằng phiếu kín của công chức, viên chức, người lao động về nhân sự được giới thiệu bổ nhiệm.</w:t>
      </w:r>
    </w:p>
    <w:p>
      <w:pPr>
        <w:jc w:val="both"/>
      </w:pPr>
      <w:r>
        <w:t>Kết quả kiểm phiếu không công bố ở Hội nghị này.</w:t>
      </w:r>
    </w:p>
    <w:p>
      <w:pPr>
        <w:jc w:val="both"/>
      </w:pPr>
      <w:r>
        <w:t>đ) Bước 5: Hội nghị tập thể lãnh đạo Cục Thi hành án dân sự (lần 3)</w:t>
      </w:r>
    </w:p>
    <w:p>
      <w:pPr>
        <w:jc w:val="both"/>
      </w:pPr>
      <w:r>
        <w:t>- Thành phần: Tập thể lãnh đạo Cục Thi hành án dân sự. Mời đại diện Lãnh đạo Vụ Tổ chức cán bộ Tổng cục Thi hành án dân sự cùng tham dự hội nghị và đại diện cơ quan quản lý cán bộ của địa phương cùng tham dự hội nghị.</w:t>
      </w:r>
    </w:p>
    <w:p>
      <w:pPr>
        <w:jc w:val="both"/>
      </w:pPr>
      <w:r>
        <w:t>- Chủ trì: Lãnh đạo Tổng cục Thi hành án dân sự hoặc Vụ trưởng Vụ Tổ chức cán bộ Tổng cục Thi hành án dân sự.</w:t>
      </w:r>
    </w:p>
    <w:p>
      <w:pPr>
        <w:jc w:val="both"/>
      </w:pPr>
      <w:r>
        <w:t>- Nội dung: Thảo luận, phân tích kết quả phiếu ở các Hội nghị, xác minh, kết luận những vấn đề mới phát sinh (nếu có); biểu quyết nhân sự bằng phiếu kín. Kết quả kiểm phiếu được công bố tại Hội nghị này.</w:t>
      </w:r>
    </w:p>
    <w:p>
      <w:pPr>
        <w:jc w:val="both"/>
      </w:pPr>
      <w:r>
        <w:t>- Nguyên tắc lựa chọn: Người đạt số phiếu cao nhất trên 50% thì được lựa chọn đề nghị bổ nhiệm. Trường hợp tập thể lãnh đạo Cục giới thiệu 02 người có số phiếu ngang nhau (đạt tỉ lệ 50%) thì báo cáo Lãnh đạo Tổng cục Thi hành án dân sự xem xét, cho ý kiến.</w:t>
      </w:r>
    </w:p>
    <w:p>
      <w:pPr>
        <w:jc w:val="both"/>
      </w:pPr>
      <w:r>
        <w:t>Lãnh đạo đơn vị có nhu cầu bổ nhiệm đề nghị cấp ủy của đơn vị cho ý kiến bằng văn bản đối với nhân sự đề nghị bổ nhiệm và đề nghị cơ quan có thẩm quyền kiểm tra, xác minh, kết luận về tiêu chuẩn chính trị (lịch sử chính trị và chính trị hiện nay) đối với nhân sự dự kiến bổ nhiệm; báo cáo Lãnh đạo Tổng cục Thi hành án dân sự tổ chức Hội nghị tập thể Lãnh đạo Tổng cục để xem xét, cho ý kiến đối với nhân sự dự kiến bổ nhiệm.</w:t>
      </w:r>
    </w:p>
    <w:p>
      <w:pPr>
        <w:jc w:val="both"/>
      </w:pPr>
      <w:r>
        <w:t>e) Quyết định bổ nhiệm</w:t>
      </w:r>
    </w:p>
    <w:p>
      <w:pPr>
        <w:jc w:val="both"/>
      </w:pPr>
      <w:r>
        <w:t>Tổng cục trưởng Tổng cục Thi hành án dân sự báo cáo Lãnh đạo Bộ phụ trách và Bộ trưởng; trình Ban cán sự Đảng Bộ Tư pháp xem xét, phê duyệt nhân sự và có văn bản lấy ý kiến của cấp ủy cấp tỉnh về nhân sự dự kiến bổ nhiệm. Căn cứ ý kiến của cấp ủy cấp tỉnh, Tổng cục Thi hành án dân sự báo cáo Ban cán sự Đảng Bộ Tư pháp thảo luận, kết luận các vấn đề phát sinh (nếu có) hoặc trình Bộ trưởng ký quyết định bổ nhiệm.</w:t>
      </w:r>
    </w:p>
    <w:p>
      <w:pPr>
        <w:jc w:val="both"/>
      </w:pPr>
      <w:r>
        <w:t>3. Quy trình bổ nhiệm đối với nguồn nhân sự từ cơ quan khác</w:t>
      </w:r>
    </w:p>
    <w:p>
      <w:pPr>
        <w:jc w:val="both"/>
      </w:pPr>
      <w:r>
        <w:t>a) Đối với nhân sự do Cục Thi hành án dân sự đề xuất</w:t>
      </w:r>
    </w:p>
    <w:p>
      <w:pPr>
        <w:jc w:val="both"/>
      </w:pPr>
      <w:r>
        <w:t>Bước 1: Lãnh đạo Tổng cục Thi hành án dân sự hoặc Vụ trưởng Vụ Tổ chức cán bộ Tổng cục Thi hành án dân sự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ý kiến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Lãnh đạo Tổng cục Thi hành án dân sự hoặc Vụ trưởng Vụ Tổ chức cán bộ Tổng cục Thi hành án dân sự chủ trì Hội nghị tập thể lãnh đạo Cục Thi hành án dân sự để thảo luận, nhận xét, đánh giá và bỏ phiếu về nhân sự đề nghị bổ nhiệm. Nhân sự đạt số phiếu trên 50% số phiếu giới thiệu thì được lựa chọn. Trường hợp đạt số phiếu giới thiệu là 50% thì báo cáo đầy đủ để tập thể lãnh đạo Tổng cục Thi hành án dân sự xem xét, cho ý kiến.</w:t>
      </w:r>
    </w:p>
    <w:p>
      <w:pPr>
        <w:jc w:val="both"/>
      </w:pPr>
      <w:r>
        <w:t>Bước 3: Tổng cục Thi hành án dân sự báo cáo Lãnh đạo Bộ phụ trách và Bộ trưởng; trình Ban cán sự Đảng Bộ Tư pháp xem xét, phê duyệt nhân sự và có văn bản đề nghị cấp ủy cấp tỉnh cho ý kiến về nhân sự đề nghị bổ nhiệm. Căn cứ ý kiến của cấp ủy cấp tỉnh, Tổng cục Thi hành án dân sự báo cáo Ban cán sự Đảng Bộ Tư pháp thảo luận, kết luận các vấn đề phát sinh (nếu có) hoặc trình Bộ trưởng ký quyết định bổ nhiệm.</w:t>
      </w:r>
    </w:p>
    <w:p>
      <w:pPr>
        <w:jc w:val="both"/>
      </w:pPr>
      <w:r>
        <w:t>b) Đối với nhân sự do Tổng cục Thi hành án dân sự dự kiến tiếp nhận, điều động, bổ nhiệm</w:t>
      </w:r>
    </w:p>
    <w:p>
      <w:pPr>
        <w:jc w:val="both"/>
      </w:pPr>
      <w:r>
        <w:t>Bước 1: Lãnh đạo Tổng cục Thi hành án dân sự hoặc Vụ trưởng Vụ Tổ chức cán bộ Tổng cục Thi hành án dân sự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Vụ Tổ chức cán bộ Tổng cục Thi hành án dân sự báo cáo tập thể Lãnh đạo Tổng cục Thi hành án dân sự xem xét, bỏ phiếu về nhân sự dự kiến bổ nhiệm.</w:t>
      </w:r>
    </w:p>
    <w:p>
      <w:pPr>
        <w:jc w:val="both"/>
      </w:pPr>
      <w:r>
        <w:t>Bước 2: Tổng cục Thi hành án dân sự báo cáo Lãnh đạo Bộ phụ trách và Bộ trưởng; trình Ban cán sự Đảng Bộ Tư pháp xem xét, phê duyệt nhân sự và có văn bản lấy đề nghị cấp ủy cấp tỉnh cho ý kiến về nhân sự đề nghị bổ nhiệm. Căn cứ ý kiến của cấp ủy cấp tỉnh, Tổng cục Thi hành án dân sự báo cáo Ban cán sự Đảng Bộ Tư pháp thảo luận, kết luận các vấn đề phát sinh (nếu có) hoặc trình Bộ trưởng ký quyết định bổ nhiệm.</w:t>
      </w:r>
    </w:p>
    <w:p>
      <w:pPr>
        <w:jc w:val="both"/>
      </w:pPr>
      <w:r>
        <w:t>4. Hồ sơ đề nghị bổ nhiệm thực hiện theo quy định tại khoản 4 Điều 26 của Thông tư này.</w:t>
      </w:r>
    </w:p>
    <w:p>
      <w:pPr>
        <w:jc w:val="both"/>
      </w:pPr>
      <w:r>
        <w:t>5. Tổng cục trưởng Tổng cục Thi hành án dân sự tổ chức công bố quyết định bổ nhiệm Cục trưởng Cục Thi hành án dân sự."</w:t>
      </w:r>
    </w:p>
    <w:p>
      <w:pPr>
        <w:jc w:val="both"/>
      </w:pPr>
      <w:r>
        <w:t>13. Điều 33 được sửa đổi, bổ sung như sau:</w:t>
      </w:r>
    </w:p>
    <w:p>
      <w:pPr>
        <w:jc w:val="both"/>
      </w:pPr>
      <w:r>
        <w:t>"Điều 33. Quy trình bổ nhiệm đối với Phó Cục trưởng Cục Thi hành án dân sự tỉnh, thành phố trực thuộc Trung ương</w:t>
      </w:r>
    </w:p>
    <w:p>
      <w:pPr>
        <w:jc w:val="both"/>
      </w:pPr>
      <w:r>
        <w:t>1. Xác định nhu cầu, chủ trương, nguồn bổ nhiệm</w:t>
      </w:r>
    </w:p>
    <w:p>
      <w:pPr>
        <w:jc w:val="both"/>
      </w:pPr>
      <w:r>
        <w:t>Căn cứ nhu cầu công tác, cơ cấu, số lượng lãnh đạo Cục Thi hành án dân sự, tập thể lãnh đạo và cấp ủy Cục Thi hành án dân sự họp, thảo luận, thống nhất và đề xuất Tổng cục trưởng Tổng cục Thi hành án dân sự tổ chức hội nghị tập thể lãnh đạo Tổng cục Thi hành án dân sự để xác định nhu cầu, chủ trương, số lượng, dự kiến phân công công tác, nguồn bổ nhiệm.</w:t>
      </w:r>
    </w:p>
    <w:p>
      <w:pPr>
        <w:jc w:val="both"/>
      </w:pPr>
      <w:r>
        <w:t>Trường hợp cần thiết hoặc đơn vị không chủ động đề xuất, Vụ trưởng Vụ Tổ chức cán bộ Tổng cục Thi hành án dân sự đề xuất Tổng cục trưởng Tổng cục Thi hành án dân sự tổ chức hội nghị tập thể lãnh đạo Tổng cục để xác định nhu cầu, chủ trương, số lượng, dự kiến phân công công tác, nguồn bổ nhiệm.</w:t>
      </w:r>
    </w:p>
    <w:p>
      <w:pPr>
        <w:jc w:val="both"/>
      </w:pPr>
      <w:r>
        <w:t>2. Quy trình bổ nhiệm đối với nguồn nhân sự tại chỗ</w:t>
      </w:r>
    </w:p>
    <w:p>
      <w:pPr>
        <w:jc w:val="both"/>
      </w:pPr>
      <w:r>
        <w:t>a) Bước 1: Hội nghị tập thể lãnh đạo Cục Thi hành án dân sự (lần 1)</w:t>
      </w:r>
    </w:p>
    <w:p>
      <w:pPr>
        <w:jc w:val="both"/>
      </w:pPr>
      <w:r>
        <w:t>- Thành phần: Tập thể lãnh đạo Cục, cấp ủy Đảng Cục Thi hành án dân sự. Mời đại diện cơ quan quản lý cán bộ của địa phương cùng tham dự hội nghị.</w:t>
      </w:r>
    </w:p>
    <w:p>
      <w:pPr>
        <w:jc w:val="both"/>
      </w:pPr>
      <w:r>
        <w:t>- Chủ trì: Cục trưởng Cục Thi hành án dân sự.</w:t>
      </w:r>
    </w:p>
    <w:p>
      <w:pPr>
        <w:jc w:val="both"/>
      </w:pPr>
      <w:r>
        <w:t>- Nội dung: Thảo luận thống nhất về cơ cấu, tiêu chuẩn, điều kiện, quy trình giới thiệu nhân sự.</w:t>
      </w:r>
    </w:p>
    <w:p>
      <w:pPr>
        <w:jc w:val="both"/>
      </w:pPr>
      <w:r>
        <w:t>b) Bước 2: Hội nghị lãnh đạo Cục Thi hành án dân sự mở rộng.</w:t>
      </w:r>
    </w:p>
    <w:p>
      <w:pPr>
        <w:jc w:val="both"/>
      </w:pPr>
      <w:r>
        <w:t>- Thành phần: Tập thể lãnh đạo Cục, cấp ủy Đảng Cục, người đứng đầu các tổ chức chính trị - xã hội thuộc Cục, Trưởng phòng chuyên môn và tương đương thuộc Cục và Chi cục trưởng Chi cục Thi hành án dân sự trực thuộc. Mời đại diện cơ quan quản lý cán bộ của địa phương cùng tham dự hội nghị.</w:t>
      </w:r>
    </w:p>
    <w:p>
      <w:pPr>
        <w:jc w:val="both"/>
      </w:pPr>
      <w:r>
        <w:t>- Chủ trì: Cục trưởng Cục Thi hành án dân sự.</w:t>
      </w:r>
    </w:p>
    <w:p>
      <w:pPr>
        <w:jc w:val="both"/>
      </w:pPr>
      <w:r>
        <w:t>- Nội dung: Thảo luận và thống nhất về cơ cấu, tiêu chuẩn, điều kiện, quy trình giới thiệu nguồn nhân sự, các công việc liên quan và tiến hành giới thiệu nhân sự bằng phiếu kín.</w:t>
      </w:r>
    </w:p>
    <w:p>
      <w:pPr>
        <w:jc w:val="both"/>
      </w:pPr>
      <w:r>
        <w:t>- Nguyên tắc giới thiệu: ­Mỗi thành viên tham dự cuộc họp giới thiệu 01 người cho một chức danh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 Trường hợp có từ 02 vị trí bổ nhiệm trở lên thì chọn người có trên 50% số phiếu giới thiệu từ trên xuống cho đến hết số lượng cần bổ nhiệm.</w:t>
      </w:r>
    </w:p>
    <w:p>
      <w:pPr>
        <w:jc w:val="both"/>
      </w:pPr>
      <w:r>
        <w:t>Trường hợp không có người nào đạt trên 50% số phiếu giới thiệu thì chọn 02 người có số phiếu giới thiệu cao nhất từ trên xuống để giới thiệu cho mỗi chức danh ở các bước tiếp theo (trường hợp có từ 02 vị trí bổ nhiệm trở lên thì chọn nhiều hơn số dự kiến bổ nhiệm ít nhất 01 người).</w:t>
      </w:r>
    </w:p>
    <w:p>
      <w:pPr>
        <w:jc w:val="both"/>
      </w:pPr>
      <w:r>
        <w:t>Kết quả kiểm phiếu không công bố ở Hội nghị này.</w:t>
      </w:r>
    </w:p>
    <w:p>
      <w:pPr>
        <w:jc w:val="both"/>
      </w:pPr>
      <w:r>
        <w:t>c) Bước 3: Hội nghị tập thể lãnh đạo Cục Thi hành án dân sự (lần 2)</w:t>
      </w:r>
    </w:p>
    <w:p>
      <w:pPr>
        <w:jc w:val="both"/>
      </w:pPr>
      <w:r>
        <w:t>- Thành phần: Tập thể lãnh đạo Cục Thi hành án dân sự. Mời đại diện cơ quan quản lý cán bộ của địa phương cùng tham dự hội nghị.</w:t>
      </w:r>
    </w:p>
    <w:p>
      <w:pPr>
        <w:jc w:val="both"/>
      </w:pPr>
      <w:r>
        <w:t>- Chủ trì: Cục trưởng Cục Thi hành án dân sự.</w:t>
      </w:r>
    </w:p>
    <w:p>
      <w:pPr>
        <w:jc w:val="both"/>
      </w:pPr>
      <w:r>
        <w:t>- Nội dung: Trên cơ sở xem xét kết quả giới thiệu nhân sự của Hội nghị tập thể lãnh đạo Cục Thi hành án dân sự mở rộng; căn cứ cơ cấu, tiêu chuẩn, điều kiện, yêu cầu nhiệm vụ, khả năng đáp ứng của cán bộ, tập thể lãnh đạo Cục Thi hành án dân sự tiến hành thảo luận, giới thiệu nhân sự bằng phiếu kín.</w:t>
      </w:r>
    </w:p>
    <w:p>
      <w:pPr>
        <w:jc w:val="both"/>
      </w:pPr>
      <w:r>
        <w:t>- Nguyên tắc giới thiệu: Mỗi thành viên tham dự cuộc họp chỉ giới thiệu 01 người cho 01 chức danh trong số nhân sự được giới thiệu ở Hội nghị tập thể lãnh đạo Cục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Trường hợp kết quả giới thiệu ở Hội nghị lãnh đạo Cục Thi hành án dân sự khác với kết quả phát hiện, giới thiệu nhân sự ở bước 2 thì báo cáo tập thể lãnh đạo Tổng cục Thi hành án dân sự xem xét, cho ý kiến trước khi tiến hành các bước tiếp theo.</w:t>
      </w:r>
    </w:p>
    <w:p>
      <w:pPr>
        <w:jc w:val="both"/>
      </w:pPr>
      <w:r>
        <w:t>đ) Bước 4: Tổ chức lấy ý kiến toàn thể công chức, người lao động về nhân sự được đề nghị bổ nhiệm</w:t>
      </w:r>
    </w:p>
    <w:p>
      <w:pPr>
        <w:jc w:val="both"/>
      </w:pPr>
      <w:r>
        <w:t>- Thành phần: Toàn thể công chức, người lao động theo Nghị định số 68/2000/NĐ-CP của Cục; Chi cục trưởng Chi cục Thi hành án dân sự trực thuộc. Mời đại diện cơ quan quản lý cán bộ của địa phương cùng tham dự hội nghị.</w:t>
      </w:r>
    </w:p>
    <w:p>
      <w:pPr>
        <w:jc w:val="both"/>
      </w:pPr>
      <w:r>
        <w:t>- Chủ trì: Cục trưởng Cục Thi hành án dân sự.</w:t>
      </w:r>
    </w:p>
    <w:p>
      <w:pPr>
        <w:jc w:val="both"/>
      </w:pPr>
      <w:r>
        <w:t>- Nội dung: Thảo luận về cơ cấu, tiêu chuẩn, điều kiện, yêu cầu nhiệm vụ cụ thể của đơn vị và khả năng đáp ứng của cán bộ; thông báo danh sách nhân sự được tập thể lãnh đạo Cục giới thiệu và ý kiến chỉ đạo của Tổng cục Thi hành án dân sự;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và trả lời những vấn đề có liên quan trước khi bỏ phiếu (nếu có); lấy ý kiến bằng phiếu kín của công chức, người lao động về nhân sự được giới thiệu bổ nhiệm.</w:t>
      </w:r>
    </w:p>
    <w:p>
      <w:pPr>
        <w:jc w:val="both"/>
      </w:pPr>
      <w:r>
        <w:t>Kết quả kiểm phiếu không công bố ở hội nghị này.</w:t>
      </w:r>
    </w:p>
    <w:p>
      <w:pPr>
        <w:jc w:val="both"/>
      </w:pPr>
      <w:r>
        <w:t>e) Bước 5: Hội nghị tập thể lãnh đạo Cục Thi hành án dân sự (lần 3)</w:t>
      </w:r>
    </w:p>
    <w:p>
      <w:pPr>
        <w:jc w:val="both"/>
      </w:pPr>
      <w:r>
        <w:t>- Thành phần: Tập thể lãnh đạo Cục Thi hành án dân sự. Mời đại diện cơ quan quản lý cán bộ của địa phương cùng tham dự hội nghị.</w:t>
      </w:r>
    </w:p>
    <w:p>
      <w:pPr>
        <w:jc w:val="both"/>
      </w:pPr>
      <w:r>
        <w:t>- Chủ trì: Cục trưởng Cục Thi hành án dân sự.</w:t>
      </w:r>
    </w:p>
    <w:p>
      <w:pPr>
        <w:jc w:val="both"/>
      </w:pPr>
      <w:r>
        <w:t>- Nội dung: Thảo luận, phân tích kết quả phiếu ở các hội nghị, xác minh, kết luận những vấn đề mới phát sinh (nếu có); biểu quyết nhân sự bằng phiếu kín. Kết quả kiểm phiếu được công bố tại Hội nghị này.</w:t>
      </w:r>
    </w:p>
    <w:p>
      <w:pPr>
        <w:jc w:val="both"/>
      </w:pPr>
      <w:r>
        <w:t>- Nguyên tắc lựa chọn: Người đạt số phiếu cao nhất trên 50% thì được lựa chọn đề nghị bổ nhiệm. Trường hợp tập thể lãnh đạo Cục giới thiệu 02 người có số phiếu ngang nhau (đạt tỉ lệ 50%) thì lựa chọn nhân sự do Cục trưởng giới thiệu.</w:t>
      </w:r>
    </w:p>
    <w:p>
      <w:pPr>
        <w:jc w:val="both"/>
      </w:pPr>
      <w:r>
        <w:t>Cục trưởng Cục Thi hành án dân sự đề nghị cấp ủy Cục Thi hành án dân sự cho ý kiến bằng văn bản đối với nhân sự dự kiến bổ nhiệm; đề nghị cơ quan có thẩm quyền kiểm tra, xác minh, kết luận về tiêu chuẩn chính trị (lịch sử chính trị và chính trị hiện nay) đối với nhân sự dự kiến bổ nhiệm. Đồng thời, có văn bản báo cáo và xin ý kiến của cấp ủy cấp tỉnh đối với nhân sự dự kiến bổ nhiệm (trừ bổ nhiệm Phó cục trưởng Cục Thi hành án dân sự thành phố Hà Nội và Phó cục trưởng Cục Thi hành án dân sự thành phố Hồ Chí Minh); trình lãnh đạo Tổng cục Thi hành án dân sự xem xét, cho ý kiến.</w:t>
      </w:r>
    </w:p>
    <w:p>
      <w:pPr>
        <w:jc w:val="both"/>
      </w:pPr>
      <w:r>
        <w:t>e) Quyết định bổ nhiệm</w:t>
      </w:r>
    </w:p>
    <w:p>
      <w:pPr>
        <w:jc w:val="both"/>
      </w:pPr>
      <w:r>
        <w:t>Vụ Tổ chức cán bộ Tổng cục Thi hành án dân sự báo cáo tập thể lãnh đạo Tổng cục Thi hành án dân sự; trình Tổng cục trưởng Tổng cục Thi hành án dân sự ký quyết định bổ nhiệm.</w:t>
      </w:r>
    </w:p>
    <w:p>
      <w:pPr>
        <w:jc w:val="both"/>
      </w:pPr>
      <w:r>
        <w:t>3. Quy trình bổ nhiệm sự đối với nguồn nhân sự từ cơ quan khác</w:t>
      </w:r>
    </w:p>
    <w:p>
      <w:pPr>
        <w:jc w:val="both"/>
      </w:pPr>
      <w:r>
        <w:t>a) Đối với nhân sự do Cục Thi hành án dân sự đề xuất</w:t>
      </w:r>
    </w:p>
    <w:p>
      <w:pPr>
        <w:jc w:val="both"/>
      </w:pPr>
      <w:r>
        <w:t>Bước 1: Lãnh đạo Cục Thi hành án dân sự gặp gỡ nhân sự dự kiến bổ nhiệm để trao đổi về yêu cầu công tác, nhu cầu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Tập thể lãnh đạo Cục thảo luận, nhận xét, đánh giá và bỏ phiếu về nhân sự đề nghị bổ nhiệm. Nhân sự đạt số phiếu trên 50% số phiếu giới thiệu thì được lựa chọn. Trường hợp đạt số phiếu giới thiệu là 50% thì Cục trưởng Cục Thi hành án dân sự xem xét việc giới thiệu bổ nhiệm, đồng thời báo cáo lãnh đạo Tổng cục Thi hành án dân sự xem xét, cho ý kiến.</w:t>
      </w:r>
    </w:p>
    <w:p>
      <w:pPr>
        <w:jc w:val="both"/>
      </w:pPr>
      <w:r>
        <w:t>Căn cứ kết quả giới thiệu nhân sự của tập thể lãnh đạo Cục, Cục trưởng có văn bản lấy ý kiến của cấp ủy Cục Thi hành án dân sự và báo cáo, xin ý kiến của cấp ủy cấp tỉnh đối với nhân sự dự kiến bổ nhiệm, trình Tổng cục Thi hành án dân sự.</w:t>
      </w:r>
    </w:p>
    <w:p>
      <w:pPr>
        <w:jc w:val="both"/>
      </w:pPr>
      <w:r>
        <w:t>Bước 3: Vụ Tổ chức cán bộ Tổng cục Thi hành án dân sự báo cáo tập thể lãnh đạo Tổng cục xem xét, biểu quyết nhân sự; hoàn thiện hồ sơ, trình Tổng cục trưởng Tổng cục Thi hành án dân sự ký quyết định bổ nhiệm.</w:t>
      </w:r>
    </w:p>
    <w:p>
      <w:pPr>
        <w:jc w:val="both"/>
      </w:pPr>
      <w:r>
        <w:t>b) Đối với nhân sự do Tổng cục Thi hành án dân sự dự kiến tiếp nhận, điều động, bổ nhiệm</w:t>
      </w:r>
    </w:p>
    <w:p>
      <w:pPr>
        <w:jc w:val="both"/>
      </w:pPr>
      <w:r>
        <w:t>Bước 1: Lãnh đạo Tổng cục Thi hành án dân sự hoặc Vụ trưởng Vụ Tổ chức cán bộ Tổng cục Thi hành án dân sự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đơn vị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Tập thể lãnh đạo Tổng cục Thi hành án dân sự xem xét, bỏ phiếu về nhân sự dự kiến bổ nhiệm; đề nghị cấp ủy cấp tỉnh có văn bản cho ý kiến về nhân sự dự kiến bổ nhiệm.</w:t>
      </w:r>
    </w:p>
    <w:p>
      <w:pPr>
        <w:jc w:val="both"/>
      </w:pPr>
      <w:r>
        <w:t>Bước 2: Vụ Tổ chức cán bộ Tổng cục Thi hành án dân sự hoàn thiện hồ sơ, trình Tổng cục trưởng Tổng cục Thi hành án dân sự ký quyết định bổ nhiệm.</w:t>
      </w:r>
    </w:p>
    <w:p>
      <w:pPr>
        <w:jc w:val="both"/>
      </w:pPr>
      <w:r>
        <w:t>Đối với trường hợp chưa giữ ngạch Chấp hành viên, Tổng cục Thi hành án dân sự trình Lãnh đạo Bộ phụ trách ký quyết định bổ nhiệm Chấp hành viên trước khi Tổng cục trưởng Tổng cục Thi hành án dân sự ký quyết định bổ nhiệm.</w:t>
      </w:r>
    </w:p>
    <w:p>
      <w:pPr>
        <w:jc w:val="both"/>
      </w:pPr>
      <w:r>
        <w:t>4. Hồ sơ đề nghị bổ nhiệm thực hiện theo quy định tại khoản 4 Điều 26 của Thông tư này.</w:t>
      </w:r>
    </w:p>
    <w:p>
      <w:pPr>
        <w:jc w:val="both"/>
      </w:pPr>
      <w:r>
        <w:t>5. Cục trưởng tổ chức công bố quyết định bổ nhiệm Phó Cục trưởng Cục Thi hành án dân sự."</w:t>
      </w:r>
    </w:p>
    <w:p>
      <w:pPr>
        <w:jc w:val="both"/>
      </w:pPr>
      <w:r>
        <w:t>14. Điều 35 được sửa đổi, bổ sung như sau:</w:t>
      </w:r>
    </w:p>
    <w:p>
      <w:pPr>
        <w:jc w:val="both"/>
      </w:pPr>
      <w:r>
        <w:t>" Điều 35. Giao quyền cấp trưởng, giao phụ trách đơn vị</w:t>
      </w:r>
    </w:p>
    <w:p>
      <w:pPr>
        <w:jc w:val="both"/>
      </w:pPr>
      <w:r>
        <w:t>1. Trường hợp Cục Thi hành án dân sự cần kiện toàn cấp trưởng nhưng qua rà soát, đánh giá chưa phát hiện nhân sự phù hợp hoặc đã đề xuất nhân sự nhưng không được cấp có thẩm quyền phê duyệt nhân sự chấp thuận, lãnh đạo Tổng cục Thi hành án dân sự hoặc Vụ trưởng Vụ Tổ chức cán bộ Tổng cục Thi hành án dân sự tổ chức họp liên tịch lãnh đạo đơn vị, cấp ủy Đảng cùng cấp, người đứng đầu tổ chức chính trị - xã hội thảo luận, lựa chọn, giới thiệu nhân sự để giao quyền Cục trưởng hoặc giao phụ trách Cục Thi hành án dân sự.</w:t>
      </w:r>
    </w:p>
    <w:p>
      <w:pPr>
        <w:jc w:val="both"/>
      </w:pPr>
      <w:r>
        <w:t>2. Trường hợp giao quyền Cục trưởng Cục Thi hành án dân sự, Tổng cục Thi hành án dân sự báo cáo Ban cán sự Đảng Bộ Tư pháp xem xét, quyết định nhân sự giao quyền và có văn bản lấy ý kiến cấp ủy cấp tỉnh về nhân sự dự kiến giao quyền. Căn cứ ý kiến của cấp ủy cấp tỉnh, Tổng cục Thi hành án dân sự trình Ban cán sự Đảng Bộ Tư pháp thảo luận, kết luận các vấn đề phát sinh (nếu có) hoặc trình Bộ trưởng ký quyết định giao quyền Cục trưởng.</w:t>
      </w:r>
    </w:p>
    <w:p>
      <w:pPr>
        <w:jc w:val="both"/>
      </w:pPr>
      <w:r>
        <w:t>3. Trường hợp giao phụ trách Cục Thi hành án dân sự, Tổng cục trưởng Tổng cục Thi hành án dân sự báo cáo Bộ trưởng, Lãnh đạo Bộ phụ trách về nhân sự được giới thiệu để Bộ trưởng xem xét, quyết định giao phụ trách."</w:t>
      </w:r>
    </w:p>
    <w:p>
      <w:pPr>
        <w:jc w:val="both"/>
      </w:pPr>
      <w:r>
        <w:t>15. Điều 36 được sửa đổi, bổ sung như sau:</w:t>
      </w:r>
    </w:p>
    <w:p>
      <w:pPr>
        <w:jc w:val="both"/>
      </w:pPr>
      <w:r>
        <w:t>" Điều 36. Quy trình bổ nhiệm đối với lãnh đạo cấp Phòng thuộc Cục Thi hành án dân sự</w:t>
      </w:r>
    </w:p>
    <w:p>
      <w:pPr>
        <w:jc w:val="both"/>
      </w:pPr>
      <w:r>
        <w:t>1. Xác định nhu cầu, chủ trương, số lượng, dự kiến phân công công tác, nguồn bổ nhiệm</w:t>
      </w:r>
    </w:p>
    <w:p>
      <w:pPr>
        <w:jc w:val="both"/>
      </w:pPr>
      <w:r>
        <w:t>Căn cứ nhu cầu công tác, cơ cấu, số lượng lãnh đạo của đơn vị, tập thể lãnh đạo và cấp ủy đơn vị có nhu cầu bổ nhiệm họp, thảo luận, thống và đề xuất với Cục trưởng Cục Thi hành án dân sự tổ chức Hội nghị tập thể lãnh đạo Cục Thi hành án dân sự để xác định nhu cầu, chủ trương, số lượng, dự kiến phân công công tác, nguồn bổ nhiệm.</w:t>
      </w:r>
    </w:p>
    <w:p>
      <w:pPr>
        <w:jc w:val="both"/>
      </w:pPr>
      <w:r>
        <w:t>Trường hợp cần thiết hoặc đơn vị không chủ động đề xuất, Trưởng phòng Phòng Tổ chức cán bộ Cục Thi hành án dân sự báo cáo Cục trưởng Cục Thi hành án dân sự tổ chức Hội nghị tập thể lãnh đạo Cục Thi hành án dân sự để xác định nhu cầu, chủ trương, số lượng, dự kiến phân công công tác, nguồn bổ nhiệm.</w:t>
      </w:r>
    </w:p>
    <w:p>
      <w:pPr>
        <w:jc w:val="both"/>
      </w:pPr>
      <w:r>
        <w:t>2. Quy trình bổ nhiệm đối với nguồn nhân sự tại chỗ</w:t>
      </w:r>
    </w:p>
    <w:p>
      <w:pPr>
        <w:jc w:val="both"/>
      </w:pPr>
      <w:r>
        <w:t>a) Bước 1: Hội nghị tập thể lãnh đạo đơn vị (lần 1)</w:t>
      </w:r>
    </w:p>
    <w:p>
      <w:pPr>
        <w:jc w:val="both"/>
      </w:pPr>
      <w:r>
        <w:t>- Thành phần: Tập thể lãnh đạo đơn vị có nhu cầu bổ nhiệm. Mời đại diện Lãnh đạo Phòng Tổ chức cán bộ cùng tham dự hội nghị.</w:t>
      </w:r>
    </w:p>
    <w:p>
      <w:pPr>
        <w:jc w:val="both"/>
      </w:pPr>
      <w:r>
        <w:t>- Chủ trì: Lãnh đạo Cục Thi hành án dân sự.</w:t>
      </w:r>
    </w:p>
    <w:p>
      <w:pPr>
        <w:jc w:val="both"/>
      </w:pPr>
      <w:r>
        <w:t>- Nội dung: Thảo luận thống nhất về cơ cấu, tiêu chuẩn, điều kiện, quy trình giới thiệu nhân sự.</w:t>
      </w:r>
    </w:p>
    <w:p>
      <w:pPr>
        <w:jc w:val="both"/>
      </w:pPr>
      <w:r>
        <w:t>b) Bước 2: Hội nghị lãnh đạo đơn vị mở rộng</w:t>
      </w:r>
    </w:p>
    <w:p>
      <w:pPr>
        <w:jc w:val="both"/>
      </w:pPr>
      <w:r>
        <w:t>- Thành phần: Toàn thể cán bộ, công chức, người lao động theo Nghị định số 68/2000/NĐ-CP của đơn vị có nhu cầu bổ nhiệm. Mời đại diện Lãnh đạo Phòng Tổ chức cán bộ cùng tham dự hội nghị.</w:t>
      </w:r>
    </w:p>
    <w:p>
      <w:pPr>
        <w:jc w:val="both"/>
      </w:pPr>
      <w:r>
        <w:t>- Chủ trì: Lãnh đạo Cục Thi hành án dân sự.</w:t>
      </w:r>
    </w:p>
    <w:p>
      <w:pPr>
        <w:jc w:val="both"/>
      </w:pPr>
      <w:r>
        <w:t>- Nội dung: Thảo luận và thống nhất về cơ cấu, tiêu chuẩn, điều kiện, quy trình giới thiệu nguồn nhân sự, các công việc liên quan và tiến hành giới thiệu nhân sự bằng phiếu kín.</w:t>
      </w:r>
    </w:p>
    <w:p>
      <w:pPr>
        <w:jc w:val="both"/>
      </w:pPr>
      <w:r>
        <w:t>- Nguyên tắc giới thiệu: ­Mỗi thành viên tham dự cuộc họp chỉ giới thiệu 01 người cho một chức danh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 Trường hợp có từ 02 vị trí bổ nhiệm trở lên thì chọn người có trên 50% số phiếu giới thiệu từ trên xuống cho đến hết số lượng cần bổ nhiệm.</w:t>
      </w:r>
    </w:p>
    <w:p>
      <w:pPr>
        <w:jc w:val="both"/>
      </w:pPr>
      <w:r>
        <w:t>Trường hợp không có người nào đạt trên 50% số phiếu giới thiệu thì chọn 02 người có số phiếu giới thiệu cao nhất từ trên xuống để giới thiệu cho mỗi chức danh ở các bước tiếp theo (trường hợp có từ 02 vị trí bổ nhiệm trở lên thì chọn nhiều hơn số dự kiến bổ nhiệm ít nhất 01 người).</w:t>
      </w:r>
    </w:p>
    <w:p>
      <w:pPr>
        <w:jc w:val="both"/>
      </w:pPr>
      <w:r>
        <w:t>Kết quả kiểm phiếu không công bố ở Hội nghị này.</w:t>
      </w:r>
    </w:p>
    <w:p>
      <w:pPr>
        <w:jc w:val="both"/>
      </w:pPr>
      <w:r>
        <w:t>c) Bước 3: Hội nghị tập thể lãnh đạo đơn vị (lần 2)</w:t>
      </w:r>
    </w:p>
    <w:p>
      <w:pPr>
        <w:jc w:val="both"/>
      </w:pPr>
      <w:r>
        <w:t>- Thành phần: Tập thể lãnh đạo đơn vị có nhu cầu bổ nhiệm. Mời đại diện Lãnh đạo Phòng Tổ chức cán bộ cùng tham dự hội nghị.</w:t>
      </w:r>
    </w:p>
    <w:p>
      <w:pPr>
        <w:jc w:val="both"/>
      </w:pPr>
      <w:r>
        <w:t>- Chủ trì: Lãnh đạo Cục Thi hành án dân sự.</w:t>
      </w:r>
    </w:p>
    <w:p>
      <w:pPr>
        <w:jc w:val="both"/>
      </w:pPr>
      <w:r>
        <w:t>- Nội dung: Trên cơ sở xem xét kết quả giới thiệu nhân sự của Hội nghị lãnh đạo đơn vị mở rộng; căn cứ cơ cấu, tiêu chuẩn, điều kiện, yêu cầu nhiệm vụ, khả năng đáp ứng của cán bộ, tập thể lãnh đạo đơn vị tiến hành thảo luận, giới thiệu nhân sự bằng phiếu kín.</w:t>
      </w:r>
    </w:p>
    <w:p>
      <w:pPr>
        <w:jc w:val="both"/>
      </w:pPr>
      <w:r>
        <w:t>- Nguyên tắc giới thiệu: Mỗi thành viên tham dự cuộc họp giới thiệu 01 người cho 01 chức danh trong số nhân sự được giới thiệu ở Hội nghị lãnh đạo đơn vị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d) Bước 4: Tổ chức lấy ý kiến toàn thể công chức, người lao động của đơn vị về nhân sự được đề nghị bổ nhiệm</w:t>
      </w:r>
    </w:p>
    <w:p>
      <w:pPr>
        <w:jc w:val="both"/>
      </w:pPr>
      <w:r>
        <w:t>- Thành phần: Toàn thể công chức, người lao động theo Nghị định số 68/2000/NĐ-CP của đơn vị có nhu cầu bổ nhiệm. Mời đại diện Lãnh đạo Phòng Tổ chức cán bộ cùng tham dự hội nghị.</w:t>
      </w:r>
    </w:p>
    <w:p>
      <w:pPr>
        <w:jc w:val="both"/>
      </w:pPr>
      <w:r>
        <w:t>- Chủ trì: Lãnh đạo Cục Thi hành án dân sự.</w:t>
      </w:r>
    </w:p>
    <w:p>
      <w:pPr>
        <w:jc w:val="both"/>
      </w:pPr>
      <w:r>
        <w:t>- Nội dung: Trao đổi, thảo luận về cơ cấu, tiêu chuẩn, điều kiện, yêu cầu nhiệm vụ cụ thể của đơn vị và khả năng đáp ứng của cán bộ; thông báo danh sách nhân sự được tập thể lãnh đạo đơn vị giới thiệu và ý kiến chỉ đạo của lãnh đạo Cục Thi hành án dân sự;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và trả lời những vấn đề có liên quan trước khi bỏ phiếu (nếu có); lấy ý kiến bằng phiếu kín của công chức, người lao động về nhân sự được giới thiệu bổ nhiệm.</w:t>
      </w:r>
    </w:p>
    <w:p>
      <w:pPr>
        <w:jc w:val="both"/>
      </w:pPr>
      <w:r>
        <w:t>Kết quả kiểm phiếu không công bố ở Hội nghị này.</w:t>
      </w:r>
    </w:p>
    <w:p>
      <w:pPr>
        <w:jc w:val="both"/>
      </w:pPr>
      <w:r>
        <w:t>đ) Bước 5: Hội nghị tập thể lãnh đạo đơn vị (lần 3).</w:t>
      </w:r>
    </w:p>
    <w:p>
      <w:pPr>
        <w:jc w:val="both"/>
      </w:pPr>
      <w:r>
        <w:t>- Thành phần: Tập thể lãnh đạo đơn vị có nhu cầu bổ nhiệm.</w:t>
      </w:r>
    </w:p>
    <w:p>
      <w:pPr>
        <w:jc w:val="both"/>
      </w:pPr>
      <w:r>
        <w:t>- Chủ trì: Lãnh đạo Cục Thi hành án dân sự.</w:t>
      </w:r>
    </w:p>
    <w:p>
      <w:pPr>
        <w:jc w:val="both"/>
      </w:pPr>
      <w:r>
        <w:t>- Nội dung: Thảo luận, phân tích kết quả phiếu ở các hội nghị; xác minh, kết luận những vấn đề mới phát sinh (nếu có); biểu quyết nhân sự bằng phiếu kín.</w:t>
      </w:r>
    </w:p>
    <w:p>
      <w:pPr>
        <w:jc w:val="both"/>
      </w:pPr>
      <w:r>
        <w:t>Kết quả kiểm phiếu được công bố tại Hội nghị này.</w:t>
      </w:r>
    </w:p>
    <w:p>
      <w:pPr>
        <w:jc w:val="both"/>
      </w:pPr>
      <w:r>
        <w:t>- Nguyên tắc lựa chọn: Nhân sự đạt số phiếu cao nhất trên 50% thì được lựa chọn giới thiệu. Trường hợp có nhiều hơn 01 vị trí bổ nhiệm thì chọn người có trên 50% số phiếu giới thiệu từ trên xuống cho đến hết số lượng cần bổ nhiệm. Trường hợp có 02 nhân sự có số phiếu ngang nhau (50%) thì lựa chọn nhân sự do thủ trưởng giới thiệu để đề nghị bổ nhiệm.</w:t>
      </w:r>
    </w:p>
    <w:p>
      <w:pPr>
        <w:jc w:val="both"/>
      </w:pPr>
      <w:r>
        <w:t>Lãnh đạo đơn vị có nhu cầu bổ nhiệm đề nghị cấp ủy của đơn vị (nếu có) cho ý kiến bằng văn bản đối với nhân sự dự kiến bổ nhiệm. Đồng thời, báo cáo tập thể lãnh đạo Cục Thi hành án dân sự xem xét và có văn bản đề nghị cấp ủy Cục Thi hành án dân sự cho ý kiến đối với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e) Quyết định bổ nhiệm Phòng Tổ chức cán bộ hoàn thiện hồ sơ, trình Cục trưởng Cục Thi hành án dân sự ký quyết định bổ nhiệm.</w:t>
      </w:r>
    </w:p>
    <w:p>
      <w:pPr>
        <w:jc w:val="both"/>
      </w:pPr>
      <w:r>
        <w:t>3. Quy trình bổ nhiệm đối với nguồn nhân sự từ đơn vị khác</w:t>
      </w:r>
    </w:p>
    <w:p>
      <w:pPr>
        <w:jc w:val="both"/>
      </w:pPr>
      <w:r>
        <w:t>a) Đối với nhân sự do đơn vị đề xuất</w:t>
      </w:r>
    </w:p>
    <w:p>
      <w:pPr>
        <w:jc w:val="both"/>
      </w:pPr>
      <w:r>
        <w:t>Bước 1: Lãnh đạo Cục Thi hành án dân sự hoặc Trưởng phòng Phòng Tổ chức cán bộ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(nếu có)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Lãnh đạo Cục chủ trì Hội nghị tập thể lãnh đạo đơn vị có nhu cầu bổ nhiệm để thảo luận, nhận xét, đánh giá và bỏ phiếu về nhân sự đề nghị bổ nhiệm. Nhân sự đạt số phiếu trên 50% số phiếu giới thiệu thì được lựa chọn. Trường hợp đạt số phiếu giới thiệu là 50% thì thủ trưởng đơn vị xem xét việc giới thiệu nhân sự đề nghị bổ nhiệm; đồng thời báo cáo lãnh đạo Cục Thi hành án dân sự xem xét, cho ý kiến và đề nghị cấp ủy Cục Thi hành án dân sự cho ý kiến bằng văn bản đối với nhân sự dự kiến bổ nhiệm.</w:t>
      </w:r>
    </w:p>
    <w:p>
      <w:pPr>
        <w:jc w:val="both"/>
      </w:pPr>
      <w:r>
        <w:t>Bước 3: Phòng Tổ chức cán bộ hoàn thiện hồ sơ, trình Cục trưởng Cục Thi hành án dân sự ký quyết định bổ nhiệm.</w:t>
      </w:r>
    </w:p>
    <w:p>
      <w:pPr>
        <w:jc w:val="both"/>
      </w:pPr>
      <w:r>
        <w:t>b) Đối với nhân sự do Lãnh đạo Cục dự kiến tiếp nhận, điều động, bổ nhiệm</w:t>
      </w:r>
    </w:p>
    <w:p>
      <w:pPr>
        <w:jc w:val="both"/>
      </w:pPr>
      <w:r>
        <w:t>Bước 1: Lãnh đạo Cục Thi hành án dân sự hoặc Trưởng phòng Phòng Tổ chức cán bộ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(nếu có) về việc bổ nhiệm; làm việc với tập thể lãnh đạo và cấp ủy đơn vị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Tập thể lãnh đạo Cục Thi hành án dân sự xem xét, bỏ phiếu về nhân sự dự kiến bổ nhiệm; đề nghị cấp ủy Cục Thi hành án dân sự cho ý kiến bằng văn bản về nhân sự dự kiến bổ nhiệm.</w:t>
      </w:r>
    </w:p>
    <w:p>
      <w:pPr>
        <w:jc w:val="both"/>
      </w:pPr>
      <w:r>
        <w:t>Bước 2: Phòng Tổ chức cán bộ hoàn thiện hồ sơ, trình Cục trưởng Cục Thi hành án dân sự ký quyết định bổ nhiệm.</w:t>
      </w:r>
    </w:p>
    <w:p>
      <w:pPr>
        <w:jc w:val="both"/>
      </w:pPr>
      <w:r>
        <w:t>4. Hồ sơ đề nghị bổ nhiệm thực hiện theo quy định tại khoản 4 Điều 26 của Thông tư này.</w:t>
      </w:r>
    </w:p>
    <w:p>
      <w:pPr>
        <w:jc w:val="both"/>
      </w:pPr>
      <w:r>
        <w:t>5. Cục trưởng tổ chức công bố quyết định bổ nhiệm lãnh đạo cấp Phòng thuộc Cục."</w:t>
      </w:r>
    </w:p>
    <w:p>
      <w:pPr>
        <w:jc w:val="both"/>
      </w:pPr>
      <w:r>
        <w:t>16. Điều 39 được sửa đổi, bổ sung như sau:</w:t>
      </w:r>
    </w:p>
    <w:p>
      <w:pPr>
        <w:jc w:val="both"/>
      </w:pPr>
      <w:r>
        <w:t>" Điều 39. Quy trình bổ nhiệm đối với Chi cục trưởng Chi cục Thi hành án dân sự</w:t>
      </w:r>
    </w:p>
    <w:p>
      <w:pPr>
        <w:jc w:val="both"/>
      </w:pPr>
      <w:r>
        <w:t>1. Xác định nhu cầu, chủ trương, nguồn bổ nhiệm</w:t>
      </w:r>
    </w:p>
    <w:p>
      <w:pPr>
        <w:jc w:val="both"/>
      </w:pPr>
      <w:r>
        <w:t>Căn cứ nhu cầu công tác, cơ cấu, số lượng lãnh đạo của Chi cục Thi hành án dân sự, tập thể lãnh đạo và cấp ủy Chi cục Thi hành án dân sự họp, thảo luận, thống nhất và đề xuất Cục trưởng Cục Thi hành án dân sự tổ chức Hội nghị tập thể lãnh đạo Cục Thi hành án dân sự để xác định nhu cầu, chủ trương, nguồn bổ nhiệm.</w:t>
      </w:r>
    </w:p>
    <w:p>
      <w:pPr>
        <w:jc w:val="both"/>
      </w:pPr>
      <w:r>
        <w:t>Trường hợp cần thiết hoặc đơn vị không chủ động đề xuất, Trưởng phòng Phòng Tổ chức cán bộ báo cáo Cục trưởng Cục Thi hành án dân sự tổ chức Hội nghị tập thể lãnh đạo Cục Thi hành án dân sự để xác định nhu cầu, chủ trương, nguồn bổ nhiệm.</w:t>
      </w:r>
    </w:p>
    <w:p>
      <w:pPr>
        <w:jc w:val="both"/>
      </w:pPr>
      <w:r>
        <w:t>2. Quy trình bổ nhiệm đối với nguồn nhân sự tại chỗ</w:t>
      </w:r>
    </w:p>
    <w:p>
      <w:pPr>
        <w:jc w:val="both"/>
      </w:pPr>
      <w:r>
        <w:t>a) Bước 1: Hội nghị tập thể lãnh đạo Chi cục Thi hành án dân sự (lần 1)</w:t>
      </w:r>
    </w:p>
    <w:p>
      <w:pPr>
        <w:jc w:val="both"/>
      </w:pPr>
      <w:r>
        <w:t>- Thành phần: Tập thể lãnh đạo Chi cục, cấp ủy Đảng của Chi cục. Mời đại diện Lãnh đạo Phòng Tổ chức cán bộ và đại diện cơ quan có thẩm quyền quản lý cán bộ của địa phương cùng tham dự hội nghị.</w:t>
      </w:r>
    </w:p>
    <w:p>
      <w:pPr>
        <w:jc w:val="both"/>
      </w:pPr>
      <w:r>
        <w:t>- Chủ trì: Lãnh đạo Cục Thi hành án dân sự.</w:t>
      </w:r>
    </w:p>
    <w:p>
      <w:pPr>
        <w:jc w:val="both"/>
      </w:pPr>
      <w:r>
        <w:t>- Nội dung: Thảo luận và thống nhất về cơ cấu, tiêu chuẩn, điều kiện, quy trình giới thiệu nhân sự.</w:t>
      </w:r>
    </w:p>
    <w:p>
      <w:pPr>
        <w:jc w:val="both"/>
      </w:pPr>
      <w:r>
        <w:t>b) Bước 2: Hội nghị lãnh đạo Chi cục Thi hành án dân sự mở rộng.</w:t>
      </w:r>
    </w:p>
    <w:p>
      <w:pPr>
        <w:jc w:val="both"/>
      </w:pPr>
      <w:r>
        <w:t>- Thành phần: Toàn thể công chức, người lao động theo Nghị định số 68/2000/NĐ-CP của Chi cục Thi hành án dân sự. Mời đại diện Lãnh đạo Phòng Tổ chức cán bộ, đại diện cơ quan có thẩm quyền quản lý cán bộ của địa phương cùng tham dự hội nghị.</w:t>
      </w:r>
    </w:p>
    <w:p>
      <w:pPr>
        <w:jc w:val="both"/>
      </w:pPr>
      <w:r>
        <w:t>- Chủ trì: Lãnh đạo Cục Thi hành án dân sự.</w:t>
      </w:r>
    </w:p>
    <w:p>
      <w:pPr>
        <w:jc w:val="both"/>
      </w:pPr>
      <w:r>
        <w:t>- Nội dung: Thảo luận và thống nhất về cơ cấu, tiêu chuẩn, điều kiện, quy trình giới thiệu nguồn nhân sự, các công việc liên quan và tiến hành giới thiệu nhân sự bằng phiếu kín.</w:t>
      </w:r>
    </w:p>
    <w:p>
      <w:pPr>
        <w:jc w:val="both"/>
      </w:pPr>
      <w:r>
        <w:t>- Nguyên tắc giới thiệu: Mỗi thành viên tham dự cuộc họp chỉ giới thiệu 01 người cho chức danh đề nghị bổ nhiệm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 Trường hợp không có người nào đạt trên 50% số phiếu giới thiệu thì chọn 02 người có số phiếu giới thiệu cao nhất từ trên xuống để giới thiệu ở các bước tiếp theo. Kết quả kiểm phiếu không công bố ở Hội nghị này.</w:t>
      </w:r>
    </w:p>
    <w:p>
      <w:pPr>
        <w:jc w:val="both"/>
      </w:pPr>
      <w:r>
        <w:t>c) Bước 3: Hội nghị tập thể lãnh đạo Chi cục Thi hành án dân sự (lần 2)</w:t>
      </w:r>
    </w:p>
    <w:p>
      <w:pPr>
        <w:jc w:val="both"/>
      </w:pPr>
      <w:r>
        <w:t>- Thành phần: Tập thể lãnh đạo Chi cục Thi hành án dân sự. Mời đại diện Lãnh đạo Phòng Tổ chức cán bộ và đại diện cơ quan có thẩm quyền quản lý cán bộ của địa phương cùng tham dự hội nghị.</w:t>
      </w:r>
    </w:p>
    <w:p>
      <w:pPr>
        <w:jc w:val="both"/>
      </w:pPr>
      <w:r>
        <w:t>- Chủ trì: Lãnh đạo Cục Thi hành án dân sự.</w:t>
      </w:r>
    </w:p>
    <w:p>
      <w:pPr>
        <w:jc w:val="both"/>
      </w:pPr>
      <w:r>
        <w:t>- Nội dung: Trên cơ sở xem xét kết quả giới thiệu nhân sự của Hội nghị lãnh đạo Chi cục Thi hành án dân sự mở rộng; căn cứ cơ cấu, tiêu chuẩn, điều kiện, yêu cầu nhiệm vụ, khả năng đáp ứng của cán bộ, tập thể lãnh đạo Chi cục Thi hành án dân sự tiến hành thảo luận, giới thiệu nhân sự bằng phiếu kín.</w:t>
      </w:r>
    </w:p>
    <w:p>
      <w:pPr>
        <w:jc w:val="both"/>
      </w:pPr>
      <w:r>
        <w:t>- Nguyên tắc giới thiệu: Mỗi thành viên tham dự cuộc họp chỉ giới thiệu 01 người cho 01 chức danh trong số nhân sự được giới thiệu ở Hội nghị lãnh đạo Chi cục Thi hành án dân sự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d) Bước 4: Tổ chức lấy ý kiến toàn thể công chức, người lao động của Chi cục Thi hành án dân sự</w:t>
      </w:r>
    </w:p>
    <w:p>
      <w:pPr>
        <w:jc w:val="both"/>
      </w:pPr>
      <w:r>
        <w:t>- Thành phần: Toàn thể công chức, người lao động theo Nghị định số 68/2000/NĐ-CP của Chi cục Thi hành án dân sự. Mời đại diện Lãnh đạo Phòng Tổ chức cán bộ và đại diện cơ quan có thẩm quyền quản lý cán bộ của địa phương cùng tham dự hội nghị.</w:t>
      </w:r>
    </w:p>
    <w:p>
      <w:pPr>
        <w:jc w:val="both"/>
      </w:pPr>
      <w:r>
        <w:t>- Chủ trì: Lãnh đạo Cục Thi hành án dân sự.</w:t>
      </w:r>
    </w:p>
    <w:p>
      <w:pPr>
        <w:jc w:val="both"/>
      </w:pPr>
      <w:r>
        <w:t>- Nội dung: Trao đổi, thảo luận về cơ cấu, tiêu chuẩn, điều kiện, yêu cầu nhiệm vụ cụ thể của đơn vị và khả năng đáp ứng của cán bộ; thông báo danh sách nhân sự được tập thể lãnh đạo Chi cục Thi hành án dân sự giới thiệu và ý kiến của lãnh đạo Cục Thi hành án dân sự;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(nếu có) và trả lời những vấn đề có liên quan trước khi bỏ phiếu; lấy ý kiến bằng phiếu kín của công chức, viên chức, người lao động về nhân sự được giới thiệu bổ nhiệm.</w:t>
      </w:r>
    </w:p>
    <w:p>
      <w:pPr>
        <w:jc w:val="both"/>
      </w:pPr>
      <w:r>
        <w:t>Kết quả kiểm phiếu không công bố ở Hội nghị này.</w:t>
      </w:r>
    </w:p>
    <w:p>
      <w:pPr>
        <w:jc w:val="both"/>
      </w:pPr>
      <w:r>
        <w:t>đ) Bước 5: Hội nghị tập thể lãnh đạo Chi cục Thi hành án dân sự (lần 3).</w:t>
      </w:r>
    </w:p>
    <w:p>
      <w:pPr>
        <w:jc w:val="both"/>
      </w:pPr>
      <w:r>
        <w:t>- Thành phần: Lãnh đạo Chi cục Thi hành án dân sự. Mời đại diện Lãnh đạo Phòng Tổ chức cán bộ và đại diện cơ quan có thẩm quyền quản lý cán bộ của địa phương cùng tham dự hội nghị.</w:t>
      </w:r>
    </w:p>
    <w:p>
      <w:pPr>
        <w:jc w:val="both"/>
      </w:pPr>
      <w:r>
        <w:t>- Chủ trì: Lãnh đạo Cục Thi hành án dân sự.</w:t>
      </w:r>
    </w:p>
    <w:p>
      <w:pPr>
        <w:jc w:val="both"/>
      </w:pPr>
      <w:r>
        <w:t>- Nội dung: Thảo luận, phân tích kết quả lấy phiếu ở các hội nghị; xác minh, kết luận những vấn đề mới phát sinh (nếu có); biểu quyết nhân sự bằng phiếu kín. Kết quả kiểm phiếu được công bố tại Hội nghị này.</w:t>
      </w:r>
    </w:p>
    <w:p>
      <w:pPr>
        <w:jc w:val="both"/>
      </w:pPr>
      <w:r>
        <w:t>- Nguyên tắc lựa chọn: Người đạt số phiếu cao nhất trên 50% số phiếu giới thiệu thì được lựa chọn đề nghị bổ nhiệm. Trường hợp tập thể lãnh đạo giới thiệu 02 người có số phiếu ngang nhau (đạt tỉ lệ 50%) thì lựa chọn nhân sự do thủ trưởng đơn vị giới thiệu.</w:t>
      </w:r>
    </w:p>
    <w:p>
      <w:pPr>
        <w:jc w:val="both"/>
      </w:pPr>
      <w:r>
        <w:t>Chi cục Thi hành án dân sự có văn bản đề nghị cấp ủy Chi cục Thi hành án dân sự cho ý kiến bằng văn bản về nhân sự dự kiến bổ nhiệm; báo cáo tập thể lãnh đạo Cục Thi hành án dân sự xem xét và có văn bản gửi cấp ủy cấp huyện cho ý kiến đối với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e) Quyết định bổ nhiệm</w:t>
      </w:r>
    </w:p>
    <w:p>
      <w:pPr>
        <w:jc w:val="both"/>
      </w:pPr>
      <w:r>
        <w:t>Cục Thi hành án dân sự hoàn thiện hồ sơ, báo cáo Tổng cục trưởng Tổng cục Thi hành án dân sự xem xét, quyết định bổ nhiệm.</w:t>
      </w:r>
    </w:p>
    <w:p>
      <w:pPr>
        <w:jc w:val="both"/>
      </w:pPr>
      <w:r>
        <w:t>3. Quy trình bổ nhiệm đối với nguồn nhân sự từ cơ quan khác</w:t>
      </w:r>
    </w:p>
    <w:p>
      <w:pPr>
        <w:jc w:val="both"/>
      </w:pPr>
      <w:r>
        <w:t>a) Đối với nhân sự do Chi cục Thi hành án dân sự đề xuất</w:t>
      </w:r>
    </w:p>
    <w:p>
      <w:pPr>
        <w:jc w:val="both"/>
      </w:pPr>
      <w:r>
        <w:t>Bước 1: Lãnh đạo Cục Thi hành án dân sự hoặc Trưởng phòng Phòng Tổ chức cán bộ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Lãnh đạo Cục chủ trì Hội nghị tập thể lãnh đạo Chi cục Thi hành án dân sự để thảo luận, nhận xét, đánh giá và bỏ phiếu về nhân sự đề nghị bổ nhiệm. Nhân sự đạt số phiếu trên 50% số phiếu giới thiệu thì được lựa chọn. Trường hợp đạt số phiếu giới thiệu là 50% thì Chi cục trưởng xem xét việc giới thiệu; lấy ý kiến của cấp ủy Chi cục Thi hành án dân sự; đồng thời báo cáo đầy đủ ý kiến khác nhau (nếu có) để tập thể Lãnh đạo Cục Thi hành án dân sự xem xét; có văn bản lấy ý kiến của cấp ủy cấp huyện đối với nhân sự dự kiến bổ nhiệm.</w:t>
      </w:r>
    </w:p>
    <w:p>
      <w:pPr>
        <w:jc w:val="both"/>
      </w:pPr>
      <w:r>
        <w:t>Bước 3: Cục Thi hành án dân sự hoàn thiện hồ sơ, báo cáo Tổng cục trưởng Tổng cục Thi hành án dân sự ký quyết định bổ nhiệm.</w:t>
      </w:r>
    </w:p>
    <w:p>
      <w:pPr>
        <w:jc w:val="both"/>
      </w:pPr>
      <w:r>
        <w:t>b) Đối với nhân sự do Lãnh đạo Cục Thi hành án dân sự dự kiến tiếp nhận, điều động, bổ nhiệm</w:t>
      </w:r>
    </w:p>
    <w:p>
      <w:pPr>
        <w:jc w:val="both"/>
      </w:pPr>
      <w:r>
        <w:t>Bước 1: Lãnh đạo Cục Thi hành án dân sự hoặc Trưởng phòng Phòng Tổ chức cán bộ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Phòng Tổ chức cán bộ báo cáo tập thể lãnh đạo Cục Thi hành án dân sự xem xét, bỏ phiếu về nhân sự dự kiến bổ nhiệm; có văn bản lấy ý kiến của cấp ủy Chi cục Thi hành án dân sự và cấp ủy cấp huyện đối với nhân sự dự kiến bổ nhiệm.</w:t>
      </w:r>
    </w:p>
    <w:p>
      <w:pPr>
        <w:jc w:val="both"/>
      </w:pPr>
      <w:r>
        <w:t>Bước 2: Cục Thi hành án dân sự hoàn thiện hồ sơ, trình Tổng cục trưởng Tổng cục Thi hành án dân sự ký quyết định bổ nhiệm.</w:t>
      </w:r>
    </w:p>
    <w:p>
      <w:pPr>
        <w:jc w:val="both"/>
      </w:pPr>
      <w:r>
        <w:t>Đối với trường hợp chưa giữ ngạch Chấp hành viên, Tổng cục Thi hành án dân sự trình Lãnh đạo Bộ phụ trách ký quyết định bổ nhiệm Chấp hành viên trước khi Tổng cục trưởng Tổng cục Thi hành án dân sự ký quyết định bổ nhiệm.</w:t>
      </w:r>
    </w:p>
    <w:p>
      <w:pPr>
        <w:jc w:val="both"/>
      </w:pPr>
      <w:r>
        <w:t>4. Hồ sơ đề nghị bổ nhiệm thực hiện theo quy định tại khoản 4 Điều 26 của Thông tư này.</w:t>
      </w:r>
    </w:p>
    <w:p>
      <w:pPr>
        <w:jc w:val="both"/>
      </w:pPr>
      <w:r>
        <w:t>5. Cục trưởng tổ chức công bố quyết định bổ nhiệm Chi cục trưởng Chi cục Thi hành án dân sự."</w:t>
      </w:r>
    </w:p>
    <w:p>
      <w:pPr>
        <w:jc w:val="both"/>
      </w:pPr>
      <w:r>
        <w:t>17. Điều 40 được sửa đổi, bổ sung như sau:</w:t>
      </w:r>
    </w:p>
    <w:p>
      <w:pPr>
        <w:jc w:val="both"/>
      </w:pPr>
      <w:r>
        <w:t>" Điều 40. Quy trình bổ nhiệm đối với Phó Chi cục trưởng Chi cục Thi hành án dân sự</w:t>
      </w:r>
    </w:p>
    <w:p>
      <w:pPr>
        <w:jc w:val="both"/>
      </w:pPr>
      <w:r>
        <w:t>1. Xác định nhu cầu, chủ trương, số lượng, dự kiến phân công công tác, nguồn bổ nhiệm</w:t>
      </w:r>
    </w:p>
    <w:p>
      <w:pPr>
        <w:jc w:val="both"/>
      </w:pPr>
      <w:r>
        <w:t>Căn cứ nhu cầu công tác, cơ cấu, số lượng lãnh đạo của Chi cục Thi hành án dân sự, tập thể lãnh đạo và cấp ủy Chi cục Thi hành án dân sự họp, thảo luận, thống nhất và đề xuất Cục trưởng Cục Thi hành án dân sự tổ chức Hội nghị tập thể lãnh đạo Cục Thi hành án dân sự để xác định nhu cầu, chủ trương, số lượng, dự kiến phân công công tác, nguồn bổ nhiệm.</w:t>
      </w:r>
    </w:p>
    <w:p>
      <w:pPr>
        <w:jc w:val="both"/>
      </w:pPr>
      <w:r>
        <w:t>Trường hợp cần thiết hoặc đơn vị không chủ động đề xuất, Trưởng phòng Phòng Tổ chức cán bộ Cục Thi hành án dân sự đề xuất Cục trưởng Cục Thi hành án dân sự tổ chức Hội nghị tập thể lãnh đạo Cục Thi hành án dân sự để xác định nhu cầu, chủ trương, số lượng, dự kiến phân công công tác, nguồn bổ nhiệm.</w:t>
      </w:r>
    </w:p>
    <w:p>
      <w:pPr>
        <w:jc w:val="both"/>
      </w:pPr>
      <w:r>
        <w:t>2. Quy trình bổ nhiệm đối với nguồn nhân sự tại chỗ</w:t>
      </w:r>
    </w:p>
    <w:p>
      <w:pPr>
        <w:jc w:val="both"/>
      </w:pPr>
      <w:r>
        <w:t>a) Bước 1: Hội nghị tập thể lãnh đạo Chi cục Thi hành án dân sự (lần 1)</w:t>
      </w:r>
    </w:p>
    <w:p>
      <w:pPr>
        <w:jc w:val="both"/>
      </w:pPr>
      <w:r>
        <w:t>- Thành phần: Tập thể lãnh đạo Chi cục, cấp ủy Chi cục Thi hành án dân sự. Mời đại diện Lãnh đạo Phòng Tổ chức cán bộ và đại diện cơ quan có thẩm quyền quản lý cán bộ của địa phương cùng tham dự hội nghị.</w:t>
      </w:r>
    </w:p>
    <w:p>
      <w:pPr>
        <w:jc w:val="both"/>
      </w:pPr>
      <w:r>
        <w:t>- Chủ trì: Lãnh đạo Cục Thi hành án dân sự hoặc Trưởng phòng Phòng Tổ chức cán bộ.</w:t>
      </w:r>
    </w:p>
    <w:p>
      <w:pPr>
        <w:jc w:val="both"/>
      </w:pPr>
      <w:r>
        <w:t>- Nội dung: Thảo luận, thống nhất về cơ cấu, tiêu chuẩn, điều kiện, quy trình giới thiệu nhân sự.</w:t>
      </w:r>
    </w:p>
    <w:p>
      <w:pPr>
        <w:jc w:val="both"/>
      </w:pPr>
      <w:r>
        <w:t>b) Bước 2: Hội nghị lãnh đạo Chi cục Thi hành án dân sự mở rộng</w:t>
      </w:r>
    </w:p>
    <w:p>
      <w:pPr>
        <w:jc w:val="both"/>
      </w:pPr>
      <w:r>
        <w:t>- Thành phần: Toàn thể công chức, người lao động theo Nghị định số 68/2000/NĐ-CP của Chi cục. Mời đại diện Lãnh đạo Phòng Tổ chức cán bộ và đại diện cơ quan có thẩm quyền quản lý cán bộ của địa phương cùng tham dự hội nghị.</w:t>
      </w:r>
    </w:p>
    <w:p>
      <w:pPr>
        <w:jc w:val="both"/>
      </w:pPr>
      <w:r>
        <w:t>- Chủ trì: Lãnh đạo Cục Thi hành án dân sự hoặc Trưởng phòng Phòng Tổ chức cán bộ Cục Thi hành án dân sự.</w:t>
      </w:r>
    </w:p>
    <w:p>
      <w:pPr>
        <w:jc w:val="both"/>
      </w:pPr>
      <w:r>
        <w:t>- Nội dung: Thảo luận và thống nhất về cơ cấu, tiêu chuẩn, điều kiện, quy trình giới thiệu nguồn nhân sự, các công việc liên quan và tiến hành giới thiệu nhân sự bằng phiếu kín.</w:t>
      </w:r>
    </w:p>
    <w:p>
      <w:pPr>
        <w:jc w:val="both"/>
      </w:pPr>
      <w:r>
        <w:t>- Nguyên tắc giới thiệu: Mỗi thành viên tham dự cuộc họp chỉ giới thiệu 01 người cho một chức danh trong số nhân sự trong quy hoạch hoặc giới thiệu người khác có đủ tiêu chuẩn, điều kiện theo quy định.</w:t>
      </w:r>
    </w:p>
    <w:p>
      <w:pPr>
        <w:jc w:val="both"/>
      </w:pPr>
      <w:r>
        <w:t>Nguyên tắc lựa chọn: Người có số phiếu cao nhất trên 50% số phiếu giới thiệu thì được lựa chọn. Trường hợp có từ 02 vị trí bổ nhiệm trở lên thì chọn người có trên 50% số phiếu giới thiệu từ trên xuống cho đến hết số lượng cần bổ nhiệm.</w:t>
      </w:r>
    </w:p>
    <w:p>
      <w:pPr>
        <w:jc w:val="both"/>
      </w:pPr>
      <w:r>
        <w:t>Trường hợp không có người nào đạt trên 50% số phiếu giới thiệu thì chọn 02 người có số phiếu giới thiệu cao nhất từ trên xuống để giới thiệu cho mỗi chức danh ở các bước tiếp theo (trường hợp có từ 02 vị trí bổ nhiệm trở lên thì chọn nhiều hơn số dự kiến bổ nhiệm ít nhất 01 người). Kết quả kiểm phiếu không công bố ở Hội nghị này.</w:t>
      </w:r>
    </w:p>
    <w:p>
      <w:pPr>
        <w:jc w:val="both"/>
      </w:pPr>
      <w:r>
        <w:t>c) Bước 3: Hội nghị tập thể lãnh đạo Chi cục Thi hành án dân sự (lần 2)</w:t>
      </w:r>
    </w:p>
    <w:p>
      <w:pPr>
        <w:jc w:val="both"/>
      </w:pPr>
      <w:r>
        <w:t>- Thành phần: Tập thể lãnh đạo Chi cục Thi hành án dân sự. Mời đại diện Lãnh đạo Phòng Tổ chức cán bộ và đại diện cơ quan có thẩm quyền quản lý cán bộ của địa phương cùng tham dự hội nghị.</w:t>
      </w:r>
    </w:p>
    <w:p>
      <w:pPr>
        <w:jc w:val="both"/>
      </w:pPr>
      <w:r>
        <w:t>- Chủ trì: Lãnh đạo Cục Thi hành án dân sự hoặc Trưởng phòng Phòng Tổ chức cán bộ Cục Thi hành án dân sự.</w:t>
      </w:r>
    </w:p>
    <w:p>
      <w:pPr>
        <w:jc w:val="both"/>
      </w:pPr>
      <w:r>
        <w:t>- Nội dung: Trên cơ sở xem xét kết quả giới thiệu nhân sự của Hội nghị lãnh đạo Chi cục Thi hành án dân sự mở rộng; căn cứ cơ cấu, tiêu chuẩn, điều kiện, yêu cầu nhiệm vụ, khả năng đáp ứng của cán bộ, tập thể lãnh đạo Chi cục Thi hành án dân sự tiến hành thảo luận, giới thiệu nhân sự bằng phiếu kín.</w:t>
      </w:r>
    </w:p>
    <w:p>
      <w:pPr>
        <w:jc w:val="both"/>
      </w:pPr>
      <w:r>
        <w:t>- Nguyên tắc giới thiệu: Mỗi thành viên tham dự cuộc họp chỉ giới thiệu 01 người cho 01 chức danh trong số nhân sự được giới thiệu ở Hội nghị tập thể lãnh đạo Chi cục mở rộng hoặc giới thiệu người khác có đủ tiêu chuẩn, điều kiện theo quy định.</w:t>
      </w:r>
    </w:p>
    <w:p>
      <w:pPr>
        <w:jc w:val="both"/>
      </w:pPr>
      <w:r>
        <w:t>Nguyên tắc lựa chọn: Thực hiện như bước 2.</w:t>
      </w:r>
    </w:p>
    <w:p>
      <w:pPr>
        <w:jc w:val="both"/>
      </w:pPr>
      <w:r>
        <w:t>Kết quả kiểm phiếu được công bố tại Hội nghị này.</w:t>
      </w:r>
    </w:p>
    <w:p>
      <w:pPr>
        <w:jc w:val="both"/>
      </w:pPr>
      <w:r>
        <w:t>d) Bước 4: Tổ chức lấy ý kiến toàn thể công chức, người lao động của Chi cục Thi hành án dân sự về nhân sự được đề nghị bổ nhiệm</w:t>
      </w:r>
    </w:p>
    <w:p>
      <w:pPr>
        <w:jc w:val="both"/>
      </w:pPr>
      <w:r>
        <w:t>- Thành phần: Toàn thể công chức, người lao động theo Nghị định số 68/2000/NĐ-CP của Chi cục Thi hành án dân sự. Mời đại diện Phòng Tổ chức cán bộ; đại diện cơ quan có thẩm quyền quản lý cán bộ của địa phương cùng tham dự hội nghị.</w:t>
      </w:r>
    </w:p>
    <w:p>
      <w:pPr>
        <w:jc w:val="both"/>
      </w:pPr>
      <w:r>
        <w:t>- Chủ trì: Lãnh đạo Cục Thi hành án dân sự hoặc Trưởng phòng Phòng Tổ chức cán bộ.</w:t>
      </w:r>
    </w:p>
    <w:p>
      <w:pPr>
        <w:jc w:val="both"/>
      </w:pPr>
      <w:r>
        <w:t>- Nội dung: Trao đổi, thảo luận về cơ cấu, tiêu chuẩn, điều kiện, yêu cầu nhiệm vụ cụ thể của đơn vị và khả năng đáp ứng của cán bộ; thông báo danh sách nhân sự được tập thể lãnh đạo Chi cục Thi hành án dân sự giới thiệu và ý kiến chỉ đạo của lãnh đạo Cục Thi hành án dân sự; tóm tắt lý lịch, quá trình học tập, công tác; nhận xét, đánh giá ưu, khuyết điểm, mặt mạnh, mặt yếu, triển vọng phát triển; dự kiến phân công công tác; nhân sự được giới thiệu bổ nhiệm trình bày chương trình hành động nếu được bổ nhiệm và trả lời những vấn đề có liên quan trước khi bỏ phiếu (nếu có); lấy ý kiến bằng phiếu kín của công chức, viên chức, người lao động về nhân sự được giới thiệu bổ nhiệm.</w:t>
      </w:r>
    </w:p>
    <w:p>
      <w:pPr>
        <w:jc w:val="both"/>
      </w:pPr>
      <w:r>
        <w:t>Kết quả kiểm phiếu không công bố ở hội nghị này.</w:t>
      </w:r>
    </w:p>
    <w:p>
      <w:pPr>
        <w:jc w:val="both"/>
      </w:pPr>
      <w:r>
        <w:t>đ) Bước 5: Hội nghị tập thể lãnh đạo Chi cục Thi hành án dân sự (lần 3)</w:t>
      </w:r>
    </w:p>
    <w:p>
      <w:pPr>
        <w:jc w:val="both"/>
      </w:pPr>
      <w:r>
        <w:t>- Thành phần: Lãnh đạo Chi cục Thi hành án dân sự. Mời đại diện Lãnh đạo Phòng Tổ chức cán bộ và đại diện cơ quan có thẩm quyền quản lý cán bộ của địa phương cùng tham dự hội nghị.</w:t>
      </w:r>
    </w:p>
    <w:p>
      <w:pPr>
        <w:jc w:val="both"/>
      </w:pPr>
      <w:r>
        <w:t>- Chủ trì: Lãnh đạo Cục Thi hành án dân sự hoặc Trưởng phòng Phòng Tổ chức cán bộ.</w:t>
      </w:r>
    </w:p>
    <w:p>
      <w:pPr>
        <w:jc w:val="both"/>
      </w:pPr>
      <w:r>
        <w:t>- Nội dung: Thảo luận, phân tích kết quả phiếu ở các Hội nghị; xác minh, kết luận những vấn đề mới phát sinh (nếu có); biểu quyết nhân sự bằng phiếu kín.</w:t>
      </w:r>
    </w:p>
    <w:p>
      <w:pPr>
        <w:jc w:val="both"/>
      </w:pPr>
      <w:r>
        <w:t>Kết quả kiểm phiếu được công bố tại Hội nghị này.</w:t>
      </w:r>
    </w:p>
    <w:p>
      <w:pPr>
        <w:jc w:val="both"/>
      </w:pPr>
      <w:r>
        <w:t>- Nguyên tắc lựa chọn: Người đạt số phiếu cao nhất trên 50% số phiếu giới thiệu thì được lựa chọn đề nghị bổ nhiệm. Trường hợp có nhiều hơn 01 vị trí bổ nhiệm thì chọn người có trên 50% số phiếu giới thiệu từ trên xuống cho đến hết số lượng cần bổ nhiệm. Trường hợp tập thể lãnh đạo giới thiệu 02 người có số phiếu ngang nhau (đạt tỉ lệ 50%) thì lựa chọn nhân sự do thủ trưởng đơn vị giới thiệu.</w:t>
      </w:r>
    </w:p>
    <w:p>
      <w:pPr>
        <w:jc w:val="both"/>
      </w:pPr>
      <w:r>
        <w:t>Chi cục Thi hành án dân sự đề nghị cấp ủy Chi cục Thi hành án dân sự cho ý kiến bằng văn bản đối với nhân sự dự kiến bổ nhiệm; báo cáo tập thể lãnh đạo Cục Thi hành án dân sự xem xét và có văn bản gửi cấp ủy cấp huyện cho ý kiến đối với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e) Quyết định bổ nhiệm</w:t>
      </w:r>
    </w:p>
    <w:p>
      <w:pPr>
        <w:jc w:val="both"/>
      </w:pPr>
      <w:r>
        <w:t>Phòng Tổ chức cán bộ hoàn thiện hồ sơ, trình Cục trưởng Cục Thi hành án dân sự ký quyết định bổ nhiệm.</w:t>
      </w:r>
    </w:p>
    <w:p>
      <w:pPr>
        <w:jc w:val="both"/>
      </w:pPr>
      <w:r>
        <w:t>3. Quy trình bổ nhiệm đối với nguồn nhân sự từ cơ quan khác</w:t>
      </w:r>
    </w:p>
    <w:p>
      <w:pPr>
        <w:jc w:val="both"/>
      </w:pPr>
      <w:r>
        <w:t>a) Đối với nhân sự do Chi cục Thi hành án dân sự đề xuất</w:t>
      </w:r>
    </w:p>
    <w:p>
      <w:pPr>
        <w:jc w:val="both"/>
      </w:pPr>
      <w:r>
        <w:t>Bước 1: Lãnh đạo Cục Thi hành án dân sự hoặc Trưởng phòng Phòng Tổ chức cán bộ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Bước 2: Lãnh đạo Cục chủ trì hội nghị tập thể lãnh đạo Chi cục Thi hành án dân sự để thảo luận, nhận xét, đánh giá và bỏ phiếu về nhân sự đề nghị bổ nhiệm. Nhân sự đạt số phiếu trên 50% số phiếu giới thiệu thì được lựa chọn. Trường hợp đạt số phiếu giới thiệu là 50% thì Chi cục trưởng xem xét việc giới thiệu; đồng thời báo cáo đầy đủ ý kiến khác nhau (nếu có) để tập thể Lãnh đạo Cục Thi hành án dân sự xem xét, có văn bản lấy ý kiến của cấp ủy cấp huyện đối với nhân sự dự kiến bổ nhiệm.</w:t>
      </w:r>
    </w:p>
    <w:p>
      <w:pPr>
        <w:jc w:val="both"/>
      </w:pPr>
      <w:r>
        <w:t>Bước 3: Phòng Tổ chức cán bộ hoàn thiện hồ sơ, trình Cục trưởng Cục Thi hành án dân sự ký quyết định bổ nhiệm.</w:t>
      </w:r>
    </w:p>
    <w:p>
      <w:pPr>
        <w:jc w:val="both"/>
      </w:pPr>
      <w:r>
        <w:t>b) Đối với nhân sự do Lãnh đạo Cục Thi hành án dân sự dự kiến tiếp nhận, điều động, bổ nhiệm</w:t>
      </w:r>
    </w:p>
    <w:p>
      <w:pPr>
        <w:jc w:val="both"/>
      </w:pPr>
      <w:r>
        <w:t>Bước 1: Lãnh đạo Cục Thi hành án dân sự hoặc Trưởng phòng Phòng Tổ chức cán bộ gặp gỡ nhân sự dự kiến bổ nhiệm để trao đổi về yêu cầu công tác, nhu cầu bổ nhiệm; làm việc với tập thể lãnh đạo và cấp ủy đơn vị có nhu cầu bổ nhiệm và lấy ý kiến bằng văn bản của cấp ủy đơn vị có nhu cầu bổ nhiệm về việc bổ nhiệm; làm việc với tập thể lãnh đạo và cấp ủy đơn vị nơi nhân sự đang công tác để trao đổi và đề nghị có ý kiến bằng văn bản về việc bổ nhiệm và nhận xét, đánh giá đối với nhân sự dự kiến bổ nhiệm; xác minh lý lịch của nhân sự dự kiến bổ nhiệm; đề nghị cơ quan có thẩm quyền kiểm tra, xác minh, kết luận về tiêu chuẩn chính trị (lịch sử chính trị và chính trị hiện nay) đối với nhân sự dự kiến bổ nhiệm.</w:t>
      </w:r>
    </w:p>
    <w:p>
      <w:pPr>
        <w:jc w:val="both"/>
      </w:pPr>
      <w:r>
        <w:t>Tập thể lãnh đạo Cục Thi hành án dân sự xem xét, bỏ phiếu về nhân sự dự kiến bổ nhiệm; có văn bản lấy ý kiến của cấp ủy cấp huyện đối với nhân sự dự kiến bổ nhiệm.</w:t>
      </w:r>
    </w:p>
    <w:p>
      <w:pPr>
        <w:jc w:val="both"/>
      </w:pPr>
      <w:r>
        <w:t>Bước 2: Phòng Tổ chức cán bộ hoàn thiện hồ sơ, trình Cục trưởng Cục Thi hành án dân sự ký quyết định bổ nhiệm.</w:t>
      </w:r>
    </w:p>
    <w:p>
      <w:pPr>
        <w:jc w:val="both"/>
      </w:pPr>
      <w:r>
        <w:t>Đối với trường hợp chưa giữ ngạch Chấp hành viên, Cục trưởng Cục Thi hành án dân sự báo cáo Tổng cục Thi hành án dân sự trình Lãnh đạo Bộ phụ trách ký quyết định bổ nhiệm Chấp hành viên trước khi ký quyết định bổ nhiệm.</w:t>
      </w:r>
    </w:p>
    <w:p>
      <w:pPr>
        <w:jc w:val="both"/>
      </w:pPr>
      <w:r>
        <w:t>Cục Thi hành án dân sự thực hiện điều động theo thẩm quyền hoặc báo cáo cấp có thẩm quyền về việc tiếp nhận nhân sự bổ nhiệm.</w:t>
      </w:r>
    </w:p>
    <w:p>
      <w:pPr>
        <w:jc w:val="both"/>
      </w:pPr>
      <w:r>
        <w:t>4. Hồ sơ đề nghị bổ nhiệm thực hiện theo quy định tại khoản 4 Điều 26 của Thông tư này.</w:t>
      </w:r>
    </w:p>
    <w:p>
      <w:pPr>
        <w:jc w:val="both"/>
      </w:pPr>
      <w:r>
        <w:t>5. Cục trưởng tổ chức công bố quyết định bổ nhiệm Phó Chi cục trưởng Chi cục Thi hành án dân sự."</w:t>
      </w:r>
    </w:p>
    <w:p>
      <w:pPr>
        <w:jc w:val="both"/>
      </w:pPr>
      <w:r>
        <w:t>18. Điều 44 sửa đổi, bổ sung như sau:</w:t>
      </w:r>
    </w:p>
    <w:p>
      <w:pPr>
        <w:jc w:val="both"/>
      </w:pPr>
      <w:r>
        <w:t>" Điều 44. Thời gian triển khai thủ tục bổ nhiệm lại</w:t>
      </w:r>
    </w:p>
    <w:p>
      <w:pPr>
        <w:jc w:val="both"/>
      </w:pPr>
      <w:r>
        <w:t>Chậm nhất là 90 ngày tính đến ngày hết thời hạn giữ chức vụ lãnh đạo theo quy định, cấp có thẩm quyền theo phân cấp quản lý công chức, viên chức phải thực hiện các quy trình, thủ tục bổ nhiệm lại. Quyết định bổ nhiệm lại công chức, viên chức giữ chức vụ lãnh đạo phải được thực hiện trước ít nhất 01 ngày làm việc, tính đến ngày hết thời hạn bổ nhiệm. Trường hợp vì lý do khách quan mà chưa thực hiện xong thì cấp có thẩm quyền quyết định việc tiếp tục thực hiện nhiệm vụ".</w:t>
      </w:r>
    </w:p>
    <w:p>
      <w:pPr>
        <w:jc w:val="both"/>
      </w:pPr>
      <w:r>
        <w:t>19. Điều 45 được sửa đổi, bổ sung như sau:</w:t>
      </w:r>
    </w:p>
    <w:p>
      <w:pPr>
        <w:jc w:val="both"/>
      </w:pPr>
      <w:r>
        <w:t>" Điều 45. Trình tự, thủ tục bổ nhiệm lại</w:t>
      </w:r>
    </w:p>
    <w:p>
      <w:pPr>
        <w:jc w:val="both"/>
      </w:pPr>
      <w:r>
        <w:t>1. Bước 1: Nhận xét, đánh giá tại đơn vị</w:t>
      </w:r>
    </w:p>
    <w:p>
      <w:pPr>
        <w:jc w:val="both"/>
      </w:pPr>
      <w:r>
        <w:t>a) Đối với bổ nhiệm lại chức vụ Lãnh đạo Tổng cục Thi hành án dân sự, tổ chức hội nghị cán bộ chủ chốt của đơn vị gồm tập thể lãnh đạo Tổng cục, Ban Thường vụ Đảng ủy Tổng cục Thi hành án dân sự, Lãnh đạo cấp Vụ thuộc Tổng cục, đại diện các tổ chức chính trị - xã hội thuộc Tổng cục Thi hành án dân sự, Cục trưởng Cục Thi hành án dân sự. Mời đại diện Vụ Tổ chức cán bộ Bộ Tư pháp tham dự hội nghị.</w:t>
      </w:r>
    </w:p>
    <w:p>
      <w:pPr>
        <w:jc w:val="both"/>
      </w:pPr>
      <w:r>
        <w:t>b) Đối với bổ nhiệm lại chức vụ lãnh đạo, quản lý khác, tổ chức hội nghị toàn thể công chức, viên chức, người lao động trong đơn vị.</w:t>
      </w:r>
    </w:p>
    <w:p>
      <w:pPr>
        <w:jc w:val="both"/>
      </w:pPr>
      <w:r>
        <w:t>Thành phần: Toàn thể công chức, viên chức, người lao động theo Nghị định số 68/2000/NĐ-CP của đơn vị. Mời đại diện Vụ Tổ chức cán bộ Tổng cục Thi hành án dân sự hoặc đại diện Phòng Tổ chức cán bộ tham dự hội nghị.</w:t>
      </w:r>
    </w:p>
    <w:p>
      <w:pPr>
        <w:jc w:val="both"/>
      </w:pPr>
      <w:r>
        <w:t>Chủ trì: Lãnh đạo cấp trên quản lý trực tiếp (đối với cấp trưởng) hoặc Thủ trưởng đơn vị (đối với cấp phó)</w:t>
      </w:r>
    </w:p>
    <w:p>
      <w:pPr>
        <w:jc w:val="both"/>
      </w:pPr>
      <w:r>
        <w:t>c) Tại hội nghị công chức, viên chức lãnh đạo, quản lý trình bày báo cáo tự nhận xét, đánh giá trong thời gian giữ chức vụ lãnh đạo, quản lý. Thành viên tham dự cuộc họp tham gia ý kiến và bỏ phiếu kín.</w:t>
      </w:r>
    </w:p>
    <w:p>
      <w:pPr>
        <w:jc w:val="both"/>
      </w:pPr>
      <w:r>
        <w:t>2. Bước 2: Thủ trưởng đơn vị nhận xét, đánh giá và đề xuất ý kiến về việc bổ nhiệm lại. Trường hợp nhân sự là cấp trưởng thì người đứng đầu cơ quan cấp trên quản lý trực tiếp nhận xét, đánh giá và đề xuất ý kiến về việc bổ nhiệm lại.</w:t>
      </w:r>
    </w:p>
    <w:p>
      <w:pPr>
        <w:jc w:val="both"/>
      </w:pPr>
      <w:r>
        <w:t>Trường hợp bổ nhiệm lại Tổng cục trưởng Tổng cục Thi hành án dân sự thì Lãnh đạo Bộ phụ trách Tổng cục Thi hành án dân sự sau khi xin ý kiến Bộ trưởng tiến hành nhận xét, đánh giá và đề xuất về việc bổ nhiệm lại.</w:t>
      </w:r>
    </w:p>
    <w:p>
      <w:pPr>
        <w:jc w:val="both"/>
      </w:pPr>
      <w:r>
        <w:t>3. Bước 3: Tổ chức họp tập thể lãnh đạo đơn vị để nhận xét, đánh giá, trao đổi, cho ý kiến về việc bổ nhiệm lại và bỏ phiếu kín.</w:t>
      </w:r>
    </w:p>
    <w:p>
      <w:pPr>
        <w:jc w:val="both"/>
      </w:pPr>
      <w:r>
        <w:t>Chủ trì: Lãnh đạo cấp trên quản lý trực tiếp (đối với cấp trưởng) hoặc Thủ trưởng đơn vị (đối với cấp phó).</w:t>
      </w:r>
    </w:p>
    <w:p>
      <w:pPr>
        <w:jc w:val="both"/>
      </w:pPr>
      <w:r>
        <w:t>4. Bước 4: Lấy ý kiến bằng văn bản của cấp có thẩm quyền về công tác cán bộ về việc bổ nhiệm lại.</w:t>
      </w:r>
    </w:p>
    <w:p>
      <w:pPr>
        <w:jc w:val="both"/>
      </w:pPr>
      <w:r>
        <w:t>Đối với trường hợp nhân sự đạt từ 50% số phiếu đồng ý trở xuống ở bước 1 hoặc bước 3, đơn vị báo cáo cấp có thẩm quyền xem xét, quyết định trước khi lấy ý kiến bằng văn bản của cấp có thẩm quyền về việc bổ nhiệm lại.</w:t>
      </w:r>
    </w:p>
    <w:p>
      <w:pPr>
        <w:jc w:val="both"/>
      </w:pPr>
      <w:r>
        <w:t>5. Bước 5: Quyết định bổ nhiệm lại</w:t>
      </w:r>
    </w:p>
    <w:p>
      <w:pPr>
        <w:jc w:val="both"/>
      </w:pPr>
      <w:r>
        <w:t>Căn cứ vào kết quả thực hiện quy trình và ý kiến của cấp có thẩm quyền về công tác cán bộ, đơn vị có nhân sự bổ nhiệm lại trình cấp có thẩm quyền xem xét, quyết định.</w:t>
      </w:r>
    </w:p>
    <w:p>
      <w:pPr>
        <w:jc w:val="both"/>
      </w:pPr>
      <w:r>
        <w:t>6. Hồ sơ đề nghị bổ nhiệm lại gồm:</w:t>
      </w:r>
    </w:p>
    <w:p>
      <w:pPr>
        <w:jc w:val="both"/>
      </w:pPr>
      <w:r>
        <w:t>a) Tờ trình đề nghị bổ nhiệm lại;</w:t>
      </w:r>
    </w:p>
    <w:p>
      <w:pPr>
        <w:jc w:val="both"/>
      </w:pPr>
      <w:r>
        <w:t>b) Báo cáo kết quả thực hiện nhiệm vụ trong thời gian giữ chức vụ của nhân sự được đề nghị bổ nhiệm lại và bản nhận xét, đánh giá của thủ trưởng đơn vị hoặc người đứng đầu cơ quan cấp trên quản lý trực tiếp đối với nhân sự được đề nghị bổ nhiệm lại;</w:t>
      </w:r>
    </w:p>
    <w:p>
      <w:pPr>
        <w:jc w:val="both"/>
      </w:pPr>
      <w:r>
        <w:t>c) Các biên bản họp và biên bản kiểm phiếu (kèm Phiếu) trong quá trình thực hiện quy trình;</w:t>
      </w:r>
    </w:p>
    <w:p>
      <w:pPr>
        <w:jc w:val="both"/>
      </w:pPr>
      <w:r>
        <w:t>d) Sơ yếu lý lịch của nhân sự đề nghị bổ nhiệm lại (theo mẫu của Bộ Nội vụ);</w:t>
      </w:r>
    </w:p>
    <w:p>
      <w:pPr>
        <w:jc w:val="both"/>
      </w:pPr>
      <w:r>
        <w:t>đ) Bản kê khai tài sản, thu nhập;</w:t>
      </w:r>
    </w:p>
    <w:p>
      <w:pPr>
        <w:jc w:val="both"/>
      </w:pPr>
      <w:r>
        <w:t>e) Giấy khám sức khỏe do cơ sở y tế cấp huyện trở lên cấp trong thời hạn 06 tháng tính đến thời điểm gửi hồ sơ đề nghị bổ nhiệm lại;</w:t>
      </w:r>
    </w:p>
    <w:p>
      <w:pPr>
        <w:jc w:val="both"/>
      </w:pPr>
      <w:r>
        <w:t>g) Nhận xét của đại diện cấp ủy nơi cư trú về trách nhiệm công dân của công chức, viên chức và gia đình công chức, viên chức;</w:t>
      </w:r>
    </w:p>
    <w:p>
      <w:pPr>
        <w:jc w:val="both"/>
      </w:pPr>
      <w:r>
        <w:t>h) Bản sao các văn bằng, chứng chỉ đào tạo, bồi dưỡng theo tiêu chuẩn chức vụ đề nghị bổ nhiệm và các văn bằng, chứng chỉ khác (nếu có). Trường hợp văn bằng do nước ngoài cấp phải có văn bản công nhận của Cục quản lý chất lượng Bộ Giáo dục và Đào tạo."</w:t>
      </w:r>
    </w:p>
    <w:p>
      <w:pPr>
        <w:jc w:val="both"/>
      </w:pPr>
      <w:r>
        <w:t>20. Bổ sung điểm h khoản 1 Điều 63 như sau:</w:t>
      </w:r>
    </w:p>
    <w:p>
      <w:pPr>
        <w:jc w:val="both"/>
      </w:pPr>
      <w:r>
        <w:t>"1. Hồ sơ bổ nhiệm Chấp hành viên đối với trường hợp quy định tại khoản 6 Điều 18 Luật thi hành án dân sự bao gồm:</w:t>
      </w:r>
    </w:p>
    <w:p>
      <w:pPr>
        <w:jc w:val="both"/>
      </w:pPr>
      <w:r>
        <w:t>h) Chứng chỉ đào tạo nghiệp vụ thi hành án dân sự đối với công chức đang công tác tại các cơ quan Thi hành án dân sự."</w:t>
      </w:r>
    </w:p>
    <w:p>
      <w:pPr>
        <w:jc w:val="both"/>
      </w:pPr>
      <w:r>
        <w:t>21. Khoản 1 Điều 69 sửa đổi, bổ sung như sau:</w:t>
      </w:r>
    </w:p>
    <w:p>
      <w:pPr>
        <w:jc w:val="both"/>
      </w:pPr>
      <w:r>
        <w:t>" Điều 69. Mẫu, nội dung Thẻ Chấp hành viên</w:t>
      </w:r>
    </w:p>
    <w:p>
      <w:pPr>
        <w:jc w:val="both"/>
      </w:pPr>
      <w:r>
        <w:t>1. Thẻ Chấp hành viên có chiều dài 86 mm, chiều rộng 54 mm, được sản xuất bằng chất liệu nhựa."</w:t>
      </w:r>
    </w:p>
    <w:p>
      <w:pPr>
        <w:jc w:val="both"/>
      </w:pPr>
      <w:r>
        <w:t>22. Khoản 1 Điều 70 sửa đổi, bổ sung như sau:</w:t>
      </w:r>
    </w:p>
    <w:p>
      <w:pPr>
        <w:jc w:val="both"/>
      </w:pPr>
      <w:r>
        <w:t>" Điều 70. Mẫu, nội dung Thẻ Thẩm tra viên thi hành án</w:t>
      </w:r>
    </w:p>
    <w:p>
      <w:pPr>
        <w:jc w:val="both"/>
      </w:pPr>
      <w:r>
        <w:t>1. Thẻ Thẩm tra viên có chiều dài 86 mm, chiều rộng 54 mm, được sản xuất bằng chất liệu nhựa."</w:t>
      </w:r>
    </w:p>
    <w:p>
      <w:pPr>
        <w:jc w:val="both"/>
      </w:pPr>
      <w:r>
        <w:t>23. Khoản 3 Điều 83 sửa đổi, bổ sung như sau:</w:t>
      </w:r>
    </w:p>
    <w:p>
      <w:pPr>
        <w:jc w:val="both"/>
      </w:pPr>
      <w:r>
        <w:t>" Điều 83. Điều khoản chuyển tiếp</w:t>
      </w:r>
    </w:p>
    <w:p>
      <w:pPr>
        <w:jc w:val="both"/>
      </w:pPr>
      <w:r>
        <w:t>3. Kể từ ngày 07 tháng 5 năm 2020, nhân sự được xem xét bổ nhiệm lần đầu đối với chức vụ Vụ trưởng các vụ nghiệp vụ thuộc Tổng cục Thi hành án dân sự, ngoài việc đáp ứng các tiêu chuẩn chung theo quy định của pháp luật còn phải đáp ứng điều kiện đã từng đảm nhiệm chức vụ Cục trưởng hoặc Phó Cục trưởng Cục Thi hành án dân sự. Đơn vị đặc thù, có điều kiện tiêu chuẩn riêng, do cấp có thẩm quyền quyết định."</w:t>
      </w:r>
    </w:p>
    <w:p>
      <w:pPr>
        <w:jc w:val="both"/>
      </w:pPr>
      <w:r>
        <w:t>24. Sửa đổi, bổ sung Mẫu số 02/BNCB Phụ lục số 1 ban hành kèm theo Thông tư số 02/2017/TT-BTP ngày 23 tháng 3 năm 2017 của Bộ trưởng Bộ Tư pháp hướng dẫn một số nội dung quản lý công chức, viên chức, người lao động thuộc hệ thống tổ chức thi hành án dân sự ( ban hành kèm theo ).</w:t>
      </w:r>
    </w:p>
    <w:p>
      <w:pPr>
        <w:jc w:val="both"/>
      </w:pPr>
      <w:r>
        <w:rPr>
          <w:b/>
        </w:rPr>
        <w:t>Điều 2. Bỏ quy định tại điểm e khoản 2 Điều 7, khoản 6 Điều 43 của Thông tư số 02/2017/TT-BTP ngày 23 tháng 3 năm 2017 của Bộ trưởng Bộ Tư pháp hướng dẫn một số nội dung quản lý công chức, viên chức, người lao động thuộc hệ thống tổ chức thi hành án dân sự.</w:t>
      </w:r>
    </w:p>
    <w:p>
      <w:pPr>
        <w:jc w:val="both"/>
      </w:pPr>
      <w:r>
        <w:rPr>
          <w:b/>
        </w:rPr>
        <w:t>Điều 3. Điều khoản thi hành</w:t>
      </w:r>
    </w:p>
    <w:p>
      <w:pPr>
        <w:jc w:val="both"/>
      </w:pPr>
      <w:r>
        <w:t>1. Thông tư này có hiệu lực từ ngày 20 tháng 02 năm 2019.</w:t>
      </w:r>
    </w:p>
    <w:p>
      <w:pPr>
        <w:jc w:val="both"/>
      </w:pPr>
      <w:r>
        <w:t>2. Kể từ ngày Thông tư có hiệu lực thi hành, các trường hợp đang hoặc đã thực hiện quy trình bổ nhiệm, bổ nhiệm lại theo quy định của Thông tư số 02/2017/TT-BTP ngày 23 tháng 3 năm 2017 của Bộ trưởng Bộ Tư pháp hướng dẫn một số nội dung quản lý công chức, viên chức, người lao động thuộc hệ thống tổ chức thi hành án dân sự tiếp tục được thực hiện theo quy định của Thông tư số 02/2017/TT-BTP cho đến khi có quyết định bổ nhiệm, bổ nhiệm lại.</w:t>
      </w:r>
    </w:p>
    <w:p>
      <w:pPr>
        <w:jc w:val="both"/>
      </w:pPr>
      <w:r>
        <w:t>3. Thủ trưởng các đơn vị thuộc Bộ Tư pháp, Thủ trưởng các cơ quan thi hành án dân sự địa phương, Cục trưởng Cục Thi hành án Bộ Quốc phòng trong phạm vi nhiệm vụ, quyền hạn chịu trách nhiệm thực hiện Thông tư này./.</w:t>
      </w:r>
    </w:p>
    <w:p>
      <w:pPr>
        <w:jc w:val="both"/>
      </w:pPr>
      <w:r>
        <w:t>BỘ TRƯỞNG</w:t>
      </w:r>
    </w:p>
    <w:p>
      <w:pPr>
        <w:jc w:val="both"/>
      </w:pPr>
      <w:r>
        <w:t>Lê Thành Long</w:t>
      </w:r>
    </w:p>
    <w:p>
      <w:r>
        <w:rPr>
          <w:i/>
        </w:rPr>
        <w:t>Nguồn: Cơ sở dữ liệu quốc gia về văn bản pháp luật (Bộ Tư pháp). VietSmart Legal, legal.giangpham.asia/van-ban/150331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