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128/2020/NĐ-CP</w:t>
      </w:r>
    </w:p>
    <w:p>
      <w:pPr>
        <w:jc w:val="both"/>
      </w:pPr>
      <w:r>
        <w:t>Hà Nội, ngày 19 tháng 10 năm 2020</w:t>
      </w:r>
    </w:p>
    <w:p>
      <w:pPr>
        <w:jc w:val="center"/>
      </w:pPr>
      <w:r>
        <w:rPr>
          <w:b/>
        </w:rPr>
        <w:t>NGHỊ ĐỊNH</w:t>
      </w:r>
    </w:p>
    <w:p>
      <w:pPr>
        <w:jc w:val="both"/>
      </w:pPr>
      <w:r>
        <w:t>QUY ĐỊNH XỬ PHẠT VI PHẠM HÀNH CHÍNH TRONG LĨNH VỰC HẢI QUAN</w:t>
      </w:r>
    </w:p>
    <w:p>
      <w:pPr>
        <w:jc w:val="both"/>
      </w:pPr>
      <w:r>
        <w:t>Căn cứ Luật Tổ chức Chính phủ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w:t>
      </w:r>
    </w:p>
    <w:p>
      <w:pPr>
        <w:jc w:val="both"/>
      </w:pPr>
      <w:r>
        <w:t>Căn cứ Luật Hải quan ngày 23 tháng 6 năm 2014;</w:t>
      </w:r>
    </w:p>
    <w:p>
      <w:pPr>
        <w:jc w:val="both"/>
      </w:pPr>
      <w:r>
        <w:t>Căn cứ Luật Quản lý thuế ngày 13 tháng 6 năm 2019;</w:t>
      </w:r>
    </w:p>
    <w:p>
      <w:pPr>
        <w:jc w:val="both"/>
      </w:pPr>
      <w:r>
        <w:t>Theo đề nghị của Bộ trưởng Bộ Tài chính;</w:t>
      </w:r>
    </w:p>
    <w:p>
      <w:pPr>
        <w:jc w:val="both"/>
      </w:pPr>
      <w:r>
        <w:t>Chính phủ ban hành Nghị định quy định xử phạt vi phạm hành chính trong lĩnh vực hải quan.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hành vi vi phạm, hình thức xử phạt, mức xử phạt, biện pháp khắc phục hậu quả; thẩm quyền xử phạt; thủ tục xử phạt vi phạm hành chính; việc áp dụng các biện pháp ngăn chặn và bảo đảm việc xử phạt vi phạm hành chính trong lĩnh vực hải quan.</w:t>
      </w:r>
    </w:p>
    <w:p>
      <w:pPr>
        <w:jc w:val="both"/>
      </w:pPr>
      <w:r>
        <w:t>2. Vi phạm hành chính trong lĩnh vực hải quan quy định tại Nghị định này bao gồm:</w:t>
      </w:r>
    </w:p>
    <w:p>
      <w:pPr>
        <w:jc w:val="both"/>
      </w:pPr>
      <w:r>
        <w:t>a) Vi phạm các quy định của pháp luật về thủ tục hải quan;</w:t>
      </w:r>
    </w:p>
    <w:p>
      <w:pPr>
        <w:jc w:val="both"/>
      </w:pPr>
      <w:r>
        <w:t>b) Vi phạm các quy định của pháp luật về kiểm tra, giám sát, kiểm soát hải quan;</w:t>
      </w:r>
    </w:p>
    <w:p>
      <w:pPr>
        <w:jc w:val="both"/>
      </w:pPr>
      <w:r>
        <w:t>c) Vi phạm hành chính về quản lý thuế đối với hàng hóa xuất khẩu, nhập khẩu;</w:t>
      </w:r>
    </w:p>
    <w:p>
      <w:pPr>
        <w:jc w:val="both"/>
      </w:pPr>
      <w:r>
        <w:t>d) Vi phạm các quy định của pháp luật khác có liên quan đến hàng hóa xuất khẩu, nhập khẩu.</w:t>
      </w:r>
    </w:p>
    <w:p>
      <w:pPr>
        <w:jc w:val="both"/>
      </w:pPr>
      <w:r>
        <w:t>3. Đối với các hành vi vi phạm quy định của pháp luật về quản lý hàng hóa xuất khẩu, nhập khẩu, quá cảnh, phương tiện vận tải xuất cảnh, nhập cảnh, quá cảnh xảy ra trong lĩnh vực hải quan thì áp dụng quy định xử phạt vi phạm hành chính trong lĩnh vực hải quan.</w:t>
      </w:r>
    </w:p>
    <w:p>
      <w:pPr>
        <w:jc w:val="both"/>
      </w:pPr>
      <w:r>
        <w:t>4. Các hành vi vi phạm hành chính liên quan đến lĩnh vực hải quan không được quy định tại Nghị định này mà được quy định tại các văn bản pháp luật khác thì bị xử phạt vi phạm hành chính theo quy định tại các văn bản đó.</w:t>
      </w:r>
    </w:p>
    <w:p>
      <w:pPr>
        <w:jc w:val="both"/>
      </w:pPr>
      <w:r>
        <w:rPr>
          <w:b/>
        </w:rPr>
        <w:t>Điều 2. Đối tượng áp dụng</w:t>
      </w:r>
    </w:p>
    <w:p>
      <w:pPr>
        <w:jc w:val="both"/>
      </w:pPr>
      <w:r>
        <w:t>1. Tổ chức, cá nhân trong nước; tổ chức, cá nhân nước ngoài có hành vi vi phạm hành chính trong lĩnh vực hải quan trên lãnh thổ nước Cộng hòa xã hội chủ nghĩa Việt Nam, trừ trường hợp Điều ước quốc tế mà nước Cộng hòa xã hội chủ nghĩa Việt Nam là thành viên có quy định khác.</w:t>
      </w:r>
    </w:p>
    <w:p>
      <w:pPr>
        <w:jc w:val="both"/>
      </w:pPr>
      <w:r>
        <w:t>2. Người có thẩm quyền lập biên bản vi phạm hành chính, áp dụng các biện pháp ngăn chặn và bảo đảm xử phạt vi phạm hành chính, người có thẩm quyền xử phạt vi phạm hành chính theo quy định tại các Điều 27, 28, 29, 30, 31, 32 Nghị định này.</w:t>
      </w:r>
    </w:p>
    <w:p>
      <w:pPr>
        <w:jc w:val="both"/>
      </w:pPr>
      <w:r>
        <w:t>3. Cơ quan, tổ chức, cá nhân khác có liên quan đến việc xử phạt vi phạm hành chính quy định tại Nghị định này.</w:t>
      </w:r>
    </w:p>
    <w:p>
      <w:pPr>
        <w:jc w:val="both"/>
      </w:pPr>
      <w:r>
        <w:t>4. Tổ chức quy định tại khoản 1 Điều này gồm:</w:t>
      </w:r>
    </w:p>
    <w:p>
      <w:pPr>
        <w:jc w:val="both"/>
      </w:pPr>
      <w:r>
        <w:t>a) Doanh nghiệp, chi nhánh, văn phòng đại diện được thành lập và hoạt động theo pháp luật Việt Nam; chi nhánh, văn phòng đại diện của doanh nghiệp nước ngoài hoạt động tại Việt Nam;</w:t>
      </w:r>
    </w:p>
    <w:p>
      <w:pPr>
        <w:jc w:val="both"/>
      </w:pPr>
      <w:r>
        <w:t>b) Hợp tác xã, liên hiệp hợp tác xã, tổ hợp tác;</w:t>
      </w:r>
    </w:p>
    <w:p>
      <w:pPr>
        <w:jc w:val="both"/>
      </w:pPr>
      <w:r>
        <w:t>c) Tổ chức, đơn vị sự nghiệp công lập;</w:t>
      </w:r>
    </w:p>
    <w:p>
      <w:pPr>
        <w:jc w:val="both"/>
      </w:pPr>
      <w:r>
        <w:t>d) Tổ chức xã hội, tổ chức chính trị - xã hội, tổ chức xã hội - nghề nghiệp;</w:t>
      </w:r>
    </w:p>
    <w:p>
      <w:pPr>
        <w:jc w:val="both"/>
      </w:pPr>
      <w:r>
        <w:t>đ) Cơ quan nhà nước có hành vi vi phạm mà hành vi đó không thuộc nhiệm vụ quản lý nhà nước được giao;</w:t>
      </w:r>
    </w:p>
    <w:p>
      <w:pPr>
        <w:jc w:val="both"/>
      </w:pPr>
      <w:r>
        <w:t>e) Các tổ chức khác theo quy định của pháp luật.</w:t>
      </w:r>
    </w:p>
    <w:p>
      <w:pPr>
        <w:jc w:val="both"/>
      </w:pPr>
      <w:r>
        <w:rPr>
          <w:b/>
        </w:rPr>
        <w:t>Điều 3. Tình tiết giảm nhẹ</w:t>
      </w:r>
    </w:p>
    <w:p>
      <w:pPr>
        <w:jc w:val="both"/>
      </w:pPr>
      <w:r>
        <w:t>1. Các tình tiết giảm nhẹ quy định tại Điều 9 Luật Xử lý vi phạm hành chính năm 2012.</w:t>
      </w:r>
    </w:p>
    <w:p>
      <w:pPr>
        <w:jc w:val="both"/>
      </w:pPr>
      <w:r>
        <w:t>2. Tang vật vi phạm có trị giá không quá 50% mức tiền phạt tối thiểu của khung tiền phạt đối với hành vi vi phạm.</w:t>
      </w:r>
    </w:p>
    <w:p>
      <w:pPr>
        <w:jc w:val="both"/>
      </w:pPr>
      <w:r>
        <w:rPr>
          <w:b/>
        </w:rPr>
        <w:t>Điều 4. Thời hiệu xử phạt vi phạm hành chính trong lĩnh vực hải quan</w:t>
      </w:r>
    </w:p>
    <w:p>
      <w:pPr>
        <w:jc w:val="both"/>
      </w:pPr>
      <w:r>
        <w:t>1. Thời hiệu xử phạt vi phạm hành chính về quản lý thuế:</w:t>
      </w:r>
    </w:p>
    <w:p>
      <w:pPr>
        <w:jc w:val="both"/>
      </w:pPr>
      <w:r>
        <w:t>a) Đối với vi phạm hành chính là hành vi trốn thuế chưa đến mức truy cứu trách nhiệm hình sự, hành vi khai sai dẫn đến thiếu số tiền thuế phải nộp hoặc tăng số tiền thuế được miễn, giảm, hoàn, không thu thì thời hiệu xử phạt là 05 năm, kể từ ngày thực hiện hành vi vi phạm;</w:t>
      </w:r>
    </w:p>
    <w:p>
      <w:pPr>
        <w:jc w:val="both"/>
      </w:pPr>
      <w:r>
        <w:t>b) Quá thời hiệu xử phạt vi phạm hành chính về quản lý thuế thì người nộp thuế không bị xử phạt nhưng vẫn phải nộp đủ số tiền thuế thiếu, số tiền thuế được miễn, giảm, hoàn, không thu không đúng hoặc số tiền thuế trốn, số tiền chậm nộp vào ngân sách nhà nước trong thời hạn mười năm trở về trước, kể từ ngày phát hiện hành vi vi phạm hành chính về quản lý thuế.</w:t>
      </w:r>
    </w:p>
    <w:p>
      <w:pPr>
        <w:jc w:val="both"/>
      </w:pPr>
      <w:r>
        <w:t>2. Thời hiệu xử phạt đối với các hành vi vi phạm khác trong lĩnh vực hải quan thực hiện theo quy định tại Điều 6 Luật Xử lý vi phạm hành chính năm 2012, trừ trường hợp quy định tại khoản 1 Điều này.</w:t>
      </w:r>
    </w:p>
    <w:p>
      <w:pPr>
        <w:jc w:val="both"/>
      </w:pPr>
      <w:r>
        <w:t>3. Trường hợp xử phạt vi phạm hành chính do cơ quan tiến hành tố tụng chuyển đến theo quy định tại Điều 63 Luật Xử lý vi phạm hành chính năm 2012 thì thời hiệu được áp dụng theo quy định tại điểm a khoản 1, khoản 2 Điều này.</w:t>
      </w:r>
    </w:p>
    <w:p>
      <w:pPr>
        <w:jc w:val="both"/>
      </w:pPr>
      <w:r>
        <w:t>Thời gian cơ quan tiến hành tố tụng thụ lý, xem xét được tính vào thời hiệu xử phạt vi phạm hành chính.</w:t>
      </w:r>
    </w:p>
    <w:p>
      <w:pPr>
        <w:jc w:val="both"/>
      </w:pPr>
      <w:r>
        <w:t>4. Trong thời hạn được quy định tại khoản 1, khoản 2 Điều này mà cá nhân, tổ chức cố tình trốn tránh, cản trở việc xử phạt thì thời hiệu xử phạt vi phạm hành chính được tính lại kể từ thời điểm chấm dứt hành vi trốn tránh, cản trở việc xử phạt.</w:t>
      </w:r>
    </w:p>
    <w:p>
      <w:pPr>
        <w:jc w:val="both"/>
      </w:pPr>
      <w:r>
        <w:rPr>
          <w:b/>
        </w:rPr>
        <w:t>Điều 5. Hình thức xử phạt, biện pháp khắc phục hậu quả</w:t>
      </w:r>
    </w:p>
    <w:p>
      <w:pPr>
        <w:jc w:val="both"/>
      </w:pPr>
      <w:r>
        <w:t>1. Đối với mỗi hành vi vi phạm hành chính trong lĩnh vực hải quan, tổ chức, cá nhân bị áp dụng một trong các hình thức xử phạt chính là cảnh cáo hoặc phạt tiền.</w:t>
      </w:r>
    </w:p>
    <w:p>
      <w:pPr>
        <w:jc w:val="both"/>
      </w:pPr>
      <w:r>
        <w:t>2. Cảnh cáo áp dụng đối với cá nhân từ đủ 14 tuổi đến dưới 16 tuổi có hành vi vi phạm quy định tại Nghị định này.</w:t>
      </w:r>
    </w:p>
    <w:p>
      <w:pPr>
        <w:jc w:val="both"/>
      </w:pPr>
      <w:r>
        <w:t>3. Mức phạt tiền đối với cá nhân, tổ chức:</w:t>
      </w:r>
    </w:p>
    <w:p>
      <w:pPr>
        <w:jc w:val="both"/>
      </w:pPr>
      <w:r>
        <w:t>a) Mức phạt tiền quy định tại Chương II Nghị định này là mức phạt tiền đối với tổ chức, mức phạt tiền đối với cá nhân bằng ½ mức phạt tiền đối với tổ chức, trừ trường hợp quy định tại điểm b, điểm c khoản này;</w:t>
      </w:r>
    </w:p>
    <w:p>
      <w:pPr>
        <w:jc w:val="both"/>
      </w:pPr>
      <w:r>
        <w:t>b) Mức phạt tiền đối với hành vi vi phạm quy định tại Điều 10 Nghị định này là mức phạt tiền đối với cá nhân;</w:t>
      </w:r>
    </w:p>
    <w:p>
      <w:pPr>
        <w:jc w:val="both"/>
      </w:pPr>
      <w:r>
        <w:t>c) Mức phạt tiền đối với hành vi vi phạm hành chính về quản lý thuế quy định tại các Điều 9, 14 Nghị định này là mức phạt tiền được áp dụng đối với cả cá nhân và tổ chức;</w:t>
      </w:r>
    </w:p>
    <w:p>
      <w:pPr>
        <w:jc w:val="both"/>
      </w:pPr>
      <w:r>
        <w:t>d) Hộ kinh doanh, hộ gia đình thực hiện hành vi vi phạm hành chính quy định tại Nghị định này bị xử phạt vi phạm như đối với cá nhân.</w:t>
      </w:r>
    </w:p>
    <w:p>
      <w:pPr>
        <w:jc w:val="both"/>
      </w:pPr>
      <w:r>
        <w:t>4. Hình thức xử phạt bổ sung:</w:t>
      </w:r>
    </w:p>
    <w:p>
      <w:pPr>
        <w:jc w:val="both"/>
      </w:pPr>
      <w:r>
        <w:t>Tịch thu tang vật vi phạm hành chính.</w:t>
      </w:r>
    </w:p>
    <w:p>
      <w:pPr>
        <w:jc w:val="both"/>
      </w:pPr>
      <w:r>
        <w:t>5. Biện pháp khắc phục hậu quả.</w:t>
      </w:r>
    </w:p>
    <w:p>
      <w:pPr>
        <w:jc w:val="both"/>
      </w:pPr>
      <w:r>
        <w:t>Cá nhân, tổ chức vi phạm hành chính còn có thể bị áp dụng một hoặc nhiều biện pháp khắc phục hậu quả sau đây:</w:t>
      </w:r>
    </w:p>
    <w:p>
      <w:pPr>
        <w:jc w:val="both"/>
      </w:pPr>
      <w:r>
        <w:t>a) Buộc đưa ra khỏi lãnh thổ nước Cộng hòa xã hội chủ nghĩa Việt Nam hoặc buộc tái xuất đối với tang vật, phương tiện vi phạm hành chính;</w:t>
      </w:r>
    </w:p>
    <w:p>
      <w:pPr>
        <w:jc w:val="both"/>
      </w:pPr>
      <w:r>
        <w:t>b) Buộc đưa ra khỏi lãnh thổ nước Cộng hòa xã hội chủ nghĩa Việt Nam hoặc buộc tái xuất tại cửa khẩu nhập đối với tang vật, phương tiện vi phạm hành chính;</w:t>
      </w:r>
    </w:p>
    <w:p>
      <w:pPr>
        <w:jc w:val="both"/>
      </w:pPr>
      <w:r>
        <w:t>c) Buộc thực hiện việc vận chuyển hàng hóa quá cảnh, chuyển cảng, chuyển khẩu, chuyển cửa khẩu, hàng kinh doanh tạm nhập, tái xuất đúng cửa khẩu, tuyến đường quy định;</w:t>
      </w:r>
    </w:p>
    <w:p>
      <w:pPr>
        <w:jc w:val="both"/>
      </w:pPr>
      <w:r>
        <w:t>d) Buộc loại bỏ bao bì, nhãn hàng hóa đã thay đổi do hành vi vi phạm; buộc loại bỏ yếu tố vi phạm trên nhãn hàng hóa trước khi đưa hàng hóa ra khỏi lãnh thổ nước Cộng hòa xã hội chủ nghĩa Việt Nam;</w:t>
      </w:r>
    </w:p>
    <w:p>
      <w:pPr>
        <w:jc w:val="both"/>
      </w:pPr>
      <w:r>
        <w:t>đ) Buộc tiêu hủy hàng hóa, vật phẩm gây hại cho sức khỏe con người, vật nuôi, cây trồng và môi trường, văn hóa phẩm có nội dung độc hại;</w:t>
      </w:r>
    </w:p>
    <w:p>
      <w:pPr>
        <w:jc w:val="both"/>
      </w:pPr>
      <w:r>
        <w:t>e) Buộc nộp lại số tiền bằng trị giá tang vật đã bị tiêu thụ, tẩu tán, tiêu hủy trái quy định của pháp luật;</w:t>
      </w:r>
    </w:p>
    <w:p>
      <w:pPr>
        <w:jc w:val="both"/>
      </w:pPr>
      <w:r>
        <w:t>g) Buộc nộp đủ số tiền thuế trốn, số tiền thuế thiếu;</w:t>
      </w:r>
    </w:p>
    <w:p>
      <w:pPr>
        <w:jc w:val="both"/>
      </w:pPr>
      <w:r>
        <w:t>h) Buộc nộp đủ số tiền thuế đã được miễn, giảm, hoàn, không thu không đúng;</w:t>
      </w:r>
    </w:p>
    <w:p>
      <w:pPr>
        <w:jc w:val="both"/>
      </w:pPr>
      <w:r>
        <w:t>i) Buộc dán tem “Vietnam duty not paid” theo quy định.</w:t>
      </w:r>
    </w:p>
    <w:p>
      <w:pPr>
        <w:jc w:val="both"/>
      </w:pPr>
      <w:r>
        <w:rPr>
          <w:b/>
        </w:rPr>
        <w:t>Điều 6. Những trường hợp không xử phạt vi phạm hành chính trong lĩnh vực hải quan</w:t>
      </w:r>
    </w:p>
    <w:p>
      <w:pPr>
        <w:jc w:val="both"/>
      </w:pPr>
      <w:r>
        <w:t>1. Các trường hợp không xử phạt theo quy định tại Điều 11 Luật Xử lý vi phạm hành chính năm 2012.</w:t>
      </w:r>
    </w:p>
    <w:p>
      <w:pPr>
        <w:jc w:val="both"/>
      </w:pPr>
      <w:r>
        <w:t>Hàng hóa, phương tiện vận tải được đưa vào lãnh thổ nước Cộng hòa xã hội chủ nghĩa Việt Nam do sự kiện bất ngờ, sự kiện bất khả kháng thì phải thông báo với cơ quan hải quan hoặc cơ quan có thẩm quyền khác theo quy định của pháp luật; hàng hóa, phương tiện vận tải đó phải được đưa ra khỏi lãnh thổ nước Cộng hòa xã hội chủ nghĩa Việt Nam sau khi các yếu tố nêu trên được khắc phục.</w:t>
      </w:r>
    </w:p>
    <w:p>
      <w:pPr>
        <w:jc w:val="both"/>
      </w:pPr>
      <w:r>
        <w:t>2. Các trường hợp được khai bổ sung hồ sơ hải quan trong thời hạn theo quy định tại khoản 4 Điều 29 Luật Hải quan năm 2014 không bị xử phạt vi phạm hành chính.</w:t>
      </w:r>
    </w:p>
    <w:p>
      <w:pPr>
        <w:jc w:val="both"/>
      </w:pPr>
      <w:r>
        <w:t>3. Các trường hợp người khai hải quan thực hiện theo văn bản hướng dẫn, quyết định xử lý của cơ quan có thẩm quyền liên quan đến nội dung xác định nghĩa vụ thuế theo quy định tại khoản 11 Điều 16 Luật Quản lý thuế.</w:t>
      </w:r>
    </w:p>
    <w:p>
      <w:pPr>
        <w:jc w:val="both"/>
      </w:pPr>
      <w:r>
        <w:t>4. Trường hợp hàng hoá gửi vào Việt Nam không phù hợp với hợp đồng theo quy định tại Điều 39 Luật Thương mại năm 2005 (trừ hàng hóa cấm nhập khẩu, tạm ngừng nhập khẩu, hàng giả, phế liệu không thuộc Danh mục được phép nhập khẩu làm nguyên liệu sản xuất) nhưng đã được người gửi hàng, người vận tải, người nhận hàng hoặc người đại diện hợp pháp của người gửi hàng, người vận tải, người nhận hàng thông báo bằng văn bản (nêu rõ lý do) kèm theo các chứng từ liên quan tới Chi cục trưởng Chi cục Hải quan nơi lưu giữ hàng hóa khi chưa đăng ký tờ khai hải quan.</w:t>
      </w:r>
    </w:p>
    <w:p>
      <w:pPr>
        <w:jc w:val="center"/>
      </w:pPr>
      <w:r>
        <w:rPr>
          <w:b/>
        </w:rPr>
        <w:t>Chương II</w:t>
      </w:r>
    </w:p>
    <w:p>
      <w:pPr>
        <w:jc w:val="both"/>
      </w:pPr>
      <w:r>
        <w:t>HÀNH VI VI PHẠM HÀNH CHÍNH, HÌNH THỨC XỬ PHẠT, BIỆN PHÁP KHẮC PHỤC HẬU QUẢ, BIỆN PHÁP NGĂN CHẶN VI PHẠM HÀNH CHÍNH VÀ BẢO ĐẢM VIỆC XỬ PHẠT VI PHẠM HÀNH CHÍNH; THẨM QUYỀN, THỦ TỤC XỬ PHẠT VI PHẠM HÀNH CHÍNH</w:t>
      </w:r>
    </w:p>
    <w:p>
      <w:pPr>
        <w:jc w:val="both"/>
      </w:pPr>
      <w:r>
        <w:rPr>
          <w:b/>
        </w:rPr>
        <w:t>Điều 7. Vi phạm quy định về thời hạn làm thủ tục hải quan, nộp hồ sơ thuế</w:t>
      </w:r>
    </w:p>
    <w:p>
      <w:pPr>
        <w:jc w:val="both"/>
      </w:pPr>
      <w:r>
        <w:t>1. Phạt tiền từ 500.000 đồng đến 1.000.000 đồng đối với hành vi không thực hiện đúng thời hạn quy định thuộc một trong các trường hợp sau:</w:t>
      </w:r>
    </w:p>
    <w:p>
      <w:pPr>
        <w:jc w:val="both"/>
      </w:pPr>
      <w:r>
        <w:t>a) Khai, nộp, xuất trình, cung cấp thông tin hồ sơ hải quan, trừ vi phạm quy định tại các khoản 3, 4, 5, 6 Điều này và điểm b khoản 3 Điều 11 Nghị định này;</w:t>
      </w:r>
    </w:p>
    <w:p>
      <w:pPr>
        <w:jc w:val="both"/>
      </w:pPr>
      <w:r>
        <w:t>b) Khai sửa đổi, bổ sung khi có sự thay đổi thông tin số hiệu container hàng hóa xuất khẩu, nhập khẩu, cảng xếp hàng, cửa khẩu xuất hàng, phương tiện vận chuyển hàng hóa xuất khẩu;</w:t>
      </w:r>
    </w:p>
    <w:p>
      <w:pPr>
        <w:jc w:val="both"/>
      </w:pPr>
      <w:r>
        <w:t>c) Tái xuất phương tiện vận tải của cá nhân, tổ chức qua lại khu vực cửa khẩu để giao, nhận hàng hóa;</w:t>
      </w:r>
    </w:p>
    <w:p>
      <w:pPr>
        <w:jc w:val="both"/>
      </w:pPr>
      <w:r>
        <w:t>d) Khai bổ sung về trị giá hải quan quá thời hạn quy định đối với trường hợp hàng hóa xuất khẩu, nhập khẩu chưa có giá chính thức, hàng hóa có khoản thực thanh toán, hàng hóa có các khoản điều chỉnh cộng vào trị giá hải quan chưa xác định được tại thời điểm đăng ký tờ khai hải quan.</w:t>
      </w:r>
    </w:p>
    <w:p>
      <w:pPr>
        <w:jc w:val="both"/>
      </w:pPr>
      <w:r>
        <w:t>2. Phạt tiền từ 1.000.000 đồng đến 2.000.000 đồng đối với hành vi không thực hiện đúng thời hạn quy định thuộc một trong các trường hợp sau:</w:t>
      </w:r>
    </w:p>
    <w:p>
      <w:pPr>
        <w:jc w:val="both"/>
      </w:pPr>
      <w:r>
        <w:t>a) Cung cấp báo cáo kiểm toán, báo cáo tài chính của doanh nghiệp được áp dụng chế độ ưu tiên;</w:t>
      </w:r>
    </w:p>
    <w:p>
      <w:pPr>
        <w:jc w:val="both"/>
      </w:pPr>
      <w:r>
        <w:t>b) Thông báo cho cơ quan hải quan quyết định xử lý vi phạm pháp luật về quản lý thuế, kế toán đối với doanh nghiệp được áp dụng chế độ ưu tiên;</w:t>
      </w:r>
    </w:p>
    <w:p>
      <w:pPr>
        <w:jc w:val="both"/>
      </w:pPr>
      <w:r>
        <w:t>c) Báo cáo về lượng hàng hóa nhập khẩu phục vụ xây dựng nhà xưởng, hàng hóa gửi kho bên ngoài của doanh nghiệp chế xuất;</w:t>
      </w:r>
    </w:p>
    <w:p>
      <w:pPr>
        <w:jc w:val="both"/>
      </w:pPr>
      <w:r>
        <w:t>d) Báo cáo về lượng hàng hóa trung chuyển đưa vào, đưa ra, còn lưu tại cảng;</w:t>
      </w:r>
    </w:p>
    <w:p>
      <w:pPr>
        <w:jc w:val="both"/>
      </w:pPr>
      <w:r>
        <w:t>đ) Báo cáo thống kê thông quan hàng bưu chính đưa vào Việt Nam để chuyển tiếp đi quốc tế.</w:t>
      </w:r>
    </w:p>
    <w:p>
      <w:pPr>
        <w:jc w:val="both"/>
      </w:pPr>
      <w:r>
        <w:t>3. Phạt tiền từ 2.000.000 đồng đến 5.000.000 đồng đối với một trong các hành vi sau:</w:t>
      </w:r>
    </w:p>
    <w:p>
      <w:pPr>
        <w:jc w:val="both"/>
      </w:pPr>
      <w:r>
        <w:t>a) Nộp tờ khai hải quan khi chưa có hàng hóa xuất khẩu tập kết tại địa điểm đã thông báo với cơ quan hải quan;</w:t>
      </w:r>
    </w:p>
    <w:p>
      <w:pPr>
        <w:jc w:val="both"/>
      </w:pPr>
      <w:r>
        <w:t>b) Không nộp báo cáo quyết toán, báo cáo tình hình sử dụng hàng hóa miễn thuế đúng thời hạn quy định;</w:t>
      </w:r>
    </w:p>
    <w:p>
      <w:pPr>
        <w:jc w:val="both"/>
      </w:pPr>
      <w:r>
        <w:t>c) Nộp hồ sơ đề nghị áp dụng mức thuế suất 0% đối với linh kiện nhập khẩu theo Chương trình ưu đãi thuế để sản xuất, lắp ráp ô tô hoặc Chương trình ưu đãi thuế công nghiệp hỗ trợ ô tô không đúng thời hạn quy định;</w:t>
      </w:r>
    </w:p>
    <w:p>
      <w:pPr>
        <w:jc w:val="both"/>
      </w:pPr>
      <w:r>
        <w:t>d) Không xử lý đúng thời hạn quy định đối với nguyên liệu, vật tư dư thừa, phế liệu, phế phẩm, máy móc, thiết bị thuê, mượn và sản phẩm gia công khi hợp đồng gia công kết thúc hoặc hết hiệu lực;</w:t>
      </w:r>
    </w:p>
    <w:p>
      <w:pPr>
        <w:jc w:val="both"/>
      </w:pPr>
      <w:r>
        <w:t>đ) Thông báo bổ sung thông tin không đúng thời hạn quy định khi có sự thay đổi cơ sở gia công, sản xuất hàng hóa xuất khẩu; nơi lưu giữ nguyên liệu, vật tư, máy móc, thiết bị, sản phẩm xuất khẩu;</w:t>
      </w:r>
    </w:p>
    <w:p>
      <w:pPr>
        <w:jc w:val="both"/>
      </w:pPr>
      <w:r>
        <w:t>e) Thông báo hợp đồng gia công lại, phụ lục hợp đồng gia công lại không đúng thời hạn quy định;</w:t>
      </w:r>
    </w:p>
    <w:p>
      <w:pPr>
        <w:jc w:val="both"/>
      </w:pPr>
      <w:r>
        <w:t>g) Không tái xuất, tái nhập hàng hóa đúng thời hạn quy định hoặc thời gian đã đăng ký với cơ quan hải quan, trừ vi phạm quy định tại điểm a khoản 4 Điều này;</w:t>
      </w:r>
    </w:p>
    <w:p>
      <w:pPr>
        <w:jc w:val="both"/>
      </w:pPr>
      <w:r>
        <w:t>h) Thông báo định mức thực tế của lượng sản phẩm đã sản xuất không đúng thời hạn quy định.</w:t>
      </w:r>
    </w:p>
    <w:p>
      <w:pPr>
        <w:jc w:val="both"/>
      </w:pPr>
      <w:r>
        <w:t>4. Phạt tiền từ 5.000.000 đồng đến 10.000.000 đồng đối với một trong các hành vi sau:</w:t>
      </w:r>
    </w:p>
    <w:p>
      <w:pPr>
        <w:jc w:val="both"/>
      </w:pPr>
      <w:r>
        <w:t>a) Không tái xuất hàng kinh doanh tạm nhập, tái xuất đúng thời hạn quy định;</w:t>
      </w:r>
    </w:p>
    <w:p>
      <w:pPr>
        <w:jc w:val="both"/>
      </w:pPr>
      <w:r>
        <w:t>b) Lưu giữ hàng hóa quá cảnh, hàng hóa trung chuyển trên lãnh thổ nước Cộng hòa xã hội chủ nghĩa Việt Nam quá thời hạn quy định;</w:t>
      </w:r>
    </w:p>
    <w:p>
      <w:pPr>
        <w:jc w:val="both"/>
      </w:pPr>
      <w:r>
        <w:t>c) Khai báo và làm thủ tục sau khi chuyển tiêu thụ nội địa hoặc thay đổi mục đích sử dụng hàng hóa thuộc đối tượng không chịu thuế, miễn thuế, xét miễn thuế, hoàn thuế, không thu thuế, hàng áp dụng thuế suất theo hạn ngạch thuế quan nhưng trước thời điểm quyết định kiểm tra, thanh tra.</w:t>
      </w:r>
    </w:p>
    <w:p>
      <w:pPr>
        <w:jc w:val="both"/>
      </w:pPr>
      <w:r>
        <w:t>5. Không tái xuất, tái nhập phương tiện vận tải tạm nhập, tạm xuất đúng thời hạn quy định (trừ các trường hợp xử phạt theo quy định tại khoản 6 Điều này, trường hợp phương tiện vận tải của cá nhân, tổ chức qua lại khu vực cửa khẩu để giao nhận hàng hóa) thì bị xử phạt như sau:</w:t>
      </w:r>
    </w:p>
    <w:p>
      <w:pPr>
        <w:jc w:val="both"/>
      </w:pPr>
      <w:r>
        <w:t>a) Phạt tiền từ 5.000.000 đồng đến 10.000.000 đồng trong trường hợp quá thời hạn tái xuất, tái nhập dưới 30 ngày;</w:t>
      </w:r>
    </w:p>
    <w:p>
      <w:pPr>
        <w:jc w:val="both"/>
      </w:pPr>
      <w:r>
        <w:t>b) Phạt tiền từ 10.000.000 đồng đến 20.000.000 đồng trong trường hợp quá thời hạn tái xuất, tái nhập từ 30 ngày trở lên.</w:t>
      </w:r>
    </w:p>
    <w:p>
      <w:pPr>
        <w:jc w:val="both"/>
      </w:pPr>
      <w:r>
        <w:t>6. Không tái xuất phương tiện vận tải tạm nhập là ô tô chở người dưới 24 chỗ ngồi (được xác định căn cứ giấy đăng ký lưu hành phương tiện hoặc thực tế kiểm tra phương tiện) đúng thời hạn quy định, trừ trường hợp xử phạt theo điểm c khoản 1 Điều này thì bị xử phạt như sau:</w:t>
      </w:r>
    </w:p>
    <w:p>
      <w:pPr>
        <w:jc w:val="both"/>
      </w:pPr>
      <w:r>
        <w:t>a) Phạt tiền từ 10.000.000 đồng đến 20.000.000 đồng trong trường hợp quá thời hạn tái xuất dưới 30 ngày;</w:t>
      </w:r>
    </w:p>
    <w:p>
      <w:pPr>
        <w:jc w:val="both"/>
      </w:pPr>
      <w:r>
        <w:t>b) Phạt tiền từ 20.000.000 đồng đến 50.000.000 đồng trong trường hợp quá thời hạn tái xuất từ 30 ngày trở lên.</w:t>
      </w:r>
    </w:p>
    <w:p>
      <w:pPr>
        <w:jc w:val="both"/>
      </w:pPr>
      <w:r>
        <w:t>7. Áp dụng các biện pháp khắc phục hậu quả:</w:t>
      </w:r>
    </w:p>
    <w:p>
      <w:pPr>
        <w:jc w:val="both"/>
      </w:pPr>
      <w:r>
        <w:t>a) Buộc đưa ra khỏi lãnh thổ nước Cộng hòa xã hội chủ nghĩa Việt Nam hoặc buộc tái xuất tang vật vi phạm hành chính là hàng hóa tạm nhập trong thời hạn thi hành quyết định xử phạt đối với hành vi vi phạm quy định tại điểm g khoản 3; điểm a khoản 4 Điều này; trừ các trường hợp được phép tiêu thụ hàng hóa tại Việt Nam theo quy định của pháp luật quản lý ngoại thương và quy định khác của pháp luật có liên quan, trường hợp được gia hạn, kéo dài thời hạn tạm nhập tái xuất theo quy định của pháp luật quản lý ngoại thương, pháp luật hải quan;</w:t>
      </w:r>
    </w:p>
    <w:p>
      <w:pPr>
        <w:jc w:val="both"/>
      </w:pPr>
      <w:r>
        <w:t>b) Buộc đưa ra khỏi lãnh thổ nước Cộng hòa xã hội chủ nghĩa Việt Nam hoặc buộc tái xuất phương tiện vi phạm hành chính tạm nhập trong thời hạn thi hành quyết định xử phạt đối với hành vi vi phạm quy định tại điểm c khoản 1, khoản 5, khoản 6 Điều này;</w:t>
      </w:r>
    </w:p>
    <w:p>
      <w:pPr>
        <w:jc w:val="both"/>
      </w:pPr>
      <w:r>
        <w:t>c) Buộc đưa ra khỏi lãnh thổ nước Cộng hòa xã hội chủ nghĩa Việt Nam tang vật vi phạm hành chính là hàng hóa quá cảnh, trung chuyển trong thời hạn thi hành quyết định xử phạt đối với hành vi vi phạm quy định tại điểm b khoản 4 Điều này.</w:t>
      </w:r>
    </w:p>
    <w:p>
      <w:pPr>
        <w:jc w:val="both"/>
      </w:pPr>
      <w:r>
        <w:rPr>
          <w:b/>
        </w:rPr>
        <w:t>Điều 8. Vi phạm quy định về khai hải quan</w:t>
      </w:r>
    </w:p>
    <w:p>
      <w:pPr>
        <w:jc w:val="both"/>
      </w:pPr>
      <w:r>
        <w:t>1. Phạt tiền từ 1.000.000 đồng đến 2.000.000 đồng đối với một trong các hành vi vi phạm sau:</w:t>
      </w:r>
    </w:p>
    <w:p>
      <w:pPr>
        <w:jc w:val="both"/>
      </w:pPr>
      <w:r>
        <w:t>a) Khai sai so với thực tế về lượng (tang vật có trị giá trên 10.000.000 đồng), tên hàng, chủng loại, xuất xứ hàng hóa là hàng viện trợ nhân đạo, viện trợ không hoàn lại đã được cấp có thẩm quyền phê duyệt;</w:t>
      </w:r>
    </w:p>
    <w:p>
      <w:pPr>
        <w:jc w:val="both"/>
      </w:pPr>
      <w:r>
        <w:t>b) Khai sai so với thực tế về lượng (tang vật có trị giá trên 10.000.000 đồng), tên hàng, chủng loại, chất lượng, trị giá hải quan, xuất xứ, mã số hàng hóa nhập khẩu thuộc đối tượng chịu thuế nhưng không làm ảnh hưởng đến số thuế phải nộp; trừ trường hợp quy định tại điểm a khoản 1, khoản 2 Điều này;</w:t>
      </w:r>
    </w:p>
    <w:p>
      <w:pPr>
        <w:jc w:val="both"/>
      </w:pPr>
      <w:r>
        <w:t>c) Không khai trên tờ khai hải quan mối quan hệ đặc biệt giữa người mua và người bán theo quy định của pháp luật hải quan mà không ảnh hưởng đến trị giá hải quan.</w:t>
      </w:r>
    </w:p>
    <w:p>
      <w:pPr>
        <w:jc w:val="both"/>
      </w:pPr>
      <w:r>
        <w:t>2. Phạt tiền từ 2.000.000 đồng đến 4.000.000 đồng đối với hành vi khai sai so với thực tế về lượng (tang vật có trị giá trên 10.000.000 đồng), tên hàng, chủng loại, chất lượng, trị giá hải quan, xuất xứ hàng hóa và thuộc một trong các trường hợp sau:</w:t>
      </w:r>
    </w:p>
    <w:p>
      <w:pPr>
        <w:jc w:val="both"/>
      </w:pPr>
      <w:r>
        <w:t>a) Hàng hóa quá cảnh, chuyển khẩu, hàng hóa trung chuyển;</w:t>
      </w:r>
    </w:p>
    <w:p>
      <w:pPr>
        <w:jc w:val="both"/>
      </w:pPr>
      <w:r>
        <w:t>b) Hàng hóa sử dụng, tiêu hủy trong khu phi thuế quan.</w:t>
      </w:r>
    </w:p>
    <w:p>
      <w:pPr>
        <w:jc w:val="both"/>
      </w:pPr>
      <w:r>
        <w:t>3. Phạt tiền từ 3.000.000 đồng đến 5.000.000 đồng đối với hành vi khai sai so với thực tế về lượng (tang vật có trị giá trên 10.000.000 đồng), tên hàng, chủng loại, chất lượng, trị giá hải quan, xuất xứ hàng hóa xuất khẩu, nhập khẩu thuộc đối tượng miễn thuế, đối tượng không chịu thuế theo quy định của pháp luật, trừ trường hợp quy định tại điểm a khoản 1 và điểm d khoản 4 Điều này.</w:t>
      </w:r>
    </w:p>
    <w:p>
      <w:pPr>
        <w:jc w:val="both"/>
      </w:pPr>
      <w:r>
        <w:t>4. Phạt tiền từ 5.000.000 đồng đến 10.000.000 đồng đối với một trong các hành vi vi phạm sau đây:</w:t>
      </w:r>
    </w:p>
    <w:p>
      <w:pPr>
        <w:jc w:val="both"/>
      </w:pPr>
      <w:r>
        <w:t>a) Khai sai số lượng vận đơn chủ, vận đơn thứ cấp trên bản khai hàng hóa của hồ sơ phương tiện vận tải xuất cảnh, nhập cảnh, quá cảnh;</w:t>
      </w:r>
    </w:p>
    <w:p>
      <w:pPr>
        <w:jc w:val="both"/>
      </w:pPr>
      <w:r>
        <w:t>b) Khai sai số lượng hành khách trên danh sách hành khách của hồ sơ phương tiện vận tải xuất cảnh, nhập cảnh, quá cảnh;</w:t>
      </w:r>
    </w:p>
    <w:p>
      <w:pPr>
        <w:jc w:val="both"/>
      </w:pPr>
      <w:r>
        <w:t>c) Khai sai số lượng kiện hành lý trên bản khai hành lý của hồ sơ phương tiện vận tải xuất cảnh, nhập cảnh, quá cảnh;</w:t>
      </w:r>
    </w:p>
    <w:p>
      <w:pPr>
        <w:jc w:val="both"/>
      </w:pPr>
      <w:r>
        <w:t>d) Khai sai so với thực tế về lượng (tang vật có trị giá trên 10.000.000 đồng), tên hàng, chủng loại, xuất xứ hàng hóa đưa vào kho ngoại quan, kho bảo thuế; hàng hóa từ kho ngoại quan, kho bảo thuế đưa ra nước ngoài.</w:t>
      </w:r>
    </w:p>
    <w:p>
      <w:pPr>
        <w:jc w:val="both"/>
      </w:pPr>
      <w:r>
        <w:t>5. Phạt tiền từ 20.000.000 đồng đến 40.000.000 đồng đối với hành vi đã làm thủ tục hải quan nhưng không xuất khẩu, xuất khẩu thiếu so với khai hải quan về lượng (tang vật có trị giá trên 10.000.000 đồng), tên hàng, trị giá hải quan đối với hàng hóa xuất khẩu; trừ hàng hóa xuất khẩu là sản phẩm gia công, sản phẩm sản xuất xuất khẩu, sản phẩm xuất khẩu ra nước ngoài của doanh nghiệp chế xuất, hàng kinh doanh tạm nhập, tái xuất.</w:t>
      </w:r>
    </w:p>
    <w:p>
      <w:pPr>
        <w:jc w:val="both"/>
      </w:pPr>
      <w:r>
        <w:t>Quy định này không áp dụng cho các trường hợp tờ khai hải quan không có giá trị làm thủ tục hải quan theo quy định tại khoản 2 Điều 25 Luật Hải quan năm 2014.</w:t>
      </w:r>
    </w:p>
    <w:p>
      <w:pPr>
        <w:jc w:val="both"/>
      </w:pPr>
      <w:r>
        <w:t>6. Vi phạm quy định về khai hải quan tại Điều này mà người khai hải quan tự phát hiện và khai bổ sung quá thời hạn quy định thì bị xử phạt như sau:</w:t>
      </w:r>
    </w:p>
    <w:p>
      <w:pPr>
        <w:jc w:val="both"/>
      </w:pPr>
      <w:r>
        <w:t>a) Phạt tiền từ 500.000 đồng đến 1.000.000 đồng đối với hành vi vi phạm quy định tại khoản 1 Điều này;</w:t>
      </w:r>
    </w:p>
    <w:p>
      <w:pPr>
        <w:jc w:val="both"/>
      </w:pPr>
      <w:r>
        <w:t>b) Phạt tiền từ 1.000.000 đồng đến 2.000.000 đồng đối với hành vi vi phạm quy định tại khoản 2 Điều này;</w:t>
      </w:r>
    </w:p>
    <w:p>
      <w:pPr>
        <w:jc w:val="both"/>
      </w:pPr>
      <w:r>
        <w:t>c) Phạt tiền từ 1.500.000 đồng đến 2.500.000 đồng đối với hành vi vi phạm quy định tại khoản 3 Điều này;</w:t>
      </w:r>
    </w:p>
    <w:p>
      <w:pPr>
        <w:jc w:val="both"/>
      </w:pPr>
      <w:r>
        <w:t>d) Phạt tiền từ 2.500.000 đồng đến 5.000.000 đồng đối với hành vi vi phạm quy định tại khoản 4 Điều này;</w:t>
      </w:r>
    </w:p>
    <w:p>
      <w:pPr>
        <w:jc w:val="both"/>
      </w:pPr>
      <w:r>
        <w:t>đ) Phạt tiền từ 10.000.000 đồng đến 20.000.000 đồng đối với hành vi vi phạm quy định tại khoản 5 Điều này;</w:t>
      </w:r>
    </w:p>
    <w:p>
      <w:pPr>
        <w:jc w:val="both"/>
      </w:pPr>
      <w:r>
        <w:t>7. Vi phạm quy định tại điểm b khoản 1, khoản 3, khoản 5 Điều này dẫn đến thiếu số tiền thuế phải nộp hoặc tăng số tiền thuế được miễn, giảm, hoàn, không thu hoặc trốn thuế hoặc vi phạm quy định pháp luật về quản lý hàng hóa xuất khẩu, nhập khẩu thì xử phạt theo các Điều 9, 14, 15, 16, 17, 18, 19, 20, 21, 22 Nghị định này.</w:t>
      </w:r>
    </w:p>
    <w:p>
      <w:pPr>
        <w:jc w:val="both"/>
      </w:pPr>
      <w:r>
        <w:t>8. Quy định tại Điều này không áp dụng đối với trường hợp vi phạm quy định tại khoản 8 Điều 11 Nghị định này.</w:t>
      </w:r>
    </w:p>
    <w:p>
      <w:pPr>
        <w:jc w:val="both"/>
      </w:pPr>
      <w:r>
        <w:rPr>
          <w:b/>
        </w:rPr>
        <w:t>Điều 9. Vi phạm quy định về khai thuế dẫn đến thiếu số tiền thuế phải nộp hoặc tăng số tiền thuế được miễn, giảm, hoàn, không thu</w:t>
      </w:r>
    </w:p>
    <w:p>
      <w:pPr>
        <w:jc w:val="both"/>
      </w:pPr>
      <w:r>
        <w:t>1. Các hành vi khai sai dẫn đến thiếu số tiền thuế phải nộp hoặc tăng số tiền thuế được miễn, giảm, hoàn, không thu gồm:</w:t>
      </w:r>
    </w:p>
    <w:p>
      <w:pPr>
        <w:jc w:val="both"/>
      </w:pPr>
      <w:r>
        <w:t>a) Khai sai về lượng, tên hàng, chủng loại, chất lượng, trị giá hải quan, mã số hàng hóa, thuế suất, mức thuế, xuất xứ, trừ quy định tại khoản 8 Điều 11, điểm b khoản 1 Điều 14 Nghị định này;</w:t>
      </w:r>
    </w:p>
    <w:p>
      <w:pPr>
        <w:jc w:val="both"/>
      </w:pPr>
      <w:r>
        <w:t>b) Khai sai đối tượng không chịu thuế, đối tượng miễn thuế, hàng quản lý theo hạn ngạch thuế quan;</w:t>
      </w:r>
    </w:p>
    <w:p>
      <w:pPr>
        <w:jc w:val="both"/>
      </w:pPr>
      <w:r>
        <w:t>c) Lập và khai không đúng các nội dung trong hồ sơ miễn thuế, hồ sơ xét miễn, giảm thuế, hoàn thuế, không thu thuế, hồ sơ xử lý tiền thuế, tiền phạt nộp thừa;</w:t>
      </w:r>
    </w:p>
    <w:p>
      <w:pPr>
        <w:jc w:val="both"/>
      </w:pPr>
      <w:r>
        <w:t>d) Vi phạm quy định về quản lý nguyên liệu, vật tư, máy móc, thiết bị, sản phẩm gia công, sản xuất xuất khẩu, chế xuất dẫn đến hàng hóa thực tế tồn kho thiếu so với chứng từ kế toán, sổ kế toán, hồ sơ hải quan đối với hàng hóa xuất khẩu, nhập khẩu mà không thuộc trường hợp quy định tại các điểm d, đ, e và điểm g khoản 1 Điều 14 Nghị định này;</w:t>
      </w:r>
    </w:p>
    <w:p>
      <w:pPr>
        <w:jc w:val="both"/>
      </w:pPr>
      <w:r>
        <w:t>đ) Vi phạm quy định quản lý hàng hóa trong kho bảo thuế dẫn đến hàng hóa thực tế tồn kho thiếu so với chứng từ, sổ sách kế toán, hồ sơ hải quan đối với hàng hóa xuất khẩu, nhập khẩu mà không thuộc trường hợp quy định tại điểm g khoản 1 Điều 14 Nghị định này;</w:t>
      </w:r>
    </w:p>
    <w:p>
      <w:pPr>
        <w:jc w:val="both"/>
      </w:pPr>
      <w:r>
        <w:t>e) Lập báo cáo quyết toán về lượng nguyên liệu, vật tư, linh kiện nhập khẩu đã sử dụng để sản xuất không đúng với thực tế sử dụng để sản xuất sản phẩm gia công, sản phẩm xuất khẩu;</w:t>
      </w:r>
    </w:p>
    <w:p>
      <w:pPr>
        <w:jc w:val="both"/>
      </w:pPr>
      <w:r>
        <w:t>g) Khai báo hàng hóa nhập khẩu theo loại hình gia công, sản xuất xuất khẩu nhưng không có cơ sở sản xuất hàng gia công, cơ sở sản xuất hàng xuất khẩu trên lãnh thổ nước Cộng hòa xã hội chủ nghĩa Việt Nam; hoặc không có máy móc, thiết bị thuộc quyền sở hữu hoặc quyền sử dụng tại cơ sở sản xuất phù hợp với nguyên liệu, vật tư, linh kiện nhập khẩu để gia công, sản xuất hàng xuất khẩu.</w:t>
      </w:r>
    </w:p>
    <w:p>
      <w:pPr>
        <w:jc w:val="both"/>
      </w:pPr>
      <w:r>
        <w:t>2. Phạt 10% tính trên số tiền thuế khai thiếu hoặc số tiền thuế khai tăng trong trường hợp được miễn, giảm, hoàn, không thu thuế đối với vi phạm quy định tại khoản 1 Điều này mà người nộp thuế tự phát hiện và khai bổ sung hồ sơ thuế theo quy định pháp luật hải quan thuộc một trong các trường hợp sau:</w:t>
      </w:r>
    </w:p>
    <w:p>
      <w:pPr>
        <w:jc w:val="both"/>
      </w:pPr>
      <w:r>
        <w:t>a) Sau thời điểm cơ quan hải quan thông báo việc kiểm tra trực tiếp hồ sơ hải quan đối với hàng hóa đang làm thủ tục hải quan;</w:t>
      </w:r>
    </w:p>
    <w:p>
      <w:pPr>
        <w:jc w:val="both"/>
      </w:pPr>
      <w:r>
        <w:t>b) Sau thời hạn 60 ngày kể từ ngày thông quan và trước thời điểm quyết định kiểm tra sau thông quan, thanh tra đối với hàng hóa đã được thông quan;</w:t>
      </w:r>
    </w:p>
    <w:p>
      <w:pPr>
        <w:jc w:val="both"/>
      </w:pPr>
      <w:r>
        <w:t>c) Quá thời hạn quy định khai bổ sung báo cáo quyết toán nhưng trước thời điểm cơ quan hải quan ban hành quyết định kiểm tra báo cáo quyết toán.</w:t>
      </w:r>
    </w:p>
    <w:p>
      <w:pPr>
        <w:jc w:val="both"/>
      </w:pPr>
      <w:r>
        <w:t>3. Phạt 20% tính trên số tiền thuế khai thiếu hoặc số tiền thuế khai tăng trong trường hợp được miễn, giảm, hoàn, không thu thuế đối với một trong các trường hợp sau:</w:t>
      </w:r>
    </w:p>
    <w:p>
      <w:pPr>
        <w:jc w:val="both"/>
      </w:pPr>
      <w:r>
        <w:t>a) Vi phạm quy định tại khoản 1 Điều này mà cơ quan hải quan phát hiện trong quá trình làm thủ tục hải quan;</w:t>
      </w:r>
    </w:p>
    <w:p>
      <w:pPr>
        <w:jc w:val="both"/>
      </w:pPr>
      <w:r>
        <w:t>b) Vi phạm quy định tại khoản 1 Điều này bị phát hiện khi kiểm tra, thanh tra đối với hàng hóa đã thông quan;</w:t>
      </w:r>
    </w:p>
    <w:p>
      <w:pPr>
        <w:jc w:val="both"/>
      </w:pPr>
      <w:r>
        <w:t>c) Không khai bổ sung về trị giá hải quan theo quy định mà bị phát hiện khi kiểm tra, thanh tra đối với trường hợp hàng hóa chưa có giá chính thức tại thời điểm đăng ký tờ khai hải quan, hàng hóa có khoản thực thanh toán, hàng hóa có các khoản điều chỉnh cộng vào trị giá hải quan chưa xác định được tại thời điểm đăng ký tờ khai hải quan;</w:t>
      </w:r>
    </w:p>
    <w:p>
      <w:pPr>
        <w:jc w:val="both"/>
      </w:pPr>
      <w:r>
        <w:t>d) Vi phạm quy định tại khoản 1 Điều này mà người khai hải quan tự phát hiện và khai bổ sung hồ sơ thuế sau khi có kết luận kiểm tra, thanh tra.</w:t>
      </w:r>
    </w:p>
    <w:p>
      <w:pPr>
        <w:jc w:val="both"/>
      </w:pPr>
      <w:r>
        <w:t>Vi phạm quy định tại các điểm b, c, d khoản này mà cá nhân, tổ chức vi phạm không tự nguyện khắc phục hậu quả bằng cách nộp đủ số tiền thuế phải nộp trước thời điểm lập biên bản vi phạm hành chính thì xử phạt theo quy định tại điểm c khoản 1 Điều 14 Nghị định này.</w:t>
      </w:r>
    </w:p>
    <w:p>
      <w:pPr>
        <w:jc w:val="both"/>
      </w:pPr>
      <w:r>
        <w:t>4. Áp dụng biện pháp khắc phục hậu quả:</w:t>
      </w:r>
    </w:p>
    <w:p>
      <w:pPr>
        <w:jc w:val="both"/>
      </w:pPr>
      <w:r>
        <w:t>Buộc nộp đủ số tiền thuế thiếu; số tiền thuế đã được miễn, giảm, hoàn, không thu không đúng đối với hành vi vi phạm quy định tại Điều này.</w:t>
      </w:r>
    </w:p>
    <w:p>
      <w:pPr>
        <w:jc w:val="both"/>
      </w:pPr>
      <w:r>
        <w:t>5. Thực hiện xử phạt theo quy định tại các khoản 1, 2 và 3 Điều này chỉ áp dụng trong trường hợp số tiền thuế chênh lệch từ 500.000 đồng/tờ khai hải quan đối với vi phạm do cá nhân thực hiện, từ 2.000.000 đồng/tờ khai hải quan đối với vi phạm do tổ chức thực hiện.</w:t>
      </w:r>
    </w:p>
    <w:p>
      <w:pPr>
        <w:jc w:val="both"/>
      </w:pPr>
      <w:r>
        <w:t>6. Vi phạm quy định tại các khoản 1, 2 và 3 Điều này là hành vi trốn thuế thì xử phạt theo quy định tại Điều 14 Nghị định này.</w:t>
      </w:r>
    </w:p>
    <w:p>
      <w:pPr>
        <w:jc w:val="both"/>
      </w:pPr>
      <w:r>
        <w:t>7. Quy định tại Điều này không áp dụng đối với các trường hợp vi phạm quy định tại các Điều 15, 16, 17, 18, 19, 20, 21, 22 Nghị định này.</w:t>
      </w:r>
    </w:p>
    <w:p>
      <w:pPr>
        <w:jc w:val="both"/>
      </w:pPr>
      <w:r>
        <w:rPr>
          <w:b/>
        </w:rPr>
        <w:t>Điều 10. Vi phạm quy định về khai hải quan của người xuất cảnh, nhập cảnh đối với ngoại tệ tiền mặt, đồng Việt Nam tiền mặt, công cụ chuyển nhượng, vàng, kim loại quý khác, đá quý</w:t>
      </w:r>
    </w:p>
    <w:p>
      <w:pPr>
        <w:jc w:val="both"/>
      </w:pPr>
      <w:r>
        <w:t>1. Người xuất cảnh bằng hộ chiếu hoặc bằng các loại giấy tờ khác có giá trị thay cho hộ chiếu do cơ quan có thẩm quyền của Việt Nam hoặc nước ngoài cấp, giấy thông hành hoặc chứng minh thư biên giới không khai hoặc khai sai số ngoại tệ tiền mặt thuộc loại tiền được phép mang theo, đồng Việt Nam tiền mặt, vàng mang theo vượt mức quy định khi xuất cảnh thì bị xử phạt như sau:</w:t>
      </w:r>
    </w:p>
    <w:p>
      <w:pPr>
        <w:jc w:val="both"/>
      </w:pPr>
      <w:r>
        <w:t>a) Phạt tiền từ 1.000.000 đồng đến 3.000.000 đồng đối với trường hợp mang vượt mức quy định mà tang vật vi phạm có trị giá tương đương từ 5.000.000 đồng đến dưới 30.000.000 đồng Việt Nam;</w:t>
      </w:r>
    </w:p>
    <w:p>
      <w:pPr>
        <w:jc w:val="both"/>
      </w:pPr>
      <w:r>
        <w:t>b) Phạt tiền từ 5.000.000 đồng đến 15.000.000 đồng đối với trường hợp mang vượt mức quy định mà tang vật vi phạm có trị giá tương đương từ 30.000.000 đồng đến dưới 70.000.000 đồng Việt Nam;</w:t>
      </w:r>
    </w:p>
    <w:p>
      <w:pPr>
        <w:jc w:val="both"/>
      </w:pPr>
      <w:r>
        <w:t>c) Phạt tiền từ 15.000.000 đồng đến 25.000.000 đồng đối với trường hợp mang vượt mức quy định mà tang vật vi phạm có trị giá tương đương từ 70.000.000 đồng đến dưới 100.000.000 đồng Việt Nam;</w:t>
      </w:r>
    </w:p>
    <w:p>
      <w:pPr>
        <w:jc w:val="both"/>
      </w:pPr>
      <w:r>
        <w:t>d) Phạt tiền từ 30.000.000 đồng đến 50.000.000 đồng đối với trường hợp mang vượt mức quy định mà tang vật vi phạm có trị giá tương đương từ 100.000.000 đồng Việt Nam trở lên mà không bị truy cứu trách nhiệm hình sự.</w:t>
      </w:r>
    </w:p>
    <w:p>
      <w:pPr>
        <w:jc w:val="both"/>
      </w:pPr>
      <w:r>
        <w:t>2. Người nhập cảnh bằng hộ chiếu hoặc bàng các loại giấy tờ khác có giá trị thay cho hộ chiếu do cơ quan có thẩm quyền của Việt Nam hoặc nước ngoài cấp, giấy thông hành, chứng minh thư biên giới không khai hoặc khai sai số ngoại tệ tiền mặt thuộc loại tiền được phép mang theo, đồng Việt Nam tiền mặt, vàng mang theo vượt mức quy định khi nhập cảnh, trừ trường hợp quy định tại khoản 3 Điều này thì bị xử phạt như sau:</w:t>
      </w:r>
    </w:p>
    <w:p>
      <w:pPr>
        <w:jc w:val="both"/>
      </w:pPr>
      <w:r>
        <w:t>a) Phạt tiền từ 1.000.000 đồng đến 2.000.000 đồng đối với trường hợp mang vượt mức quy định mà tang vật vi phạm có trị giá tương đương từ 5.000.000 đồng đến dưới 50.000.000 đồng Việt Nam;</w:t>
      </w:r>
    </w:p>
    <w:p>
      <w:pPr>
        <w:jc w:val="both"/>
      </w:pPr>
      <w:r>
        <w:t>b) Phạt tiền từ 5.000.000 đồng đến 10.000.000 đồng đối với trường hợp mang vượt mức quy định mà tang vật vi phạm có trị giá tương đương từ 50.000.000 đồng đến dưới 100.000.000 đồng Việt Nam;</w:t>
      </w:r>
    </w:p>
    <w:p>
      <w:pPr>
        <w:jc w:val="both"/>
      </w:pPr>
      <w:r>
        <w:t>c) Phạt tiền từ 10.000.000 đồng đến 20.000.000 đồng đối với trường hợp mang vượt mức quy định mà tang vật vi phạm có trị giá tương đương từ 100.000.000 đồng Việt Nam trở lên mà không bị truy cứu trách nhiệm hình sự.</w:t>
      </w:r>
    </w:p>
    <w:p>
      <w:pPr>
        <w:jc w:val="both"/>
      </w:pPr>
      <w:r>
        <w:t>3. Vi phạm quy định tại khoản 2 Điều này mà số ngoại tệ tiền mặt, đồng Việt Nam tiền mặt, vàng đã khai nhiều hơn số lượng thực tế mang theo thì xử phạt như sau:</w:t>
      </w:r>
    </w:p>
    <w:p>
      <w:pPr>
        <w:jc w:val="both"/>
      </w:pPr>
      <w:r>
        <w:t>a) Phạt tiền từ 2.000.000 đồng đến 5.000.000 đồng đối với trường hợp số ngoại tệ tiền mặt, đồng Việt Nam tiền mặt, vàng đã khai nhiều hơn số lượng thực tế mang theo có trị giá tương đương từ 5.000.000 đồng đến dưới 20.000. 000 đồng Việt Nam;</w:t>
      </w:r>
    </w:p>
    <w:p>
      <w:pPr>
        <w:jc w:val="both"/>
      </w:pPr>
      <w:r>
        <w:t>b) Phạt tiền từ 5.000.000 đồng đến 15.000.000 đồng đối với trường hợp số ngoại tệ tiền mặt, đồng Việt Nam tiền mặt, vàng đã khai nhiều hơn số lượng thực tế mang theo có trị giá tương đương từ 20.000.000 đồng đến dưới 100.000.000 đồng Việt Nam;</w:t>
      </w:r>
    </w:p>
    <w:p>
      <w:pPr>
        <w:jc w:val="both"/>
      </w:pPr>
      <w:r>
        <w:t>c) Phạt tiền từ 15.000.000 đồng đến 25.000.000 đồng đối với trường hợp số ngoại tệ tiền mặt, đồng Việt Nam tiền mặt, vàng đã khai nhiều hơn số lượng thực tế mang theo có trị giá tương đương từ 100.000.000 đồng Việt Nam trở lên mà không bị truy cứu trách nhiệm hình sự.</w:t>
      </w:r>
    </w:p>
    <w:p>
      <w:pPr>
        <w:jc w:val="both"/>
      </w:pPr>
      <w:r>
        <w:t>4. Người xuất cảnh, nhập cảnh bằng giấy thông hành hoặc giấy chứng minh thư biên giới mang theo ngoại tệ tiền mặt thuộc loại tiền không được mang theo mà không khai hoặc khai sai thì bị xử phạt như sau:</w:t>
      </w:r>
    </w:p>
    <w:p>
      <w:pPr>
        <w:jc w:val="both"/>
      </w:pPr>
      <w:r>
        <w:t>a) Phạt tiền từ 5.000.000 đồng đến 10.000.000 đồng trong trường hợp tang vật vi phạm có trị giá tương đương từ 5.000.000 đồng đến dưới 50.000.000 đồng Việt Nam;</w:t>
      </w:r>
    </w:p>
    <w:p>
      <w:pPr>
        <w:jc w:val="both"/>
      </w:pPr>
      <w:r>
        <w:t>b) Phạt tiền từ 10.000.000 đồng đến 30.000.000 đồng đối với trường hợp tang vật vi phạm có trị giá tương đương từ 50.000.000 đồng đến dưới 100.000.000 đồng Việt Nam;</w:t>
      </w:r>
    </w:p>
    <w:p>
      <w:pPr>
        <w:jc w:val="both"/>
      </w:pPr>
      <w:r>
        <w:t>c) Phạt tiền từ 30.000.000 đồng đến 50.000.000 đồng đối với trường hợp tang vật vi phạm có trị giá tương đương từ 100.000.000 đồng Việt Nam trở lên mà không bị truy cứu trách nhiệm hình sự.</w:t>
      </w:r>
    </w:p>
    <w:p>
      <w:pPr>
        <w:jc w:val="both"/>
      </w:pPr>
      <w:r>
        <w:t>5. Người xuất cảnh, nhập cảnh mang theo kim loại quý khác, đá quý, công cụ chuyển nhượng theo quy định phải khai hải quan khi xuất cảnh, nhập cảnh mà không khai hoặc khai sai thì bị xử phạt như sau:</w:t>
      </w:r>
    </w:p>
    <w:p>
      <w:pPr>
        <w:jc w:val="both"/>
      </w:pPr>
      <w:r>
        <w:t>a) Phạt tiền từ 1.000.000 đồng đến 3.000.000 đồng đối với trường hợp mang vượt mức quy định mà tang vật vi phạm có trị giá tương đương từ 5.000.000 đồng đến dưới 30.000.000 đồng Việt Nam;</w:t>
      </w:r>
    </w:p>
    <w:p>
      <w:pPr>
        <w:jc w:val="both"/>
      </w:pPr>
      <w:r>
        <w:t>b) Phạt tiền từ 5.000.000 đồng đến 15.000.000 đồng đối với trường hợp mang vượt mức quy định mà tang vật vi phạm có trị giá tương đương từ 30.000.000 đồng đến dưới 50.000.000 đồng Việt Nam;</w:t>
      </w:r>
    </w:p>
    <w:p>
      <w:pPr>
        <w:jc w:val="both"/>
      </w:pPr>
      <w:r>
        <w:t>c) Phạt tiền từ 15.000.000 đồng đến 30.000.000 đồng đối với trường hợp mang vượt mức quy định mà tang vật vi phạm có trị giá tương đương từ 50.000.000 đồng đến dưới 100.000.000 đồng Việt Nam;</w:t>
      </w:r>
    </w:p>
    <w:p>
      <w:pPr>
        <w:jc w:val="both"/>
      </w:pPr>
      <w:r>
        <w:t>d) Phạt tiền từ 30.000.000 đồng đến 50.000.000 đồng đối với trường hợp mang vượt mức quy định mà tang vật vi phạm có trị giá tương đương từ 100.000.000 đồng Việt Nam trở lên mà không bị truy cứu trách nhiệm hình sự.</w:t>
      </w:r>
    </w:p>
    <w:p>
      <w:pPr>
        <w:jc w:val="both"/>
      </w:pPr>
      <w:r>
        <w:t>6. Trị giá tang vật vi phạm tại Điều này là trị giá sau khi đã trừ đi trị giá ngoại tệ tiền mặt, đồng Việt Nam bằng tiền mặt, công cụ chuyển nhượng, vàng, kim loại quý khác, đá quý không phải khai hải quan theo quy định của pháp luật.</w:t>
      </w:r>
    </w:p>
    <w:p>
      <w:pPr>
        <w:jc w:val="both"/>
      </w:pPr>
      <w:r>
        <w:rPr>
          <w:b/>
        </w:rPr>
        <w:t>Điều 11. Vi phạm quy định về kiểm tra hải quan, thanh tra</w:t>
      </w:r>
    </w:p>
    <w:p>
      <w:pPr>
        <w:jc w:val="both"/>
      </w:pPr>
      <w:r>
        <w:t>1. Phạt tiền từ 1.000.000 đồng đến 2.000.000 đồng đối với một trong các hành vi vi phạm sau:</w:t>
      </w:r>
    </w:p>
    <w:p>
      <w:pPr>
        <w:jc w:val="both"/>
      </w:pPr>
      <w:r>
        <w:t>a) Tẩy xóa, sửa chữa chứng từ thuộc hồ sơ hải quan đã nộp, xuất trình hoặc gửi cho cơ quan hải quan theo tờ khai hải quan đã được đăng ký mà không thuộc trường hợp quy định tại điểm a khoản 7 Điều này, các Điều 9,14, 15, 16, 17, 18, 19, 20, 21, 22 Nghị định này;</w:t>
      </w:r>
    </w:p>
    <w:p>
      <w:pPr>
        <w:jc w:val="both"/>
      </w:pPr>
      <w:r>
        <w:t>b) Lập báo cáo quyết toán không đúng so với sổ, chứng từ kế toán, tờ khai hải quan mà người nộp thuế tự phát hiện, sửa đổi, bổ sung báo cáo quyết toán ngoài thời hạn quy định nhưng không thuộc trường hợp quy định tại điểm e khoản 1, điểm c khoản 2 Điều 9 Nghị định này.</w:t>
      </w:r>
    </w:p>
    <w:p>
      <w:pPr>
        <w:jc w:val="both"/>
      </w:pPr>
      <w:r>
        <w:t>2. Phạt tiền từ 2.000.000 đồng đến 4.000.000 đồng đối với một trong các hành vi vi phạm sau:</w:t>
      </w:r>
    </w:p>
    <w:p>
      <w:pPr>
        <w:jc w:val="both"/>
      </w:pPr>
      <w:r>
        <w:t>a) Không bố trí người, phương tiện để thực hiện các yêu cầu của cơ quan hải quan về kiểm tra thực tế hàng hóa, phương tiện vận tải;</w:t>
      </w:r>
    </w:p>
    <w:p>
      <w:pPr>
        <w:jc w:val="both"/>
      </w:pPr>
      <w:r>
        <w:t>b) Vi phạm các quy định về lập, lưu trữ hồ sơ, chứng từ, sổ sách, dữ liệu điện tử;</w:t>
      </w:r>
    </w:p>
    <w:p>
      <w:pPr>
        <w:jc w:val="both"/>
      </w:pPr>
      <w:r>
        <w:t>c) Lập báo cáo quyết toán không đúng so với sổ, chứng từ kế toán, tờ khai hải quan mà không thuộc trường hợp quy định tại điểm b khoản 1 Điều này, điểm e khoản 1, điểm c khoản 2 Điều 9 Nghị định này.</w:t>
      </w:r>
    </w:p>
    <w:p>
      <w:pPr>
        <w:jc w:val="both"/>
      </w:pPr>
      <w:r>
        <w:t>3. Phạt tiền từ 4.000.000 đồng đến 10.000.000 đồng đối với một trong các hành vi vi phạm sau:</w:t>
      </w:r>
    </w:p>
    <w:p>
      <w:pPr>
        <w:jc w:val="both"/>
      </w:pPr>
      <w:r>
        <w:t>a) Không xuất trình hàng hóa đang chịu sự giám sát hải quan, hàng hóa còn đang lưu giữ là đối tượng kiểm tra sau thông quan để cơ quan hải quan kiểm tra theo quy định của pháp luật hải quan;</w:t>
      </w:r>
    </w:p>
    <w:p>
      <w:pPr>
        <w:jc w:val="both"/>
      </w:pPr>
      <w:r>
        <w:t>b) Cung cấp không đầy đủ, không đúng thời hạn hồ sơ, chứng từ, tài liệu, dữ liệu điện tử liên quan đến hàng hóa xuất khẩu, nhập khẩu, phương tiện vận tải xuất cảnh, nhập cảnh cho cơ quan hải quan theo quy định của pháp luật.</w:t>
      </w:r>
    </w:p>
    <w:p>
      <w:pPr>
        <w:jc w:val="both"/>
      </w:pPr>
      <w:r>
        <w:t>4. Phạt tiền từ 8.000.000 đồng đến 12.000.000 đồng đối với hành vi không chấp hành quyết định kiểm tra, thanh tra của cơ quan hải quan.</w:t>
      </w:r>
    </w:p>
    <w:p>
      <w:pPr>
        <w:jc w:val="both"/>
      </w:pPr>
      <w:r>
        <w:t>5. Phạt tiền từ 20.000.000 đồng đến 30.000.000 đồng đối với một trong các hành vi vi phạm sau:</w:t>
      </w:r>
    </w:p>
    <w:p>
      <w:pPr>
        <w:jc w:val="both"/>
      </w:pPr>
      <w:r>
        <w:t>a) Đánh tráo hàng hóa đã kiểm tra hải quan với hàng hóa chưa kiểm tra hải quan;</w:t>
      </w:r>
    </w:p>
    <w:p>
      <w:pPr>
        <w:jc w:val="both"/>
      </w:pPr>
      <w:r>
        <w:t>b) Không cung cấp hồ sơ, chứng từ, tài liệu, dữ liệu điện từ liên quan đến hàng hóa xuất khẩu, nhập khẩu, phương tiện vận tải xuất cảnh, nhập cảnh cho cơ quan hải quan theo quy định của pháp luật.</w:t>
      </w:r>
    </w:p>
    <w:p>
      <w:pPr>
        <w:jc w:val="both"/>
      </w:pPr>
      <w:r>
        <w:t>6. Bán hàng hóa có nguồn gốc hợp pháp tại cửa hàng miễn thuế mà không dán tem “Vietnam duty not paid” theo quy định bị xử phạt như sau:</w:t>
      </w:r>
    </w:p>
    <w:p>
      <w:pPr>
        <w:jc w:val="both"/>
      </w:pPr>
      <w:r>
        <w:t>a) Phạt tiền từ 3.000.000 đồng đến 5.000.000 đồng trong trường hợp tang vật vi phạm có trị giá dưới 10.000.000 đồng;</w:t>
      </w:r>
    </w:p>
    <w:p>
      <w:pPr>
        <w:jc w:val="both"/>
      </w:pPr>
      <w:r>
        <w:t>b) Phạt tiền từ 5.000.000 đồng đến 10.000.000 đồng trong trường hợp tang vật vi phạm có trị giá từ 10.000.000 đồng đến dưới 20.000.000 đồng;</w:t>
      </w:r>
    </w:p>
    <w:p>
      <w:pPr>
        <w:jc w:val="both"/>
      </w:pPr>
      <w:r>
        <w:t>c) Phạt tiền từ 10.000.000 đồng đến 20.000.000 đồng trong trường hợp tang vật vi phạm có trị giá từ 20.000.000 đồng đến dưới 30.000.000 đồng;</w:t>
      </w:r>
    </w:p>
    <w:p>
      <w:pPr>
        <w:jc w:val="both"/>
      </w:pPr>
      <w:r>
        <w:t>d) Phạt tiền từ 20.000.000 đồng đến 30.000.000 đồng trong trường hợp tang vật vi phạm có trị giá từ 30.000.000 đồng đến dưới 50.000.000 đồng;</w:t>
      </w:r>
    </w:p>
    <w:p>
      <w:pPr>
        <w:jc w:val="both"/>
      </w:pPr>
      <w:r>
        <w:t>đ) Phạt tiền từ 30.000.000 đồng đến 40.000.000 đồng trong trường hợp tang vật vi phạm có trị giá từ 50.000.000 đồng trở lên.</w:t>
      </w:r>
    </w:p>
    <w:p>
      <w:pPr>
        <w:jc w:val="both"/>
      </w:pPr>
      <w:r>
        <w:t>7. Phạt tiền từ 40.000.000 đồng đến 80.000.000 đồng đối với một trong các hành vi vi phạm sau:</w:t>
      </w:r>
    </w:p>
    <w:p>
      <w:pPr>
        <w:jc w:val="both"/>
      </w:pPr>
      <w:r>
        <w:t>a) Sử dụng chứng từ, tài liệu giả mạo; sử dụng chứng từ, tài liệu không hợp pháp để khai, nộp, xuất trình cho cơ quan hải quan mà không bị truy cứu trách nhiệm hình sự;</w:t>
      </w:r>
    </w:p>
    <w:p>
      <w:pPr>
        <w:jc w:val="both"/>
      </w:pPr>
      <w:r>
        <w:t>b) Sử dụng bất hợp pháp tài khoản đăng nhập, chữ ký số được cấp cho tổ chức, cá nhân khác để thực hiện thủ tục hải quan;</w:t>
      </w:r>
    </w:p>
    <w:p>
      <w:pPr>
        <w:jc w:val="both"/>
      </w:pPr>
      <w:r>
        <w:t>c) Truy cập trái phép, làm sai lệch, phá hủy hệ thống thông tin hải quan;</w:t>
      </w:r>
    </w:p>
    <w:p>
      <w:pPr>
        <w:jc w:val="both"/>
      </w:pPr>
      <w:r>
        <w:t>d) Bán tại cửa hàng miễn thuế loại hàng hóa cấm xuất khẩu, cấm nhập khẩu hoặc tạm ngừng xuất khẩu, nhập khẩu, hàng hóa chưa được phép phổ biến, lưu hành tại Việt Nam theo quy định.</w:t>
      </w:r>
    </w:p>
    <w:p>
      <w:pPr>
        <w:jc w:val="both"/>
      </w:pPr>
      <w:r>
        <w:t>8. Xuất khẩu, nhập khẩu hàng hóa thực tế không đúng với khai hải quan về lượng, tên hàng, chủng loại mà không có chứng từ để khai bổ sung theo quy định của pháp luật hải quan về khai bổ sung, trừ trường hợp vi phạm quy định tại các Điều 15, 16, 17, 18, 19, 20, 21, 22 Nghị định này thì bị xử phạt như sau:</w:t>
      </w:r>
    </w:p>
    <w:p>
      <w:pPr>
        <w:jc w:val="both"/>
      </w:pPr>
      <w:r>
        <w:t>a) Phạt tiền từ 5.000.000 đồng đến 10.000.000 đồng trong trường hợp tang vật vi phạm có trị giá dưới 30.000.000 đồng;</w:t>
      </w:r>
    </w:p>
    <w:p>
      <w:pPr>
        <w:jc w:val="both"/>
      </w:pPr>
      <w:r>
        <w:t>b) Phạt tiền từ 10.000.000 đồng đến 20.000.000 đồng trong trường hợp tang vật vi phạm có trị giá từ 30.000.000 đồng đến dưới 50.000.000 đồng;</w:t>
      </w:r>
    </w:p>
    <w:p>
      <w:pPr>
        <w:jc w:val="both"/>
      </w:pPr>
      <w:r>
        <w:t>c) Phạt tiền từ 20.000.000 đồng đến 40.000.000 đồng trong trường hợp tang vật vi phạm có trị giá từ 50.000.000 đồng đến dưới 70.000.000 đồng;</w:t>
      </w:r>
    </w:p>
    <w:p>
      <w:pPr>
        <w:jc w:val="both"/>
      </w:pPr>
      <w:r>
        <w:t>d) Phạt tiền từ 40.000.000 đồng đến 60.000.000 đồng trong trường hợp tang vật vi phạm có trị giá từ 70.000.000 đồng đến dưới 100.000.000 đồng;</w:t>
      </w:r>
    </w:p>
    <w:p>
      <w:pPr>
        <w:jc w:val="both"/>
      </w:pPr>
      <w:r>
        <w:t>đ) Phạt tiền từ 60.000.000 đồng đến 80.000.000 đồng trong trường hợp tang vật vi phạm có trị giá từ 100.000.000 đồng trở lên mà không bị truy cứu trách nhiệm hình sự.</w:t>
      </w:r>
    </w:p>
    <w:p>
      <w:pPr>
        <w:jc w:val="both"/>
      </w:pPr>
      <w:r>
        <w:t>9. Hình thức xử phạt bổ sung:</w:t>
      </w:r>
    </w:p>
    <w:p>
      <w:pPr>
        <w:jc w:val="both"/>
      </w:pPr>
      <w:r>
        <w:t>a) Tịch thu tang vật vi phạm hành chính đối với hành vi vi phạm quy định tại điểm a khoản 5, điểm a khoản 7, khoản 8 Điều này, trừ tang vật vi phạm bị áp dụng biện pháp khắc phục hậu quả quy định tại các điểm a, b khoản 10, khoản 11 Điều này;</w:t>
      </w:r>
    </w:p>
    <w:p>
      <w:pPr>
        <w:jc w:val="both"/>
      </w:pPr>
      <w:r>
        <w:t>b) Tịch thu tang vật vi phạm hành chính là chứng từ, tài liệu giả mạo; chứng từ, tài liệu không hợp pháp đối với hành vi vi phạm quy định tại điểm a khoản 7 Điều này.</w:t>
      </w:r>
    </w:p>
    <w:p>
      <w:pPr>
        <w:jc w:val="both"/>
      </w:pPr>
      <w:r>
        <w:t>10. Áp dụng biện pháp khắc phục hậu quả:</w:t>
      </w:r>
    </w:p>
    <w:p>
      <w:pPr>
        <w:jc w:val="both"/>
      </w:pPr>
      <w:r>
        <w:t>a) Buộc đưa ra khỏi lãnh thổ nước Cộng hòa xã hội chủ nghĩa Việt Nam hoặc buộc tái xuất trong thời hạn thi hành quyết định xử phạt đối với tang vật vi phạm hành chính là phế liệu không đáp ứng điều kiện, quy chuẩn kỹ thuật môi trường, hàng hóa, vật phẩm gây hại cho sức khỏe con người, vật nuôi, cây trồng và môi trường đối với hành vi quy định tại điểm a khoản 7, khoản 8 Điều này;</w:t>
      </w:r>
    </w:p>
    <w:p>
      <w:pPr>
        <w:jc w:val="both"/>
      </w:pPr>
      <w:r>
        <w:t>b) Buộc tiêu hủy tang vật trong trường hợp hàng hóa vi phạm là văn hóa phẩm có nội dung độc hại đối với hành vi quy định tại điểm a khoản 7, khoản 8 Điều này;</w:t>
      </w:r>
    </w:p>
    <w:p>
      <w:pPr>
        <w:jc w:val="both"/>
      </w:pPr>
      <w:r>
        <w:t>c) Buộc nộp lại số tiền bằng trị giá tang vật đã bị tiêu thụ, tẩu tán, tiêu hủy trái quy định của pháp luật đối với hành vi vi phạm quy định tại điểm a khoản 5; điểm a khoản 7, khoản 8 Điều này;</w:t>
      </w:r>
    </w:p>
    <w:p>
      <w:pPr>
        <w:jc w:val="both"/>
      </w:pPr>
      <w:r>
        <w:t>d) Buộc dán tem “Vietnam duty not paid” theo quy định đối với hành vi vi phạm tại khoản 6 Điều này.</w:t>
      </w:r>
    </w:p>
    <w:p>
      <w:pPr>
        <w:jc w:val="both"/>
      </w:pPr>
      <w:r>
        <w:t>11. Cá nhân, tổ chức có hành vi vi phạm quy định tại điểm a khoản 7 Điều này để trốn thuế thì bị xử phạt theo quy định tại Điều 14 Nghị định này.</w:t>
      </w:r>
    </w:p>
    <w:p>
      <w:pPr>
        <w:jc w:val="both"/>
      </w:pPr>
      <w:r>
        <w:rPr>
          <w:b/>
        </w:rPr>
        <w:t>Điều 12. Vi phạm quy định về giám sát hải quan</w:t>
      </w:r>
    </w:p>
    <w:p>
      <w:pPr>
        <w:jc w:val="both"/>
      </w:pPr>
      <w:r>
        <w:t>1. Phạt tiền từ 5.000.000 đồng đến 10.000.000 đồng đối với một trong các hành vi vi phạm sau:</w:t>
      </w:r>
    </w:p>
    <w:p>
      <w:pPr>
        <w:jc w:val="both"/>
      </w:pPr>
      <w:r>
        <w:t>a) Thực hiện việc trung chuyển, chuyển tải, lưu kho, chia tách lô hàng, đóng chung container, đóng chung toa xe chở hàng, thay đổi phương thức vận chuyển, thay đổi phương tiện vận tải trong quá trình vận chuyển hàng hóa đang chịu sự giám sát hải quan mà không thông báo hoặc không được sự đồng ý của cơ quan hải quan theo quy định của pháp luật;</w:t>
      </w:r>
    </w:p>
    <w:p>
      <w:pPr>
        <w:jc w:val="both"/>
      </w:pPr>
      <w:r>
        <w:t>b) Thực hiện tiêu hủy phế liệu, phế phẩm từ hoạt động gia công, sản xuất hàng xuất khẩu, hoạt động của doanh nghiệp chế xuất mà không thông báo với cơ quan hải quan;</w:t>
      </w:r>
    </w:p>
    <w:p>
      <w:pPr>
        <w:jc w:val="both"/>
      </w:pPr>
      <w:r>
        <w:t>c) Đưa nguyên liệu, vật tư, máy móc, thiết bị đến cơ sở khác gia công lại hoặc đến cơ sở, nơi lưu giữ khác với địa điểm ban đầu đã thông báo với cơ quan hải quan để gia công, sản xuất hàng hóa xuất khẩu mà không thông báo cho cơ quan hải quan;</w:t>
      </w:r>
    </w:p>
    <w:p>
      <w:pPr>
        <w:jc w:val="both"/>
      </w:pPr>
      <w:r>
        <w:t>d) Thực hiện vận chuyển hàng hóa từ kho chứa hàng miễn thuế đến cửa hàng miễn thuế, tàu bay và ngược lại mà không thông báo hoặc không được sự đồng ý của cơ quan hải quan.</w:t>
      </w:r>
    </w:p>
    <w:p>
      <w:pPr>
        <w:jc w:val="both"/>
      </w:pPr>
      <w:r>
        <w:t>2. Phạt tiền từ 10.000.000 đồng đến 20.000.000 đồng đối với một trong các hành vi vi phạm sau:</w:t>
      </w:r>
    </w:p>
    <w:p>
      <w:pPr>
        <w:jc w:val="both"/>
      </w:pPr>
      <w:r>
        <w:t>a) Vận chuyển hàng hóa quá cảnh, chuyển cảng, chuyển khẩu, chuyển cửa khẩu, hàng kinh doanh tạm nhập, tái xuất không đúng tuyến đường, lộ trình, địa điểm, cửa khẩu, thời gian quy định hoặc đăng ký trong hồ sơ hải quan;</w:t>
      </w:r>
    </w:p>
    <w:p>
      <w:pPr>
        <w:jc w:val="both"/>
      </w:pPr>
      <w:r>
        <w:t>b) Tự ý thay đổi bao bì, nhãn hàng hóa đang chịu sự giám sát hải quan;</w:t>
      </w:r>
    </w:p>
    <w:p>
      <w:pPr>
        <w:jc w:val="both"/>
      </w:pPr>
      <w:r>
        <w:t>c) Không bảo quản nguyên trạng hàng hóa đang chịu sự giám sát hải quan hoặc hàng hóa được giao bảo quản theo quy định của pháp luật chờ hoàn thành việc thông quan;</w:t>
      </w:r>
    </w:p>
    <w:p>
      <w:pPr>
        <w:jc w:val="both"/>
      </w:pPr>
      <w:r>
        <w:t>d) Lưu giữ hàng hóa không đúng địa điểm quy định hoặc địa điểm đã đăng ký với cơ quan hải quan;</w:t>
      </w:r>
    </w:p>
    <w:p>
      <w:pPr>
        <w:jc w:val="both"/>
      </w:pPr>
      <w:r>
        <w:t>đ) Lưu giữ hàng hóa được đưa về bảo quản tại địa điểm không đáp ứng đủ điều kiện quy định của pháp luật.</w:t>
      </w:r>
    </w:p>
    <w:p>
      <w:pPr>
        <w:jc w:val="both"/>
      </w:pPr>
      <w:r>
        <w:t>3. Phạt tiền từ 20.000.000 đồng đến 30.000.000 đồng đối với hành vi không bảo đảm nguyên trạng niêm phong hải quan, không bảo đảm nguyên trạng niêm phong của hãng vận chuyển đối với trường hợp không phải niêm phong hải quan theo quy định trong quá trình vận chuyển hàng hóa đang chịu sự giám sát hải quan, sử dụng niêm phong hải quan giả mạo hoặc niêm phong của hãng vận chuyển giả mạo.</w:t>
      </w:r>
    </w:p>
    <w:p>
      <w:pPr>
        <w:jc w:val="both"/>
      </w:pPr>
      <w:r>
        <w:t>4. Phạt tiền từ 30.000.000 đồng đến 40.000.000 đồng đối với một trong các hành vi vi phạm sau:</w:t>
      </w:r>
    </w:p>
    <w:p>
      <w:pPr>
        <w:jc w:val="both"/>
      </w:pPr>
      <w:r>
        <w:t>a) Tiêu thụ hàng hóa đang chịu sự giám sát hải quan, trừ trường hợp quy định tại khoản 5 Điều này.</w:t>
      </w:r>
    </w:p>
    <w:p>
      <w:pPr>
        <w:jc w:val="both"/>
      </w:pPr>
      <w:r>
        <w:t>Trường hợp vi phạm quy định tại điểm này mà tang vật vi phạm thuộc đối tượng không chịu thuế, miễn thuế, xét miễn thuế, hàng hóa áp dụng thuế suất theo hạn ngạch thuế quan và không vi phạm quy định về chính sách quản lý hàng hóa xuất khẩu, nhập khẩu thì xử phạt theo quy định tại điểm g khoản 1 Điều 14 Nghị định này;</w:t>
      </w:r>
    </w:p>
    <w:p>
      <w:pPr>
        <w:jc w:val="both"/>
      </w:pPr>
      <w:r>
        <w:t>b) Tiêu thụ phương tiện vận tải đăng ký lưu hành tại nước ngoài tạm nhập cảnh vào Việt Nam.</w:t>
      </w:r>
    </w:p>
    <w:p>
      <w:pPr>
        <w:jc w:val="both"/>
      </w:pPr>
      <w:r>
        <w:t>5. Phạt tiền từ 40.000.000 đồng đến 50.000.000 đồng đối với hành vi tiêu thụ hàng hóa được đưa về bảo quản chờ hoàn thành việc thông quan theo quy định.</w:t>
      </w:r>
    </w:p>
    <w:p>
      <w:pPr>
        <w:jc w:val="both"/>
      </w:pPr>
      <w:r>
        <w:t>6. Phạt tiền từ 60.000.000 đồng đến 80.000.000 đồng đối với hành vi không bảo đảm nguyên trạng niêm phong hải quan, không bảo đảm nguyên trạng niêm phong của hãng vận chuyển đối với trường hợp không phải niêm phong hải quan theo quy định trong quá trình vận chuyển hàng hóa đang chịu sự giám sát hải quan, sử dụng niêm phong hải quan giả mạo hoặc niêm phong của hãng vận chuyển giả mạo mà hàng hóa đang chịu sự giám sát hải quan đã bị tiêu thụ.</w:t>
      </w:r>
    </w:p>
    <w:p>
      <w:pPr>
        <w:jc w:val="both"/>
      </w:pPr>
      <w:r>
        <w:t>7. Hình thức xử phạt bổ sung:</w:t>
      </w:r>
    </w:p>
    <w:p>
      <w:pPr>
        <w:jc w:val="both"/>
      </w:pPr>
      <w:r>
        <w:t>a) Tịch thu niêm phong giả mạo đối với hành vi vi phạm quy định tại khoản 3, khoản 6 Điều này;</w:t>
      </w:r>
    </w:p>
    <w:p>
      <w:pPr>
        <w:jc w:val="both"/>
      </w:pPr>
      <w:r>
        <w:t>b) Tịch thu tang vật vi phạm hành chính đối với hành vi vi phạm quy định tại điểm b khoản 4 Điều này trong trường hợp còn tang vật vi phạm.</w:t>
      </w:r>
    </w:p>
    <w:p>
      <w:pPr>
        <w:jc w:val="both"/>
      </w:pPr>
      <w:r>
        <w:t>8. Áp dụng biện pháp khắc phục hậu quả:</w:t>
      </w:r>
    </w:p>
    <w:p>
      <w:pPr>
        <w:jc w:val="both"/>
      </w:pPr>
      <w:r>
        <w:t>a) Buộc thực hiện việc vận chuyển hàng hóa quá cảnh, chuyển cảng, chuyển khẩu, chuyển cửa khẩu, hàng kinh doanh tạm nhập, tái xuất đúng cửa khẩu, tuyến đường quy định đối với vi phạm quy định tại điểm a khoản 2 Điều này;</w:t>
      </w:r>
    </w:p>
    <w:p>
      <w:pPr>
        <w:jc w:val="both"/>
      </w:pPr>
      <w:r>
        <w:t>b) Buộc nộp lại số tiền bằng trị giá tang vật đã bị tiêu thụ, tẩu tán, tiêu hủy trái quy định của pháp luật đối với hành vi vi phạm quy định tại điểm b khoản 4 Điều này;</w:t>
      </w:r>
    </w:p>
    <w:p>
      <w:pPr>
        <w:jc w:val="both"/>
      </w:pPr>
      <w:r>
        <w:t>c) Buộc loại bỏ bao bì, nhãn hàng hóa đã thay đổi do hành vi vi phạm quy định tại điểm b khoản 2 Điều này.</w:t>
      </w:r>
    </w:p>
    <w:p>
      <w:pPr>
        <w:jc w:val="both"/>
      </w:pPr>
      <w:r>
        <w:t>9. Cá nhân, tổ chức có hành vi vi phạm quy định tại điểm a khoản 4, khoản 5, khoản 6 Điều này mà hàng hóa đã bị tiêu thụ và vi phạm quy định tại các Điều 15, 16, 17, 18, 19, 20, 21, 22 Nghị định này thì ngoài việc bị xử phạt theo điểm a khoản 4, khoản 5, khoản 6 Điều này còn bị xử phạt về hành vi tương ứng quy định tại các Điều 15, 16, 17, 18, 19, 20, 21, 22 Nghị định này.</w:t>
      </w:r>
    </w:p>
    <w:p>
      <w:pPr>
        <w:jc w:val="both"/>
      </w:pPr>
      <w:r>
        <w:rPr>
          <w:b/>
        </w:rPr>
        <w:t>Điều 13. Vi phạm quy định về kiểm soát hải quan</w:t>
      </w:r>
    </w:p>
    <w:p>
      <w:pPr>
        <w:jc w:val="both"/>
      </w:pPr>
      <w:r>
        <w:t>1. Phạt tiền từ 1.000.000 đồng đến 3.000.000 đồng đối vái một trong các hành vi vi phạm sau:</w:t>
      </w:r>
    </w:p>
    <w:p>
      <w:pPr>
        <w:jc w:val="both"/>
      </w:pPr>
      <w:r>
        <w:t>a) Không chấp hành lệnh dừng, khám xét phương tiện vận tải theo quy định;</w:t>
      </w:r>
    </w:p>
    <w:p>
      <w:pPr>
        <w:jc w:val="both"/>
      </w:pPr>
      <w:r>
        <w:t>b) Không cung cấp sơ đồ hầm hàng, chỉ dẫn, mở nơi nghi vấn cất giữ hàng hóa trên phương tiện vận tải để thực hiện quyết định khám hành chính.</w:t>
      </w:r>
    </w:p>
    <w:p>
      <w:pPr>
        <w:jc w:val="both"/>
      </w:pPr>
      <w:r>
        <w:t>2. Phạt tiền từ 5.000.000 đồng đến 10.000.000 đồng đối với một trong các hành vi vi phạm sau:</w:t>
      </w:r>
    </w:p>
    <w:p>
      <w:pPr>
        <w:jc w:val="both"/>
      </w:pPr>
      <w:r>
        <w:t>a) Chứa chấp, mua, bán, vận chuyển hàng hóa xuất khẩu, nhập khẩu không có chứng từ hợp pháp trong địa bàn hoạt động hải quan mà tang vật vi phạm có trị giá dưới 30.000.000 đồng;</w:t>
      </w:r>
    </w:p>
    <w:p>
      <w:pPr>
        <w:jc w:val="both"/>
      </w:pPr>
      <w:r>
        <w:t>b) Vận chuyển trái phép hàng hóa, đồng Việt Nam tiền mặt, ngoại tệ tiền mặt, vàng, kim loại quý khác, đá quý qua biên giới mà tang vật vi phạm có trị giá dưới 30.000.000 đồng;</w:t>
      </w:r>
    </w:p>
    <w:p>
      <w:pPr>
        <w:jc w:val="both"/>
      </w:pPr>
      <w:r>
        <w:t>c) Đưa phương tiện vận tải qua lại biên giới quốc gia trên đất liền không đúng tuyến đường, không đúng cửa khẩu quy định, không làm thủ tục hải quan theo quy định.</w:t>
      </w:r>
    </w:p>
    <w:p>
      <w:pPr>
        <w:jc w:val="both"/>
      </w:pPr>
      <w:r>
        <w:t>3. Phạt tiền từ 10.000.000 đồng đến 20.000.000 đồng đối với hành vi vi phạm quy định tại các điểm a, b khoản 2 Điều này mà tang vật vi phạm có trị giá từ 30.000.000 đồng đến dưới 50.000.000 đồng.</w:t>
      </w:r>
    </w:p>
    <w:p>
      <w:pPr>
        <w:jc w:val="both"/>
      </w:pPr>
      <w:r>
        <w:t>4. Phạt tiền từ 20.000.000 đồng đến 40.000.000 đồng đối với hành vi vi phạm quy định tại các điểm a, b khoản 2 Điều này mà tang vật vi phạm có trị giá từ 50.000.000 đồng đến dưới 70.000.000 đồng.</w:t>
      </w:r>
    </w:p>
    <w:p>
      <w:pPr>
        <w:jc w:val="both"/>
      </w:pPr>
      <w:r>
        <w:t>5. Phạt tiền từ 40.000.000 đồng đến 60.000.000 đồng đối với một trong các hành vi vi phạm sau:</w:t>
      </w:r>
    </w:p>
    <w:p>
      <w:pPr>
        <w:jc w:val="both"/>
      </w:pPr>
      <w:r>
        <w:t>a) Hành vi vi phạm quy định tại các điểm a, b khoản 2 Điều này mà tang vật vi phạm có trị giá từ 70.000.000 đồng đến dưới 100.000.000 đồng;</w:t>
      </w:r>
    </w:p>
    <w:p>
      <w:pPr>
        <w:jc w:val="both"/>
      </w:pPr>
      <w:r>
        <w:t>b) Bốc dỡ hàng hóa không đúng cảng đích ghi trong bản lược khai hàng hóa, vận tải đơn;</w:t>
      </w:r>
    </w:p>
    <w:p>
      <w:pPr>
        <w:jc w:val="both"/>
      </w:pPr>
      <w:r>
        <w:t>c) Xếp dỡ, chuyển tải, sang mạn, sang toa, cắt toa hàng hóa xuất khẩu, nhập khẩu, quá cảnh trên phương tiện vận tải đang chịu sự kiểm tra, giám sát hải quan mà không được sự đồng ý của cơ quan hải quan;</w:t>
      </w:r>
    </w:p>
    <w:p>
      <w:pPr>
        <w:jc w:val="both"/>
      </w:pPr>
      <w:r>
        <w:t>d) Tẩu tán, tiêu hủy hoặc vứt bỏ hàng hóa để trốn tránh sự kiểm tra, giám sát, kiểm soát hải quan;</w:t>
      </w:r>
    </w:p>
    <w:p>
      <w:pPr>
        <w:jc w:val="both"/>
      </w:pPr>
      <w:r>
        <w:t>đ) Vận chuyển phế liệu vào Việt Nam cho người nhận hàng trên Bản lược khai hàng hóa không đủ điều kiện nhập khẩu phế liệu làm nguyên liệu sản xuất.</w:t>
      </w:r>
    </w:p>
    <w:p>
      <w:pPr>
        <w:jc w:val="both"/>
      </w:pPr>
      <w:r>
        <w:t>6. Phạt tiền từ 60.000.000 đồng đến 80.000.000 đồng đối hành vi vi phạm quy định tại các điểm a, b khoản 2 Điều này mà tang vật vi phạm có trị giá từ 100.000.000 đồng trở lên mà không bị truy cứu trách nhiệm hình sự.</w:t>
      </w:r>
    </w:p>
    <w:p>
      <w:pPr>
        <w:jc w:val="both"/>
      </w:pPr>
      <w:r>
        <w:t>7. Hình thức xử phạt bổ sung:</w:t>
      </w:r>
    </w:p>
    <w:p>
      <w:pPr>
        <w:jc w:val="both"/>
      </w:pPr>
      <w:r>
        <w:t>Tịch thu tang vật vi phạm hành chính đối với các hành vi vi phạm quy định tại các điểm a, b khoản 2; khoản 3; khoản 4; các điểm a, d khoản 5; khoản 6 Điều này; trừ tang vật vi phạm bị áp dụng biện pháp khắc phục hậu quả quy định tại điểm d khoản 8 Điều này.</w:t>
      </w:r>
    </w:p>
    <w:p>
      <w:pPr>
        <w:jc w:val="both"/>
      </w:pPr>
      <w:r>
        <w:t>8. Áp dụng biện pháp khắc phục hậu quả:</w:t>
      </w:r>
    </w:p>
    <w:p>
      <w:pPr>
        <w:jc w:val="both"/>
      </w:pPr>
      <w:r>
        <w:t>a) Buộc nộp lại số tiền bằng trị giá tang vật đã bị tiêu thụ, tẩu tán, tiêu hủy trái quy định của pháp luật đối với hành vi vi phạm quy định tại điểm d khoản 5 Điều này;</w:t>
      </w:r>
    </w:p>
    <w:p>
      <w:pPr>
        <w:jc w:val="both"/>
      </w:pPr>
      <w:r>
        <w:t>b) Buộc đưa ra khỏi lãnh thổ nước Cộng hòa xã hội chủ nghĩa Việt Nam hoặc buộc tái xuất phương tiện vận tải đăng ký lưu hành tại nước ngoài trong thời hạn thi hành quyết định xử phạt đối với hành vi vi phạm quy định tại điểm c khoản 2 Điều này;</w:t>
      </w:r>
    </w:p>
    <w:p>
      <w:pPr>
        <w:jc w:val="both"/>
      </w:pPr>
      <w:r>
        <w:t>c) Buộc đưa ra khỏi lãnh thổ nước Cộng hòa xã hội chủ nghĩa Việt Nam hoặc buộc tái xuất trong thời hạn thi hành quyết định xử phạt đối với hành vi vi phạm quy định tại điểm đ khoản 5 Điều này mà tang vật vi phạm là phế liệu không đáp ứng điều kiện, quy chuẩn kỹ thuật môi trường;</w:t>
      </w:r>
    </w:p>
    <w:p>
      <w:pPr>
        <w:jc w:val="both"/>
      </w:pPr>
      <w:r>
        <w:t>d) Buộc tiêu hủy hàng hóa, vật phẩm gây hại cho sức khỏe con người, vật nuôi, cây trồng và môi trường, văn hóa phẩm có nội dung độc hại đối với các hành vi vi phạm quy định tại các điểm a, b khoản 2; khoản 3; khoản 4; điểm a khoản 5; khoản 6 Điều này.</w:t>
      </w:r>
    </w:p>
    <w:p>
      <w:pPr>
        <w:jc w:val="both"/>
      </w:pPr>
      <w:r>
        <w:rPr>
          <w:b/>
        </w:rPr>
        <w:t>Điều 14. Xử phạt đối với hành vi trốn thuế</w:t>
      </w:r>
    </w:p>
    <w:p>
      <w:pPr>
        <w:jc w:val="both"/>
      </w:pPr>
      <w:r>
        <w:t>1. Các hành vi trốn thuế gồm:</w:t>
      </w:r>
    </w:p>
    <w:p>
      <w:pPr>
        <w:jc w:val="both"/>
      </w:pPr>
      <w:r>
        <w:t>a) Sử dụng chứng từ, tài liệu không hợp pháp, không đúng với thực tế giao dịch để kê khai thuế; tự ý tẩy xóa, sửa chữa chứng từ dẫn đến thiếu số tiền thuế phải nộp hoặc tăng số tiền thuế được miễn, giảm, hoàn, không thu;</w:t>
      </w:r>
    </w:p>
    <w:p>
      <w:pPr>
        <w:jc w:val="both"/>
      </w:pPr>
      <w:r>
        <w:t>b) Khai sai mã số hàng hóa, thuế suất, mức thuế đối với những mặt hàng đã được Bộ Tài chính, cơ quan hải quan hướng dẫn mã số hàng hóa, thuế suất, mức thuế theo quy định;</w:t>
      </w:r>
    </w:p>
    <w:p>
      <w:pPr>
        <w:jc w:val="both"/>
      </w:pPr>
      <w:r>
        <w:t>c) Vi phạm quy định tại các điểm b, c, d khoản 3 Điều 9 mà cá nhân, tổ chức vi phạm không nộp đủ số tiền thuế phải nộp theo quy định trước thời điểm lập biên bản vi phạm;</w:t>
      </w:r>
    </w:p>
    <w:p>
      <w:pPr>
        <w:jc w:val="both"/>
      </w:pPr>
      <w:r>
        <w:t>d) Làm thủ tục xuất khẩu nhưng không xuất khẩu sản phẩm gia công; sản phẩm sản xuất xuất khẩu; sản phẩm xuất khẩu ra nước ngoài của doanh nghiệp chế xuất;</w:t>
      </w:r>
    </w:p>
    <w:p>
      <w:pPr>
        <w:jc w:val="both"/>
      </w:pPr>
      <w:r>
        <w:t>đ) Khai sai so với thực tế hàng hóa xuất khẩu về lượng, chủng loại, sản phẩm gia công; sản phẩm sản xuất xuất khẩu; sản phẩm xuất khẩu ra nước ngoài của doanh nghiệp chế xuất; hàng tái xuất;</w:t>
      </w:r>
    </w:p>
    <w:p>
      <w:pPr>
        <w:jc w:val="both"/>
      </w:pPr>
      <w:r>
        <w:t>e) Không kê khai về nguyên liệu, vật tư mua trong nước có thuế xuất khẩu cấu thành sản phẩm gia công xuất khẩu; khai sai phần trị giá nguyên liệu, vật tư, linh kiện xuất khẩu cấu thành sản phẩm gia công làm tăng số tiền thuế được miễn đối với sản phẩm gia công khi nhập khẩu trở lại Việt Nam;</w:t>
      </w:r>
    </w:p>
    <w:p>
      <w:pPr>
        <w:jc w:val="both"/>
      </w:pPr>
      <w:r>
        <w:t>g) Sử dụng hàng hóa thuộc đối tượng không chịu thuế, miễn thuế, xét miễn thuế, hàng quản lý theo hạn ngạch thuế quan không đúng mục đích mà không khai báo việc chuyển đổi mục đích sử dụng với cơ quan hải quan;</w:t>
      </w:r>
    </w:p>
    <w:p>
      <w:pPr>
        <w:jc w:val="both"/>
      </w:pPr>
      <w:r>
        <w:t>h) Khai sai về lượng, tên hàng, chủng loại, chất lượng, trị giá, xuất xứ hàng hóa nhập khẩu từ khu phi thuế quan vào nội địa;</w:t>
      </w:r>
    </w:p>
    <w:p>
      <w:pPr>
        <w:jc w:val="both"/>
      </w:pPr>
      <w:r>
        <w:t>i) Không ghi chép trong sổ sách kế toán các khoản thu, chi liên quan đến việc xác định số tiền thuế phải nộp;</w:t>
      </w:r>
    </w:p>
    <w:p>
      <w:pPr>
        <w:jc w:val="both"/>
      </w:pPr>
      <w:r>
        <w:t>k) Bán hàng miễn thuế không đúng đối tượng, định lượng, điều kiện theo quy định của pháp luật;</w:t>
      </w:r>
    </w:p>
    <w:p>
      <w:pPr>
        <w:jc w:val="both"/>
      </w:pPr>
      <w:r>
        <w:t>l) Cấu kết với người gửi hàng để nhập khẩu hàng hóa nhằm mục đích trốn thuế.</w:t>
      </w:r>
    </w:p>
    <w:p>
      <w:pPr>
        <w:jc w:val="both"/>
      </w:pPr>
      <w:r>
        <w:t>2. Người nộp thuế có hành vi vi phạm quy định tại khoản 1 Điều này mà không bị truy cứu trách nhiệm hình sự thì bị phạt tiền như sau:</w:t>
      </w:r>
    </w:p>
    <w:p>
      <w:pPr>
        <w:jc w:val="both"/>
      </w:pPr>
      <w:r>
        <w:t>a) Phạt 01 lần số tiền thuế trốn trong trường hợp không có tình tiết tăng nặng;</w:t>
      </w:r>
    </w:p>
    <w:p>
      <w:pPr>
        <w:jc w:val="both"/>
      </w:pPr>
      <w:r>
        <w:t>b) Trường hợp có tình tiết tăng nặng thì mỗi tình tiết tăng nặng mức phạt tăng lên 0,2 lần nhưng không vượt quá 03 lần số tiền thuế trốn.</w:t>
      </w:r>
    </w:p>
    <w:p>
      <w:pPr>
        <w:jc w:val="both"/>
      </w:pPr>
      <w:r>
        <w:t>3. Áp dụng biện pháp khắc phục hậu quả:</w:t>
      </w:r>
    </w:p>
    <w:p>
      <w:pPr>
        <w:jc w:val="both"/>
      </w:pPr>
      <w:r>
        <w:t>Buộc nộp đủ số tiền thuế trốn đối với hành vi vi phạm quy định tại Điều này.</w:t>
      </w:r>
    </w:p>
    <w:p>
      <w:pPr>
        <w:jc w:val="both"/>
      </w:pPr>
      <w:r>
        <w:t>4. Quy định tại Điều này không áp dụng đối với các trường hợp vi phạm quy định tại các Điều 15, 16, 17, 18, 19, 20, 21, 22 Nghị định này.</w:t>
      </w:r>
    </w:p>
    <w:p>
      <w:pPr>
        <w:jc w:val="both"/>
      </w:pPr>
      <w:r>
        <w:t>5. Vi phạm quy định tại các điểm c, h khoản 1 Điều này mà không có chứng từ để khai bổ sung thì xử phạt theo quy định tại khoản 8 Điều 11 Nghị định này.</w:t>
      </w:r>
    </w:p>
    <w:p>
      <w:pPr>
        <w:jc w:val="both"/>
      </w:pPr>
      <w:r>
        <w:rPr>
          <w:b/>
        </w:rPr>
        <w:t>Điều 15. Vi phạm quy định về xuất khẩu, nhập khẩu, vận chuyển vào Việt Nam hàng hóa cấm xuất khẩu, cấm nhập khẩu, tạm ngừng xuất khẩu, tạm ngừng nhập khẩu</w:t>
      </w:r>
    </w:p>
    <w:p>
      <w:pPr>
        <w:jc w:val="both"/>
      </w:pPr>
      <w:r>
        <w:t>1. Xuất khẩu, nhập khẩu, vận chuyển vào Việt Nam hàng hóa cấm xuất khẩu, cấm nhập khẩu hoặc hàng hóa tạm ngừng xuất khẩu, tạm ngừng nhập khẩu, trừ trường hợp quy định tại khoản 2, khoản 3 Điều này thì bị xử phạt như sau:</w:t>
      </w:r>
    </w:p>
    <w:p>
      <w:pPr>
        <w:jc w:val="both"/>
      </w:pPr>
      <w:r>
        <w:t>a) Phạt tiền từ 3.000.000 đồng đến 6.000.000 đồng trong trường hợp tang vật vi phạm có trị giá dưới 20.000.000 đồng;</w:t>
      </w:r>
    </w:p>
    <w:p>
      <w:pPr>
        <w:jc w:val="both"/>
      </w:pPr>
      <w:r>
        <w:t>b) Phạt tiền từ 6.000.000 đồng đến 10.000.000 đồng trong trường hợp tang vật vi phạm có trị giá từ 20.000.000 đồng đến dưới 30.000.000 đồng;</w:t>
      </w:r>
    </w:p>
    <w:p>
      <w:pPr>
        <w:jc w:val="both"/>
      </w:pPr>
      <w:r>
        <w:t>c) Phạt tiền từ 10.000.000 đồng đến 30.000.000 đồng trong trường hợp tang vật vi phạm có trị giá từ 30.000.000 đồng đến dưới 50.000.000 đồng;</w:t>
      </w:r>
    </w:p>
    <w:p>
      <w:pPr>
        <w:jc w:val="both"/>
      </w:pPr>
      <w:r>
        <w:t>d) Phạt tiền từ 30.000.000 đồng đến 50.000.000 đồng trong trường hợp tang vật vi phạm có trị giá từ 50.000.000 đồng đến dưới 70.000.000 đồng;</w:t>
      </w:r>
    </w:p>
    <w:p>
      <w:pPr>
        <w:jc w:val="both"/>
      </w:pPr>
      <w:r>
        <w:t>đ) Phạt tiền từ 50.000.000 đồng đến 80.000.000 đồng trong trường hợp tang vật vi phạm có trị giá từ 70.000.000 đồng đến dưới 100.000.000 đồng;</w:t>
      </w:r>
    </w:p>
    <w:p>
      <w:pPr>
        <w:jc w:val="both"/>
      </w:pPr>
      <w:r>
        <w:t>e) Phạt tiền từ 80.000.000 đồng đến 100.000.000 đồng trong trường hợp tang vật vi phạm có trị giá từ 100.000.000 đồng trở lên mà không bị truy cứu trách nhiệm hình sự.</w:t>
      </w:r>
    </w:p>
    <w:p>
      <w:pPr>
        <w:jc w:val="both"/>
      </w:pPr>
      <w:r>
        <w:t>2. Mang vào hoặc mang ra khỏi lãnh thổ nước Cộng hòa xã hội chủ nghĩa Việt Nam trái phép ma túy, vũ khí, pháo các loại thuộc danh mục hàng cấm xuất khẩu, cấm nhập khẩu hoặc tạm ngừng xuất khẩu, tạm ngừng nhập khẩu thì xử phạt theo quy định tại Nghị định số 167/2013/NĐ-CP ngày 12 tháng 11 năm 2013 của Chính phủ quy định xử phạt vi phạm hành chính trong lĩnh vực an ninh, trật tự, an toàn xã hội; phòng, chống tệ nạn xã hội; phòng cháy, chữa cháy; phòng, chống bạo lực gia đình.</w:t>
      </w:r>
    </w:p>
    <w:p>
      <w:pPr>
        <w:jc w:val="both"/>
      </w:pPr>
      <w:r>
        <w:t>3. Vận chuyển ngà voi, sừng tê giác thuộc loại cấm xuất khẩu, cấm nhập khẩu bị xử phạt về hành vi “Vận chuyển lâm sản trái pháp luật” quy định tại Điều 22 Nghị định số 35/2019/NĐ-CP ngày 25 tháng 4 năm 2019 của Chính phủ quy định xử phạt vi phạm hành chính trong lĩnh vực lâm nghiệp; xuất khẩu, nhập khẩu ngà voi, sừng tê giác thuộc loại cấm xuất khẩu, cấm nhập khẩu bị xử phạt về hành vi “mua bán lâm sản trái pháp luật” quy định tại Điều 23 Nghị định số 3 5/2019/NĐ-CP.</w:t>
      </w:r>
    </w:p>
    <w:p>
      <w:pPr>
        <w:jc w:val="both"/>
      </w:pPr>
      <w:r>
        <w:t>4. Hình thức xử phạt bổ sung:</w:t>
      </w:r>
    </w:p>
    <w:p>
      <w:pPr>
        <w:jc w:val="both"/>
      </w:pPr>
      <w:r>
        <w:t>Tịch thu tang vật vi phạm hành chính đối với hành vi vi phạm quy định tại khoản 1 Điều này, trừ tang vật vi phạm bị áp dụng biện pháp khắc phục hậu quả quy định tại các điểm a, b khoản 5 Điều này.</w:t>
      </w:r>
    </w:p>
    <w:p>
      <w:pPr>
        <w:jc w:val="both"/>
      </w:pPr>
      <w:r>
        <w:t>5. Áp dụng biện pháp khắc phục hậu quả:</w:t>
      </w:r>
    </w:p>
    <w:p>
      <w:pPr>
        <w:jc w:val="both"/>
      </w:pPr>
      <w:r>
        <w:t>a) Buộc đưa ra khỏi lãnh thổ nước Cộng hòa xã hội chủ nghĩa Việt Nam hoặc buộc tái xuất trong thời hạn thi hành quyết định xử phạt đối với tang vật vi phạm hành chính là hàng hóa, vật phẩm nhập khẩu gây hại cho sức khoẻ con người, vật nuôi, cây trồng và môi trường đối với hành vi vi phạm quy định tại Điều này;</w:t>
      </w:r>
    </w:p>
    <w:p>
      <w:pPr>
        <w:jc w:val="both"/>
      </w:pPr>
      <w:r>
        <w:t>b) Buộc tiêu hủy đối với tang vật vi phạm hành chính là văn hoá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hàng hóa xuất khẩu gây hại cho sức khỏe con người, vật nuôi, cây trồng và môi trường đối với hành vi vi phạm quy định tại Điều này;</w:t>
      </w:r>
    </w:p>
    <w:p>
      <w:pPr>
        <w:jc w:val="both"/>
      </w:pPr>
      <w:r>
        <w:t>c) Buộc nộp lại số tiền bằng trị giá tang vật đã bị tiêu thụ, tẩu tán, tiêu hủy trái quy định của pháp luật đối với hành vi vi phạm quy định tại Điều này.</w:t>
      </w:r>
    </w:p>
    <w:p>
      <w:pPr>
        <w:jc w:val="both"/>
      </w:pPr>
      <w:r>
        <w:rPr>
          <w:b/>
        </w:rPr>
        <w:t>Điều 16. Xuất khẩu, nhập khẩu, kinh doanh tạm nhập, tái xuất, quá cảnh, chuyển khẩu hàng hóa có hình ảnh, nội dung thể hiện không đúng chủ quyền quốc gia hoặc có nội dung khác gây ảnh hưởng đến an ninh, chính trị, kinh tế, xã hội, quan hệ ngoại giao của Việt Nam</w:t>
      </w:r>
    </w:p>
    <w:p>
      <w:pPr>
        <w:jc w:val="both"/>
      </w:pPr>
      <w:r>
        <w:t>1. Xuất khẩu, nhập khẩu hàng hóa có hình ảnh, nội dung thể hiện không đúng chủ quyền quốc gia hoặc hàng hóa có nội dung khác gây ảnh hưởng đến an ninh, chính trị, kinh tế, xã hội, quan hệ ngoại giao của Việt Nam thì bị xử phạt như sau:</w:t>
      </w:r>
    </w:p>
    <w:p>
      <w:pPr>
        <w:jc w:val="both"/>
      </w:pPr>
      <w:r>
        <w:t>a) Phạt tiền từ 10.000.000 đồng đến 20.000.000 đồng trong trường hợp tang vật vi phạm có số lượng đến dưới 20 đơn vị sản phẩm hàng hóa;</w:t>
      </w:r>
    </w:p>
    <w:p>
      <w:pPr>
        <w:jc w:val="both"/>
      </w:pPr>
      <w:r>
        <w:t>b) Phạt tiền từ 20.000.000 đồng đến 30.000.000 đồng trong trường hợp tang vật vi phạm có số lượng từ 20 đến dưới 50 đơn vị sản phẩm hàng hóa;</w:t>
      </w:r>
    </w:p>
    <w:p>
      <w:pPr>
        <w:jc w:val="both"/>
      </w:pPr>
      <w:r>
        <w:t>c) Phạt tiền từ 30.000.000 đồng đến 50.000.000 đồng trong trường hợp tang vật vi phạm có số lượng từ 50 đến dưới 70 đơn vị sản phẩm hàng hóa;</w:t>
      </w:r>
    </w:p>
    <w:p>
      <w:pPr>
        <w:jc w:val="both"/>
      </w:pPr>
      <w:r>
        <w:t>d) Phạt tiền từ 50.000.000 đồng đến 70.000.000 đồng trong trường hợp tang vật vi phạm có số lượng từ 70 đến dưới 100 đơn vị sản phẩm hàng hóa;</w:t>
      </w:r>
    </w:p>
    <w:p>
      <w:pPr>
        <w:jc w:val="both"/>
      </w:pPr>
      <w:r>
        <w:t>đ) Phạt tiền từ 70.000.000 đồng đến 100.000.000 đồng trong trường hợp tang vật vi phạm có số lượng từ 100 đơn vị sản phẩm hàng hóa trở lên.</w:t>
      </w:r>
    </w:p>
    <w:p>
      <w:pPr>
        <w:jc w:val="both"/>
      </w:pPr>
      <w:r>
        <w:t>2. Hình thức xử phạt bổ sung:</w:t>
      </w:r>
    </w:p>
    <w:p>
      <w:pPr>
        <w:jc w:val="both"/>
      </w:pPr>
      <w:r>
        <w:t>Tịch thu tang vật vi phạm hành chính là hàng hóa có hình ảnh, nội dung thể hiện không đúng chủ quyền quốc gia hoặc có nội dung khác gây ảnh hưởng đến an ninh, chính trị, kinh tế, xã hội, quan hệ ngoại giao của Việt Nam đối với hành vi vi phạm quy định tại khoản 1 Điều này.</w:t>
      </w:r>
    </w:p>
    <w:p>
      <w:pPr>
        <w:jc w:val="both"/>
      </w:pPr>
      <w:r>
        <w:t>3. Áp dụng biện pháp khắc phục hậu quả:</w:t>
      </w:r>
    </w:p>
    <w:p>
      <w:pPr>
        <w:jc w:val="both"/>
      </w:pPr>
      <w:r>
        <w:t>Buộc nộp lại số tiền bằng trị giá tang vật đã bị tiêu thụ, tẩu tán, tiêu hủy trái quy định của pháp luật đối với hành vi vi phạm quy định tại Điều này.</w:t>
      </w:r>
    </w:p>
    <w:p>
      <w:pPr>
        <w:jc w:val="both"/>
      </w:pPr>
      <w:r>
        <w:rPr>
          <w:b/>
        </w:rPr>
        <w:t>Điều 17. Xuất khẩu, nhập khẩu, kinh doanh tạm nhập, tái xuất, quá cảnh, chuyển khẩu hàng hóa giả mạo xuất xứ Việt Nam</w:t>
      </w:r>
    </w:p>
    <w:p>
      <w:pPr>
        <w:jc w:val="both"/>
      </w:pPr>
      <w:r>
        <w:t>1. Xuất khẩu, nhập khẩu, kinh doanh tạm nhập, tái xuất, quá cảnh, chuyển khẩu hàng hóa giả mạo xuất xứ Việt Nam thì bị xử phạt như sau:</w:t>
      </w:r>
    </w:p>
    <w:p>
      <w:pPr>
        <w:jc w:val="both"/>
      </w:pPr>
      <w:r>
        <w:t>a) Phạt tiền từ 10.000.000 đồng đến 20.000.000 đồng trong trường hợp tang vật vi phạm có trị giá dưới 30.000.000 đồng;</w:t>
      </w:r>
    </w:p>
    <w:p>
      <w:pPr>
        <w:jc w:val="both"/>
      </w:pPr>
      <w:r>
        <w:t>b) Phạt tiền từ 20.000.000 đồng đến 30.000.000 đồng trong trường hợp tang vật vi phạm có trị giá từ 30.000.000 đồng đến dưới 50.000.000 đồng;</w:t>
      </w:r>
    </w:p>
    <w:p>
      <w:pPr>
        <w:jc w:val="both"/>
      </w:pPr>
      <w:r>
        <w:t>c) Phạt tiền từ 30.000.000 đồng đến 50.000.000 đồng trong trường hợp tang vật vi phạm có trị giá từ 50.000.000 đồng đến dưới 70.000.000 đồng;</w:t>
      </w:r>
    </w:p>
    <w:p>
      <w:pPr>
        <w:jc w:val="both"/>
      </w:pPr>
      <w:r>
        <w:t>d) Phạt tiền từ 50.000.000 đồng đến 70.000.000 đồng trong trường hợp tang vật vi phạm có trị giá từ 70.000.000 đồng đến dưới 100.000.000 đồng;</w:t>
      </w:r>
    </w:p>
    <w:p>
      <w:pPr>
        <w:jc w:val="both"/>
      </w:pPr>
      <w:r>
        <w:t>đ) Phạt tiền từ 70.000.000 đồng đến 100.000.000 đồng trong trường hợp tang vật vi phạm có trị giá từ 100.000.000 đồng trở lên.</w:t>
      </w:r>
    </w:p>
    <w:p>
      <w:pPr>
        <w:jc w:val="both"/>
      </w:pPr>
      <w:r>
        <w:t>2. Hình thức xử phạt bổ sung:</w:t>
      </w:r>
    </w:p>
    <w:p>
      <w:pPr>
        <w:jc w:val="both"/>
      </w:pPr>
      <w:r>
        <w:t>Tịch thu tang vật vi phạm hành chính đối với hành vi vi phạm quy định tại Điều này, trừ tang vật vi phạm bị áp dụng biện pháp khắc phục hậu quả quy định tại điểm a khoản 3 Điều này.</w:t>
      </w:r>
    </w:p>
    <w:p>
      <w:pPr>
        <w:jc w:val="both"/>
      </w:pPr>
      <w:r>
        <w:t>3. Biện pháp khắc phục hậu quả:</w:t>
      </w:r>
    </w:p>
    <w:p>
      <w:pPr>
        <w:jc w:val="both"/>
      </w:pPr>
      <w:r>
        <w:t>a) Buộc tiêu hủy tang vật vi phạm hành chính là hàng hóa, vật phẩm gây hại cho sức khỏe con người, vật nuôi, cây trồng và môi trường, văn hóa phẩm có nội dung độc hại đối với hành vi vi phạm quy định tại Điều này;</w:t>
      </w:r>
    </w:p>
    <w:p>
      <w:pPr>
        <w:jc w:val="both"/>
      </w:pPr>
      <w:r>
        <w:t>b) Buộc nộp lại số tiền bằng trị giá tang vật đã bị tiêu thụ, tẩu tán, tiêu hủy trái quy định của pháp luật đối với hành vi vi phạm quy định tại Điều này.</w:t>
      </w:r>
    </w:p>
    <w:p>
      <w:pPr>
        <w:jc w:val="both"/>
      </w:pPr>
      <w:r>
        <w:rPr>
          <w:b/>
        </w:rPr>
        <w:t>Điều 18. Vi phạm quy định về xuất khẩu, nhập khẩu hàng hóa theo hạn ngạch, giấy phép, điều kiện, tiêu chuẩn, quy chuẩn</w:t>
      </w:r>
    </w:p>
    <w:p>
      <w:pPr>
        <w:jc w:val="both"/>
      </w:pPr>
      <w:r>
        <w:t>1. Xuất khẩu, nhập khẩu hàng hóa theo quy định phải có hạn ngạch, giấy phép xuất khẩu, giấy phép nhập khẩu nhưng không có hạn ngạch, giấy phép xuất khẩu, giấy phép nhập khẩu hàng hóa; xuất khẩu, nhập khẩu hàng hóa không đáp ứng điều kiện, tiêu chuẩn, quy chuẩn kỹ thuật; xuất khẩu, nhập khẩu hàng hóa phải kiểm tra chuyên ngành mà không có thông báo kết quả kiểm tra chuyên ngành theo quy định của pháp luật thì bị xử phạt như sau:</w:t>
      </w:r>
    </w:p>
    <w:p>
      <w:pPr>
        <w:jc w:val="both"/>
      </w:pPr>
      <w:r>
        <w:t>a) Phạt tiền từ 2.000.000 đồng đến 5.000.000 đồng trong trường hợp tang vật vi phạm có trị giá dưới 20.000.000 đồng;</w:t>
      </w:r>
    </w:p>
    <w:p>
      <w:pPr>
        <w:jc w:val="both"/>
      </w:pPr>
      <w:r>
        <w:t>b) Phạt tiền từ 5.000.000 đồng đến 10.000.000 đồng trong trường hợp tang vật vi phạm có trị giá từ 20.000.000 đồng dưới 30.000.000 đồng;</w:t>
      </w:r>
    </w:p>
    <w:p>
      <w:pPr>
        <w:jc w:val="both"/>
      </w:pPr>
      <w:r>
        <w:t>c) Phạt tiền từ 10.000.000 đồng đến 20.000.000 đồng trong trường hợp tang vật vi phạm có trị giá từ 30.000.000 đồng đến dưới 50.000.000 đồng;</w:t>
      </w:r>
    </w:p>
    <w:p>
      <w:pPr>
        <w:jc w:val="both"/>
      </w:pPr>
      <w:r>
        <w:t>d) Phạt tiền từ 20.000.000 đồng đến 30.000.000 đồng trong trường hợp tang vật vi phạm có trị giá từ 50.000.000 đồng đến dưới 100.000.000 đồng;</w:t>
      </w:r>
    </w:p>
    <w:p>
      <w:pPr>
        <w:jc w:val="both"/>
      </w:pPr>
      <w:r>
        <w:t>đ) Phạt tiền từ 30.000.000 đồng đến 50.000.000 đồng trong trường hợp tang vật vi phạm có trị giá từ 100.000.000 đồng trở lên mà không bị truy cứu trách nhiệm hình sự.</w:t>
      </w:r>
    </w:p>
    <w:p>
      <w:pPr>
        <w:jc w:val="both"/>
      </w:pPr>
      <w:r>
        <w:t>2. Phạt tiền bằng 02 lần mức tiền phạt quy định tại khoản 1 Điều này trong trường hợp quá thời hạn 30 ngày, kể từ ngày hàng hóa về đến cửa khẩu người khai hải quan mới nộp hồ sơ hải quan.</w:t>
      </w:r>
    </w:p>
    <w:p>
      <w:pPr>
        <w:jc w:val="both"/>
      </w:pPr>
      <w:r>
        <w:t>3. Áp dụng biện pháp khắc phục hậu quả:</w:t>
      </w:r>
    </w:p>
    <w:p>
      <w:pPr>
        <w:jc w:val="both"/>
      </w:pPr>
      <w:r>
        <w:t>a) Buộc đưa ra khỏi lãnh thổ nước Cộng hòa xã hội chủ nghĩa Việt Nam hoặc buộc tái xuất tang vật vi phạm hành chính trong thời hạn 30 ngày kể từ ngày nhận được quyết định xử phạt đối với hành vi vi phạm quy định tại Điều này; trừ hàng hóa xuất khẩu, hàng hóa nhập khẩu đã được cơ quan có thẩm quyền cấp phép trong thời hạn nêu tại điểm này;</w:t>
      </w:r>
    </w:p>
    <w:p>
      <w:pPr>
        <w:jc w:val="both"/>
      </w:pPr>
      <w:r>
        <w:t>b) Buộc nộp lại số tiền bằng trị giá tang vật đã bị tiêu thụ, tẩu tán, tiêu hủy trái quy định của pháp luật đối với hành vi vi phạm quy định tại Điều này.</w:t>
      </w:r>
    </w:p>
    <w:p>
      <w:pPr>
        <w:jc w:val="both"/>
      </w:pPr>
      <w:r>
        <w:rPr>
          <w:b/>
        </w:rPr>
        <w:t>Điều 19. Vi phạm quy định về xuất khẩu, nhập khẩu hàng hóa thuộc danh mục chỉ định thương nhân xuất khẩu, nhập khẩu</w:t>
      </w:r>
    </w:p>
    <w:p>
      <w:pPr>
        <w:jc w:val="both"/>
      </w:pPr>
      <w:r>
        <w:t>1. Phạt tiền từ 30.000.000 đồng đến 50.000.000 đồng đối với hành vi xuất khẩu, nhập khẩu hàng hóa thuộc danh mục chỉ định thương nhân xuất khẩu, nhập khẩu mà không có văn bản chỉ định của cơ quan có thẩm quyền theo quy định.</w:t>
      </w:r>
    </w:p>
    <w:p>
      <w:pPr>
        <w:jc w:val="both"/>
      </w:pPr>
      <w:r>
        <w:t>2. Áp dụng biện pháp khắc phục hậu quả:</w:t>
      </w:r>
    </w:p>
    <w:p>
      <w:pPr>
        <w:jc w:val="both"/>
      </w:pPr>
      <w:r>
        <w:t>a) Buộc đưa ra khỏi lãnh thổ nước Cộng hòa xã hội chủ nghĩa Việt Nam hoặc buộc tái xuất tang vật vi phạm hành chính trong thời hạn 30 ngày kể từ ngày nhận được quyết định xử phạt đối với hành vi vi phạm quy định tại Điều này mà tang vật vi phạm là hàng nhập khẩu; trừ trường hợp hàng hóa được cơ quan có thẩm quyền cấp văn bản chỉ định nhập khẩu trong thời hạn nêu tại điểm này;</w:t>
      </w:r>
    </w:p>
    <w:p>
      <w:pPr>
        <w:jc w:val="both"/>
      </w:pPr>
      <w:r>
        <w:t>b) Buộc nộp lại số tiền bằng trị giá tang vật đã bị tiêu thụ, tẩu tán, tiêu hủy trái quy định của pháp luật đối với hành vi vi phạm quy định tại Điều này.</w:t>
      </w:r>
    </w:p>
    <w:p>
      <w:pPr>
        <w:jc w:val="both"/>
      </w:pPr>
      <w:r>
        <w:rPr>
          <w:b/>
        </w:rPr>
        <w:t>Điều 20. Vi phạm quy định về tạm nhập, tái xuất, tạm xuất, tái nhập hàng hóa</w:t>
      </w:r>
    </w:p>
    <w:p>
      <w:pPr>
        <w:jc w:val="both"/>
      </w:pPr>
      <w:r>
        <w:t>1. Phạt tiền từ 10.000.000 đồng đến 20.000.000 đồng đối với một trong các hành vi vi phạm sau:</w:t>
      </w:r>
    </w:p>
    <w:p>
      <w:pPr>
        <w:jc w:val="both"/>
      </w:pPr>
      <w:r>
        <w:t>a) Tạm nhập, tái xuất hàng hóa (trừ hàng kinh doanh tạm nhập, tái xuất) phải có giấy phép tạm nhập, tái xuất mà không có giấy phép;</w:t>
      </w:r>
    </w:p>
    <w:p>
      <w:pPr>
        <w:jc w:val="both"/>
      </w:pPr>
      <w:r>
        <w:t>b) Tạm xuất, tái nhập hàng hóa phải có giấy phép tạm xuất, tái nhập mà không có giấy phép, trừ trường hợp quy định tại điểm b khoản 2 Điều này.</w:t>
      </w:r>
    </w:p>
    <w:p>
      <w:pPr>
        <w:jc w:val="both"/>
      </w:pPr>
      <w:r>
        <w:t>2. Phạt tiền từ 20.000.000 đồng đến 40.000.000 đồng đối với một trong các hành vi vi phạm sau đây:</w:t>
      </w:r>
    </w:p>
    <w:p>
      <w:pPr>
        <w:jc w:val="both"/>
      </w:pPr>
      <w:r>
        <w:t>a) Tạm nhập, tái xuất (trừ hàng kinh doanh tạm nhập, tái xuất) hàng hóa cấm nhập khẩu, cấm xuất khẩu, tạm ngừng nhập khẩu, tạm ngừng xuất khẩu;</w:t>
      </w:r>
    </w:p>
    <w:p>
      <w:pPr>
        <w:jc w:val="both"/>
      </w:pPr>
      <w:r>
        <w:t>b) Tạm xuất, tái nhập hàng hóa cấm xuất khẩu, cấm nhập khẩu, tạm ngừng xuất khẩu, tạm ngừng nhập khẩu mà không có giấy phép tạm xuất, tái nhập.</w:t>
      </w:r>
    </w:p>
    <w:p>
      <w:pPr>
        <w:jc w:val="both"/>
      </w:pPr>
      <w:r>
        <w:t>3. Phạt tiền từ 40.000.000 đồng đến 50.000.000 đồng đối với hành vi kinh doanh tạm nhập, tái xuất hàng hóa thuộc danh mục kinh doanh tạm nhập, tái xuất có điều kiện mà không đủ điều kiện để kinh doanh tạm nhập, tái xuất.</w:t>
      </w:r>
    </w:p>
    <w:p>
      <w:pPr>
        <w:jc w:val="both"/>
      </w:pPr>
      <w:r>
        <w:t>4. Phạt tiền từ 50.000.000 đồng đến 60.000.000 đồng đối với hành vi kinh doanh tạm nhập, tái xuất hàng hóa phải có giấy phép mà không có giấy phép, trừ trường hợp quy định tại khoản 5 Điều này.</w:t>
      </w:r>
    </w:p>
    <w:p>
      <w:pPr>
        <w:jc w:val="both"/>
      </w:pPr>
      <w:r>
        <w:t>5. Phạt tiền từ 60.000.000 đồng đến 80.000.000 đồng đối với hành vi vi phạm quy định tại khoản 4 Điều này mà tang vật vi phạm là hàng hóa cấm xuất khẩu, cấm nhập khẩu, tạm ngừng xuất khẩu, tạm ngừng nhập khẩu, hàng chưa được phép lưu hành, sử dụng tại Việt Nam.</w:t>
      </w:r>
    </w:p>
    <w:p>
      <w:pPr>
        <w:jc w:val="both"/>
      </w:pPr>
      <w:r>
        <w:t>6. Phạt tiền từ 80.000.000 đồng đến 100.000.000 đồng đối với hành vi kinh doanh tạm nhập, tái xuất hàng hóa thuộc danh mục cấm kinh doanh tạm nhập, tái xuất hoặc tạm ngừng kinh doanh tạm nhập, tái xuất.</w:t>
      </w:r>
    </w:p>
    <w:p>
      <w:pPr>
        <w:jc w:val="both"/>
      </w:pPr>
      <w:r>
        <w:t>7. Hình thức xử phạt bổ sung:</w:t>
      </w:r>
    </w:p>
    <w:p>
      <w:pPr>
        <w:jc w:val="both"/>
      </w:pPr>
      <w:r>
        <w:t>Tịch thu tang vật vi phạm hành chính đối với hành vi vi phạm quy định tại các khoản 2, 3, 5 Điều này, trừ tang vật vi phạm bị áp dụng biện pháp khắc phục hậu quả quy định tại các điểm b, c khoản 8 Điều này.</w:t>
      </w:r>
    </w:p>
    <w:p>
      <w:pPr>
        <w:jc w:val="both"/>
      </w:pPr>
      <w:r>
        <w:t>8. Áp dụng biện pháp khắc phục hậu quả:</w:t>
      </w:r>
    </w:p>
    <w:p>
      <w:pPr>
        <w:jc w:val="both"/>
      </w:pPr>
      <w:r>
        <w:t>a) Buộc đưa ra khỏi lãnh thổ nước Cộng hòa xã hội chủ nghĩa Việt Nam hoặc buộc tái xuất tại cửa khẩu nhập tang vật vi phạm hành chính trong thời hạn thi hành quyết định xử phạt đối với hành vi vi phạm quy định tại điểm a khoản 1, khoản 4, khoản 6 Điều này;</w:t>
      </w:r>
    </w:p>
    <w:p>
      <w:pPr>
        <w:jc w:val="both"/>
      </w:pPr>
      <w:r>
        <w:t>b) Buộc đưa ra khỏi lãnh thổ nước Cộng hòa xã hội chủ nghĩa Việt Nam hoặc buộc tái xuất tại cửa khẩu nhập tang vật vi phạm hành chính là hàng hóa, vật phẩm gây hại cho sức khoẻ con người, vật nuôi, cây trồng và môi trường trong thời hạn thi hành quyết định xử phạt đối với hành vi vi phạm quy định tại các khoản 2, 3, 5 Điều này;</w:t>
      </w:r>
    </w:p>
    <w:p>
      <w:pPr>
        <w:jc w:val="both"/>
      </w:pPr>
      <w:r>
        <w:t>c) Buộc tiêu hủy tang vật vi phạm hành chính là văn hoá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đối với hành vi vi phạm quy định tại Điều này;</w:t>
      </w:r>
    </w:p>
    <w:p>
      <w:pPr>
        <w:jc w:val="both"/>
      </w:pPr>
      <w:r>
        <w:t>d) Buộc nộp lại số tiền bằng trị giá tang vật đã bị tiêu thụ, tẩu tán, tiêu hủy trái quy định của pháp luật đối với hành vi vi phạm quy định tại Điều này.</w:t>
      </w:r>
    </w:p>
    <w:p>
      <w:pPr>
        <w:jc w:val="both"/>
      </w:pPr>
      <w:r>
        <w:rPr>
          <w:b/>
        </w:rPr>
        <w:t>Điều 21. Vi phạm quy định về quá cảnh, chuyển khẩu hàng hóa</w:t>
      </w:r>
    </w:p>
    <w:p>
      <w:pPr>
        <w:jc w:val="both"/>
      </w:pPr>
      <w:r>
        <w:t>1. Phạt tiền từ 10.000.000 đồng đến 30.000.000 đồng đối với hành vi chuyển khẩu hàng hóa phải có giấy phép mà không có giấy phép của cơ quan có thẩm quyền, trừ trường hợp quy định tại khoản 2 Điều này.</w:t>
      </w:r>
    </w:p>
    <w:p>
      <w:pPr>
        <w:jc w:val="both"/>
      </w:pPr>
      <w:r>
        <w:t>2. Phạt tiền từ 20.000.000 đồng đến 40.000.000 đồng đối với một trong các hành vi vi phạm sau:</w:t>
      </w:r>
    </w:p>
    <w:p>
      <w:pPr>
        <w:jc w:val="both"/>
      </w:pPr>
      <w:r>
        <w:t>a) Quá cảnh hàng hóa theo quy định phải có giấy phép mà không có giấy phép;</w:t>
      </w:r>
    </w:p>
    <w:p>
      <w:pPr>
        <w:jc w:val="both"/>
      </w:pPr>
      <w:r>
        <w:t>b) Chuyển khẩu hàng hóa thuộc danh mục cấm xuất khẩu, cấm nhập khẩu, tạm ngừng xuất khẩu, tạm ngừng nhập khẩu, hàng chưa được phép lưu hành, sử dụng tại Việt Nam mà không có giấy phép theo quy định.</w:t>
      </w:r>
    </w:p>
    <w:p>
      <w:pPr>
        <w:jc w:val="both"/>
      </w:pPr>
      <w:r>
        <w:t>3. Phạt tiền từ 60.000.000 đồng đến 80.000.000 đồng đối với hành vi chuyển khẩu hàng hóa thuộc danh mục hàng hóa cấm kinh doanh chuyển khẩu, tạm ngừng kinh doanh chuyển khẩu.</w:t>
      </w:r>
    </w:p>
    <w:p>
      <w:pPr>
        <w:jc w:val="both"/>
      </w:pPr>
      <w:r>
        <w:t>4. Hình thức xử phạt bổ sung:</w:t>
      </w:r>
    </w:p>
    <w:p>
      <w:pPr>
        <w:jc w:val="both"/>
      </w:pPr>
      <w:r>
        <w:t>Tịch thu tang vật vi phạm hành chính đối với hành vi vi phạm quy định tại các khoản 2, 3 Điều này, trừ tang vật vi phạm bị áp dụng biện pháp khắc phục hậu quả theo quy định tại các điểm b, c khoản 5 Điều này</w:t>
      </w:r>
    </w:p>
    <w:p>
      <w:pPr>
        <w:jc w:val="both"/>
      </w:pPr>
      <w:r>
        <w:t>5. Áp dụng biện pháp khắc phục hậu quả:</w:t>
      </w:r>
    </w:p>
    <w:p>
      <w:pPr>
        <w:jc w:val="both"/>
      </w:pPr>
      <w:r>
        <w:t>a) Buộc đưa ra khỏi lãnh thổ nước Cộng hòa xã hội chủ nghĩa Việt Nam hoặc buộc tái xuất tại cửa khẩu nhập tang vật vi phạm hành chính trong thời hạn thi hành quyết định xử phạt đối với hành vi vi phạm quy định tại khoản 1 Điều này, trừ tang vật vi phạm là hàng hóa bị áp dụng biện pháp khắc phục hậu quả quy định tại điểm c khoản 5 Điều này;</w:t>
      </w:r>
    </w:p>
    <w:p>
      <w:pPr>
        <w:jc w:val="both"/>
      </w:pPr>
      <w:r>
        <w:t>b) Buộc đưa ra khỏi lãnh thổ nước Cộng hòa xã hội chủ nghĩa Việt Nam hoặc buộc tái xuất tại cửa khẩu nhập tang vật vi phạm hành chính là hàng hóa, vật phẩm gây hại cho sức khoẻ con người, vật nuôi, cây trồng và môi trường trong thời hạn thi hành quyết định xử phạt đối với hành vi vi phạm quy định tại khoản 2, khoản 3 Điều này;</w:t>
      </w:r>
    </w:p>
    <w:p>
      <w:pPr>
        <w:jc w:val="both"/>
      </w:pPr>
      <w:r>
        <w:t>c) Buộc tiêu hủy tang vật vi phạm hành chính là văn hoá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đối với các hành vi vi phạm quy định tại Điều này;</w:t>
      </w:r>
    </w:p>
    <w:p>
      <w:pPr>
        <w:jc w:val="both"/>
      </w:pPr>
      <w:r>
        <w:t>d) Buộc nộp lại số tiền bằng trị giá tang vật đã bị tiêu thụ, tẩu tán, tiêu hủy trái quy định của pháp luật đối với hành vi vi phạm quy định tại Điều này.</w:t>
      </w:r>
    </w:p>
    <w:p>
      <w:pPr>
        <w:jc w:val="both"/>
      </w:pPr>
      <w:r>
        <w:rPr>
          <w:b/>
        </w:rPr>
        <w:t>Điều 22. Vi phạm quy định về ghi nhãn hàng hóa nhập khẩu</w:t>
      </w:r>
    </w:p>
    <w:p>
      <w:pPr>
        <w:jc w:val="both"/>
      </w:pPr>
      <w:r>
        <w:t>1. Phạt tiền từ 1.000.000 đồng đến 3.000.000 đồng đối với hành vi nhập khẩu hàng hóa có nhãn gốc nhưng không đọc được các nội dung trên nhãn theo quy định của pháp luật về nhãn hàng hóa mà cá nhân, tổ chức nhập khẩu hàng hóa không khắc phục được.</w:t>
      </w:r>
    </w:p>
    <w:p>
      <w:pPr>
        <w:jc w:val="both"/>
      </w:pPr>
      <w:r>
        <w:t>2. Nhập khẩu hàng hóa có nhãn hàng hóa ghi sai các nội dung bắt buộc trên nhãn hàng hóa theo quy định của pháp luật về nhãn hàng hóa đối với hàng hóa nhập khẩu (trừ trường hợp hàng giả, hàng hóa giả mạo xuất xứ Việt Nam) thì bị xử phạt như sau:</w:t>
      </w:r>
    </w:p>
    <w:p>
      <w:pPr>
        <w:jc w:val="both"/>
      </w:pPr>
      <w:r>
        <w:t>a) Phạt tiền từ 500.000 đồng đến 1.000.000 đồng trong trường hợp hàng hóa vi phạm có giá trị dưới 5.000.000 đồng;</w:t>
      </w:r>
    </w:p>
    <w:p>
      <w:pPr>
        <w:jc w:val="both"/>
      </w:pPr>
      <w:r>
        <w:t>b) Phạt tiền từ 1.000.000 đồng đến 3.000.000 đồng trong trường hợp hàng hóa vi phạm có giá trị từ 5.000.000 đồng đến dưới 10.000.000 đồng;</w:t>
      </w:r>
    </w:p>
    <w:p>
      <w:pPr>
        <w:jc w:val="both"/>
      </w:pPr>
      <w:r>
        <w:t>c) Phạt tiền từ 3.000.000 đồng đến 7.000.000 đồng trong trường hợp hàng hóa vi phạm có giá trị từ 10.000.000 đồng đến dưới 20.000.000 đồng;</w:t>
      </w:r>
    </w:p>
    <w:p>
      <w:pPr>
        <w:jc w:val="both"/>
      </w:pPr>
      <w:r>
        <w:t>d) Phạt tiền từ 7.000.000 đồng đến 10.000.000 đồng trong trường hợp hàng hóa vi phạm có giá trị từ 20.000.000 đồng đến dưới 30.000.000 đồng;</w:t>
      </w:r>
    </w:p>
    <w:p>
      <w:pPr>
        <w:jc w:val="both"/>
      </w:pPr>
      <w:r>
        <w:t>đ) Phạt tiền từ 10.000.000 đồng đến 15.000.000 đồng trong trường hợp hàng hóa vi phạm có giá trị từ 30.000.000 đồng đến dưới 50.000.000 đồng;</w:t>
      </w:r>
    </w:p>
    <w:p>
      <w:pPr>
        <w:jc w:val="both"/>
      </w:pPr>
      <w:r>
        <w:t>e) Phạt tiền từ 15.000.000 đồng đến 20.000.000 đồng trong trường hợp hàng hóa vi phạm có giá trị từ 50.000.000 đồng đến dưới 70.000.000 đồng;</w:t>
      </w:r>
    </w:p>
    <w:p>
      <w:pPr>
        <w:jc w:val="both"/>
      </w:pPr>
      <w:r>
        <w:t>g) Phạt tiền từ 20.000.000 đồng đến 25.000.000 đồng trong trường hợp hàng hóa vi phạm có giá trị từ 70.000.000 đồng đến dưới 100.000.000 đồng;</w:t>
      </w:r>
    </w:p>
    <w:p>
      <w:pPr>
        <w:jc w:val="both"/>
      </w:pPr>
      <w:r>
        <w:t>h) Phạt tiền từ 25.000.000 đồng đến 30.000.000 đồng trong trường hợp hàng hóa vi phạm có giá trị từ 100.000.000 đồng trở lên.</w:t>
      </w:r>
    </w:p>
    <w:p>
      <w:pPr>
        <w:jc w:val="both"/>
      </w:pPr>
      <w:r>
        <w:t>3. Nhập khẩu hàng hóa theo quy định phải có nhãn gốc mà không có nhãn gốc hàng hóa thì bị xử phạt như sau:</w:t>
      </w:r>
    </w:p>
    <w:p>
      <w:pPr>
        <w:jc w:val="both"/>
      </w:pPr>
      <w:r>
        <w:t>a) Phạt tiền từ 1.000.000 đồng đến 3.000.000 đồng trong trường hợp hàng hóa vi phạm có trị giá đến dưới 5.000.000 đồng;</w:t>
      </w:r>
    </w:p>
    <w:p>
      <w:pPr>
        <w:jc w:val="both"/>
      </w:pPr>
      <w:r>
        <w:t>b) Phạt tiền từ 3.000.000 đồng đến 5.000.000 đồng trong trường hợp hàng hóa vi phạm có trị giá từ 5.000.000 đồng đến dưới 10.000.000 đồng;</w:t>
      </w:r>
    </w:p>
    <w:p>
      <w:pPr>
        <w:jc w:val="both"/>
      </w:pPr>
      <w:r>
        <w:t>c) Phạt tiền từ 5.000.000 đồng đến 10.000.000 đồng trong trường hợp hàng hóa vi phạm có trị giá từ 10.000.000 đồng đến dưới 20.000.000 đồng;</w:t>
      </w:r>
    </w:p>
    <w:p>
      <w:pPr>
        <w:jc w:val="both"/>
      </w:pPr>
      <w:r>
        <w:t>d) Phạt tiền từ 10.000.000 đồng đến 15.000.000 đồng trong trường hợp hàng hóa vi phạm có trị giá từ 20.000.000 đồng đến dưới 30.000.000 đồng;</w:t>
      </w:r>
    </w:p>
    <w:p>
      <w:pPr>
        <w:jc w:val="both"/>
      </w:pPr>
      <w:r>
        <w:t>đ) Phạt tiền từ 15.000.000 đồng đến 25.000.000 đồng trong trường hợp hàng hóa vi phạm có trị giá từ 30.000.000 đồng đến dưới 50.000.000 đồng;</w:t>
      </w:r>
    </w:p>
    <w:p>
      <w:pPr>
        <w:jc w:val="both"/>
      </w:pPr>
      <w:r>
        <w:t>e) Phạt tiền từ 25.000.000 đồng đến 35.000.000 đồng trong trường hợp hàng hóa vi phạm có trị giá từ 50.000.000 đồng đến dưới 70.000.000 đồng;</w:t>
      </w:r>
    </w:p>
    <w:p>
      <w:pPr>
        <w:jc w:val="both"/>
      </w:pPr>
      <w:r>
        <w:t>g) Phạt tiền từ 35.000.000 đồng đến 50.000.000 đồng trong trường hợp hàng hóa vi phạm có trị giá từ 70.000.000 đồng đến dưới 100.000.000 đồng;</w:t>
      </w:r>
    </w:p>
    <w:p>
      <w:pPr>
        <w:jc w:val="both"/>
      </w:pPr>
      <w:r>
        <w:t>h) Phạt tiền từ 50.000.000 đồng đến 60.000.000 đồng trong trường hợp hàng hóa vi phạm có trị giá từ 100.000.000 đồng trở lên.</w:t>
      </w:r>
    </w:p>
    <w:p>
      <w:pPr>
        <w:jc w:val="both"/>
      </w:pPr>
      <w:r>
        <w:t>4. Áp dụng biện pháp khắc phục hậu quả:</w:t>
      </w:r>
    </w:p>
    <w:p>
      <w:pPr>
        <w:jc w:val="both"/>
      </w:pPr>
      <w:r>
        <w:t>a) Buộc đưa ra khỏi lãnh thổ nước Cộng hòa xã hội chủ nghĩa Việt Nam hoặc buộc tái xuất đối với tang vật vi phạm hành chính quy định tại Điều này trong thời hạn thi hành quyết định xử phạt;</w:t>
      </w:r>
    </w:p>
    <w:p>
      <w:pPr>
        <w:jc w:val="both"/>
      </w:pPr>
      <w:r>
        <w:t>b) Buộc nộp lại số tiền bằng trị giá tang vật đã bị tiêu thụ, tẩu tán, tiêu hủy trái quy định của pháp luật đối với hành vi vi phạm quy định tại Điều này.</w:t>
      </w:r>
    </w:p>
    <w:p>
      <w:pPr>
        <w:jc w:val="both"/>
      </w:pPr>
      <w:r>
        <w:rPr>
          <w:b/>
        </w:rPr>
        <w:t>Điều 23. Vi phạm quy định về quản lý kho ngoại quan, kho bảo thuế, địa điểm thu gom hàng lẻ, cửa hàng miễn thuế</w:t>
      </w:r>
    </w:p>
    <w:p>
      <w:pPr>
        <w:jc w:val="both"/>
      </w:pPr>
      <w:r>
        <w:t>1. Phạt tiền từ 1.000.000 đồng đến 2.000.000 đồng đối với một trong các hành vi vi phạm sau:</w:t>
      </w:r>
    </w:p>
    <w:p>
      <w:pPr>
        <w:jc w:val="both"/>
      </w:pPr>
      <w:r>
        <w:t>a) Đưa hàng hóa, máy móc, thiết bị từ nội địa vào kho ngoại quan để phục vụ cho các hoạt động đóng gói, phân loại, bảo dưỡng mà không thông báo với cơ quan hải quan;</w:t>
      </w:r>
    </w:p>
    <w:p>
      <w:pPr>
        <w:jc w:val="both"/>
      </w:pPr>
      <w:r>
        <w:t>b) Thực hiện các dịch vụ gia cố, chia gói, đóng gói bao bì; đóng ghép hàng hóa, phân loại phẩm cấp hàng hóa, bảo dưỡng hàng hóa và lấy mẫu hàng hóa trong kho ngoại quan mà không thông báo để cơ quan hải quan theo dõi, giám sát;</w:t>
      </w:r>
    </w:p>
    <w:p>
      <w:pPr>
        <w:jc w:val="both"/>
      </w:pPr>
      <w:r>
        <w:t>c) Chuyển quyền sở hữu hàng hóa gửi kho ngoại quan mà không thông báo để cơ quan hải quan quản lý, theo dõi;</w:t>
      </w:r>
    </w:p>
    <w:p>
      <w:pPr>
        <w:jc w:val="both"/>
      </w:pPr>
      <w:r>
        <w:t>d) Không đưa hàng hóa, nguyên liệu, vật tư ra khỏi kho ngoại quan, kho bảo thuế, địa điểm thu gom hàng lẻ, cửa hàng miễn thuế, kho của doanh nghiệp bán hàng miễn thuế khi quá thời hạn lưu giữ theo quy định.</w:t>
      </w:r>
    </w:p>
    <w:p>
      <w:pPr>
        <w:jc w:val="both"/>
      </w:pPr>
      <w:r>
        <w:t>2. Phạt tiền từ 2.000.000 đồng đến 5.000.000 đồng đối với một trong các hành vi vi phạm sau:</w:t>
      </w:r>
    </w:p>
    <w:p>
      <w:pPr>
        <w:jc w:val="both"/>
      </w:pPr>
      <w:r>
        <w:t>a) Di chuyển hàng hóa từ kho ngoại quan này sang kho ngoại quan khác khi chưa có văn bản đồng ý của người có thẩm quyền của cơ quan hải quan nơi quản lý kho ngoại quan;</w:t>
      </w:r>
    </w:p>
    <w:p>
      <w:pPr>
        <w:jc w:val="both"/>
      </w:pPr>
      <w:r>
        <w:t>b) Mở rộng, thu hẹp, di chuyển địa điểm cửa hàng miễn thuế, kho ngoại quan, kho hàng không kéo dài, địa điểm thu gom hàng lẻ, địa điểm làm thủ tục hải quan, tập kết, kiểm tra, giám sát hải quan không được phép của cơ quan hải quan;</w:t>
      </w:r>
    </w:p>
    <w:p>
      <w:pPr>
        <w:jc w:val="both"/>
      </w:pPr>
      <w:r>
        <w:t>c) Thực hiện các dịch vụ không được phép trong kho ngoại quan, địa điểm thu gom hàng lẻ;</w:t>
      </w:r>
    </w:p>
    <w:p>
      <w:pPr>
        <w:jc w:val="both"/>
      </w:pPr>
      <w:r>
        <w:t>d) Không thực hiện chế độ báo cáo đối với kho ngoại quan, kho bảo thuế, địa điểm thu gom hàng lẻ đúng thời hạn quy định.</w:t>
      </w:r>
    </w:p>
    <w:p>
      <w:pPr>
        <w:jc w:val="both"/>
      </w:pPr>
      <w:r>
        <w:t>3. Phạt tiền từ 10.000.000 đồng đến 20.000.000 đồng đối với một trong các hành vi vi phạm sau:</w:t>
      </w:r>
    </w:p>
    <w:p>
      <w:pPr>
        <w:jc w:val="both"/>
      </w:pPr>
      <w:r>
        <w:t>a) Đưa vào kho ngoại quan hàng hóa thuộc diện không được gửi kho ngoại quan theo quy định của pháp luật;</w:t>
      </w:r>
    </w:p>
    <w:p>
      <w:pPr>
        <w:jc w:val="both"/>
      </w:pPr>
      <w:r>
        <w:t>b) Tẩu tán hàng hóa lưu giữ trong kho ngoại quan;</w:t>
      </w:r>
    </w:p>
    <w:p>
      <w:pPr>
        <w:jc w:val="both"/>
      </w:pPr>
      <w:r>
        <w:t>c) Tiêu hủy hàng hóa lưu giữ trong kho ngoại quan, kho bảo thuế không đúng quy định pháp luật.</w:t>
      </w:r>
    </w:p>
    <w:p>
      <w:pPr>
        <w:jc w:val="both"/>
      </w:pPr>
      <w:r>
        <w:t>4. Hình thức xử phạt bổ sung:</w:t>
      </w:r>
    </w:p>
    <w:p>
      <w:pPr>
        <w:jc w:val="both"/>
      </w:pPr>
      <w:r>
        <w:t>a) Tịch thu tang vật vi phạm hành chính đối với hành vi vi phạm quy định tại điểm b khoản 3 Điều này;</w:t>
      </w:r>
    </w:p>
    <w:p>
      <w:pPr>
        <w:jc w:val="both"/>
      </w:pPr>
      <w:r>
        <w:t>b) Tịch thu tang vật vi phạm hành chính đối với hành vi vi phạm quy định tại điểm a khoản 3 Điều này trong trường hợp tang vật là hàng hóa cấm xuất khẩu, cấm nhập khẩu, tạm ngừng xuất khẩu, tạm ngừng nhập khẩu; trừ trường hợp tang vật vi phạm hành chính bị áp dụng biện pháp khắc phục hậu quả quy định tại các điểm b, c khoản 5 Điều này.</w:t>
      </w:r>
    </w:p>
    <w:p>
      <w:pPr>
        <w:jc w:val="both"/>
      </w:pPr>
      <w:r>
        <w:t>5. Áp dụng biện pháp khắc phục hậu quả:</w:t>
      </w:r>
    </w:p>
    <w:p>
      <w:pPr>
        <w:jc w:val="both"/>
      </w:pPr>
      <w:r>
        <w:t>a) Buộc nộp lại số tiền bằng trị giá tang vật đã bị tiêu thụ, tẩu tán, tiêu hủy trái quy định của pháp luật đối với hành vi vi phạm quy định tại điểm b khoản 3 Điều này;</w:t>
      </w:r>
    </w:p>
    <w:p>
      <w:pPr>
        <w:jc w:val="both"/>
      </w:pPr>
      <w:r>
        <w:t>b) Buộc đưa ra khỏi lãnh thổ nước Cộng hòa xã hội chủ nghĩa Việt Nam tang vật vi phạm hành chính trong thời hạn thi hành quyết định xử phạt đối với hành vi vi phạm quy định tại điểm a khoản 3 Điều này, trừ tang vật vi phạm bị áp dụng biện pháp khắc phục hậu quả quy định tại điểm c khoản 5 Điều này;</w:t>
      </w:r>
    </w:p>
    <w:p>
      <w:pPr>
        <w:jc w:val="both"/>
      </w:pPr>
      <w:r>
        <w:t>c) Buộc tiêu hủy tang vật vi phạm hành chính là văn hóa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đối với hành vi vi phạm quy định tại điểm a khoản 3 Điều này;</w:t>
      </w:r>
    </w:p>
    <w:p>
      <w:pPr>
        <w:jc w:val="both"/>
      </w:pPr>
      <w:r>
        <w:t>d) Buộc loại bỏ yếu tố vi phạm trên nhãn hàng hóa trước khi đưa tang vật vi phạm hành chính ra khỏi lãnh thổ nước Cộng hòa xã hội chủ nghĩa Việt Nam đối với hành vi vi phạm quy định tại điểm a khoản 3 Điều này trong trường hợp hàng hóa giả mạo xuất xứ Việt Nam.</w:t>
      </w:r>
    </w:p>
    <w:p>
      <w:pPr>
        <w:jc w:val="both"/>
      </w:pPr>
      <w:r>
        <w:rPr>
          <w:b/>
        </w:rPr>
        <w:t>Điều 24. Vi phạm quy định về quản lý hàng hóa xuất khẩu, nhập khẩu tại cảng, kho, bãi, địa điểm làm thủ tục hải quan, tập kết, kiểm tra, giám sát hải quan (trừ kho ngoại quan, kho bảo thuế)</w:t>
      </w:r>
    </w:p>
    <w:p>
      <w:pPr>
        <w:jc w:val="both"/>
      </w:pPr>
      <w:r>
        <w:t>1. Phạt tiền từ 1.000.000 đến 3.000.000 đồng đối với một trong các hành vi sau:</w:t>
      </w:r>
    </w:p>
    <w:p>
      <w:pPr>
        <w:jc w:val="both"/>
      </w:pPr>
      <w:r>
        <w:t>a) Không thông báo đúng thời hạn tình hình hàng hóa tồn đọng tại cảng, kho, bãi thuộc địa bàn hoạt động hải quan;</w:t>
      </w:r>
    </w:p>
    <w:p>
      <w:pPr>
        <w:jc w:val="both"/>
      </w:pPr>
      <w:r>
        <w:t>b) Không sắp xếp hàng hóa trong khu vực cảng, kho, bãi theo yêu cầu giám sát, quản lý của cơ quan hải quan.</w:t>
      </w:r>
    </w:p>
    <w:p>
      <w:pPr>
        <w:jc w:val="both"/>
      </w:pPr>
      <w:r>
        <w:t>2. Phạt tiền từ 5.000.000 đồng đến 10.000.000 đồng đối với một trong các hành vi vi phạm sau:</w:t>
      </w:r>
    </w:p>
    <w:p>
      <w:pPr>
        <w:jc w:val="both"/>
      </w:pPr>
      <w:r>
        <w:t>a) Không thực hiện đầy đủ chế độ quản lý, thống kê, lưu giữ chứng từ, sổ sách, số liệu hàng hóa đưa vào lưu giữ, đưa ra khỏi khu vực cảng, kho, bãi theo quy định của pháp luật và xuất trình, cung cấp cho cơ quan hải quan khi có yêu cầu;</w:t>
      </w:r>
    </w:p>
    <w:p>
      <w:pPr>
        <w:jc w:val="both"/>
      </w:pPr>
      <w:r>
        <w:t>b) Không thực hiện việc cung cấp thông tin và phối hợp với cơ quan hải quan trong việc theo dõi, kiểm tra, giám sát hàng hóa ra, vào, lưu giữ tại khu vực cảng, kho, bãi, địa điểm làm thủ tục hải quan, tập kết, kiểm tra, giám sát hải quan.</w:t>
      </w:r>
    </w:p>
    <w:p>
      <w:pPr>
        <w:jc w:val="both"/>
      </w:pPr>
      <w:r>
        <w:t>3. Phạt tiền từ 40.000.000 đồng đến 60.000.000 đồng đối với hành vi cho phép đưa hàng hóa ra khỏi khu vực cảng, kho, bãi khi chưa nhận được thông tin hàng hóa đủ điều kiện qua khu vực giám sát hoặc đã nhận được thông tin tạm dừng đưa hàng hóa qua khu vực giám sát hải quan.</w:t>
      </w:r>
    </w:p>
    <w:p>
      <w:pPr>
        <w:jc w:val="both"/>
      </w:pPr>
      <w:r>
        <w:rPr>
          <w:b/>
        </w:rPr>
        <w:t>Điều 25. Vi phạm quy định liên quan đến cưỡng chế thi hành quyết định hành chính</w:t>
      </w:r>
    </w:p>
    <w:p>
      <w:pPr>
        <w:jc w:val="both"/>
      </w:pPr>
      <w:r>
        <w:t>1. Phạt tiền từ 5.000.000 đồng đến 10.000.000 đồng đối với trường hợp không thực hiện trích chuyển tiền của cá nhân, tổ chức bị cưỡng chế thi hành quyết định xử phạt vi phạm hành chính trong lĩnh vực hải quan của người có thẩm quyền, trừ trường hợp quy định tại khoản 2 Điều này.</w:t>
      </w:r>
    </w:p>
    <w:p>
      <w:pPr>
        <w:jc w:val="both"/>
      </w:pPr>
      <w:r>
        <w:t>2. Phạt tiền tương ứng với số tiền không trích chuyển vào tài khoản của ngân sách nhà nước đối với ngân hàng thương mại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pPr>
        <w:jc w:val="both"/>
      </w:pPr>
      <w:r>
        <w:t>3. Phạt tiền từ 1.000.000 đồng đến 5.000.000 đồng đối với hành vi cố tình không thực hiện quyết định cưỡng chế bằng biện pháp khấu trừ một phần tiền lương, thu nhập của cá nhân bị cưỡng chế theo quyết định cưỡng chế của cơ quan hải quan.</w:t>
      </w:r>
    </w:p>
    <w:p>
      <w:pPr>
        <w:jc w:val="both"/>
      </w:pPr>
      <w:r>
        <w:t>4. Phạt tiền từ 5.000.000 đồng đến 10.000.000 đồng đối với một trong các hành vi sau:</w:t>
      </w:r>
    </w:p>
    <w:p>
      <w:pPr>
        <w:jc w:val="both"/>
      </w:pPr>
      <w:r>
        <w:t>a) Không cung cấp hoặc cung cấp không chính xác thông tin, chứng từ, tài liệu, nội dung giao dịch qua tài khoản của người nộp thuế mở tại tổ chức tín dụng liên quan đến hàng hóa xuất khẩu, nhập khẩu, phương tiện vận tải xuất cảnh, nhập cảnh khi cơ quan hải quan yêu cầu theo quy định của pháp luật;</w:t>
      </w:r>
    </w:p>
    <w:p>
      <w:pPr>
        <w:jc w:val="both"/>
      </w:pPr>
      <w:r>
        <w:t>b) Thông đồng, bao che người nộp thuế trốn thuế, không thực hiện quyết định cưỡng chế hành chính thuế trong lĩnh vực hải quan.</w:t>
      </w:r>
    </w:p>
    <w:p>
      <w:pPr>
        <w:jc w:val="both"/>
      </w:pPr>
      <w:r>
        <w:rPr>
          <w:b/>
        </w:rPr>
        <w:t>Điều 26. Áp dụng các biện pháp ngăn chặn vi phạm hành chính và bảo đảm xử phạt vi phạm hành chính</w:t>
      </w:r>
    </w:p>
    <w:p>
      <w:pPr>
        <w:jc w:val="both"/>
      </w:pPr>
      <w:r>
        <w:t>1. Việc áp dụng các biện pháp ngăn chặn vi phạm hành chính và bảo đảm việc xử phạt vi phạm hành chính thực hiện theo quy định tại Phần thứ tư Luật Xử lý vi phạm hành chính năm 2012 và quy định tại Nghị định này.</w:t>
      </w:r>
    </w:p>
    <w:p>
      <w:pPr>
        <w:jc w:val="both"/>
      </w:pPr>
      <w:r>
        <w:t>2. Trong một lô hàng có hàng hóa là tang vật vi phạm hành chính và hàng hóa không phải là tang vật vi phạm hành chính thì chỉ được tạm giữ hàng hóa là tang vật vi phạm.</w:t>
      </w:r>
    </w:p>
    <w:p>
      <w:pPr>
        <w:jc w:val="both"/>
      </w:pPr>
      <w:r>
        <w:t>3. Đối với tang vật là ngoại tệ tiền mặt, đồng Việt Nam tiền mặt của người xuất cảnh, nhập cảnh bằng hộ chiếu hoặc bằng các loại giấy tờ khác có giá trị thay cho hộ chiếu do cơ quan có thẩm quyền của Việt Nam hoặc nước ngoài cấp, giấy thông hành, chứng minh thư biên giới thì chỉ tạm giữ số ngoại tệ, tiền Việt Nam bằng tiền mặt vượt quá số ngoại tệ, tiền Việt Nam không phải khai hải quan theo quy định của pháp luật.</w:t>
      </w:r>
    </w:p>
    <w:p>
      <w:pPr>
        <w:jc w:val="both"/>
      </w:pPr>
      <w:r>
        <w:rPr>
          <w:b/>
        </w:rPr>
        <w:t>Điều 27. Thẩm quyền lập biên bản vi phạm hành chính</w:t>
      </w:r>
    </w:p>
    <w:p>
      <w:pPr>
        <w:jc w:val="both"/>
      </w:pPr>
      <w:r>
        <w:t>1. Người có thẩm quyền xử phạt quy định tại các Điều 28, 29, 30, 31 Nghị định này khi đang thi hành công vụ.</w:t>
      </w:r>
    </w:p>
    <w:p>
      <w:pPr>
        <w:jc w:val="both"/>
      </w:pPr>
      <w:r>
        <w:t>2. Người thuộc lực lượng Quân đội nhân dân, công chức thuộc cơ quan quy định tại các Điều 28, 29, 30, 31 của Nghị định này đang thi hành công vụ, nhiệm vụ.</w:t>
      </w:r>
    </w:p>
    <w:p>
      <w:pPr>
        <w:jc w:val="both"/>
      </w:pPr>
      <w:r>
        <w:t>3. Đối với những hành vi vi phạm hành chính thuộc lĩnh vực hải quan xảy ra trên tàu bay, tàu biển, tàu hỏa thì người chỉ huy tàu bay, thuyền trưởng, trưởng tàu có trách nhiệm tổ chức lập biên bản vi phạm hành chính và chuyển ngay cho người có thẩm quyền xử phạt vi phạm hành chính quy định tại các Điều 28, 29, 30, 31, 32 Nghị định này khi tàu bay, tàu biển, tàu hỏa về đến sân bay, bến cảng, nhà ga.</w:t>
      </w:r>
    </w:p>
    <w:p>
      <w:pPr>
        <w:jc w:val="both"/>
      </w:pPr>
      <w:r>
        <w:rPr>
          <w:b/>
        </w:rPr>
        <w:t>Điều 28. Thẩm quyền xử phạt của Chủ tịch Ủy ban nhân dân các cấp</w:t>
      </w:r>
    </w:p>
    <w:p>
      <w:pPr>
        <w:jc w:val="both"/>
      </w:pPr>
      <w:r>
        <w:t>1. Chủ tịch Ủy ban nhân dân cấp huyện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Tịch thu tang vật vi phạm hành chính có trị giá không vượt quá mức tiền phạt được quy định tại điểm b khoản này;</w:t>
      </w:r>
    </w:p>
    <w:p>
      <w:pPr>
        <w:jc w:val="both"/>
      </w:pPr>
      <w:r>
        <w:t>d) Áp dụng biện pháp khắc phục hậu quả quy định tại các điểm a, b, c, d, đ, e, i khoản 5 Điều 5 Nghị định này.</w:t>
      </w:r>
    </w:p>
    <w:p>
      <w:pPr>
        <w:jc w:val="both"/>
      </w:pPr>
      <w:r>
        <w:t>2. Chủ tịch Ủy ban nhân dân cấp tỉnh có quyền:</w:t>
      </w:r>
    </w:p>
    <w:p>
      <w:pPr>
        <w:jc w:val="both"/>
      </w:pPr>
      <w:r>
        <w:t>a) Phạt cảnh cáo;</w:t>
      </w:r>
    </w:p>
    <w:p>
      <w:pPr>
        <w:jc w:val="both"/>
      </w:pPr>
      <w:r>
        <w:t>b) Phạt tiền đến mức tối đa theo quy định tại Nghị định này;</w:t>
      </w:r>
    </w:p>
    <w:p>
      <w:pPr>
        <w:jc w:val="both"/>
      </w:pPr>
      <w:r>
        <w:t>c) Tịch thu tang vật vi phạm hành chính;</w:t>
      </w:r>
    </w:p>
    <w:p>
      <w:pPr>
        <w:jc w:val="both"/>
      </w:pPr>
      <w:r>
        <w:t>d) Áp dụng biện pháp khắc phục hậu quả quy định tại các điểm a, b, c, d, đ; e, i khoản 5 Điều 5 Nghị định này.</w:t>
      </w:r>
    </w:p>
    <w:p>
      <w:pPr>
        <w:jc w:val="both"/>
      </w:pPr>
      <w:r>
        <w:rPr>
          <w:b/>
        </w:rPr>
        <w:t>Điều 29. Thẩm quyền xử phạt vi phạm hành chính của hải quan</w:t>
      </w:r>
    </w:p>
    <w:p>
      <w:pPr>
        <w:jc w:val="both"/>
      </w:pPr>
      <w:r>
        <w:t>1. Công chức Hải quan đang thi hành công vụ có quyền:</w:t>
      </w:r>
    </w:p>
    <w:p>
      <w:pPr>
        <w:jc w:val="both"/>
      </w:pPr>
      <w:r>
        <w:t>a) Phạt cảnh cáo;</w:t>
      </w:r>
    </w:p>
    <w:p>
      <w:pPr>
        <w:jc w:val="both"/>
      </w:pPr>
      <w:r>
        <w:t>b) Phạt tiền đến 500.000 đồng đối với cá nhân; phạt tiền đến 1.000.000 đồng đối với tổ chức.</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 đối với cá nhân; phạt tiền đến 10.000.000 đồng đối với tổ chức.</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 đối với cá nhân; phạt tiền đến 50.000.000 đồng đối với tổ chức;</w:t>
      </w:r>
    </w:p>
    <w:p>
      <w:pPr>
        <w:jc w:val="both"/>
      </w:pPr>
      <w:r>
        <w:t>c) Tịch thu tang vật vi phạm hành chính có giá trị không vượt quá mức tiền phạt được quy định tại điểm b khoản này;</w:t>
      </w:r>
    </w:p>
    <w:p>
      <w:pPr>
        <w:jc w:val="both"/>
      </w:pPr>
      <w:r>
        <w:t>d) Áp dụng các biện pháp khắc phục hậu quả được quy định tại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 đối với cá nhân; phạt tiền đến 100.000.000 đồng đối với tổ chức;</w:t>
      </w:r>
    </w:p>
    <w:p>
      <w:pPr>
        <w:jc w:val="both"/>
      </w:pPr>
      <w:r>
        <w:t>c) Tịch thu tang vật vi phạm hành chính có giá trị không vượt quá mức tiền phạt được quy định tại điểm b khoản này;</w:t>
      </w:r>
    </w:p>
    <w:p>
      <w:pPr>
        <w:jc w:val="both"/>
      </w:pPr>
      <w:r>
        <w:t>d) Áp dụng các biện pháp khắc phục hậu quả được quy định tại Nghị định này.</w:t>
      </w:r>
    </w:p>
    <w:p>
      <w:pPr>
        <w:jc w:val="both"/>
      </w:pPr>
      <w:r>
        <w:t>5. Tổng cục trưởng Tổng cục Hải quan có quyền:</w:t>
      </w:r>
    </w:p>
    <w:p>
      <w:pPr>
        <w:jc w:val="both"/>
      </w:pPr>
      <w:r>
        <w:t>a) Phạt cảnh cáo;</w:t>
      </w:r>
    </w:p>
    <w:p>
      <w:pPr>
        <w:jc w:val="both"/>
      </w:pPr>
      <w:r>
        <w:t>b) Phạt tiền đến mức tối đa đối với lĩnh vực tương ứng quy định tại Điều 24 của Luật Xử lý vi phạm hành chính năm 2012;</w:t>
      </w:r>
    </w:p>
    <w:p>
      <w:pPr>
        <w:jc w:val="both"/>
      </w:pPr>
      <w:r>
        <w:t>c) Tịch thu tang vật vi phạm hành chính;</w:t>
      </w:r>
    </w:p>
    <w:p>
      <w:pPr>
        <w:jc w:val="both"/>
      </w:pPr>
      <w:r>
        <w:t>d) Áp dụng các biện pháp khắc phục hậu quả được quy định tại Nghị định này.</w:t>
      </w:r>
    </w:p>
    <w:p>
      <w:pPr>
        <w:jc w:val="both"/>
      </w:pPr>
      <w:r>
        <w:t>6. Chi cục trưởng Chi cục Hải quan, Cục trưởng Cục Hải quan tỉnh, liên tỉnh, thành phố trực thuộc trung ương, Cục trưởng Cục Điều tra chống buôn lậu, Cục trưởng Cục Kiểm tra sau thông quan và Tổng cục trưởng Tổng cục Hải quan có thẩm quyền xử phạt đối với các hành vi vi phạm pháp luật về thuế với mức phạt tối đa theo quy định tại các điểm b, c, d khoản 2 Điều 138 Luật Quản lý thuế năm 2019.</w:t>
      </w:r>
    </w:p>
    <w:p>
      <w:pPr>
        <w:jc w:val="both"/>
      </w:pPr>
      <w:r>
        <w:rPr>
          <w:b/>
        </w:rPr>
        <w:t>Điều 30. Thẩm quyền xử phạt của Bộ đội Biên phòng</w:t>
      </w:r>
    </w:p>
    <w:p>
      <w:pPr>
        <w:jc w:val="both"/>
      </w:pPr>
      <w:r>
        <w:t>1. Chiến sĩ Bộ đội Biên phòng đang thi hành công vụ có quyền phạt cảnh cáo.</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 đối với cá nhân; phạt tiền đến 5.000.000 đồng đối với tổ chức.</w:t>
      </w:r>
    </w:p>
    <w:p>
      <w:pPr>
        <w:jc w:val="both"/>
      </w:pPr>
      <w:r>
        <w:t>3. Đồn trưởng Đồn biên phòng, Hải đội trưởng Hải đội biên phòng, Chỉ huy trưởng Ban Chỉ huy Biên phòng Cửa khẩu cảng có quyền:</w:t>
      </w:r>
    </w:p>
    <w:p>
      <w:pPr>
        <w:jc w:val="both"/>
      </w:pPr>
      <w:r>
        <w:t>a) Phạt cảnh cáo;</w:t>
      </w:r>
    </w:p>
    <w:p>
      <w:pPr>
        <w:jc w:val="both"/>
      </w:pPr>
      <w:r>
        <w:t>b) Phạt tiền đến 20.000.000 đồng đối với cá nhân; phạt tiền đến 40.000.000 đồng đối với tổ chức;</w:t>
      </w:r>
    </w:p>
    <w:p>
      <w:pPr>
        <w:jc w:val="both"/>
      </w:pPr>
      <w:r>
        <w:t>c) Tịch thu tang vật vi phạm hành chính có giá trị không vượt quá mức tiền phạt được quy định tại điểm b khoản này;</w:t>
      </w:r>
    </w:p>
    <w:p>
      <w:pPr>
        <w:jc w:val="both"/>
      </w:pPr>
      <w:r>
        <w:t>d) Áp dụng biện pháp khắc phục hậu quả quy định tại điểm đ khoản 5 Điều 5 Nghị định này.Bổ sung</w:t>
      </w:r>
    </w:p>
    <w:p>
      <w:pPr>
        <w:jc w:val="both"/>
      </w:pPr>
      <w:r>
        <w:t>4. Chỉ huy trưởng Bộ đội Biên phòng cấp tỉnh, Hải đoàn trưởng Hải đoàn Biên phòng trực thuộc Bộ Tư lệnh Bộ đội Biên phòng có quyền:</w:t>
      </w:r>
    </w:p>
    <w:p>
      <w:pPr>
        <w:jc w:val="both"/>
      </w:pPr>
      <w:r>
        <w:t>a) Phạt cảnh cáo;</w:t>
      </w:r>
    </w:p>
    <w:p>
      <w:pPr>
        <w:jc w:val="both"/>
      </w:pPr>
      <w:r>
        <w:t>b) Phạt tiền đến mức tối đa quy định tại Nghị định này;</w:t>
      </w:r>
    </w:p>
    <w:p>
      <w:pPr>
        <w:jc w:val="both"/>
      </w:pPr>
      <w:r>
        <w:t>c) Tịch thu tang vật vi phạm hành chính;</w:t>
      </w:r>
    </w:p>
    <w:p>
      <w:pPr>
        <w:jc w:val="both"/>
      </w:pPr>
      <w:r>
        <w:t>d) Áp dụng biện pháp khắc phục hậu quả quy định tại các điểm đ, e khoản 5 Điều 5 Nghị định này.</w:t>
      </w:r>
    </w:p>
    <w:p>
      <w:pPr>
        <w:jc w:val="both"/>
      </w:pPr>
      <w:r>
        <w:rPr>
          <w:b/>
        </w:rPr>
        <w:t>Điều 31. Thẩm quyền xử phạt của Cảnh sát biển</w:t>
      </w:r>
    </w:p>
    <w:p>
      <w:pPr>
        <w:jc w:val="both"/>
      </w:pPr>
      <w:r>
        <w:t>1. Cảnh sát viên Cảnh sát biển đang thi hành công vụ có quyền:</w:t>
      </w:r>
    </w:p>
    <w:p>
      <w:pPr>
        <w:jc w:val="both"/>
      </w:pPr>
      <w:r>
        <w:t>a) Phạt cảnh cáo;</w:t>
      </w:r>
    </w:p>
    <w:p>
      <w:pPr>
        <w:jc w:val="both"/>
      </w:pPr>
      <w:r>
        <w:t>b) Phạt tiền đến 1.500.000 đồng đối với cá nhân; phạt tiền đến 3.000.000 đồng đối với tổ chức.</w:t>
      </w:r>
    </w:p>
    <w:p>
      <w:pPr>
        <w:jc w:val="both"/>
      </w:pPr>
      <w:r>
        <w:t>2. Tổ trưởng Tổ nghiệp vụ Cảnh sát biển có quyền:</w:t>
      </w:r>
    </w:p>
    <w:p>
      <w:pPr>
        <w:jc w:val="both"/>
      </w:pPr>
      <w:r>
        <w:t>a) Phạt cảnh cáo;</w:t>
      </w:r>
    </w:p>
    <w:p>
      <w:pPr>
        <w:jc w:val="both"/>
      </w:pPr>
      <w:r>
        <w:t>b) Phạt tiền đến 5.000.000 đồng đối với cá nhân; phạt tiền đến 10.000.000 đồng đối với tổ chức.</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 đối với cá nhân; phạt tiền đến 20.000.000 đồng đối với tổ chức;</w:t>
      </w:r>
    </w:p>
    <w:p>
      <w:pPr>
        <w:jc w:val="both"/>
      </w:pPr>
      <w:r>
        <w:t>c) Áp dụng biện pháp khắc phục hậu quả quy định tại điểm đ khoản 5 Điều 5 Nghị định này.</w:t>
      </w:r>
    </w:p>
    <w:p>
      <w:pPr>
        <w:jc w:val="both"/>
      </w:pPr>
      <w:r>
        <w:t>4. Hải đội trưởng Hải đội Cảnh sát biển có quyền:</w:t>
      </w:r>
    </w:p>
    <w:p>
      <w:pPr>
        <w:jc w:val="both"/>
      </w:pPr>
      <w:r>
        <w:t>a) Phạt cảnh cáo;</w:t>
      </w:r>
    </w:p>
    <w:p>
      <w:pPr>
        <w:jc w:val="both"/>
      </w:pPr>
      <w:r>
        <w:t>b) Phạt tiền đến 20.000.000 đồng đối với cá nhân; phạt tiền đến 40.000. 00 đồng đối với tổ chức;</w:t>
      </w:r>
    </w:p>
    <w:p>
      <w:pPr>
        <w:jc w:val="both"/>
      </w:pPr>
      <w:r>
        <w:t>c) Tịch thu tang vật vi phạm hành chính có giá trị không vượt quá mức tiền phạt được quy định tại điểm b khoản này;</w:t>
      </w:r>
    </w:p>
    <w:p>
      <w:pPr>
        <w:jc w:val="both"/>
      </w:pPr>
      <w:r>
        <w:t>d) Áp dụng biện pháp khắc phục hậu quả quy định tại các điểm a, đ khoản 5 Điều 5 Nghị định này.</w:t>
      </w:r>
    </w:p>
    <w:p>
      <w:pPr>
        <w:jc w:val="both"/>
      </w:pPr>
      <w:r>
        <w:t>5. Hải đoàn trưởng Hải đoàn Cảnh sát biển có quyền:</w:t>
      </w:r>
    </w:p>
    <w:p>
      <w:pPr>
        <w:jc w:val="both"/>
      </w:pPr>
      <w:r>
        <w:t>a) Phạt cảnh cáo;</w:t>
      </w:r>
    </w:p>
    <w:p>
      <w:pPr>
        <w:jc w:val="both"/>
      </w:pPr>
      <w:r>
        <w:t>b) Phạt tiền đến 30.000.000 đồng đối với cá nhân; phạt tiền đến 60.000.000 đồng đối với tổ chức;</w:t>
      </w:r>
    </w:p>
    <w:p>
      <w:pPr>
        <w:jc w:val="both"/>
      </w:pPr>
      <w:r>
        <w:t>c) Tịch thu tang vật vi phạm hành chính có giá trị không vượt quá mức tiền phạt được quy định tại điểm b khoản này;</w:t>
      </w:r>
    </w:p>
    <w:p>
      <w:pPr>
        <w:jc w:val="both"/>
      </w:pPr>
      <w:r>
        <w:t>d) Áp dụng biện pháp khắc phục hậu quả quy định tại các điểm a, đ khoản 5 Điều 5 Nghị định này.</w:t>
      </w:r>
    </w:p>
    <w:p>
      <w:pPr>
        <w:jc w:val="both"/>
      </w:pPr>
      <w:r>
        <w:t>6. Tư lệnh Vùng Cảnh sát biển có quyền:</w:t>
      </w:r>
    </w:p>
    <w:p>
      <w:pPr>
        <w:jc w:val="both"/>
      </w:pPr>
      <w:r>
        <w:t>a) Phạt cảnh cáo;</w:t>
      </w:r>
    </w:p>
    <w:p>
      <w:pPr>
        <w:jc w:val="both"/>
      </w:pPr>
      <w:r>
        <w:t>b) Phạt tiền đến 50.000.000 đồng đối với cá nhân; phạt tiền đến 100.000.000 đồng đối với tổ chức;</w:t>
      </w:r>
    </w:p>
    <w:p>
      <w:pPr>
        <w:jc w:val="both"/>
      </w:pPr>
      <w:r>
        <w:t>c) Tịch thu tang vật vi phạm hành chính có giá trị không vượt quá mức tiền phạt được quy định tại điểm b khoản này;</w:t>
      </w:r>
    </w:p>
    <w:p>
      <w:pPr>
        <w:jc w:val="both"/>
      </w:pPr>
      <w:r>
        <w:t>d) Áp dụng biện pháp khắc phục hậu quả quy định tại các điểm a, đ khoản 5 Điều 5 Nghị định này.</w:t>
      </w:r>
    </w:p>
    <w:p>
      <w:pPr>
        <w:jc w:val="both"/>
      </w:pPr>
      <w:r>
        <w:t>7. Tư lệnh Cảnh sát biển Việt Nam có quyền:</w:t>
      </w:r>
    </w:p>
    <w:p>
      <w:pPr>
        <w:jc w:val="both"/>
      </w:pPr>
      <w:r>
        <w:t>a) Phạt cảnh cáo;</w:t>
      </w:r>
    </w:p>
    <w:p>
      <w:pPr>
        <w:jc w:val="both"/>
      </w:pPr>
      <w:r>
        <w:t>b) Phạt tiền đến mức tối đa quy định tại Nghị định này;</w:t>
      </w:r>
    </w:p>
    <w:p>
      <w:pPr>
        <w:jc w:val="both"/>
      </w:pPr>
      <w:r>
        <w:t>c) Tịch thu tang vật vi phạm hành chính;</w:t>
      </w:r>
    </w:p>
    <w:p>
      <w:pPr>
        <w:jc w:val="both"/>
      </w:pPr>
      <w:r>
        <w:t>d) Áp dụng biện pháp khắc phục hậu quả quy định tại các điểm a, đ khoản 5 Điều 5 Nghị định này.</w:t>
      </w:r>
    </w:p>
    <w:p>
      <w:pPr>
        <w:jc w:val="both"/>
      </w:pPr>
      <w:r>
        <w:rPr>
          <w:b/>
        </w:rPr>
        <w:t>Điều 32. Nguyên tắc xác định và phân định thẩm quyền xử phạt vi phạm hành chính và áp dụng biện pháp khắc phục hậu quả</w:t>
      </w:r>
    </w:p>
    <w:p>
      <w:pPr>
        <w:jc w:val="both"/>
      </w:pPr>
      <w:r>
        <w:t>1. Thẩm quyền xử phạt vi phạm hành chính của những người được quy định tại Nghị định này là thẩm quyền áp dụng đối với một hành vi vi phạm hành chính.</w:t>
      </w:r>
    </w:p>
    <w:p>
      <w:pPr>
        <w:jc w:val="both"/>
      </w:pPr>
      <w:r>
        <w:t>2. Trong trường hợp phạt tiền, thẩm quyền xử phạt được xác định căn cứ vào mức tối đa của khung tiền phạt quy định đối với từng hành vi vi phạm cụ thể.</w:t>
      </w:r>
    </w:p>
    <w:p>
      <w:pPr>
        <w:jc w:val="both"/>
      </w:pPr>
      <w:r>
        <w:t>3. Trong trường hợp vi phạm hành chính thuộc thẩm quyền xử phạt của nhiều người, thì việc xử phạt vi phạm hành chính do người thụ lý đầu tiên thực hiện.</w:t>
      </w:r>
    </w:p>
    <w:p>
      <w:pPr>
        <w:jc w:val="both"/>
      </w:pPr>
      <w:r>
        <w:t>4. Trường hợp xử phạt một người thực hiện nhiều hành vi vi phạm hành chính thì thẩm quyền xử phạt vi phạm hành chính được xác định theo nguyên tắc sau đây:</w:t>
      </w:r>
    </w:p>
    <w:p>
      <w:pPr>
        <w:jc w:val="both"/>
      </w:pPr>
      <w:r>
        <w:t>a)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pPr>
        <w:jc w:val="both"/>
      </w:pPr>
      <w:r>
        <w:t>b)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w:t>
      </w:r>
    </w:p>
    <w:p>
      <w:pPr>
        <w:jc w:val="both"/>
      </w:pPr>
      <w:r>
        <w:t>Trường hợp vượt thẩm quyền xử phạt của Cục trưởng Cục Hải quan thì Cục trưởng Cục Hải quan chuyển vụ vi phạm để Chủ tịch Ủy ban nhân dân cấp tỉnh nơi xảy ra vi phạm ra quyết định xử phạt.</w:t>
      </w:r>
    </w:p>
    <w:p>
      <w:pPr>
        <w:jc w:val="both"/>
      </w:pPr>
      <w:r>
        <w:t>Trường hợp vượt thẩm quyền xử phạt của Cục trưởng Cục Điều tra chống buôn lậu, Cục trưởng Cục Kiểm tra sau thông quan thì những người này chuyển vụ vi phạm để Tổng cục trưởng Tổng cục Hải quan ra quyết định xử phạt;</w:t>
      </w:r>
    </w:p>
    <w:p>
      <w:pPr>
        <w:jc w:val="both"/>
      </w:pPr>
      <w:r>
        <w:t>c) Nếu hành vi thuộc thẩm quyền xử phạt vi phạm hành chính của nhiều người thuộc các ngành khác nhau, thì thẩm quyền xử phạt thuộc Chủ tịch Ủy ban nhân dân cấp có thẩm quyền xử phạt nơi xảy ra vi phạm.</w:t>
      </w:r>
    </w:p>
    <w:p>
      <w:pPr>
        <w:jc w:val="both"/>
      </w:pPr>
      <w:r>
        <w:t>5. Mọi hành vi vi phạm pháp luật về hải quan xảy ra thuộc địa bàn hoạt động hải quan thì hải quan được giao quản lý địa bàn có trách nhiệm xử phạt theo thẩm quyền quy định tại Nghị định này; trường hợp do Cục Điều tra chống buôn lậu, Cục Kiểm tra sau thông quan phát hiện thì thực hiện xử phạt theo thẩm quyền.</w:t>
      </w:r>
    </w:p>
    <w:p>
      <w:pPr>
        <w:jc w:val="both"/>
      </w:pPr>
      <w:r>
        <w:t>6. Thẩm quyền xử phạt của Hải quan</w:t>
      </w:r>
    </w:p>
    <w:p>
      <w:pPr>
        <w:jc w:val="both"/>
      </w:pPr>
      <w:r>
        <w:t>a) Công chức Hải quan đang thi hành công vụ có thẩm quyền xử phạt tiền đối với các hành vi vi phạm hành chính quy định tại khoản 1 Điều 7; điểm a khoản 6 Điều 8; điểm a khoản 2 Điều 22 Nghị định này;</w:t>
      </w:r>
    </w:p>
    <w:p>
      <w:pPr>
        <w:jc w:val="both"/>
      </w:pPr>
      <w:r>
        <w:t>b) Đội trưởng thuộc Chi cục Hải quan, Đội trưởng thuộc Chi cục Kiểm tra sau thông quan có thẩm quyền xử phạt tiền đối với các hành vi vi phạm hành chính quy định tại các điểm a, b, d khoản 1 Điều 7; khoản 2 Điều 7; các điểm a, b, c, d, đ, e, h khoản 3 Điều 7; điểm c khoản 4 Điều 7; các khoản 1, 2, 3,4 Điều 8; các điểm a, b, c, d khoản 6 Điều 8; điểm a khoản 1, điểm a khoản 2, điểm a khoản 3, điểm a khoản 5 Điều 10; các khoản 1, 2, 3 Điều 11; khoản 1 Điều 12; khoản 1 Điều 13; các khoản 1, 2 Điều 23; các khoản 1, 2 Điều 24 Nghị định này;</w:t>
      </w:r>
    </w:p>
    <w:p>
      <w:pPr>
        <w:jc w:val="both"/>
      </w:pPr>
      <w:r>
        <w:t>c) Chi cục trưởng Chi cục Hải quan, Chi cục trưởng Chi cục Kiểm tra sau thông quan, Đội trưởng Đội kiểm soát thuộc Cục Hải quan tỉnh, liên tỉnh, thành phố trực thuộc trung ương, Đội trưởng Đội kiểm soát chống buôn lậu, Hải đội trưởng Hải đội kiểm soát trên biển và Đội trưởng Đội kiểm soát bảo vệ quyền sở hữu trí tuệ thuộc Cục Điều tra chống buôn lậu Tổng cục Hải quan có thẩm quyền xử phạt tiền, xử phạt bổ sung và áp dụng biện pháp khắc phục hậu quả đối với hành vi vi phạm hành chính quy định tại Điều 7; Điều 8; các điểm a, b, c khoản 1, khoản 2, khoản 3, điểm a khoản 4, điểm a, b khoản 5 Điều 10; các khoản 1, 2, 3, 4, 5, 6 Điều 11; các điểm a, b, c khoản 8, khoản 9, khoản 10 Điều 11; các khoản 1, 2, 3, 4, 5, 7, 8 Điều 12; khoản 1, 2, 3, 4, 7, 8 Điều 13; các điểm a, b, c, d khoản 1, khoản 4, khoản 5 Điều 15; điểm a, b, c khoản 1, khoản 2, khoản 3 Điều 16; các điểm a, b, c khoản 1, khoản 2, khoản 3 Điều 17; Điều 18 (trừ trường hợp mức phạt tiền vượt quá thẩm quyền của các chức danh này); Điều 19; các khoản 1, 2, 3, 7, 8 Điều 20; các khoản 1, 2, 4, 5 Điều 21; các khoản 1, 2, điểm a, b, c, d, đ, e, g khoản 3, khoản 4 Điều 22; Điều 23; các khoản 1, 2 Điều 24; các khoản 1, 3, 4 Điều 25 Nghị định này;</w:t>
      </w:r>
    </w:p>
    <w:p>
      <w:pPr>
        <w:jc w:val="both"/>
      </w:pPr>
      <w:r>
        <w:t>d) Cục trưởng Cục Điều tra chống buôn lậu, Cục trưởng Cục Kiểm tra sau thông quan thuộc Tổng cục Hải quan, Cục trưởng Cục Hải quan tỉnh, liên tỉnh, thành phố trực thuộc trung ương có thẩm quyền xử phạt tiền, xử phạt bổ sung và áp dụng biện pháp khắc phục hậu quả đối với các hành vi vi phạm hành chính quy định tại các Điều 7, 8, 10, 11, 12, 13,15, 16, 17, 18, 19, 20, 21, 22, 23, 24; các khoản 1, 3, 4 Điều 25 Nghị định này;</w:t>
      </w:r>
    </w:p>
    <w:p>
      <w:pPr>
        <w:jc w:val="both"/>
      </w:pPr>
      <w:r>
        <w:t>đ) Tổng cục trưởng Tổng cục Hải quan có thẩm quyền xử phạt tiền, xử phạt bổ sung và áp dụng biện pháp khắc phục hậu quả đối với các hành vi vi phạm hành chính quy định tại các Điều 7, 8, 10, 11, 12, 13, 15, 16, 17, 18, 19, 20, 21, 22, 23, 24; các khoản 1, 3,4 Điều 25 Nghị định này;</w:t>
      </w:r>
    </w:p>
    <w:p>
      <w:pPr>
        <w:jc w:val="both"/>
      </w:pPr>
      <w:r>
        <w:t>e) Chi cục trưởng Chi cục Hải quan, Cục trưởng Cục Hải quan tỉnh, liên tỉnh, thành phố trực thuộc trung ương, Cục trưởng Cục Điều tra chống buôn lậu, Cục trưởng Cục Kiểm tra sau thông quan và Tổng cục trưởng Tổng cục Hải quan có thẩm quyền xử phạt tiền và áp dụng biện pháp khắc phục hậu quả đối với các hành vi vi phạm pháp luật về thuế quy định tại các Điều 9, 14 và khoản 2 Điều 25 Nghị định này.</w:t>
      </w:r>
    </w:p>
    <w:p>
      <w:pPr>
        <w:jc w:val="both"/>
      </w:pPr>
      <w:r>
        <w:t>7. Thẩm quyền xử phạt của Chủ tịch Ủy ban nhân dân cấp huyện</w:t>
      </w:r>
    </w:p>
    <w:p>
      <w:pPr>
        <w:jc w:val="both"/>
      </w:pPr>
      <w:r>
        <w:t>Chủ tịch Ủy ban nhân dân cấp huyện có thẩm quyền xử phạt tiền, xử phạt bổ sung và áp dụng biện pháp khắc phục hậu quả theo quy định tại khoản 1 Điều 28 Nghị định này trong phạm vi quản lý của địa phương mình đối với các hành vi vi phạm hành chính quy định tại các Điều 7, 8, 10, 11, 12, 13, 15, 16, 17, 18, 19, 20, 21,22, 23,24 Nghị định này.</w:t>
      </w:r>
    </w:p>
    <w:p>
      <w:pPr>
        <w:jc w:val="both"/>
      </w:pPr>
      <w:r>
        <w:t>8. Thẩm quyền xử phạt của Chủ tịch Ủy ban nhân dân cấp tỉnh</w:t>
      </w:r>
    </w:p>
    <w:p>
      <w:pPr>
        <w:jc w:val="both"/>
      </w:pPr>
      <w:r>
        <w:t>Chủ tịch Ủy ban nhân dân cấp tỉnh có thẩm quyền xử phạt tiền, xử phạt bổ sung và áp dụng biện pháp khắc phục hậu quả theo quy định tại khoản 2 Điều 28 Nghị định này đối với các hành vi vi phạm quy định tại Nghị định này trong phạm vi quản lý của địa phương mình; trừ hành vi vi phạm quy định tại các Điều 9, 14, 25 Nghị định này.</w:t>
      </w:r>
    </w:p>
    <w:p>
      <w:pPr>
        <w:jc w:val="both"/>
      </w:pPr>
      <w:r>
        <w:t>9. Ở những địa điểm dọc biên giới quốc gia, nơi không có tổ chức hải quan thì Bộ đội Biên phòng đóng tại địa bàn đó có thẩm quyền xử phạt tiền, xử phạt bổ sung và áp dụng biện pháp khắc phục hậu quả theo quy định tại Điều 30 Nghị định này đối với các hành vi vi phạm hành chính trong lĩnh vực hải quan quy định tại Điều 13 Nghị định này, cụ thể như sau:</w:t>
      </w:r>
    </w:p>
    <w:p>
      <w:pPr>
        <w:jc w:val="both"/>
      </w:pPr>
      <w:r>
        <w:t>a) Trạm trưởng, Đội trưởng của Chiến sĩ Bộ đội Biên phòng đang thi hành công vụ có thẩm quyền xử phạt đối với hành vi vi phạm quy định tại khoản 1 Điều 13 Nghị định này;</w:t>
      </w:r>
    </w:p>
    <w:p>
      <w:pPr>
        <w:jc w:val="both"/>
      </w:pPr>
      <w:r>
        <w:t>b) Đồn trưởng Đồn biên phòng, Hải đội trưởng Hải đội biên phòng, Chỉ huy trưởng Ban Chỉ huy Biên phòng Cửa khẩu cảng có thẩm quyền xử phạt đối với hành vi vi phạm quy định tại khoản 1, điểm a, b khoản 2, khoản 7, điểm d khoản 8 Điều 13 Nghị định này;</w:t>
      </w:r>
    </w:p>
    <w:p>
      <w:pPr>
        <w:jc w:val="both"/>
      </w:pPr>
      <w:r>
        <w:t>c) Chỉ huy trưởng Bộ đội Biên phòng cấp tỉnh, Hải đoàn trưởng Hải đoàn Biên phòng trực thuộc Bộ Tư lệnh Bộ đội Biên phòng có thẩm quyền xử phạt đối với hành vi vi phạm hành chính quy định tại khoản 1, điểm a, b khoản 2, khoản 3, khoản 4, các điểm a, b, c khoản 5, khoản 6, khoản 7, điểm a, d khoản 8 Điều 13 Nghị định này.</w:t>
      </w:r>
    </w:p>
    <w:p>
      <w:pPr>
        <w:jc w:val="both"/>
      </w:pPr>
      <w:r>
        <w:t>10. Ở những địa điểm trong vùng biển Việt Nam, nơi không có tổ chức hải quan thì Cảnh sát biển Việt Nam đóng tại địa bàn đó có thẩm quyền xử phạt tiền, xử phạt bổ sung và áp dụng biện pháp khắc phục hậu quả theo quy định tại Điều 31 Nghị định này đối với các hành vi vi phạm hành chính trong lĩnh vực hải quan quy định tại Điều 13 Nghị định này, cụ thể như sau:</w:t>
      </w:r>
    </w:p>
    <w:p>
      <w:pPr>
        <w:jc w:val="both"/>
      </w:pPr>
      <w:r>
        <w:t>a) Cảnh sát viên Cảnh sát biển đang thi hành công vụ có thẩm quyền xử phạt đối với hành vi vi phạm quy định tại khoản 1 Điều 13 Nghị định này;</w:t>
      </w:r>
    </w:p>
    <w:p>
      <w:pPr>
        <w:jc w:val="both"/>
      </w:pPr>
      <w:r>
        <w:t>b) Tổ trưởng Tổ nghiệp vụ Cảnh sát biển có thẩm quyền xử phạt đối với hành vi vi phạm quy định tại khoản 1 Điều 13 Nghị định này;</w:t>
      </w:r>
    </w:p>
    <w:p>
      <w:pPr>
        <w:jc w:val="both"/>
      </w:pPr>
      <w:r>
        <w:t>c) Đội trưởng Đội nghiệp vụ Cảnh sát biển, Trạm trưởng Trạm Cảnh sát biển có thẩm quyền xử phạt đối với hành vi vi phạm quy định tại khoản 1, điểm a, b khoản 2, điểm d khoản 8 Điều 13 Nghị định này;</w:t>
      </w:r>
    </w:p>
    <w:p>
      <w:pPr>
        <w:jc w:val="both"/>
      </w:pPr>
      <w:r>
        <w:t>d) Hải đội trưởng Hải đội Cảnh sát biển có thẩm quyền xử phạt đối với hành vi vi phạm quy định tại các khoản 1, 2, 3, 4, 7, điểm d khoản 8 Điều 13 Nghị định này;</w:t>
      </w:r>
    </w:p>
    <w:p>
      <w:pPr>
        <w:jc w:val="both"/>
      </w:pPr>
      <w:r>
        <w:t>đ) Hải đoàn trưởng Hải đoàn Cảnh sát biển có thẩm quyền xử phạt đối với hành vi vi phạm quy định tại các khoản 1, 2, 3, 4, 5, 7, điểm d khoản 8 Điều 13 Nghị định này;</w:t>
      </w:r>
    </w:p>
    <w:p>
      <w:pPr>
        <w:jc w:val="both"/>
      </w:pPr>
      <w:r>
        <w:t>e) Tư lệnh Vùng Cảnh sát biển, Tư lệnh Cảnh sát biển Việt Nam có thẩm quyền xử phạt đối với hành vi vi phạm quy định tại các khoản 1, 2, 3, 4, 5, 6, 7, điểm d khoản 8 Điều 13 Nghị định này.</w:t>
      </w:r>
    </w:p>
    <w:p>
      <w:pPr>
        <w:jc w:val="both"/>
      </w:pPr>
      <w:r>
        <w:rPr>
          <w:b/>
        </w:rPr>
        <w:t>Điều 33. Thủ tục xử phạt, thi hành quyết định xử phạt</w:t>
      </w:r>
    </w:p>
    <w:p>
      <w:pPr>
        <w:jc w:val="both"/>
      </w:pPr>
      <w:r>
        <w:t>1. Thủ tục xử phạt, thi hành quyết định xử phạt vi phạm hành chính trong lĩnh vực hải quan thực hiện theo quy định tại Chương III Phần thứ hai Luật Xử lý vi phạm hành chính năm 2012 và quy định tại Nghị định này.</w:t>
      </w:r>
    </w:p>
    <w:p>
      <w:pPr>
        <w:jc w:val="both"/>
      </w:pPr>
      <w:r>
        <w:t>2. Quá thời hạn 30 ngày, kể từ ngày hết thời hạn thi hành quyết định xử phạt mà biện pháp khắc phục hậu quả quy định tại điểm a và b khoản 5 Điều 5 Nghị định này ghi trong quyết định xử phạt chưa được thực hiện thì người có thẩm quyền quy định tại Điều 28; các khoản 3, 4, 5 Điều 29; các khoản 3, 4 Điều 30; các khoản 3, 4, 5, 6, 7 Điều 31 Nghị định này áp dụng biện pháp khắc phục hậu quả buộc tiêu hủy tang vật vi phạm hành chính là hàng hóa, vật phẩm gây hại cho sức khỏe con người, vật nuôi, cây trồng và môi trường, văn hóa phẩm có nội dung độc hại; tịch thu đối với các loại tang vật khác.</w:t>
      </w:r>
    </w:p>
    <w:p>
      <w:pPr>
        <w:jc w:val="both"/>
      </w:pPr>
      <w:r>
        <w:rPr>
          <w:b/>
        </w:rPr>
        <w:t>Điều 34. Miễn, giảm tiền phạt vi phạm hành chính trong lĩnh vực hải quan</w:t>
      </w:r>
    </w:p>
    <w:p>
      <w:pPr>
        <w:jc w:val="both"/>
      </w:pPr>
      <w:r>
        <w:t>1. Đối tượng được miễn, giảm tiền phạt vi phạm hành chính:</w:t>
      </w:r>
    </w:p>
    <w:p>
      <w:pPr>
        <w:jc w:val="both"/>
      </w:pPr>
      <w:r>
        <w:t>a) Tổ chức, cá nhân bị phạt tiền do vi phạm hành chính về quản lý thuế đối với hàng hóa xuất khẩu, nhập khẩu được miễn tiền phạt theo quy định của pháp luật về quản lý thuế;</w:t>
      </w:r>
    </w:p>
    <w:p>
      <w:pPr>
        <w:jc w:val="both"/>
      </w:pPr>
      <w:r>
        <w:t>b) Cá nhân bị xử phạt vi phạm hành chính khác trong lĩnh vực hải quan được miễn, giảm tiền phạt theo quy định tại Điều 77 Luật Xử lý vi phạm hành chính năm 2012.</w:t>
      </w:r>
    </w:p>
    <w:p>
      <w:pPr>
        <w:jc w:val="both"/>
      </w:pPr>
      <w:r>
        <w:t>2. Hồ sơ đề nghị miễn tiền phạt vi phạm hành chính đối với tổ chức, cá nhân quy định tại điểm a khoản 1 Điều này gồm:</w:t>
      </w:r>
    </w:p>
    <w:p>
      <w:pPr>
        <w:jc w:val="both"/>
      </w:pPr>
      <w:r>
        <w:t>a) Văn bản đề nghị miễn tiền phạt, trong đó nêu rõ: Lý do đề nghị miễn tiền phạt; giá trị tài sản, hàng hóa bị thiệt hại do thiên tai, hỏa hoạn, thảm họa, tai nạn bất ngờ, dịch bệnh, chi phí chữa bệnh, bệnh hiểm nghèo, hoặc trường hợp bất khả kháng khác; số tiền phạt, tiền chậm nộp tiền phạt (nếu có) đề nghị miễn; số, ký hiệu, ngày, người ban hành quyết định xử phạt vi phạm hành chính đề nghị miễn tiền phạt;</w:t>
      </w:r>
    </w:p>
    <w:p>
      <w:pPr>
        <w:jc w:val="both"/>
      </w:pPr>
      <w:r>
        <w:t>b) Trường hợp thiệt hại về tài sản, chữa bệnh được cơ quan bảo hiểm bồi thường (nếu có) thì phải kèm theo văn bản chứng thực về bồi thường thiệt hại, về thanh toán chi phí khám, chữa bệnh của cơ quan bảo hiểm (nếu có);</w:t>
      </w:r>
    </w:p>
    <w:p>
      <w:pPr>
        <w:jc w:val="both"/>
      </w:pPr>
      <w:r>
        <w:t>c) Văn bản của một trong các cơ quan, tổ chức sau: Công an xã, phường, thị trấn; Ủy ban nhân dân xã, phường, thị trấn; Ban quản lý Khu công nghiệp, Khu chế xuất, Khu kinh tế nơi xảy ra sự kiện bất khả kháng; cơ quan Cảnh sát phòng cháy, chữa cháy xác nhận người nộp thuế bị thiệt hại do thiên tai, thảm họa, dịch bệnh, hỏa hoạn, tai nạn bất ngờ hoặc các trường hợp bất khả kháng khác theo quy định của Chính phủ và thời gian, địa điểm xảy ra sự kiện bất khả kháng, trừ trường hợp có văn bản công bố tình trạng thiên tai, thảm họa, dịch bệnh của cơ quan có thẩm quyền.</w:t>
      </w:r>
    </w:p>
    <w:p>
      <w:pPr>
        <w:jc w:val="both"/>
      </w:pPr>
      <w:r>
        <w:t>3. Trình tự miễn tiền phạt vi phạm hành chính đối với tổ chức, cá nhân quy định tại điểm a khoản 1 Điều này được thực hiện như sau:</w:t>
      </w:r>
    </w:p>
    <w:p>
      <w:pPr>
        <w:jc w:val="both"/>
      </w:pPr>
      <w:r>
        <w:t>a) Tổ chức, cá nhân gửi hồ sơ đề nghị miễn tiền phạt do vi phạm hành chính về quản lý thuế đối với hàng hóa xuất khẩu, nhập khẩu đến người đã ra quyết định xử phạt;</w:t>
      </w:r>
    </w:p>
    <w:p>
      <w:pPr>
        <w:jc w:val="both"/>
      </w:pPr>
      <w:r>
        <w:t>b) Trong thời hạn 03 ngày làm việc, kể từ nhận đủ hồ sơ người đã ra quyết định xử phạt có trách nhiệm lập hồ sơ, kiểm tra thông tin, thẩm định tính chính xác, đầy đủ của hồ sơ và gửi đến cấp trên trực tiếp.</w:t>
      </w:r>
    </w:p>
    <w:p>
      <w:pPr>
        <w:jc w:val="both"/>
      </w:pPr>
      <w:r>
        <w:t>Trường hợp hồ sơ chưa đầy đủ, người đã ra quyết định xử phạt có trách nhiệm thông báo cho tổ chức, cá nhân để bổ sung theo quy định;</w:t>
      </w:r>
    </w:p>
    <w:p>
      <w:pPr>
        <w:jc w:val="both"/>
      </w:pPr>
      <w:r>
        <w:t>c) Trong thời hạn 05 ngày làm việc kể từ ngày nhận được hồ sơ, cấp trên trực tiếp phải xem xét quyết định và thông báo cho người đã ra quyết định xử phạt, người có văn bản đề nghị miễn biết; nếu không đồng ý với việc miễn tiền phạt thì phải nêu rõ lý do.</w:t>
      </w:r>
    </w:p>
    <w:p>
      <w:pPr>
        <w:jc w:val="both"/>
      </w:pPr>
      <w:r>
        <w:t>4. Không miễn, giảm tiền phạt vi phạm hành chính đối với các trường hợp đã thực hiện xong quyết định xử phạt vi phạm hành chính trong lĩnh vực hải quan.</w:t>
      </w:r>
    </w:p>
    <w:p>
      <w:pPr>
        <w:jc w:val="both"/>
      </w:pPr>
      <w:r>
        <w:t>5. Thủ tục miễn, giảm tiền phạt vi phạm hành chính đối với cá nhân quy định tại điểm b khoản 1 Điều này thực hiện theo Điều 77 Luật Xử lý vi phạm hành chính năm 2012.</w:t>
      </w:r>
    </w:p>
    <w:p>
      <w:pPr>
        <w:jc w:val="center"/>
      </w:pPr>
      <w:r>
        <w:rPr>
          <w:b/>
        </w:rPr>
        <w:t>Chương III</w:t>
      </w:r>
    </w:p>
    <w:p>
      <w:pPr>
        <w:jc w:val="both"/>
      </w:pPr>
      <w:r>
        <w:t>ĐIỀU KHOẢN THI HÀNH</w:t>
      </w:r>
    </w:p>
    <w:p>
      <w:pPr>
        <w:jc w:val="both"/>
      </w:pPr>
      <w:r>
        <w:rPr>
          <w:b/>
        </w:rPr>
        <w:t>Điều 35. Hiệu lực thi hành</w:t>
      </w:r>
    </w:p>
    <w:p>
      <w:pPr>
        <w:jc w:val="both"/>
      </w:pPr>
      <w:r>
        <w:t>1. Nghị định này có hiệu lực thi hành từ ngày 10 tháng 12 năm 2020.</w:t>
      </w:r>
    </w:p>
    <w:p>
      <w:pPr>
        <w:jc w:val="both"/>
      </w:pPr>
      <w:r>
        <w:t>2. Kể từ ngày Nghị định này có hiệu lực thi hành, Nghị định số 127/2013/NĐ-CP ngày 15 tháng 10 năm 2013 của Chính phủ quy định xử phạt vi phạm hành chính và cưỡng chế thi hành quyết định hành chính trong lĩnh vực hải quan và Nghị định số 45/2016/NĐ-CP ngày 26 tháng 5 năm 2016 sửa đổi, bổ sung một số điều của Nghị định số 127/2013/NĐ-CP của Chính phủ hết hiệu lực thi hành.</w:t>
      </w:r>
    </w:p>
    <w:p>
      <w:pPr>
        <w:jc w:val="both"/>
      </w:pPr>
      <w:r>
        <w:t>3. Quá trình thực hiện, nếu các văn bản liên quan đề cập tại Nghị định này được sửa đổi, bổ sung hoặc thay thế thì thực hiện theo văn bản mới được sửa đổi, bổ sung hoặc thay thế.</w:t>
      </w:r>
    </w:p>
    <w:p>
      <w:pPr>
        <w:jc w:val="both"/>
      </w:pPr>
      <w:r>
        <w:rPr>
          <w:b/>
        </w:rPr>
        <w:t>Điều 36. Điều khoản chuyển tiếp</w:t>
      </w:r>
    </w:p>
    <w:p>
      <w:pPr>
        <w:jc w:val="both"/>
      </w:pPr>
      <w:r>
        <w:t>1. Đối với hành vi vi phạm xảy ra trước thời điểm Nghị định này có hiệu lực mà bị phát hiện hoặc xem xét ra quyết định xử phạt khi Nghị định này đã có hiệu lực thì áp dụng quy định của Nghị định này nếu Nghị định này không quy định trách nhiệm pháp lý hoặc quy định trách nhiệm pháp lý nhẹ hơn.</w:t>
      </w:r>
    </w:p>
    <w:p>
      <w:pPr>
        <w:jc w:val="both"/>
      </w:pPr>
      <w:r>
        <w:t>2. Đối với quyết định xử phạt vi phạm hành chính đã được ban hành trước ngày Nghị định này có hiệu lực thi hành, mà cá nhân, tổ chức bị xử phạt vi phạm hành chính còn khiếu nại thì áp dụng quy định của Luật Xử lý vi phạm hành chính năm 2012, Nghị định số 127/2013/NĐ-CP ngày 15 tháng 10 năm 2013 của Chính phủ quy định xử phạt vi phạm hành chính và cưỡng chế thi hành quyết định hành chính trong lĩnh vực hải quan, Nghị định số 45/2016/NĐ-CP ngày 26 tháng 5 năm 2016 sửa đổi, bổ sung một số điều của Nghị định số 127/2013/NĐ-CP của Chính phủ.</w:t>
      </w:r>
    </w:p>
    <w:p>
      <w:pPr>
        <w:jc w:val="both"/>
      </w:pPr>
      <w:r>
        <w:rPr>
          <w:b/>
        </w:rPr>
        <w:t>Điều 37. Trách nhiệm thi hành</w:t>
      </w:r>
    </w:p>
    <w:p>
      <w:pPr>
        <w:jc w:val="both"/>
      </w:pPr>
      <w:r>
        <w:t>1. Bộ Tài chính có trách nhiệm tổ chức thi hành Nghị định này và phối hợp với các cơ quan nhà nước, tổ chức chính trị, tổ chức chính trị - xã hội, tổ chức xã hội, tổ chức xã hội - nghề nghiệp tuyên truyền, giáo dục và vận động nhân dân thực hiện, giám sát việc thi hành Nghị định này.</w:t>
      </w:r>
    </w:p>
    <w:p>
      <w:pPr>
        <w:jc w:val="both"/>
      </w:pPr>
      <w:r>
        <w:t>2.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legal.giangpham.asia/van-ban/146461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