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05/2007/QĐ-NHNN</w:t>
      </w:r>
    </w:p>
    <w:p>
      <w:pPr>
        <w:jc w:val="both"/>
      </w:pPr>
      <w:r>
        <w:t>Hà Nội, ngày 30 tháng 01 năm 2007</w:t>
      </w:r>
    </w:p>
    <w:p>
      <w:pPr>
        <w:jc w:val="center"/>
      </w:pPr>
      <w:r>
        <w:rPr>
          <w:b/>
        </w:rPr>
        <w:t>QUYẾT ĐỊNH</w:t>
      </w:r>
    </w:p>
    <w:p>
      <w:pPr>
        <w:jc w:val="both"/>
      </w:pPr>
      <w:r>
        <w:t>Ban hành Quy định về trình tự, thủ tục thực hiện những thay đổi của</w:t>
      </w:r>
    </w:p>
    <w:p>
      <w:pPr>
        <w:jc w:val="both"/>
      </w:pPr>
      <w:r>
        <w:t>Quỹ tín dụng nhân dân phải được Ngân hàng Nhà nước chấp thuận</w:t>
      </w:r>
    </w:p>
    <w:p>
      <w:pPr>
        <w:jc w:val="both"/>
      </w:pPr>
      <w:r>
        <w:t>_________________________________________</w:t>
      </w:r>
    </w:p>
    <w:p>
      <w:pPr>
        <w:jc w:val="both"/>
      </w:pPr>
      <w:r>
        <w:t>THỐNG ĐỐC NGÂN HÀNG NHÀ NƯỚC</w:t>
      </w:r>
    </w:p>
    <w:p>
      <w:pPr>
        <w:jc w:val="both"/>
      </w:pPr>
      <w:r>
        <w:t>Căn cứ Luật Ngân hàng Nhà nước Việt Nam năm 1997 và Luật sửa đổi, bổ sung một số điều của Luật Ngân hàng Nhà nước Việt Nam năm 2003;</w:t>
      </w:r>
    </w:p>
    <w:p>
      <w:pPr>
        <w:jc w:val="both"/>
      </w:pPr>
      <w:r>
        <w:t>Căn cứ Luật Các tổ chức tín dụng năm 1997 và Luật sửa đổi, bổ sung một số điều của Luật Các tổ chức tín dụng năm 2004;</w:t>
      </w:r>
    </w:p>
    <w:p>
      <w:pPr>
        <w:jc w:val="both"/>
      </w:pPr>
      <w:r>
        <w:t>Căn cứ Luật Hợp tác xã năm 2003;</w:t>
      </w:r>
    </w:p>
    <w:p>
      <w:pPr>
        <w:jc w:val="both"/>
      </w:pPr>
      <w:r>
        <w:t>Căn cứ Nghị định số 52/2003/NĐ-CP ngày 19 tháng 5 năm 2003 của Chính phủ quy định chức năng, nhiệm vụ, quyền hạn và cơ cấu tổ chức của Ngân hàng Nhà nước Việt Nam;</w:t>
      </w:r>
    </w:p>
    <w:p>
      <w:pPr>
        <w:jc w:val="both"/>
      </w:pPr>
      <w:r>
        <w:t>Căn cứ Nghị định số 48/2001/NĐ-CP ngày 13 tháng 8 năm 2001 của Chính phủ về tổ chức và hoạt động của Quỹ tín dụng nhân dân; Nghị định số 69/2005/NĐ-CP ngày 26 tháng 5 năm 2005 của Chính phủ về việc sửa đổi, bổ sung một số điều của Nghị định số 48/2001/NĐ-CP của Chính phủ về tổ chức và hoạt động của Quỹ tín dụng nhân dân;</w:t>
      </w:r>
    </w:p>
    <w:p>
      <w:pPr>
        <w:jc w:val="both"/>
      </w:pPr>
      <w:r>
        <w:t>Theo đề nghị của Vụ trưởng Vụ Các tổ chức tín dụng hợp tác .</w:t>
      </w:r>
    </w:p>
    <w:p>
      <w:pPr>
        <w:jc w:val="center"/>
      </w:pPr>
      <w:r>
        <w:rPr>
          <w:b/>
        </w:rPr>
        <w:t>QUYẾT ĐỊNH</w:t>
      </w:r>
    </w:p>
    <w:p>
      <w:pPr>
        <w:jc w:val="both"/>
      </w:pPr>
      <w:r>
        <w:rPr>
          <w:b/>
        </w:rPr>
        <w:t>Điều 1. Ban hành kèm theo Quyết định này Quy định về trình tự, thủ tục thực hiện những thay đổi của Quỹ tín dụng nhân dân phải được Ngân hàng Nhà nước chấp thuận.</w:t>
      </w:r>
    </w:p>
    <w:p>
      <w:pPr>
        <w:jc w:val="both"/>
      </w:pPr>
      <w:r>
        <w:rPr>
          <w:b/>
        </w:rPr>
        <w:t>Điều 2. Quyết định này có hiệu lực sau 15 ngày kể từ ngày đăng Công báo.</w:t>
      </w:r>
    </w:p>
    <w:p>
      <w:pPr>
        <w:jc w:val="both"/>
      </w:pPr>
      <w:r>
        <w:rPr>
          <w:b/>
        </w:rPr>
        <w:t>Điều 3. Chánh Văn phòng, Vụ trưởng Vụ Các tổ chức tín dụng hợp tác, Thủ trưởng các đơn vị có liên quan thuộc Ngân hàng Nhà nước, Giám đốc Ngân hàng Nhà nước chi nhánh tỉnh, thành phố trực thuộc Trung ương, Chủ tịch Hội đồng quản trị, Tổng Giám đốc Quỹ tín dụng nhân dân Trung ương, Chủ tịch Hội đồng quản trị, Giám đốc Quỹ tín dụng nhân dân cơ sở có trách nhiệm thi hành Quyết định này./.</w:t>
      </w:r>
    </w:p>
    <w:p>
      <w:pPr>
        <w:jc w:val="both"/>
      </w:pPr>
      <w:r>
        <w:t>KT. THỐNG ĐỐC</w:t>
      </w:r>
    </w:p>
    <w:p>
      <w:pPr>
        <w:jc w:val="both"/>
      </w:pPr>
      <w:r>
        <w:t>PHÓ THỐNG ĐỐC</w:t>
      </w:r>
    </w:p>
    <w:p>
      <w:pPr>
        <w:jc w:val="both"/>
      </w:pPr>
      <w:r>
        <w:t>Trần Minh Tuấn</w:t>
      </w:r>
    </w:p>
    <w:p>
      <w:r>
        <w:rPr>
          <w:i/>
        </w:rPr>
        <w:t>Nguồn: Cơ sở dữ liệu quốc gia về văn bản pháp luật (Bộ Tư pháp). VietSmart Legal, legal.giangpham.asia/van-ban/14529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