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BỘ TÀI CHÍNH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19/2019/TT-BTC</w:t>
      </w:r>
    </w:p>
    <w:p>
      <w:pPr>
        <w:jc w:val="both"/>
      </w:pPr>
      <w:r>
        <w:t>Hà Nội, ngày 09 tháng 4 năm 2019</w:t>
      </w:r>
    </w:p>
    <w:p>
      <w:pPr>
        <w:jc w:val="center"/>
      </w:pPr>
      <w:r>
        <w:rPr>
          <w:b/>
        </w:rPr>
        <w:t>THÔNG TƯ</w:t>
      </w:r>
    </w:p>
    <w:p>
      <w:pPr>
        <w:jc w:val="both"/>
      </w:pPr>
      <w:r>
        <w:t>BÃI BỎ THÔNG TƯ SỐ 304/2016/TT-BTC NGÀY 15/11/2016 CỦA BỘ TRƯỞNG</w:t>
      </w:r>
    </w:p>
    <w:p>
      <w:pPr>
        <w:jc w:val="both"/>
      </w:pPr>
      <w:r>
        <w:t>BỘ TÀI CHÍNH BAN HÀNH BẢNG GIÁ TÍNH LỆ PHÍ TRƯỚC BẠ ĐỐI VỚI Ô TÔ, XE MÁY</w:t>
      </w:r>
    </w:p>
    <w:p>
      <w:pPr>
        <w:jc w:val="both"/>
      </w:pPr>
      <w:r>
        <w:t>_________________</w:t>
      </w:r>
    </w:p>
    <w:p>
      <w:pPr>
        <w:jc w:val="both"/>
      </w:pPr>
      <w:r>
        <w:t>Căn cứ Luật ban hành văn bản quy phạm pháp luật năm 2015;</w:t>
      </w:r>
    </w:p>
    <w:p>
      <w:pPr>
        <w:jc w:val="both"/>
      </w:pPr>
      <w:r>
        <w:t>Căn cứ Nghị định số 20/2019/NĐ-CP ngày 21 tháng 02 năm 2019 của Chính phủ về việc sửa đổi, bổ sung một số điều của Nghị định số 140/2016/NĐ-CP ngày 10 tháng 10 năm 2016 của Chính phủ về lệ phí trước bạ;</w:t>
      </w:r>
    </w:p>
    <w:p>
      <w:pPr>
        <w:jc w:val="both"/>
      </w:pPr>
      <w:r>
        <w:t>Căn cứ Nghị định số 87/2017/NĐ-CP ngày 26 tháng 7 năm 2017 của Chính phủ quy định về chức năng, nhiệm vụ, quyền hạn và cơ cấu tổ chức của Bộ Tài chính;</w:t>
      </w:r>
    </w:p>
    <w:p>
      <w:pPr>
        <w:jc w:val="both"/>
      </w:pPr>
      <w:r>
        <w:t>Theo đề nghị của Tổng cục trưởng Tổng cục Thuế;</w:t>
      </w:r>
    </w:p>
    <w:p>
      <w:pPr>
        <w:jc w:val="both"/>
      </w:pPr>
      <w:r>
        <w:t>Bộ trưởng Bộ Tài chính ban hành Thông tư bãi bỏ Thông tư số 304/2016/TT-BTC ngày 15/11/2016 của Bộ trưởng Bộ Tài chính ban hành Bảng giá tính lệ phí trước bạ đối với ô tô, xe máy.</w:t>
      </w:r>
    </w:p>
    <w:p>
      <w:pPr>
        <w:jc w:val="both"/>
      </w:pPr>
      <w:r>
        <w:rPr>
          <w:b/>
        </w:rPr>
        <w:t>Điều 1. Bãi bỏ Thông tư số 304/2016/TT-BTC ngày 15/11/2016 của Bộ trưởng Bộ Tài chính ban hành Bảng giá tính lệ phí trước bạ đối với ô tô, xe máy.</w:t>
      </w:r>
    </w:p>
    <w:p>
      <w:pPr>
        <w:jc w:val="both"/>
      </w:pPr>
      <w:r>
        <w:rPr>
          <w:b/>
        </w:rPr>
        <w:t>Điều 2. Hiệu lực thi hành</w:t>
      </w:r>
    </w:p>
    <w:p>
      <w:pPr>
        <w:jc w:val="both"/>
      </w:pPr>
      <w:r>
        <w:t>Thông tư này có hiệu lực thi hành kể từ ngày Nghị định số 20/2019/NĐ-CP ngày 21 tháng 02 năm 2019 của Chính Phủ về việc sửa đổi, bổ sung một số điều của Nghị định số 140/2016/NĐ-CP ngày 10 tháng 10 năm 2016 của Chính Phủ về lệ phí trước bạ có hiệu lực thi hành./.</w:t>
      </w:r>
    </w:p>
    <w:p>
      <w:pPr>
        <w:jc w:val="both"/>
      </w:pPr>
      <w:r>
        <w:t>Nơi nhận:</w:t>
      </w:r>
    </w:p>
    <w:p>
      <w:pPr>
        <w:jc w:val="both"/>
      </w:pPr>
      <w:r>
        <w:t>- Văn phòng Trung ương và các Ban của Đảng;</w:t>
      </w:r>
    </w:p>
    <w:p>
      <w:pPr>
        <w:jc w:val="both"/>
      </w:pPr>
      <w:r>
        <w:t>- Văn phòng Quốc hội;</w:t>
      </w:r>
    </w:p>
    <w:p>
      <w:pPr>
        <w:jc w:val="both"/>
      </w:pPr>
      <w:r>
        <w:t>- Văn phòng Chủ tịch nước;</w:t>
      </w:r>
    </w:p>
    <w:p>
      <w:pPr>
        <w:jc w:val="both"/>
      </w:pPr>
      <w:r>
        <w:t>- Văn phòng Tổng Bí thư;</w:t>
      </w:r>
    </w:p>
    <w:p>
      <w:pPr>
        <w:jc w:val="both"/>
      </w:pPr>
      <w:r>
        <w:t>- Viện Kiểm sát nhân dân tối cao;</w:t>
      </w:r>
    </w:p>
    <w:p>
      <w:pPr>
        <w:jc w:val="both"/>
      </w:pPr>
      <w:r>
        <w:t>- Văn phòng BCĐ phòng chống tham nhũng trung ương;</w:t>
      </w:r>
    </w:p>
    <w:p>
      <w:pPr>
        <w:jc w:val="both"/>
      </w:pPr>
      <w:r>
        <w:t>- Tòa án nhân dân tối cao;</w:t>
      </w:r>
    </w:p>
    <w:p>
      <w:pPr>
        <w:jc w:val="both"/>
      </w:pPr>
      <w:r>
        <w:t>- Kiểm toán nhà nước;</w:t>
      </w:r>
    </w:p>
    <w:p>
      <w:pPr>
        <w:jc w:val="both"/>
      </w:pPr>
      <w:r>
        <w:t>- Các Bộ, cơ quan ngang Bộ, cơ quan thuộc Chính phủ;</w:t>
      </w:r>
    </w:p>
    <w:p>
      <w:pPr>
        <w:jc w:val="both"/>
      </w:pPr>
      <w:r>
        <w:t>- Cơ quan Trung ương của các đoàn thể;</w:t>
      </w:r>
    </w:p>
    <w:p>
      <w:pPr>
        <w:jc w:val="both"/>
      </w:pPr>
      <w:r>
        <w:t>- Hội đồng nhân dân, Ủy ban nhân dân, Sở Tài chính, Cục Thuế, Kho bạc nhà nước các tỉnh, thành phố trực thuộc Trung ương;</w:t>
      </w:r>
    </w:p>
    <w:p>
      <w:pPr>
        <w:jc w:val="both"/>
      </w:pPr>
      <w:r>
        <w:t>- Công báo;</w:t>
      </w:r>
    </w:p>
    <w:p>
      <w:pPr>
        <w:jc w:val="both"/>
      </w:pPr>
      <w:r>
        <w:t>- Cục Kiểm tra văn bản (Bộ Tư pháp);</w:t>
      </w:r>
    </w:p>
    <w:p>
      <w:pPr>
        <w:jc w:val="both"/>
      </w:pPr>
      <w:r>
        <w:t>- Website Chính phủ;</w:t>
      </w:r>
    </w:p>
    <w:p>
      <w:pPr>
        <w:jc w:val="both"/>
      </w:pPr>
      <w:r>
        <w:t>- Website Bộ Tài chính; Website Tổng cục Thuế;</w:t>
      </w:r>
    </w:p>
    <w:p>
      <w:pPr>
        <w:jc w:val="both"/>
      </w:pPr>
      <w:r>
        <w:t>- Các đơn vị thuộc Bộ Tài chính;</w:t>
      </w:r>
    </w:p>
    <w:p>
      <w:pPr>
        <w:jc w:val="both"/>
      </w:pPr>
      <w:r>
        <w:t>- Lưu: VT, TCT (VT DNNCN).</w:t>
      </w:r>
    </w:p>
    <w:p>
      <w:pPr>
        <w:jc w:val="both"/>
      </w:pPr>
      <w:r>
        <w:t>KT. BỘ TRƯỞNG</w:t>
      </w:r>
    </w:p>
    <w:p>
      <w:pPr>
        <w:jc w:val="both"/>
      </w:pPr>
      <w:r>
        <w:t>THỨ TRƯỞNG</w:t>
      </w:r>
    </w:p>
    <w:p>
      <w:pPr>
        <w:jc w:val="both"/>
      </w:pPr>
      <w:r>
        <w:t>(Đã ký)</w:t>
      </w:r>
    </w:p>
    <w:p>
      <w:pPr>
        <w:jc w:val="both"/>
      </w:pPr>
      <w:r>
        <w:t>Trần Xuân Hà</w:t>
      </w:r>
    </w:p>
    <w:p>
      <w:r>
        <w:rPr>
          <w:i/>
        </w:rPr>
        <w:t>Nguồn: Cơ sở dữ liệu quốc gia về văn bản pháp luật (Bộ Tư pháp). VietSmart Legal, legal.giangpham.asia/van-ban/140491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