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xác định, quản lý chi phí</w:t>
      </w:r>
    </w:p>
    <w:p>
      <w:pPr>
        <w:jc w:val="both"/>
      </w:pPr>
      <w:r>
        <w:t>quy hoạch xây dựng và quy hoạch đô thị</w:t>
      </w:r>
    </w:p>
    <w:p>
      <w:pPr>
        <w:jc w:val="both"/>
      </w:pPr>
      <w:r>
        <w:t>____________</w:t>
      </w:r>
    </w:p>
    <w:p>
      <w:pPr>
        <w:jc w:val="both"/>
      </w:pPr>
      <w:r>
        <w:t>Căn cứ Nghị định số 81/2017/NĐ-CP ngày 17 tháng 7 năm 2017 của Chính phủ quy định chức năng, nhiệm vụ, quyền hạn và cơ cấu tổ chức của Bộ Xây dựng;</w:t>
      </w:r>
    </w:p>
    <w:p>
      <w:pPr>
        <w:jc w:val="both"/>
      </w:pPr>
      <w:r>
        <w:t>Căn cứ Nghị định số 37/2010/NĐ-CP ngày 07 tháng 4 năm 2010 của Chính phủ về lập, thẩm định, phê duyệt và quản lý quy hoạch đô thị;</w:t>
      </w:r>
    </w:p>
    <w:p>
      <w:pPr>
        <w:jc w:val="both"/>
      </w:pPr>
      <w:r>
        <w:t>Căn cứ Nghị định số 44/2015/NĐ-CP ngày 06 tháng 5 năm 2015 của Chính phủ quy định chi tiết một số nội dung về quy hoạch xây dựng;</w:t>
      </w:r>
    </w:p>
    <w:p>
      <w:pPr>
        <w:jc w:val="both"/>
      </w:pPr>
      <w:r>
        <w:t>Căn cứ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w:t>
      </w:r>
    </w:p>
    <w:p>
      <w:pPr>
        <w:jc w:val="both"/>
      </w:pPr>
      <w:r>
        <w:t>Theo đề nghị của Cục trưởng Cục Kinh tế xây dựng,</w:t>
      </w:r>
    </w:p>
    <w:p>
      <w:pPr>
        <w:jc w:val="both"/>
      </w:pPr>
      <w:r>
        <w:t>Bộ trưởng Bộ Xây dựng ban hành Thông tư hướng dẫn xác định, quản lý chi phí quy hoạch xây dựng và quy hoạch đô thị.</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xác định, quản lý chi phí quy hoạch xây dựng và quy hoạch đô thị gồm: quy hoạch xây dựng vùng huyện, vùng liên huyện;quy hoạch đô thị (quy hoạch chung, quy hoạch phân khu, quy hoạch chi tiết, quy hoạch chuyên ngành hạ tầng kỹ thuật); quy hoạch xây dựng khu chức năng (quy hoạch chung, quy hoạch phân khu, quy hoạch chi tiết) và quy hoạch nông thôn (quy hoạch chung xây dựng xã, quy hoạch chi tiết xây dựng điểm dân cư nông thôn).</w:t>
      </w:r>
    </w:p>
    <w:p>
      <w:pPr>
        <w:jc w:val="both"/>
      </w:pPr>
      <w:r>
        <w:rPr>
          <w:b/>
        </w:rPr>
        <w:t>Điều 2. Đối tượng áp dụ ng</w:t>
      </w:r>
    </w:p>
    <w:p>
      <w:pPr>
        <w:jc w:val="both"/>
      </w:pPr>
      <w:r>
        <w:t>1. Thông tư này áp dụng đối với tổ chức, cá nhân sử dụng vốn ngân sách nhà nước, vốn nhà nước ngoài ngân sách để xác định, quản lýchi phí quy hoạch xây dựng và quy hoạch đô thị.</w:t>
      </w:r>
    </w:p>
    <w:p>
      <w:pPr>
        <w:jc w:val="both"/>
      </w:pPr>
      <w:r>
        <w:t>2. Khuyến khích các tổ chức, cá nhân sử dụng vốn khác vận dụng các quy định tại Thông tư này để xác định, quản lý chi phí quy hoạch xây dựng và quy hoạch đô thị.</w:t>
      </w:r>
    </w:p>
    <w:p>
      <w:pPr>
        <w:jc w:val="both"/>
      </w:pPr>
      <w:r>
        <w:rPr>
          <w:b/>
        </w:rPr>
        <w:t>Điều 3. Nguyên tắc xác định chi phí</w:t>
      </w:r>
    </w:p>
    <w:p>
      <w:pPr>
        <w:jc w:val="both"/>
      </w:pPr>
      <w:r>
        <w:t>1. Chi phí quy hoạch xây dựng và quy hoạch đô thị phải được tính đúng, tính đủ, phù hợp với quy mô của đồ án quy hoạch,đặc điểm, tính chất và yêu cầu sản phẩm từng loại công việc quy hoạch.</w:t>
      </w:r>
    </w:p>
    <w:p>
      <w:pPr>
        <w:jc w:val="both"/>
      </w:pPr>
      <w:r>
        <w:t>2. Chi phí quy hoạch xây dựng và quy hoạch đô thị được xác định theo hướng dẫn tại Thông tư này được sử dụng để lập và quản lý chi phí,làm cơ sở để tổ chức thi tuyển hoặc chỉ định thầu xác định đơn vị thực hiện các công việc quy hoạch phù hợp với quy định của pháp luật.</w:t>
      </w:r>
    </w:p>
    <w:p>
      <w:pPr>
        <w:jc w:val="both"/>
      </w:pPr>
      <w:r>
        <w:t>3. Chi phí lập nhiệm vụ, đồ án quy hoạch xây dựng và quy hoạch đô thị(gọi tắt là nhiệm vụ, đồ án quy hoạch) được xác định phù hợp với nội dung công việc, tiến độ công việc, yêu cầu về chất lượng theo quy định. Chi phí lập đồ án quy hoạch được xem xét điều chỉnh khi nhà nước thay đổi chính sách về thuế, tiền lương làm thay đổi mặt bằng tiền lương chuyên gia ảnh hưởng trực tiếp đến chi phí lập đồ án quy hoạch hoặc trong trường hợp kéo dài thời gian thực hiện đồ án quy hoạch không do lỗi của đơn vị lập đồ án quy hoạch, thì cấp phê duyệt dự toán chi phí lập đồ án quy hoạch có trách nhiệm xem xét, điều chỉnh chi phí lập đồ án quy hoạch cho phù hợp. Việc điều chỉnh chi phí lập đồ án quy hoạch phải phù hợp với nguồn vốn sử dụng, hình thức hợp đồng và các quy định của pháp luật có liên quan.</w:t>
      </w:r>
    </w:p>
    <w:p>
      <w:pPr>
        <w:jc w:val="center"/>
      </w:pPr>
      <w:r>
        <w:rPr>
          <w:b/>
        </w:rPr>
        <w:t>Chương II</w:t>
      </w:r>
    </w:p>
    <w:p>
      <w:pPr>
        <w:jc w:val="both"/>
      </w:pPr>
      <w:r>
        <w:t>XÁC ĐỊNH CHI PHÍ QUY HOẠCH XÂY DỰNG</w:t>
      </w:r>
    </w:p>
    <w:p>
      <w:pPr>
        <w:jc w:val="both"/>
      </w:pPr>
      <w:r>
        <w:t>VÀ QUY HOẠCH ĐÔ THỊ</w:t>
      </w:r>
    </w:p>
    <w:p>
      <w:pPr>
        <w:jc w:val="both"/>
      </w:pPr>
      <w:r>
        <w:rPr>
          <w:b/>
        </w:rPr>
        <w:t>Điều 4. Phương pháp xác định chi phí quy hoạch xây dựng và quy hoạch đô thị</w:t>
      </w:r>
    </w:p>
    <w:p>
      <w:pPr>
        <w:jc w:val="both"/>
      </w:pPr>
      <w:r>
        <w:t>1. Chi phí lập đồ án quy hoạch và chi phí của các công việc lập quy hoạch khác được xác định theo định mức quy định tại Phụ lục kèm theo Thông tư này.Chi phí cho các công việc xác định theo định mức quy định tại Thông tư nàychưa bao gồm thuế giá trị gia tăng, khi xác định dự toán chi phí quy hoạch xây dựng và quy hoạch đô thị thì cần bổ sung thuế giá trị gia tăng theo quy định hiện hành.</w:t>
      </w:r>
    </w:p>
    <w:p>
      <w:pPr>
        <w:jc w:val="both"/>
      </w:pPr>
      <w:r>
        <w:t>2. Trường hợp quy mô của đồ án quy hoạch nằm trong khoảng giữa hai quy mô quy định tại Phụ lục kèm theo Thông tư này, thì định mức chi phí (hoặc tỷ lệ %)của đồ án quy hoạch được xác định trên cơ sở định mức chi phí (hoặc tỷ lệ %) của cận trên và cận dướikhoảng quy mô được quy định tại Thông tư theo công thức nội suy sau:</w:t>
      </w:r>
    </w:p>
    <w:p>
      <w:pPr>
        <w:jc w:val="both"/>
      </w:pPr>
      <w:r>
        <w:t>N t = N b -</w:t>
      </w:r>
    </w:p>
    <w:p>
      <w:pPr>
        <w:jc w:val="both"/>
      </w:pPr>
      <w:r>
        <w:t>N b - N a</w:t>
      </w:r>
    </w:p>
    <w:p>
      <w:pPr>
        <w:jc w:val="both"/>
      </w:pPr>
      <w:r>
        <w:t>x (G b - G t )</w:t>
      </w:r>
    </w:p>
    <w:p>
      <w:pPr>
        <w:jc w:val="both"/>
      </w:pPr>
      <w:r>
        <w:t>G b - G a</w:t>
      </w:r>
    </w:p>
    <w:p>
      <w:pPr>
        <w:jc w:val="both"/>
      </w:pPr>
      <w:r>
        <w:t>Trong đó:</w:t>
      </w:r>
    </w:p>
    <w:p>
      <w:pPr>
        <w:jc w:val="both"/>
      </w:pPr>
      <w:r>
        <w:t>- N t : Định mức chi phí (hoặc tỷ lệ%)cần tính, đơn vị tính: triệu đồng ( hoặc tỷ lệ %);</w:t>
      </w:r>
    </w:p>
    <w:p>
      <w:pPr>
        <w:jc w:val="both"/>
      </w:pPr>
      <w:r>
        <w:t>- G t : Quy mô dân số quy hoạch hoặc diện tích quy hoạch cần tính định mức; đơn vị tính: giá trị;</w:t>
      </w:r>
    </w:p>
    <w:p>
      <w:pPr>
        <w:jc w:val="both"/>
      </w:pPr>
      <w:r>
        <w:t>- G a : Quy mô dân số quy hoạch hoặc diện tích quy hoạch cận dưới quy mô cần tính định mức; đơn vị tính: giá trị;</w:t>
      </w:r>
    </w:p>
    <w:p>
      <w:pPr>
        <w:jc w:val="both"/>
      </w:pPr>
      <w:r>
        <w:t>- G b : Quy mô dân số quy hoạch hoặc diện tích quy hoạch cận trên quy mô cần tính định mức; đơn vị tính: giá trị;</w:t>
      </w:r>
    </w:p>
    <w:p>
      <w:pPr>
        <w:jc w:val="both"/>
      </w:pPr>
      <w:r>
        <w:t>- N a : Định mức chi phí (hoặc tỷ lệ %)quy hoạch tương ứng với G a ; đơn vị tính: triệu đồng (hoặc tỷ lệ %);</w:t>
      </w:r>
    </w:p>
    <w:p>
      <w:pPr>
        <w:jc w:val="both"/>
      </w:pPr>
      <w:r>
        <w:t>- N b : Định mức chi phí quy hoạch tương ứng với G b ; đơn vị tính: triệu đồng (hoặc tỷ lệ %).”</w:t>
      </w:r>
    </w:p>
    <w:p>
      <w:pPr>
        <w:jc w:val="both"/>
      </w:pPr>
      <w:r>
        <w:t>3. Định mức chi phí quy hoạch xây dựng và quy hoạch đô thị của các đồ án quy hoạch có quy mô nhỏ hơn quy mô được quy định tại Thông tư này được xác định bằng định mức của đồ án có quy mô nhỏ nhất được quy định.</w:t>
      </w:r>
    </w:p>
    <w:p>
      <w:pPr>
        <w:jc w:val="both"/>
      </w:pPr>
      <w:r>
        <w:t>4. Đối với các đồ án quy hoạch có quy mô lớn hơn quy mô được quy định; hoặc các công việc quy hoạch chưa được quy định định mức hoặc định mức quy định tại Thông tư này chưa phù hợp thì xác định chi phí bằng dự toán. Nội dung dự toán xác định theo hướng dẫn tại Phụ lục số 2 kèm theo Thông tư này. Dự toán lập đồ án quy hoạch được xác định phải dựa trên cơ sở nhiệm vụ quy hoạch được cấp có thẩm quyền phê duyệt.</w:t>
      </w:r>
    </w:p>
    <w:p>
      <w:pPr>
        <w:jc w:val="both"/>
      </w:pPr>
      <w:r>
        <w:rPr>
          <w:b/>
        </w:rPr>
        <w:t>Điều 5. Xác định chi phí lập, thẩm định đồ án quy hoạch</w:t>
      </w:r>
    </w:p>
    <w:p>
      <w:pPr>
        <w:jc w:val="both"/>
      </w:pPr>
      <w:r>
        <w:t>1. Nội dung,sản phẩm đồ án quy hoạch được quy định tại Nghị định quy định chi tiết một số nội dung về quy hoạch xây dựng, Nghị định về lập, thẩm định, phê duyệt và quản lý quy hoạch đô thị, các Nghị định chuyên ngành có liên quan và các văn bản hướng dẫn.</w:t>
      </w:r>
    </w:p>
    <w:p>
      <w:pPr>
        <w:jc w:val="both"/>
      </w:pPr>
      <w:r>
        <w:t>2. Chi phí lập đồ án quy hoạch bao gồm các chi phí sau: chi phí cho những người tham gia thực hiện lập đồ án, các chi phí khác (chi phí mua tài liệu, số liệu, bản đồ, văn phòng phẩm, phần mềm quy hoạch (nếu có), chi phí khấu hao thiết bị, chi phí đi lại, chi phí lưu trú, chi phí hội nghị, hội thảo và các khoản chi phí khác (nếu có)).</w:t>
      </w:r>
    </w:p>
    <w:p>
      <w:pPr>
        <w:jc w:val="both"/>
      </w:pPr>
      <w:r>
        <w:t>3. Chi phí lập đồ án quy hoạch xác định theo định mức được quy định tại Thông tư này chưabao gồm chi phí để thực hiện các công việc sau:</w:t>
      </w:r>
    </w:p>
    <w:p>
      <w:pPr>
        <w:jc w:val="both"/>
      </w:pPr>
      <w:r>
        <w:t>a) Lập nhiệm vụ quy hoạch.</w:t>
      </w:r>
    </w:p>
    <w:p>
      <w:pPr>
        <w:jc w:val="both"/>
      </w:pPr>
      <w:r>
        <w:t>b) Khảo sát xây dựng phục vụ lập đồ án quy hoạch.</w:t>
      </w:r>
    </w:p>
    <w:p>
      <w:pPr>
        <w:jc w:val="both"/>
      </w:pPr>
      <w:r>
        <w:t>c) Mua hoặc lập các bản đồ địa hình phục vụ lập đồ án quy hoạch (nếu có).</w:t>
      </w:r>
    </w:p>
    <w:p>
      <w:pPr>
        <w:jc w:val="both"/>
      </w:pPr>
      <w:r>
        <w:t>4. Chi phí lập một số đồ án quy hoạch được quy định tại Thông tư này xác định như sau:</w:t>
      </w:r>
    </w:p>
    <w:p>
      <w:pPr>
        <w:jc w:val="both"/>
      </w:pPr>
      <w:r>
        <w:t>a) Chi phí lập đồ án quy hoạch xây dựng vùng huyện, vùng liên huyện được xác định trên cơ sở quy mô diện tích, mật độ dân số của vùng quy hoạch và định mức chi phí tại Bảng số 1 – Phụ lục số 1.</w:t>
      </w:r>
    </w:p>
    <w:p>
      <w:pPr>
        <w:jc w:val="both"/>
      </w:pPr>
      <w:r>
        <w:t>b) Chi phí lập đồ án quy hoạch chung đô thị được xác định trên cơ sở quy mô diện tích, loại đô thị và mật độ dân số của khu vực lập quy hoạch theo định mức chi phí tại Bảng số 2 - Phụ lục số 1.</w:t>
      </w:r>
    </w:p>
    <w:p>
      <w:pPr>
        <w:jc w:val="both"/>
      </w:pPr>
      <w:r>
        <w:t>c) Chi phí lập đồ án quy hoạch phân khu đô thị được xác định trên cơ sở quy mô diện tích quy hoạch và định mức chi phí tại Bảng số 3 - Phụ lục số 1.</w:t>
      </w:r>
    </w:p>
    <w:p>
      <w:pPr>
        <w:jc w:val="both"/>
      </w:pPr>
      <w:r>
        <w:t>d) Chi phí lập đồ án quy hoạch chi tiết đô thị được xác định trên cơ sở quy mô diện tích quy hoạch và định mức chi phí tại Bảng số 4 - Phụ lục số 1.</w:t>
      </w:r>
    </w:p>
    <w:p>
      <w:pPr>
        <w:jc w:val="both"/>
      </w:pPr>
      <w:r>
        <w:t>đ) Chi phí lập đồ án thiết kế đô thị riêng xác định bằng dự toán nhưng không vượt quá 1,5 lần mức chi phí tính theo định mức chi phí quy hoạch chi tiết đô thị tỷ lệ 1/500 tương ứng với diện tích của đồ án thiết kế đô thị.</w:t>
      </w:r>
    </w:p>
    <w:p>
      <w:pPr>
        <w:jc w:val="both"/>
      </w:pPr>
      <w:r>
        <w:t>e) Chi phí lập đồ án quy hoạch chuyên ngành hạ tầng kỹ thuật của các thành phố trực thuộc Trung ương được lập dự toán theo công việc nhưng tối đa không vượt quá chi phí tính theo tỷ lệ % tại Bảng số5 - Phụ lục số 1 so với chi phí lập đồ án quy hoạch chung đô thị tương ứng.</w:t>
      </w:r>
    </w:p>
    <w:p>
      <w:pPr>
        <w:jc w:val="both"/>
      </w:pPr>
      <w:r>
        <w:t>g) Chi phí lập đồ án quy hoạch chung xây dựng các khu chức năng được xác định trên cơ sở quy mô diện tích quy hoạch và định mức chi phí tại Bảng số 6 - Phụ lục số 1.</w:t>
      </w:r>
    </w:p>
    <w:p>
      <w:pPr>
        <w:jc w:val="both"/>
      </w:pPr>
      <w:r>
        <w:t>h) Chi phí lập đồ án quy hoạch phân khu xây dựng các khu chức năng được xác định trên cơ sở quy mô diện tích quy hoạch và định mức chi phí tại Bảng số7 - Phụ lục số 1.</w:t>
      </w:r>
    </w:p>
    <w:p>
      <w:pPr>
        <w:jc w:val="both"/>
      </w:pPr>
      <w:r>
        <w:t>i) Chi phí lập đồ án quy hoạch chi tiết xây dựng các khu chức năng được xác định trên cơ sở quy mô diện tích quy hoạch và định mức chi phí tại Bảng số 8 - Phụ lục số 1.</w:t>
      </w:r>
    </w:p>
    <w:p>
      <w:pPr>
        <w:jc w:val="both"/>
      </w:pPr>
      <w:r>
        <w:t>k) Chi phí lập đồ án quy hoạch chung xây dựng xã được xác định trên cơ sở quy mô dân số dự báo theo thời hạn quy hoạch trong nhiệm vụ quy hoạch được duyệt (không kể dự báo dân số theo tầm nhìn) và định mức chi phí tại Bảng số 9 - Phụ lục số 1.</w:t>
      </w:r>
    </w:p>
    <w:p>
      <w:pPr>
        <w:jc w:val="both"/>
      </w:pPr>
      <w:r>
        <w:t>l) Chi phí lập đồ án quy hoạch chi tiết xây dựng điểm dân cư nông thôn được xác định trên cơ sở quy mô diện tích quy hoạch và định mức chi phí tại Bảng số 10 - Phụ lục số 1.</w:t>
      </w:r>
    </w:p>
    <w:p>
      <w:pPr>
        <w:jc w:val="both"/>
      </w:pPr>
      <w:r>
        <w:t>m) Chi phí lập đồ án quy hoạch không gian xây dựng ngầm đô thị và các đồ án quy hoạch xây dựng khác được xác định bằng dự toán.</w:t>
      </w:r>
    </w:p>
    <w:p>
      <w:pPr>
        <w:jc w:val="both"/>
      </w:pPr>
      <w:r>
        <w:t>5. Chi phí điều chỉnh đồ án quy hoạch được xác định cụ thể như sau:</w:t>
      </w:r>
    </w:p>
    <w:p>
      <w:pPr>
        <w:jc w:val="both"/>
      </w:pPr>
      <w:r>
        <w:t>a) Trường hợp điều chỉnh cục bộ đồ án quy hoạch: căn cứ nội dung công việc cần điều chỉnh để xác định chi phí bằng dự toán nhưng tối đa không vượt quá 50% chi phí lập đồ án quy hoạch mới tương ứng.</w:t>
      </w:r>
    </w:p>
    <w:p>
      <w:pPr>
        <w:jc w:val="both"/>
      </w:pPr>
      <w:r>
        <w:t>b) Trường hợp điều chỉnh tổng thể đồ án quy hoạch nhưng phạm vi điều chỉnh không vượt quá quy mô diện tích hoặc dân số của đồ án đã được phê duyệt thì chi phí điều chỉnh đồ án quy hoạch được xác định bằng dự toán nhưng không vượt quá 80% của chi phí lập đồ án quy hoạch mới tương ứng.</w:t>
      </w:r>
    </w:p>
    <w:p>
      <w:pPr>
        <w:jc w:val="both"/>
      </w:pPr>
      <w:r>
        <w:t>Trường hợp phạm vi điều chỉnh vượt quá quy mô diện tích và dân số của đồ án đã được phê duyệt thì chi phí điều chỉnh đồ án quy hoạch tối đa không vượt quá 100% của chi phí lập đồ án quy hoạch mới tương ứng.</w:t>
      </w:r>
    </w:p>
    <w:p>
      <w:pPr>
        <w:jc w:val="both"/>
      </w:pPr>
      <w:r>
        <w:t>6. Đối với các đồ án quy hoạch có yêu cầu lập hồ sơ quy hoạch theo hệ thống thông tin địa lý (GIS) thì chi phí lập đồ án quy hoạch được điều chỉnh với hệ số K=1,1.</w:t>
      </w:r>
    </w:p>
    <w:p>
      <w:pPr>
        <w:jc w:val="both"/>
      </w:pPr>
      <w:r>
        <w:t>7. Chi phí thẩm định đồ án quy hoạch là các chi phí dành để chi trực tiếp cho các hoạt động thẩm định như: chi trả thù lao trực tiếp cho các cá nhân, cơ quan trong và ngoài đơn vị tham gia trong quá trình thẩm định; chi phí hội nghị, hội thảo, các cuộc họp góp ý kiến với các đơn vị có liên quan trong quá trình thẩm định; phối hợp với các đơn vị để chi cho việc khảo sát thực tế các địa điểm có dự án quy hoạch.</w:t>
      </w:r>
    </w:p>
    <w:p>
      <w:pPr>
        <w:jc w:val="both"/>
      </w:pPr>
      <w:r>
        <w:t>Chi phí thẩm định đồ án quy hoạch tính theo định mức tỷ lệ % tại Bảng số 11 - Phụ lục số 1 so với chi phí lập đồ án quy hoạch. Riêng chi phí thuê tổ chức, chuyên gia (kể cả tổ chức, chuyên gia nước ngoài) phản biện đồ án quy hoạch phục vụ công tác thẩm định đồ án quy hoạch và chi phí cho công việc khảo sát thực địa phục vụ công tác thẩm định đồ án quy hoạch (nếu có) được xác định bằng dự toán chi phí bổ sung ngoài chi phí thẩm định đồ án quy hoạch xây dựng tính theo định mức tỷ lệ % tại Bảng số 11.</w:t>
      </w:r>
    </w:p>
    <w:p>
      <w:pPr>
        <w:jc w:val="both"/>
      </w:pPr>
      <w:r>
        <w:rPr>
          <w:b/>
        </w:rPr>
        <w:t>Điều 6. Xác định chi phí lập nhiệm vụ, thẩm định nhiệm vụquy hoạch</w:t>
      </w:r>
    </w:p>
    <w:p>
      <w:pPr>
        <w:jc w:val="both"/>
      </w:pPr>
      <w:r>
        <w:t>1. Nội dung nhiệm vụquy hoạch được quy định tại Nghị định quy định chi tiết một số nội dung về quy hoạch xây dựng, Nghị định về lập, thẩm định, phê duyệt và quản lý quy hoạch đô thị, các Nghị định chuyên ngành có liên quan và các văn bản hướng dẫn.</w:t>
      </w:r>
    </w:p>
    <w:p>
      <w:pPr>
        <w:jc w:val="both"/>
      </w:pPr>
      <w:r>
        <w:t>2. Chi phí lập nhiệm vụ quy hoạch xác định như sau:</w:t>
      </w:r>
    </w:p>
    <w:p>
      <w:pPr>
        <w:jc w:val="both"/>
      </w:pPr>
      <w:r>
        <w:t>a) Chi phí lập nhiệm vụ quy hoạch xây dựng vùng huyện, vùng liên huyện được xác định trên cơ sở quy mô diện tích, mật độ dân số của vùng quy hoạch và định mức chi phí tại Bảng số 1 – Phụ lục số 1.</w:t>
      </w:r>
    </w:p>
    <w:p>
      <w:pPr>
        <w:jc w:val="both"/>
      </w:pPr>
      <w:r>
        <w:t>b) Chi phí lập nhiệm vụ quy hoạch chung đô thị được xác định trên cơ sở quy mô diện tích, loại đô thị và mật độ dân số của khu vực lập quy hoạch theo định mức chi phí tại Bảng số 2 - Phụ lục số 1.</w:t>
      </w:r>
    </w:p>
    <w:p>
      <w:pPr>
        <w:jc w:val="both"/>
      </w:pPr>
      <w:r>
        <w:t>c) Chi phí lập nhiệm vụ quy hoạch phân khu đô thị được xác định trên cơ sở quy mô diện tích quy hoạch và định mức chi phí tại Bảng số 3 - Phụ lục số 1.</w:t>
      </w:r>
    </w:p>
    <w:p>
      <w:pPr>
        <w:jc w:val="both"/>
      </w:pPr>
      <w:r>
        <w:t>d) Chi phí lập nhiệm vụ quy hoạch chi tiết đô thị được xác định trên cơ sở quy mô diện tích quy hoạch và định mức chi phí tại Bảng số 4 - Phụ lục số 1.</w:t>
      </w:r>
    </w:p>
    <w:p>
      <w:pPr>
        <w:jc w:val="both"/>
      </w:pPr>
      <w:r>
        <w:t>đ) Chi phí lập nhiệm vụ thiết kế đô thị riêng xác định bằng dự toán nhưng không vượt quá 1,5 lần mức chi phí lập nhiệm vụ quy hoạch chi tiết đô thị tỷ lệ 1/500 tương ứng với diện tích của đồ án thiết kế đô thị.</w:t>
      </w:r>
    </w:p>
    <w:p>
      <w:pPr>
        <w:jc w:val="both"/>
      </w:pPr>
      <w:r>
        <w:t>e) Chi phí lập nhiệm vụ quy hoạch chuyên ngành hạ tầng kỹ thuật của các thành phố trực thuộc Trung ương được lập theo dự toán công việc nhưng tối đa không vượt quá chi phí tính theo tỷ lệ % tại Bảng số 5 - Phụ lục số 1 so với chi phí lập nhiệm vụ quy hoạch chung đô thị tương ứng.</w:t>
      </w:r>
    </w:p>
    <w:p>
      <w:pPr>
        <w:jc w:val="both"/>
      </w:pPr>
      <w:r>
        <w:t>g) Chi phí lập nhiệm vụ quy hoạch chung xây dựng các khu chức năng được xác định trên cơ sở quy mô diện tích quy hoạch và định mức chi phí tại Bảng số 6 - Phụ lục số 1.</w:t>
      </w:r>
    </w:p>
    <w:p>
      <w:pPr>
        <w:jc w:val="both"/>
      </w:pPr>
      <w:r>
        <w:t>h) Chi phí lập nhiệm vụ quy hoạch phân khu xây dựng các khu chức năng được xác định trên cơ sở quy mô diện tích quy hoạch và định mức chi phí tại Bảng số 7 - Phụ lục số 1.</w:t>
      </w:r>
    </w:p>
    <w:p>
      <w:pPr>
        <w:jc w:val="both"/>
      </w:pPr>
      <w:r>
        <w:t>i) Chi phí lập nhiệm vụ quy hoạch chi tiết xây dựng các khu chức năng được xác định trên cơ sở quy mô diện tích quy hoạch và định mức chi phí tại Bảng số 8 - Phụ lục số 1.</w:t>
      </w:r>
    </w:p>
    <w:p>
      <w:pPr>
        <w:jc w:val="both"/>
      </w:pPr>
      <w:r>
        <w:t>k) Chi phí lập nhiệm vụ quy hoạch chung xây dựng xã được xác định trên cơ sở quy mô dân số dự báo theo thời hạn quy hoạch trong nhiệm vụ quy hoạch được duyệt (không kể dự báo dân số theo tầm nhìn) và định mức chi phí tại Bảng số 9 - Phụ lục số 1.</w:t>
      </w:r>
    </w:p>
    <w:p>
      <w:pPr>
        <w:jc w:val="both"/>
      </w:pPr>
      <w:r>
        <w:t>l) Chi phí lập nhiệm vụ quy hoạch chi tiết xây dựng điểm dân cư nông thôn được xác định trên cơ sở quy mô diện tích quy hoạch và định mức chi phí tại Bảng số 10 - Phụ lục số 1.</w:t>
      </w:r>
    </w:p>
    <w:p>
      <w:pPr>
        <w:jc w:val="both"/>
      </w:pPr>
      <w:r>
        <w:t>m) Chi phí lập nhiệm vụ quy hoạch của các loại đồ án quy hoạch khác được xác định bằng cách lập dự toán.</w:t>
      </w:r>
    </w:p>
    <w:p>
      <w:pPr>
        <w:jc w:val="both"/>
      </w:pPr>
      <w:r>
        <w:t>3. Chi phí thẩm định nhiệm vụ quy hoạch được xác định bằng 20% so với chi phí lập nhiệm vụ quy hoạch.</w:t>
      </w:r>
    </w:p>
    <w:p>
      <w:pPr>
        <w:jc w:val="both"/>
      </w:pPr>
      <w:r>
        <w:rPr>
          <w:b/>
        </w:rPr>
        <w:t>Điều 7. Xác định chi phí quản lý nghiệp vụ lập quy hoạch và một số công việc khác</w:t>
      </w:r>
    </w:p>
    <w:p>
      <w:pPr>
        <w:jc w:val="both"/>
      </w:pPr>
      <w:r>
        <w:t>1. Chi phí quản lý nghiệp vụ lập đồ án quy hoạch xây dựng là chi phí cho các hoạt động của cơ quan quản lý quá trình lập quy hoạch như: chi cho chuyên gia, cán bộ kiêm nhiệm, chi hội họp, công tác phí, vật tư, văn phòng phẩm và một số công việc khác phục vụ công tác quản lý nghiệp vụ lập quy hoạch theo quy định về quản lý thu và chế độ chi của pháp luật.</w:t>
      </w:r>
    </w:p>
    <w:p>
      <w:pPr>
        <w:jc w:val="both"/>
      </w:pPr>
      <w:r>
        <w:t>2. Chi phí quản lý nghiệp vụ lập quy hoạchtính theo tỷ lệ % so với chi phí lập đồ án quy hoạch. Định mức chi phí quản lý nghiệp vụ lập đồ án quy hoạch được xác định tại Bảng số 11 - Phụ lục số 1. Trường hợp công việc quản lý nghiệp vụ lập quy hoạch xây dựng có phạm vi một vùng, liên vùng và lập đồ án quy hoạch chung của đô thị đặc biệt thì chi phí quản lý nghiệp vụ lập quy hoạch tính theo định mức và điều chỉnh với hệ số K=2.</w:t>
      </w:r>
    </w:p>
    <w:p>
      <w:pPr>
        <w:jc w:val="both"/>
      </w:pPr>
      <w:r>
        <w:t>3. Chi phí quản lý nghiệp vụ lập quy hoạch xác định theo định mức chưa bao gồm chi phí để thực hiện các công việc sau:</w:t>
      </w:r>
    </w:p>
    <w:p>
      <w:pPr>
        <w:jc w:val="both"/>
      </w:pPr>
      <w:r>
        <w:t>a) Thuê tổ chức, chuyên gia phản biện đồ án quy hoạch hoặc hội thảo chuyên đề phục vụ phản biện đồ án quy hoạch.</w:t>
      </w:r>
    </w:p>
    <w:p>
      <w:pPr>
        <w:jc w:val="both"/>
      </w:pPr>
      <w:r>
        <w:t>b) Tổ chức lấy ý kiến của cơ quan, tổ chức và đại diện cộng đồng dân cư góp ý cho đồ án quy hoạch, nếu có.</w:t>
      </w:r>
    </w:p>
    <w:p>
      <w:pPr>
        <w:jc w:val="both"/>
      </w:pPr>
      <w:r>
        <w:t>c) Cắm mốc giới theo quy hoạch ra ngoài thực địa.</w:t>
      </w:r>
    </w:p>
    <w:p>
      <w:pPr>
        <w:jc w:val="both"/>
      </w:pPr>
      <w:r>
        <w:t>d) Công bố đồ án quy hoạch được duyệt.</w:t>
      </w:r>
    </w:p>
    <w:p>
      <w:pPr>
        <w:jc w:val="both"/>
      </w:pPr>
      <w:r>
        <w:t>e) Thuê tổ chức, cá nhân tư vấn lập, thẩm tra dự toán chi phí quy hoạch</w:t>
      </w:r>
    </w:p>
    <w:p>
      <w:pPr>
        <w:jc w:val="both"/>
      </w:pPr>
      <w:r>
        <w:t>g) Tổ chức thi tuyển tổ chức tư vấn lập đồ án quy hoạch (nếu có).</w:t>
      </w:r>
    </w:p>
    <w:p>
      <w:pPr>
        <w:jc w:val="both"/>
      </w:pPr>
      <w:r>
        <w:t>h) Các công việc khác phục vụ công tác quản lý nghiệp vụ lập đồ án quy hoạch.</w:t>
      </w:r>
    </w:p>
    <w:p>
      <w:pPr>
        <w:jc w:val="both"/>
      </w:pPr>
      <w:r>
        <w:t>4. Chi phí tổ chức lấy ý kiến của cơ quan, tổ chức và đại diện cộng đồng dân cư được xác định bằng dự toán chi phí nhưng tối đa không vượt quá 2% của chi phí lập đồ án quy hoạch tương ứng, nhưng không dưới 5.000.000 đồng (Năm triệu đồng).</w:t>
      </w:r>
    </w:p>
    <w:p>
      <w:pPr>
        <w:jc w:val="both"/>
      </w:pPr>
      <w:r>
        <w:t>5. Chi phí công bố đồ án quy hoạch được xác định bằng dự toán chi phí nhưng tối đa không vượt quá 3% chi phí lập đồ án quy hoạch tương ứng, nhưng không dưới 5.000.000 đồng (Năm triệu đồng).</w:t>
      </w:r>
    </w:p>
    <w:p>
      <w:pPr>
        <w:jc w:val="both"/>
      </w:pPr>
      <w:r>
        <w:t>6. Chi phí làm mô hình quy hoạch tính theo định mức chi phí tại Bảng số 12 - Phụ lục số 1 và nhân với diện tích của mô hình quy hoạch.</w:t>
      </w:r>
    </w:p>
    <w:p>
      <w:pPr>
        <w:jc w:val="both"/>
      </w:pPr>
      <w:r>
        <w:t>7. Chi phí tổ chức thi tuyển tổ chức tư vấn lập đồ án quy hoạch (nếu có) được xác định bằng dự toán chi phí theo hướng dẫn tại Phụ lục số 2.</w:t>
      </w:r>
    </w:p>
    <w:p>
      <w:pPr>
        <w:jc w:val="both"/>
      </w:pPr>
      <w:r>
        <w:rPr>
          <w:b/>
        </w:rPr>
        <w:t>Điều 8. Xác định chi phí thuê tư vấn nước ngoài lập quy hoạch</w:t>
      </w:r>
    </w:p>
    <w:p>
      <w:pPr>
        <w:jc w:val="both"/>
      </w:pPr>
      <w:r>
        <w:t>1. Chi phí thuê tổ chức, cá nhân tư vấn nước ngoài lập quy hoạch xác định bằng dự toán nhưng không vượt quá mức chi phí sau:</w:t>
      </w:r>
    </w:p>
    <w:p>
      <w:pPr>
        <w:jc w:val="both"/>
      </w:pPr>
      <w:r>
        <w:t>a) Trường hợp thuê tổ chức tư vấn trong nước chủ trì phối hợp với chuyên gia tư vấn nước ngoài để lập nhiệm vụ, lập đồ án quy hoạch: Mức chi phí thuê tổ chức tư vấn trong nước và chi phí thuê chuyên gia tư vấn nước ngoài không vượt quá 1,5 lần mức chi phí lập nhiệm vụ, lập đồ án quy hoạch tính theo Thông tư này.</w:t>
      </w:r>
    </w:p>
    <w:p>
      <w:pPr>
        <w:jc w:val="both"/>
      </w:pPr>
      <w:r>
        <w:t>b) Trường hợp thuê tổ chức tư vấn trong nước và tổ chức tư vấn nước ngoài phối hợp để lập nhiệm vụ, lập đồ án quy hoạch: Mức chi phí thuê tổ chức tư vấn trong nước và tổ chức tư vấn nước ngoài xác định không vượt quá 2,5 lần mức chi phí lập nhiệm vụ, lập đồ án quy hoạch tính theo Thông tư này.</w:t>
      </w:r>
    </w:p>
    <w:p>
      <w:pPr>
        <w:jc w:val="both"/>
      </w:pPr>
      <w:r>
        <w:t>c) Trường hợp thuê tổ chức tư vấn nước ngoài thực hiện toàn bộ công việc lập nhiệm vụ, lập đồ án quy hoạch: Mức chi phí thuê tổ chức tư vấn nước ngoài không vượt quá 3,5 lần mức chi phí lập nhiệm vụ, lập đồ án quy hoạch tính theo Thông tư này.</w:t>
      </w:r>
    </w:p>
    <w:p>
      <w:pPr>
        <w:jc w:val="both"/>
      </w:pPr>
      <w:r>
        <w:t>2. Trường hợp thuê tổ chức tư vấn nước ngoài để lập nhiệm vụ, lập đồ án quy hoạch các đồ án có tính chất, yêu cầu phức tạp, đặc biệt và các đồ án quy hoạch được xác định bằng cách lập dự toán theo hướng dẫn của Thông tư này, mà định mức chi phí thuê tổ chức tư vấn nước ngoài vượt quá định mức quy định tại khoản 1Điều này thì cơ quan có thẩm quyền phê duyệt dự toán chi phí quy hoạch báo cáo cấp phê duyệt đồ án quy hoạch và quyết định phê duyệt dự toán theo quy định.</w:t>
      </w:r>
    </w:p>
    <w:p>
      <w:pPr>
        <w:jc w:val="center"/>
      </w:pPr>
      <w:r>
        <w:rPr>
          <w:b/>
        </w:rPr>
        <w:t>Chương III</w:t>
      </w:r>
    </w:p>
    <w:p>
      <w:pPr>
        <w:jc w:val="both"/>
      </w:pPr>
      <w:r>
        <w:t>QUẢN LÝ CHI PHÍ QUY HOẠCH XÂY DỰNG</w:t>
      </w:r>
    </w:p>
    <w:p>
      <w:pPr>
        <w:jc w:val="both"/>
      </w:pPr>
      <w:r>
        <w:t>VÀ QUY HOẠCH ĐÔ THỊ</w:t>
      </w:r>
    </w:p>
    <w:p>
      <w:pPr>
        <w:jc w:val="both"/>
      </w:pPr>
      <w:r>
        <w:rPr>
          <w:b/>
        </w:rPr>
        <w:t>Điều 9. Quản lý chi phí quy hoạch và các chi phí có liên quan đến việc lập đồ án quy hoạch</w:t>
      </w:r>
    </w:p>
    <w:p>
      <w:pPr>
        <w:jc w:val="both"/>
      </w:pPr>
      <w:r>
        <w:t>1. Cơ quan được giao nhiệm vụ quản lý nghiệp vụ lập quy hoạch có trách nhiệm quản lý tiết kiệm, hiệu quả chi phí lập quy hoạch và chi phí của các công việc khác có liên quan đến lập quy hoạch theo các quy định có liên quan.</w:t>
      </w:r>
    </w:p>
    <w:p>
      <w:pPr>
        <w:jc w:val="both"/>
      </w:pPr>
      <w:r>
        <w:t>2. Chi phí quản lý nghiệp vụ lập quy hoạch là giới hạn chi phí cho các hoạt động của cơ quan quản lý quá trình lập quy hoạch. Trong quá trình quản lý chi phí, cơ quan được giao nhiệm vụ quản lý nghiệp vụ lập quy hoạch được thuê tổ chức, cá nhân tư vấn có đủ năng lực kinh nghiệmđể lập, thẩm tra dự toán chi phí quy hoạch.</w:t>
      </w:r>
    </w:p>
    <w:p>
      <w:pPr>
        <w:jc w:val="both"/>
      </w:pPr>
      <w:r>
        <w:t>3. Nhiệm vụ quy hoạch do cơ quan quản lý nhà nước lập thì chi phí lập nhiệm vụ quy hoạch được quản lý theo quy định của cơ chế tài chính đối với cơ quan quản lý nhà nước.</w:t>
      </w:r>
    </w:p>
    <w:p>
      <w:pPr>
        <w:jc w:val="both"/>
      </w:pPr>
      <w:r>
        <w:t>4. Chi phí thẩm định đồ án quy hoạch được quản lý theo dự toán được duyệt. Việc thanh toán chi phí thẩm định đồ án quy hoạch phải thực hiện theo quy định của pháp luật có liên quan.</w:t>
      </w:r>
    </w:p>
    <w:p>
      <w:pPr>
        <w:jc w:val="both"/>
      </w:pPr>
      <w:r>
        <w:rPr>
          <w:b/>
        </w:rPr>
        <w:t>Điều 10. Thẩm quyền thẩm định, phê duyệt dự toán chi phí quy hoạch</w:t>
      </w:r>
    </w:p>
    <w:p>
      <w:pPr>
        <w:jc w:val="both"/>
      </w:pPr>
      <w:r>
        <w:t>1. Cấp phê duyệt đồ án quy hoạch hoặc cấp được ủy quyền tổ chức thẩm định, phê duyệt dự toán chi phí lập nhiệm vụ quy hoạch, lập đồ án quy hoạch và chi phí thực hiện các công việc có liên quan đến lập quy hoạch.</w:t>
      </w:r>
    </w:p>
    <w:p>
      <w:pPr>
        <w:jc w:val="both"/>
      </w:pPr>
      <w:r>
        <w:t>2. Bộ Xây dựng, các Bộvà Ủy ban nhân dân tỉnh, thành phố trực thuộc trung ương tổ chức thẩm định, phê duyệt dự toán chi phí lập nhiệm vụ quy hoạch, lập đồ án quy hoạch và chi phí thực hiện các công việc có liên quan đến lập quy hoạch đối với đồ án do mình tổ chức lập thuộc thẩm quyền của Thủ tướng Chính phủ phê duyệt.</w:t>
      </w:r>
    </w:p>
    <w:p>
      <w:pPr>
        <w:jc w:val="center"/>
      </w:pPr>
      <w:r>
        <w:rPr>
          <w:b/>
        </w:rPr>
        <w:t>Chương IV</w:t>
      </w:r>
    </w:p>
    <w:p>
      <w:pPr>
        <w:jc w:val="both"/>
      </w:pPr>
      <w:r>
        <w:t>TỔ CHỨC THỰC HIỆN</w:t>
      </w:r>
    </w:p>
    <w:p>
      <w:pPr>
        <w:jc w:val="both"/>
      </w:pPr>
      <w:r>
        <w:rPr>
          <w:b/>
        </w:rPr>
        <w:t>Điều 11. Quy định chuyển tiếp</w:t>
      </w:r>
    </w:p>
    <w:p>
      <w:pPr>
        <w:jc w:val="both"/>
      </w:pPr>
      <w:r>
        <w:t>1. Đối với các công việc lập quy hoạch đang thực hiện theo hợp đồng, việc thanh toán chi phí lập quy hoạch phải căn cứ nội dung của hợp đồng đã ký kết.</w:t>
      </w:r>
    </w:p>
    <w:p>
      <w:pPr>
        <w:jc w:val="both"/>
      </w:pPr>
      <w:r>
        <w:t>2. Đối với các công việclập quy hoạch đã phê duyệt dự toán chi phí nhưng chưa tổ chức lựa chọn nhà thầu, hoặc đã tổ chức lựa chọn nhà thầu lập quy hoạch nhưng đang trong quá trình đàm phán, chưa ký kết hợp đồng thì cấp có thẩm quyền phê duyệt dự toán chi phí lập quy hoạch xem xét, quyết định việc áp dụng quy định tại Thông tư này.</w:t>
      </w:r>
    </w:p>
    <w:p>
      <w:pPr>
        <w:jc w:val="both"/>
      </w:pPr>
      <w:r>
        <w:t>3. Đối với các trường hợp khác không thuộc phạm vi quy định tại khoản 1, khoản 2 Điều này thực hiện việc xác định chi phí lập quy hoạch theo quy định tại Thông tư này.</w:t>
      </w:r>
    </w:p>
    <w:p>
      <w:pPr>
        <w:jc w:val="both"/>
      </w:pPr>
      <w:r>
        <w:rPr>
          <w:b/>
        </w:rPr>
        <w:t>Điều 12. Hiệu lực thi hành</w:t>
      </w:r>
    </w:p>
    <w:p>
      <w:pPr>
        <w:jc w:val="both"/>
      </w:pPr>
      <w:r>
        <w:t>Thông tư này có hiệu lực từ ngày 10 tháng 3 năm 2020 và thay thế Thông tư số 05/2017/TT-BXD ngày 05/4/2017 của Bộ Xây dựng hướng dẫn xác định, quản lý chi phí quy hoạch xây dựng và quy hoạch đô thị.</w:t>
      </w:r>
    </w:p>
    <w:p>
      <w:pPr>
        <w:jc w:val="both"/>
      </w:pPr>
      <w:r>
        <w:t>Trong quá trình thực hiện, nếu có vướng mắc đề nghị các tổ chức, cá nhân gửi ý kiến về Bộ Xây dựng để xem xét, giải quyết.</w:t>
      </w:r>
    </w:p>
    <w:p>
      <w:r>
        <w:rPr>
          <w:i/>
        </w:rPr>
        <w:t>Nguồn: Cơ sở dữ liệu quốc gia về văn bản pháp luật (Bộ Tư pháp). VietSmart Legal, legal.giangpham.asia/van-ban/140434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