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47/2019/TT-BTC</w:t>
      </w:r>
    </w:p>
    <w:p>
      <w:pPr>
        <w:jc w:val="both"/>
      </w:pPr>
      <w:r>
        <w:t>CỘNG HOÀ XÃ HỘI CHỦ NGHĨA VIỆT NAM</w:t>
      </w:r>
    </w:p>
    <w:p>
      <w:pPr>
        <w:jc w:val="both"/>
      </w:pPr>
      <w:r>
        <w:t>Độc lập - Tự do - Hạnh phúc</w:t>
      </w:r>
    </w:p>
    <w:p>
      <w:pPr>
        <w:jc w:val="both"/>
      </w:pPr>
      <w:r>
        <w:t>Hà Nội, ngày 05 tháng 8 năm 2019</w:t>
      </w:r>
    </w:p>
    <w:p>
      <w:pPr>
        <w:jc w:val="center"/>
      </w:pPr>
      <w:r>
        <w:rPr>
          <w:b/>
        </w:rPr>
        <w:t>THÔNG TƯ</w:t>
      </w:r>
    </w:p>
    <w:p>
      <w:pPr>
        <w:jc w:val="both"/>
      </w:pPr>
      <w:r>
        <w:t>Quy định mức thu, chế độ thu, nộp, quản lý và sử dụng</w:t>
      </w:r>
    </w:p>
    <w:p>
      <w:pPr>
        <w:jc w:val="both"/>
      </w:pPr>
      <w:r>
        <w:t>phí cung cấp thông tin doanh nghiệp, lệ phí đăng ký doanh nghiệp</w:t>
      </w:r>
    </w:p>
    <w:p>
      <w:pPr>
        <w:jc w:val="both"/>
      </w:pPr>
      <w:r>
        <w:t>Căn cứ Luật phí và lệ phí ngày 25 tháng 11 năm 2015;</w:t>
      </w:r>
    </w:p>
    <w:p>
      <w:pPr>
        <w:jc w:val="both"/>
      </w:pPr>
      <w:r>
        <w:t>Căn cứ Luật ngân sách nhà nước ngày 25 tháng 6 năm 2015;</w:t>
      </w:r>
    </w:p>
    <w:p>
      <w:pPr>
        <w:jc w:val="both"/>
      </w:pPr>
      <w:r>
        <w:t>Căn cứ Luật doanh nghiệp ngày 26 tháng 11 năm 2014;</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78/2015/NĐ-CP ngày 14 tháng 9 năm 2015 của Chính phủ về đăng ký doanh nghiệp;</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cung cấp thông tin doanh nghiệp, lệ phí đăng ký doanh nghiệp.</w:t>
      </w:r>
    </w:p>
    <w:p>
      <w:pPr>
        <w:jc w:val="both"/>
      </w:pPr>
      <w:r>
        <w:rPr>
          <w:b/>
        </w:rPr>
        <w:t>Điều 1. Phạm vi điều chỉnh, đối tượng áp dụng</w:t>
      </w:r>
    </w:p>
    <w:p>
      <w:pPr>
        <w:jc w:val="both"/>
      </w:pPr>
      <w:r>
        <w:t>1. Thông tư này quy định mức thu, chế độ thu, nộp, quản lý và sử dụng phí cung cấp thông tin doanh nghiệp, lệ phí đăng ký doanh nghiệp.</w:t>
      </w:r>
    </w:p>
    <w:p>
      <w:pPr>
        <w:jc w:val="both"/>
      </w:pPr>
      <w:r>
        <w:t>2. Thông tư này áp dụng đối với người nộp, tổ chức thu phí cung cấp thông tin doanh nghiệp, lệ phí đăng ký doanh nghiệp và các tổ chức, cá nhân khác có liên quan đến việc thu, nộp, quản lý và sử dụng phí cung cấp thông tin doanh nghiệp, lệ phí đăng ký doanh nghiệp.</w:t>
      </w:r>
    </w:p>
    <w:p>
      <w:pPr>
        <w:jc w:val="both"/>
      </w:pPr>
      <w:r>
        <w:rPr>
          <w:b/>
        </w:rPr>
        <w:t>Điều 2. Người nộp phí, lệ phí</w:t>
      </w:r>
    </w:p>
    <w:p>
      <w:pPr>
        <w:jc w:val="both"/>
      </w:pPr>
      <w:r>
        <w:t>1. Tổ chức, cá nhân khi đăng ký doanh nghiệp theo pháp luật Việt Nam phải nộp lệ phí đăng ký doanh nghiệp.</w:t>
      </w:r>
    </w:p>
    <w:p>
      <w:pPr>
        <w:jc w:val="both"/>
      </w:pPr>
      <w:r>
        <w:t>2. Tổ chức, cá nhân khi sử dụng các dịch vụ cung cấp thông tin doanh nghiệp phải nộp phí cung cấp thông tin doanh nghiệp.</w:t>
      </w:r>
    </w:p>
    <w:p>
      <w:pPr>
        <w:jc w:val="both"/>
      </w:pPr>
      <w:r>
        <w:rPr>
          <w:b/>
        </w:rPr>
        <w:t>Điều 3. Tổ chức thu phí, lệ phí</w:t>
      </w:r>
    </w:p>
    <w:p>
      <w:pPr>
        <w:jc w:val="both"/>
      </w:pPr>
      <w:r>
        <w:t>1. Trung tâm Hỗ trợ nghiệp vụ đăng ký kinh doanh thuộc Cục Quản lý đăng ký kinh doanh (Bộ Kế hoạch và Đầu tư) là tổ chức thu phí cung cấp thông tin doanh nghiệp.</w:t>
      </w:r>
    </w:p>
    <w:p>
      <w:pPr>
        <w:jc w:val="both"/>
      </w:pPr>
      <w:r>
        <w:t>2. Sở Kế hoạch và Đầu tư các tỉnh, thành phố trực thuộc trung ương là tổ chức thu lệ phí đăng ký doanh nghiệp và phí cung cấp thông tin doanh nghiệp trên địa bàn tỉnh.</w:t>
      </w:r>
    </w:p>
    <w:p>
      <w:pPr>
        <w:jc w:val="both"/>
      </w:pPr>
      <w:r>
        <w:t>3. Cơ quan đăng ký đầu tư là tổ chức thu lệ phí đăng ký doanh nghiệp đối với nhà đầu tư nước ngoài, tổ chức kinh tế có vốn đầu tư nước ngoài trong trường hợp thực hiện thủ tục đăng ký đầu tư, đăng ký doanh nghiệp theo cơ chế một cửa liên thông.</w:t>
      </w:r>
    </w:p>
    <w:p>
      <w:pPr>
        <w:jc w:val="both"/>
      </w:pPr>
      <w:r>
        <w:rPr>
          <w:b/>
        </w:rPr>
        <w:t>Điều 4. Mức thu phí, lệ phí</w:t>
      </w:r>
    </w:p>
    <w:p>
      <w:pPr>
        <w:jc w:val="both"/>
      </w:pPr>
      <w:r>
        <w:t>Mức phí cung cấp thông tin doanh nghiệp, lệ phí đăng ký doanh nghiệp thực hiện theo quy định tại Biểu phí, lệ phí ban hành kèm theo Thông tư này.</w:t>
      </w:r>
    </w:p>
    <w:p>
      <w:pPr>
        <w:jc w:val="both"/>
      </w:pPr>
      <w:r>
        <w:rPr>
          <w:b/>
        </w:rPr>
        <w:t>Điều 5. Các đối tượng được miễn phí, lệ phí</w:t>
      </w:r>
    </w:p>
    <w:p>
      <w:pPr>
        <w:jc w:val="both"/>
      </w:pPr>
      <w:r>
        <w:t>1. Doanh nghiệp bổ sung, thay đổi thông tin do thay đổi địa giới hành chính được miễn lệ phí đăng ký doanh nghiệp và phí công bố nội dung đăng ký doanh nghiệp.</w:t>
      </w:r>
    </w:p>
    <w:p>
      <w:pPr>
        <w:jc w:val="both"/>
      </w:pPr>
      <w:r>
        <w:t>2. Đăng ký giải thể doanh nghiệp, tạm ngừng kinh doanh; chấm dứt hoạt động chi nhánh, văn phòng đại diện, địa điểm kinh doanh được miễn lệ phí đăng ký doanh nghiệp.</w:t>
      </w:r>
    </w:p>
    <w:p>
      <w:pPr>
        <w:jc w:val="both"/>
      </w:pPr>
      <w:r>
        <w:t>3. Doanh nghiệp thực hiện đăng ký doanh nghiệp qua mạng điện tử được miễn lệ phí đăng ký doanh nghiệp.</w:t>
      </w:r>
    </w:p>
    <w:p>
      <w:pPr>
        <w:jc w:val="both"/>
      </w:pPr>
      <w:r>
        <w:t>4. Cơ quan nhà nước đề nghị cung cấp thông tin phục vụ quản lý nhà nước được miễn phí cung cấp thông tin doanh nghiệp.</w:t>
      </w:r>
    </w:p>
    <w:p>
      <w:pPr>
        <w:jc w:val="both"/>
      </w:pPr>
      <w:r>
        <w:t>5. Doanh nghiệp nhỏ và vừa chuyển đổi từ hộ kinh doanh được miễn lệ phí đăng ký doanh nghiệp và phí cung cấp thông tin doanh nghiệp lần đầu.</w:t>
      </w:r>
    </w:p>
    <w:p>
      <w:pPr>
        <w:jc w:val="both"/>
      </w:pPr>
      <w:r>
        <w:rPr>
          <w:b/>
        </w:rPr>
        <w:t>Điều 6. Kê khai, nộp phí, lệ phí</w:t>
      </w:r>
    </w:p>
    <w:p>
      <w:pPr>
        <w:jc w:val="both"/>
      </w:pPr>
      <w:r>
        <w:t>1. Chậm nhất là ngày 05 hàng tháng, tổ chức thu phí phải gửi số tiền phí đã thu của tháng trước vào tài khoản phí chờ nộp ngân sách mở tại Kho bạc nhà nước.</w:t>
      </w:r>
    </w:p>
    <w:p>
      <w:pPr>
        <w:jc w:val="both"/>
      </w:pPr>
      <w:r>
        <w:t>2. Tổ chức thu phí, lệ phí thực hiện kê khai, nộp số tiền phí, lệ phí thu được theo tháng, quyết toán năm theo hướng dẫn tại khoản 3 Điều 19,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rPr>
          <w:b/>
        </w:rPr>
        <w:t>Điều 7. Quản lý phí, lệ phí</w:t>
      </w:r>
    </w:p>
    <w:p>
      <w:pPr>
        <w:jc w:val="both"/>
      </w:pPr>
      <w:r>
        <w:t>1. Trung tâm Hỗ trợ nghiệp vụ đăng ký kinh doanh được trích 85% số tiền phí cung cấp thông tin doanh nghiệp thu được để chi cho các nội dung quy định tại Điều 5 Nghị định số 120/2016/NĐ-CP ngày 23 tháng 8 năm 2016 của Chính phủ. Nộp 15% số tiền phí thu được vào ngân sách nhà nước theo chương, tiểu mục tương ứng của Mục lục ngân sách hiện hành.</w:t>
      </w:r>
    </w:p>
    <w:p>
      <w:pPr>
        <w:jc w:val="both"/>
      </w:pPr>
      <w:r>
        <w:t>2. Đối với tổ chức thu phí là Sở Kế hoạch và Đầu tư:</w:t>
      </w:r>
    </w:p>
    <w:p>
      <w:pPr>
        <w:jc w:val="both"/>
      </w:pPr>
      <w:r>
        <w:t>a) Tổ chức thu phí chuyển 70% số tiền phí cung cấp thông tin doanh nghiệp thu được vào tài khoản của Trung tâm Hỗ trợ nghiệp vụ đăng ký kinh doanh. Việc trích chuyển được thực hiện hàng tháng. Số tiền còn lại 30% nộp vào ngân sách nhà nước theo chương, tiểu mục tương ứng của Mục lục ngân sách hiện hành. Nguồn chi phí trang trải cho việc thực hiện công việc và thu phí do ngân sách nhà nước bố trí trong dự toán của tổ chức thu theo chế độ, định mức chi ngân sách nhà nước.</w:t>
      </w:r>
    </w:p>
    <w:p>
      <w:pPr>
        <w:jc w:val="both"/>
      </w:pPr>
      <w:r>
        <w:t>b) Trường hợp tổ chức thu phí là cơ quan nhà nước được khoán chi phí hoạt động từ nguồn thu phí theo quy định tại khoản 1 Điều 4 Nghị định số 120/2016/NĐ-CP ngày 23 tháng 8 năm 2016 của Chính phủ thì chuyển 70% số tiền phí cung cấp thông tin doanh nghiệp thu được vào tài khoản của Trung tâm Hỗ trợ nghiệp vụ đăng ký kinh doanh. Việc trích chuyển được thực hiện hàng tháng. Số tiền còn lại 30% được sử dụng để trang trải cho việc thu phí theo quy định tại Điều 5 Nghị định số 120/2016/NĐ-CP ngày 23 tháng 8 năm 2016 của Chính phủ.</w:t>
      </w:r>
    </w:p>
    <w:p>
      <w:pPr>
        <w:jc w:val="both"/>
      </w:pPr>
      <w:r>
        <w:t>c) Số tiền phí cung cấp thông tin doanh nghiệp do các Sở Kế hoạch và Đầu tư chuyển vào tài khoản của Trung tâm Hỗ trợ nghiệp vụ đăng ký kinh doanh theo quy định tại điểm a, điểm b khoản 2 Điều này được xác định là 100% và phân bổ như sau: Trung tâm Hỗ trợ nghiệp vụ đăng ký kinh doanh được giữ lại 85% để chi cho các nội dung quy định tại Điều 5 Nghị định số 120/2016/NĐ-CP ngày 23 tháng 8 năm 2016 của Chính phủ. Nộp 15% vào ngân sách nhà nước theo chương, tiểu mục tương ứng của Mục lục ngân sách hiện hành.</w:t>
      </w:r>
    </w:p>
    <w:p>
      <w:pPr>
        <w:jc w:val="both"/>
      </w:pPr>
      <w:r>
        <w:t>3. Tổ chức thu lệ phí nộp 100% tiền lệ phí thu được vào ngân sách nhà nước theo chương, tiểu mục tương ứng của Mục lục ngân sách hiện hành. Nguồn chi phí trang trải cho việc thực hiện công việc và thu lệ phí do ngân sách nhà nước bố trí trong dự toán của tổ chức thu theo chế độ, định mức chi ngân sách nhà nước.</w:t>
      </w:r>
    </w:p>
    <w:p>
      <w:pPr>
        <w:jc w:val="both"/>
      </w:pPr>
      <w:r>
        <w:rPr>
          <w:b/>
        </w:rPr>
        <w:t>Điều 8. Tổ chức thực hiện</w:t>
      </w:r>
    </w:p>
    <w:p>
      <w:pPr>
        <w:jc w:val="both"/>
      </w:pPr>
      <w:r>
        <w:t>1. Thông tư này có hiệu lực thi hành kể từ ngày 20 tháng 9 năm 2019.</w:t>
      </w:r>
    </w:p>
    <w:p>
      <w:pPr>
        <w:jc w:val="both"/>
      </w:pPr>
      <w:r>
        <w:t>2. Bãi bỏ Thông tư số 215/2016/TT-BTC ngày 10 tháng 11 năm 2016 của Bộ trưởng Bộ Tài chính quy định mức thu, chế độ thu, nộp, quản lý, sử dụng phí cung cấp thông tin doanh nghiệp, lệ phí đăng ký doanh nghiệp và Thông tư số 130/2017/TT-BTC ngày 04 tháng 12 năm 2017 sửa đổi, bổ sung một số điều của Thông tư số 215/2016/TT-BTC ngày 10 tháng 11 năm 2016 của Bộ trưởng Bộ Tài chính.</w:t>
      </w:r>
    </w:p>
    <w:p>
      <w:pPr>
        <w:jc w:val="both"/>
      </w:pPr>
      <w:r>
        <w:t>3. Các nội dung khác liên quan đến việc thu, nộp, quản lý, sử dụng, chứng từ thu, công khai chế độ thu phí, lệ phí không đề cập tại Thông tư này được thực hiện theo quy định tại Luật phí và lệ phí, Nghị định số 120/2016/NĐ-CP ngày 23 tháng 8 năm 2016 của Chính phủ; Thông tư số 156/2013/TT-BTC ngày 06 tháng 11 năm 2013 của Bộ trưởng Bộ Tài chính; Thông tư số 303/2016/TT-BTC ngày 15 tháng 11 năm 2016 của Bộ trưởng Bộ Tài chính quy định in, phát hành, quản lý và sử dụng các loại chứng từ thu phí, lệ phí thuộc ngân sách nhà nước và các văn bản sửa đổi, bổ sung hoặc thay thế (nếu có).</w:t>
      </w:r>
    </w:p>
    <w:p>
      <w:pPr>
        <w:jc w:val="both"/>
      </w:pPr>
      <w:r>
        <w:t>4.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legal.giangpham.asia/van-ban/139897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