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Số: 22/2019/TT-BTC</w:t>
      </w:r>
    </w:p>
    <w:p>
      <w:pPr>
        <w:jc w:val="both"/>
      </w:pPr>
      <w:r>
        <w:t>CỘNG HÒA XÃ HỘI CHỦ NGHĨA VIỆT NAM</w:t>
      </w:r>
    </w:p>
    <w:p>
      <w:pPr>
        <w:jc w:val="both"/>
      </w:pPr>
      <w:r>
        <w:t>Độc lập - Tự do - Hạnh phúc</w:t>
      </w:r>
    </w:p>
    <w:p>
      <w:pPr>
        <w:jc w:val="both"/>
      </w:pPr>
      <w:r>
        <w:t>_______________________</w:t>
      </w:r>
    </w:p>
    <w:p>
      <w:pPr>
        <w:jc w:val="both"/>
      </w:pPr>
      <w:r>
        <w:t>Hà Nội, ngày 16 tháng 04 năm 2019</w:t>
      </w:r>
    </w:p>
    <w:p>
      <w:pPr>
        <w:jc w:val="center"/>
      </w:pPr>
      <w:r>
        <w:rPr>
          <w:b/>
        </w:rPr>
        <w:t>THÔNG TƯ</w:t>
      </w:r>
    </w:p>
    <w:p>
      <w:pPr>
        <w:jc w:val="both"/>
      </w:pPr>
      <w:r>
        <w:t>Sửa đổi, bổ sung một số điều của Thông tư số 12/2015/TT-BTC ngày 30 tháng 01 năm 2015 của Bộ trưởng Bộ Tài chính quy định chi tiết thủ tục cấp Chứng chỉ nghiệp vụ khai hải quan; cấp và thu hồi mã số nhân viên đại lý làm thủ tục hải quan; trình tư, thủ tục công nhận và hoạt động đại lý làm thủ tục hải quan</w:t>
      </w:r>
    </w:p>
    <w:p>
      <w:pPr>
        <w:jc w:val="both"/>
      </w:pPr>
      <w:r>
        <w:t>_______________________</w:t>
      </w:r>
    </w:p>
    <w:p>
      <w:pPr>
        <w:jc w:val="both"/>
      </w:pPr>
      <w:r>
        <w:t>Căn cứ Luật Hải quan ngày 23 tháng 06 năm 2014;</w:t>
      </w:r>
    </w:p>
    <w:p>
      <w:pPr>
        <w:jc w:val="both"/>
      </w:pPr>
      <w:r>
        <w:t>C ă n cứ Nghị định số 87/2017/NĐ - CP ngày 26 tháng 07 năm 2017 của Chính phủ quy định chức n ă ng, nhiệm v ụ , quyền hạn và cơ c ấ u tổ chức của Bộ Tài chính;</w:t>
      </w:r>
    </w:p>
    <w:p>
      <w:pPr>
        <w:jc w:val="both"/>
      </w:pPr>
      <w:r>
        <w:t>Thực hiện Nghị quyết s ố 104/NQ-CP ngày 09 tháng 10 năm 2017 của Chính phủ về việc đơn giản hóa thủ tục hành chính, giấy tờ công dân liên quan đến quản lý dân cư thuộc phạm vi chức năng qu ả n lý của Bộ Tài chính;</w:t>
      </w:r>
    </w:p>
    <w:p>
      <w:pPr>
        <w:jc w:val="both"/>
      </w:pPr>
      <w:r>
        <w:t>Theo đề nghị của T ổ ng cục trư ở ng T ổ ng cục Hải quan,</w:t>
      </w:r>
    </w:p>
    <w:p>
      <w:pPr>
        <w:jc w:val="both"/>
      </w:pPr>
      <w:r>
        <w:t>Bộ trưởng Bộ Tài chính ban hành Thông tư sửa đ ổ i, bổ sung một số điều của Thông tư số 12/2015/ T T-BTC ngày 30 tháng 01 năm 2015 của Bộ trưởng Bộ Tài chính quy định chi tiết thủ tục cấp Chứng ch ỉ nghiệp vụ khai hải quan, cấp và thu h ồ i mã s ố nhân viên đ ạ i lý làm thủ tục hải quan; trình tự, thủ tục công nhận v à hoạt động đ ạ i lý làm thủ tục hải quan.</w:t>
      </w:r>
    </w:p>
    <w:p>
      <w:pPr>
        <w:jc w:val="both"/>
      </w:pPr>
      <w:r>
        <w:rPr>
          <w:b/>
        </w:rPr>
        <w:t>Điều 1. Sửa đổi, bổ sung một số điều của Thông tư số 12/2015/TT-BTC ngày 30 tháng 01 năm 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pPr>
        <w:jc w:val="both"/>
      </w:pPr>
      <w:r>
        <w:t>1. Khoản 1, khoản 7 và khoản 9 Điều 3 đ ược sửa đ ổi , bổ sung như sau:</w:t>
      </w:r>
    </w:p>
    <w:p>
      <w:pPr>
        <w:jc w:val="both"/>
      </w:pPr>
      <w:r>
        <w:t>“Điều 3. Thi cấp Ch ứ ng ch ỉ nghiệp vụ khai hải quan</w:t>
      </w:r>
    </w:p>
    <w:p>
      <w:pPr>
        <w:jc w:val="both"/>
      </w:pPr>
      <w:r>
        <w:t>1. Hồ sơ dự thi</w:t>
      </w:r>
    </w:p>
    <w:p>
      <w:pPr>
        <w:jc w:val="both"/>
      </w:pPr>
      <w:r>
        <w:t>a) Hồ sơ đăng ký dự thi lần đầu để cấp Chứng chỉ nghiệp vụ khai hải quan, người dự thi nộp một (01) bộ hồ sơ, bao gồm:</w:t>
      </w:r>
    </w:p>
    <w:p>
      <w:pPr>
        <w:jc w:val="both"/>
      </w:pPr>
      <w:r>
        <w:t>a.1) Phiếu đăng ký dự thi theo Mẫu số 01 ban hành kèm theo Thông tư này;</w:t>
      </w:r>
    </w:p>
    <w:p>
      <w:pPr>
        <w:jc w:val="both"/>
      </w:pPr>
      <w:r>
        <w:t>a.2) Bằng tốt nghiệp cao đẳng trở lên thuộc các ngành kinh tế, luật, kỹ thuật; 01 bản sao có chứng thực hoặc 01 bản sao và xuất trình bản chính để đối chiếu;</w:t>
      </w:r>
    </w:p>
    <w:p>
      <w:pPr>
        <w:jc w:val="both"/>
      </w:pPr>
      <w:r>
        <w:t>a.3) Hai (02) ảnh màu 3x4cm chụp trong thời gian 06 (sáu) tháng tính đến thời điểm nộp hồ sơ dự thi có ghi rõ họ tên, năm sinh ở mặt sau của ảnh (01 ảnh dán vào phiếu đăng ký dự thi, 01 ảnh dán vào Chứng chỉ khi được cấp).</w:t>
      </w:r>
    </w:p>
    <w:p>
      <w:pPr>
        <w:jc w:val="both"/>
      </w:pPr>
      <w:r>
        <w:t>a.4) Văn bản ghi kết quả học tập trong trường hợp bằng tốt nghiệp không thể hiện chuyên ngành đáp ứng điều kiện miễn thi theo quy định tại tiết a.1 điểm a và tiết b.1 điểm b khoản 7 Điều này: 01 bản sao có chứng thực hoặc 01 bản sao và xuất trình bản chính để đối chiếu;</w:t>
      </w:r>
    </w:p>
    <w:p>
      <w:pPr>
        <w:jc w:val="both"/>
      </w:pPr>
      <w:r>
        <w:t>a.5) Văn bản xác nhận của trường đại học, cao đẳng mà người đăng ký dự thi công tác trước khi thôi làm giảng viên trong trường hợp người dự thi thuộc đối tượng miễn thi theo quy định tại tiết a.2 điểm a và tiết b.2 điểm b khoản 7 Điều này: 01 bản chính</w:t>
      </w:r>
    </w:p>
    <w:p>
      <w:pPr>
        <w:jc w:val="both"/>
      </w:pPr>
      <w:r>
        <w:t>b) Hồ sơ đăng ký dự thi lại các môn thi chưa đạt, người dự thi nộp một (01) bộ hồ sơ, bao gồm:</w:t>
      </w:r>
    </w:p>
    <w:p>
      <w:pPr>
        <w:jc w:val="both"/>
      </w:pPr>
      <w:r>
        <w:t>b.1) Phiếu đăng ký dự thi theo Mẫu số 01 ban hành kèm theo Thông tư này;</w:t>
      </w:r>
    </w:p>
    <w:p>
      <w:pPr>
        <w:jc w:val="both"/>
      </w:pPr>
      <w:r>
        <w:t>b.2) Hai (02) ảnh màu 3x4cm được chụp trong thời gian 06 (sáu) tháng tính đến thời điểm nộp hồ sơ dự thi có ghi rõ họ tên, năm sinh ở mặt sau của ảnh để dán vào Phiếu đăng ký dự thi và Chứng chỉ khi được cấp.</w:t>
      </w:r>
    </w:p>
    <w:p>
      <w:pPr>
        <w:jc w:val="both"/>
      </w:pPr>
      <w:r>
        <w:t>7. Trường hợp miễn thi:</w:t>
      </w:r>
    </w:p>
    <w:p>
      <w:pPr>
        <w:jc w:val="both"/>
      </w:pPr>
      <w:r>
        <w:t>a) Miễn thi môn Pháp luật về hải quan và môn Kỹ thuật nghiệp vụ hải quan đối với trường hợp sau:</w:t>
      </w:r>
    </w:p>
    <w:p>
      <w:pPr>
        <w:jc w:val="both"/>
      </w:pPr>
      <w:r>
        <w:t>a.1) Người tốt nghiệp chuyên ngành hải quan thuộc các trường đại học, cao đẳng mà đăng ký dự thi cấp Chứng chỉ nghiệp vụ khai hải quan trong thời hạn 03 năm kể từ ngày được cấp bằng tốt nghiệp;</w:t>
      </w:r>
    </w:p>
    <w:p>
      <w:pPr>
        <w:jc w:val="both"/>
      </w:pPr>
      <w:r>
        <w:t>a.2) Người đã làm giảng viên thuộc chuyên ngành hải quan tại các trường đại học, cao đẳng có thời gian công tác liên tục từ 05 năm trở lên, sau khi thôi làm giảng viên (không bao gồm trường hợp bị kỷ luật buộc thôi việc) mà đăng ký dự thi cấp Chứng chỉ nghiệp vụ khai hải quan trong thời hạn 03 năm kể từ ngày có quyết định chuyển công tác, nghỉ hưu hoặc nghỉ việc.</w:t>
      </w:r>
    </w:p>
    <w:p>
      <w:pPr>
        <w:jc w:val="both"/>
      </w:pPr>
      <w:r>
        <w:t>b) Miễn thi môn Kỹ thuật nghiệp vụ ngoại thương đối với trường hợp sau:</w:t>
      </w:r>
    </w:p>
    <w:p>
      <w:pPr>
        <w:jc w:val="both"/>
      </w:pPr>
      <w:r>
        <w:t>b.1) Người tốt nghiệp chuyên ngành kinh tế ngoại thương, thương mại quốc tế, kinh tế đối ngoại, kinh tế quốc tế hoặc logistics và quản lý chuỗi cung ứng thuộc các trường đại học, cao đẳng mà đăng ký dự thi cấp Chứng chỉ nghiệp vụ khai hải quan trong thời hạn 03 năm kể từ ngày được cấp bằng tốt nghiệp;</w:t>
      </w:r>
    </w:p>
    <w:p>
      <w:pPr>
        <w:jc w:val="both"/>
      </w:pPr>
      <w:r>
        <w:t>b.2) Người đã làm giảng viên thuộc chuyên ngành kinh tế ngoại thương hoặc thương mại quốc tế hoặc kinh tế đối ngoại hoặc kinh tế quốc tế hoặc logistics và quản lý chuỗi cung ứng tại các trường đại học, cao đẳng có thời gian công tác liên tục từ 05 năm trở lên, sau khi thôi làm giảng viên (không bao gồm trường hợp bị kỷ luật buộc thôi việc) mà đăng ký dự thi cấp Chứng chỉ nghiệp vụ khai hải quan trong thời hạn 03 năm kể từ ngày có quyết định chuyển công tác, nghỉ hưu hoặc nghỉ việc.</w:t>
      </w:r>
    </w:p>
    <w:p>
      <w:pPr>
        <w:jc w:val="both"/>
      </w:pPr>
      <w:r>
        <w:t>c) Cơ sở xét miễn thi:</w:t>
      </w:r>
    </w:p>
    <w:p>
      <w:pPr>
        <w:jc w:val="both"/>
      </w:pPr>
      <w:r>
        <w:t>c.1) Ngành đào tạo ghi trên bằng tốt nghiệp hoặc chuyên ngành đào tạo ghi trên văn bản ghi kết quả học tập phù hợp với chuyên ngành quy định tại tiết a.1 điểm a và tiết b.1 điểm b khoản này.</w:t>
      </w:r>
    </w:p>
    <w:p>
      <w:pPr>
        <w:jc w:val="both"/>
      </w:pPr>
      <w:r>
        <w:t>c.2) Văn bản xác nhận của trường đại học, cao đẳng mà người đăng ký dự thi công tác trước khi thôi làm giảng viên phù hợp với quy định tại tiết a.2 điểm a và tiết b.2 điểm b khoản này.</w:t>
      </w:r>
    </w:p>
    <w:p>
      <w:pPr>
        <w:jc w:val="both"/>
      </w:pPr>
      <w:r>
        <w:t>9. Kết quả thi:</w:t>
      </w:r>
    </w:p>
    <w:p>
      <w:pPr>
        <w:jc w:val="both"/>
      </w:pPr>
      <w:r>
        <w:t>a) Môn thi đạt yêu cầu là môn thi đạt điểm từ 50 điểm trở lên chấm theo thang điểm 100.</w:t>
      </w:r>
    </w:p>
    <w:p>
      <w:pPr>
        <w:jc w:val="both"/>
      </w:pPr>
      <w:r>
        <w:t>b) Trong thời hạn 30 ngày kể từ ngày kết thúc kỳ thi, Tổng cục trưởng Tổng cục Hải quan thông báo công khai kết quả thi trên Cổng thông tin điện tử của Tổng cục Hải quan, báo Hải quan điện tử và niêm yết tại trụ sở Cục Hải quan tỉnh, thành phố nơi tiếp nhận hồ sơ dự thi.</w:t>
      </w:r>
    </w:p>
    <w:p>
      <w:pPr>
        <w:jc w:val="both"/>
      </w:pPr>
      <w:r>
        <w:t>Trường hợp không đồng ý với kết quả thi do Tổng cục trưởng Tổng cục Hải quan thông báo, trong thời hạn 15 ngày kể từ ngày thông báo công khai kết quả thi trên Cổng thông tin điện tử của Tổng cục Hải quan, người dự thi nộp đơn đề nghị phúc khảo môn thi. Ngày nhận đơn phúc khảo là ngày Tổng cục Hải quan trực tiếp nhận đơn phúc khảo hoặc ngày đóng dấu của bưu chính nơi gửi. Sau thời gian quy định trên, đơn đề nghị phúc khảo sẽ không được giải quyết. Trong thời hạn 15 ngày kể từ ngày hết hạn nhận đơn phúc khảo, Tổng cục trưởng Tổng cục Hải quan tổ chức phúc khảo bài thi theo quy chế của Hội đồng thi và thông báo kết quả phúc khảo trên Cổng thông tin điện tử của Tổng cục Hải quan, báo Hải quan điện tử và niêm yết tại trụ sở Cục Hải quan tỉnh, thành phố nơi tiếp nhận hồ sơ dự thi.</w:t>
      </w:r>
    </w:p>
    <w:p>
      <w:pPr>
        <w:jc w:val="both"/>
      </w:pPr>
      <w:r>
        <w:t>Trường hợp có 03 môn thi đạt yêu cầu, Tổng cục trưởng Tổng cục Hải quan cấp Chứng chỉ nghiệp vụ khai hải quan theo quy định tại Điều 4 Thông tư này.</w:t>
      </w:r>
    </w:p>
    <w:p>
      <w:pPr>
        <w:jc w:val="both"/>
      </w:pPr>
      <w:r>
        <w:t>c) Bảo lưu kết quả thi: Trường hợp trong các môn thi có môn không đạt yêu cầu theo quy định tại điểm a khoản này, thì kết quả các môn thi đạt yêu cầu được tự động bảo lưu trong thời hạn 01 năm kể từ ngày thông báo kết quả phúc khảo trên Cổng thông tin điện tử của Tổng cục Hải quan; hoặc bảo lưu kết quả cho đến khi kết thúc kỳ thi cấp Chứng chỉ nghiệp vụ khai hải quan tiếp theo liền kề trong trường hợp quá thời hạn 01 năm kể từ ngày thông báo kết quả phúc khảo trên Cổng thông tin điện tử của Tổng cục Hải quan mà kỳ thi cấp Chứng chỉ nghiệp vụ khai hải quan chưa được tổ chức.</w:t>
      </w:r>
    </w:p>
    <w:p>
      <w:pPr>
        <w:jc w:val="both"/>
      </w:pPr>
      <w:r>
        <w:t>2. Điều 4 được sửa đổi, bổ sung như sau:</w:t>
      </w:r>
    </w:p>
    <w:p>
      <w:pPr>
        <w:jc w:val="both"/>
      </w:pPr>
      <w:r>
        <w:t>a) Sửa đổi điểm b khoản 1 như sau:</w:t>
      </w:r>
    </w:p>
    <w:p>
      <w:pPr>
        <w:jc w:val="both"/>
      </w:pPr>
      <w:r>
        <w:t>“b) Công chức hải quan giữ ngạch kiểm tra viên hải quan có 09 (chín) năm công tác liên tục hoặc kiểm tra viên chính hoặc kiểm tra viên cao cấp sau khi chuyển công tác, nghỉ hưu hoặc nghỉ việc (không bao gồm trường hợp bị kỷ luật buộc thôi việc) được cấp Chứng chỉ nghiệp vụ khai hải quan trong thời hạn 03 năm kể từ ngày có quyết định chuyển công tác, nghỉ hưu hoặc nghỉ việc.”</w:t>
      </w:r>
    </w:p>
    <w:p>
      <w:pPr>
        <w:jc w:val="both"/>
      </w:pPr>
      <w:r>
        <w:t>b) Sửa đổi, bổ sung khoản 2 như sau:</w:t>
      </w:r>
    </w:p>
    <w:p>
      <w:pPr>
        <w:jc w:val="both"/>
      </w:pPr>
      <w:r>
        <w:t>“a) Đối với các trường hợp quy định tại điểm a khoản 1 Điều này: Trong thời hạn 30 ngày kể từ ngày thông báo kết quả thi trên Cổng thông tin điện tử của Tổng cục Hải quan, Tổng cục trưởng Tổng cục Hải quan cấp Chứng chỉ nghiệp vụ khai hải quan theo Mẫu số 03 ban hành kèm Thông tư này.</w:t>
      </w:r>
    </w:p>
    <w:p>
      <w:pPr>
        <w:jc w:val="both"/>
      </w:pPr>
      <w:r>
        <w:t>b) Đối với các trường hợp quy định tại điểm b khoản 1 Điều này:</w:t>
      </w:r>
    </w:p>
    <w:p>
      <w:pPr>
        <w:jc w:val="both"/>
      </w:pPr>
      <w:r>
        <w:t>b.1) Trong thời hạn 03 năm kể từ ngày nghỉ hưu hoặc nghỉ việc hoặc chuyển công tác, cá nhân có nhu cầu cấp Chứng chỉ nghiệp vụ khai hải quan có Đơn đề nghị theo Mẫu số 11 ban hành kèm theo Thông tư này gửi Tổng cục Hải quan và gửi kèm 01 ảnh màu 3x4cm được chụp trong thời gian 06 (sáu) tháng tính đến thời điểm nộp hồ sơ có ghi rõ họ tên, ngày sinh ở mặt sau của ảnh.</w:t>
      </w:r>
    </w:p>
    <w:p>
      <w:pPr>
        <w:jc w:val="both"/>
      </w:pPr>
      <w:r>
        <w:t>b.2) Trong thời hạn 05 ngày làm việc kể từ ngày nhận được văn bản đề nghị, Tổng cục Hải quan kiểm tra thông tin về hồ sơ cán bộ lưu giữ tại Tổng cục Hải quan, đối chiếu với điều kiện quy định tại điểm b khoản 1 Điều này và các trường hợp quy định tại khoản 2 Điều 8 Thông tư này để xem xét việc cấp Chứng chỉ nghiệp vụ khai hải quan theo Mẫu số 03 ban hành kèm theo Thông tư này hoặc có văn bản trả lời và nêu rõ lý do đối với trường hợp không đủ điều kiện.</w:t>
      </w:r>
    </w:p>
    <w:p>
      <w:pPr>
        <w:jc w:val="both"/>
      </w:pPr>
      <w:r>
        <w:t>c) Chứng chỉ nghiệp vụ khai hải quan được sử dụng để cấp mã số nhân viên đại lý làm thủ tục hải quan theo quy định tại Thông tư này.”</w:t>
      </w:r>
    </w:p>
    <w:p>
      <w:pPr>
        <w:jc w:val="both"/>
      </w:pPr>
      <w:r>
        <w:t>3. Điều 5 đ ược s ử a đổi, bổ sung như sau:</w:t>
      </w:r>
    </w:p>
    <w:p>
      <w:pPr>
        <w:jc w:val="both"/>
      </w:pPr>
      <w:r>
        <w:t>“Điều 5 . Đại l ý làm thủ tục hải quan</w:t>
      </w:r>
    </w:p>
    <w:p>
      <w:pPr>
        <w:jc w:val="both"/>
      </w:pPr>
      <w:r>
        <w:t>1. Đại lý làm thủ tục hải quan là doanh nghiệp đáp ứng đủ điều kiện quy định tại khoản 1 Điều 20 Luật Hải quan, trong phạm vi được ủy quyền theo thỏa thuận trong hợp đồng ký với người có hàng hóa xuất khẩu, nhập khẩu (sau đây gọi là chủ hàng) thay mặt chủ hàng thực hiện toàn bộ hoặc một phần nghĩa vụ của người khai hải quan quy định tại khoản 3 Điều 18 Luật Hải quan.</w:t>
      </w:r>
    </w:p>
    <w:p>
      <w:pPr>
        <w:jc w:val="both"/>
      </w:pPr>
      <w:r>
        <w:t>2. Đại lý làm thủ tục hải quan (người đại diện theo pháp luật hoặc người được người đại diện theo pháp luật ủy quyền theo quy định của pháp luật) phải ký hợp đồng đại lý với chủ hàng. Người được cấp mã số nhân viên đại lý làm thủ tục hải quan thực hiện việc khai và làm thủ tục hải quan trên cơ sở hợp đồng đại lý đã ký với chủ hàng. Đại lý làm thủ tục hải quan chỉ xuất trình hợp đồng đại lý cho cơ quan hải quan để xác định trách nhiệm của các bên khi có hành vi vi phạm pháp luật về hải quan. Người đại diện theo pháp luật hoặc người được người đại diện theo pháp luật của đại lý làm thủ tục hải quan ủy quyền theo quy định của pháp luật thực hiện việc ký tên, đóng dấu trên tờ khai hải quan và các chứng từ thuộc hồ sơ hải quan khi thực hiện các công việc quy định tại khoản 3 Điều 18 Luật Hải quan.</w:t>
      </w:r>
    </w:p>
    <w:p>
      <w:pPr>
        <w:jc w:val="both"/>
      </w:pPr>
      <w:r>
        <w:t>3. Đại lý làm thủ tục hải quan chỉ được khai và làm thủ tục hải quan cho hàng hóa xuất khẩu, nhập khẩu của chủ hàng sau khi chủ hàng thông báo cho cơ quan hải quan danh sách đại lý làm thủ tục hải quan được thay mặt chủ hàng để làm thủ tục hải quan đối với hàng hóa xuất khẩu, nhập khẩu của chủ hàng theo quy định tại khoản 6 Điều 14 Thông tư này.”</w:t>
      </w:r>
    </w:p>
    <w:p>
      <w:pPr>
        <w:jc w:val="both"/>
      </w:pPr>
      <w:r>
        <w:t>4. Khoản 1 Điều 6 được sửa đ ổ i, b ổ sung như sau:</w:t>
      </w:r>
    </w:p>
    <w:p>
      <w:pPr>
        <w:jc w:val="both"/>
      </w:pPr>
      <w:r>
        <w:t>“1. Doanh nghiệp đáp ứng đủ điều kiện quy định tại khoản 1 Điều 20 Luật Hải quan lập hồ sơ đề nghị công nhận đủ điều kiện hoạt động đại lý làm thủ tục hải quan gửi Tổng cục Hải quan. Hồ sơ gồm:</w:t>
      </w:r>
    </w:p>
    <w:p>
      <w:pPr>
        <w:jc w:val="both"/>
      </w:pPr>
      <w:r>
        <w:t>a) Văn bản đề nghị công nhận đủ điều kiện hoạt động đại lý làm thủ tục hải quan theo Mẫu số 04 ban hành kèm Thông tư này: 01 bản chính;</w:t>
      </w:r>
    </w:p>
    <w:p>
      <w:pPr>
        <w:jc w:val="both"/>
      </w:pPr>
      <w:r>
        <w:t>b) Hồ sơ đề nghị cấp mã số nhân viên đại lý làm thủ tục hải quan theo quy định tại khoản 1 Điều 9 Thông tư này.”</w:t>
      </w:r>
    </w:p>
    <w:p>
      <w:pPr>
        <w:jc w:val="both"/>
      </w:pPr>
      <w:r>
        <w:t>5. Điều 7 được sửa đ ổ i, bổ sung như sau:</w:t>
      </w:r>
    </w:p>
    <w:p>
      <w:pPr>
        <w:jc w:val="both"/>
      </w:pPr>
      <w:r>
        <w:t>“Điều 7. Tạm dừng, chấm dứt hoạt động đ ại lý làm thủ tục hải quan</w:t>
      </w:r>
    </w:p>
    <w:p>
      <w:pPr>
        <w:jc w:val="both"/>
      </w:pPr>
      <w:r>
        <w:t>1. Tạm dừng hoạt động</w:t>
      </w:r>
    </w:p>
    <w:p>
      <w:pPr>
        <w:jc w:val="both"/>
      </w:pPr>
      <w:r>
        <w:t>a) Đại lý làm thủ tục hải quan bị tạm dừng hoạt động trong các trường hợp sau đây:</w:t>
      </w:r>
    </w:p>
    <w:p>
      <w:pPr>
        <w:jc w:val="both"/>
      </w:pPr>
      <w:r>
        <w:t>a.1) Hoạt động không đảm bảo các điều kiện quy định tại khoản 1 Điều 20 Luật Hải quan hoặc không hoạt động đúng tên và địa chỉ đã đăng ký với cơ quan hải quan;</w:t>
      </w:r>
    </w:p>
    <w:p>
      <w:pPr>
        <w:jc w:val="both"/>
      </w:pPr>
      <w:r>
        <w:t>a.2) Đại lý làm thủ tục hải quan không thực hiện quy định tại khoản 5 Điều 13 Thông tư này;</w:t>
      </w:r>
    </w:p>
    <w:p>
      <w:pPr>
        <w:jc w:val="both"/>
      </w:pPr>
      <w:r>
        <w:t>a.3) Không thực hiện chế độ báo cáo hoặc thực hiện chế độ báo cáo không đúng, không đủ về nội dung hoặc không đúng thời hạn với cơ quan hải quan theo quy định tại Điều 13 Thông tư này trong 03 lần liên tiếp;</w:t>
      </w:r>
    </w:p>
    <w:p>
      <w:pPr>
        <w:jc w:val="both"/>
      </w:pPr>
      <w:r>
        <w:t>a.4) Đại lý làm thủ tục hải quan có văn bản đề nghị tạm dừng hoạt động.</w:t>
      </w:r>
    </w:p>
    <w:p>
      <w:pPr>
        <w:jc w:val="both"/>
      </w:pPr>
      <w:r>
        <w:t>b) Tổng cục trưởng Tổng cục Hải quan quyết định tạm dừng hoạt động đại lý làm thủ tục hải quan trong thời hạn tối đa 06 (sáu) tháng đối với các trường hợp quy định tại điểm a khoản này theo Mẫu số 06A ban hành kèm Thông tư này.</w:t>
      </w:r>
    </w:p>
    <w:p>
      <w:pPr>
        <w:jc w:val="both"/>
      </w:pPr>
      <w:r>
        <w:t>Trường hợp Cục Hải quan tỉnh, thành phố trong quá trình quản lý hoặc khi kiểm tra phát hiện vi phạm quy định tại tiết a.1, tiết a.2 và tiết a.3 điểm a khoản này thì báo cáo Tổng cục Hải quan thực hiện việc tạm dừng hoạt động đại lý làm thủ tục hải quan theo quy định tại Điều này.</w:t>
      </w:r>
    </w:p>
    <w:p>
      <w:pPr>
        <w:jc w:val="both"/>
      </w:pPr>
      <w:r>
        <w:t>Trường hợp đại lý làm thủ tục hải quan đề nghị tạm dừng hoạt động thì có công văn gửi Tổng cục Hải quan theo Mẫu số 12 ban hành kèm Thông tư này. Trong thời hạn 05 ngày làm việc kể từ ngày nhận được văn bản đề nghị của đại lý làm thủ tục hải quan hoặc báo cáo của Cục Hải quan tỉnh, thành phố, Tổng cục trưởng Tổng cục Hải quan ban hành quyết định tạm dừng hoạt động đại lý làm thủ tục hải quan.</w:t>
      </w:r>
    </w:p>
    <w:p>
      <w:pPr>
        <w:jc w:val="both"/>
      </w:pPr>
      <w:r>
        <w:t>c) Trong thời hạn 06 (sáu) tháng kể từ ngày tạm dừng, nếu đại lý làm thủ tục hải quan khắc phục và có công văn đề nghị tiếp tục hoạt động gửi Tổng cục Hải quan. Trong thời hạn 15 ngày làm việc kể từ ngày nhận được đề nghị của doanh nghiệp, Tổng cục trưởng Tổng cục Hải quan tổ chức thực hiện kiểm tra, xác minh điều kiện hoạt động đại lý làm thủ tục hải quan của doanh nghiệp và ban hành quyết định cho phép đại lý làm thủ tục hải quan được tiếp tục hoạt động theo Mẫu 06B ban hành kèm theo Thông tư này đối với trường hợp doanh nghiệp đáp ứng đủ điều kiện hoặc có văn bản trả lời và nêu rõ lý do nếu không đáp ứng đủ điều kiện theo quy định.</w:t>
      </w:r>
    </w:p>
    <w:p>
      <w:pPr>
        <w:jc w:val="both"/>
      </w:pPr>
      <w:r>
        <w:t>2. Chấm dứt hoạt động</w:t>
      </w:r>
    </w:p>
    <w:p>
      <w:pPr>
        <w:jc w:val="both"/>
      </w:pPr>
      <w:r>
        <w:t>a) Đại lý làm thủ tục hải quan bị chấm dứt hoạt động trong các trường hợp sau đây:</w:t>
      </w:r>
    </w:p>
    <w:p>
      <w:pPr>
        <w:jc w:val="both"/>
      </w:pPr>
      <w:r>
        <w:t>a.1) Bị xử lý về hành vi buôn lậu; vận chuyển trái phép hàng hóa, tiền tệ qua biên giới; sản xuất, buôn bán hàng cấm; trốn thuế đến mức bị truy cứu trách nhiệm hình sự;</w:t>
      </w:r>
    </w:p>
    <w:p>
      <w:pPr>
        <w:jc w:val="both"/>
      </w:pPr>
      <w:r>
        <w:t>a.2) Có gian lận trong việc cung cấp hồ sơ đề nghị công nhận đại lý làm thủ tục hải quan hoặc hồ sơ đề nghị cấp mã số nhân viên đại lý làm thủ tục hải quan cho cơ quan hải quan;</w:t>
      </w:r>
    </w:p>
    <w:p>
      <w:pPr>
        <w:jc w:val="both"/>
      </w:pPr>
      <w:r>
        <w:t>a.3) Sử dụng bộ chứng từ không phải do chủ hàng cung cấp để làm thủ tục hải quan xuất khẩu, nhập khẩu hàng hóa;</w:t>
      </w:r>
    </w:p>
    <w:p>
      <w:pPr>
        <w:jc w:val="both"/>
      </w:pPr>
      <w:r>
        <w:t>a.4) Quá thời hạn 06 (sáu) tháng kể từ ngày tạm dừng theo quy định tại tiết a.1, tiết a.2 và tiết a.3 điểm a khoản 1 Điều này mà đại lý làm thủ tục hải quan không khắc phục và không có văn bản đề nghị tiếp tục hoạt động gửi Tổng cục Hải quan;</w:t>
      </w:r>
    </w:p>
    <w:p>
      <w:pPr>
        <w:jc w:val="both"/>
      </w:pPr>
      <w:r>
        <w:t>a.5) Quá thời hạn 06 (sáu) tháng kể từ ngày tạm dừng hoạt động đối với trường hợp quy định tại tiết a.4 điểm a khoản 1 Điều này mà đại lý làm thủ tục hải quan không có đề nghị hoạt động trở lại;</w:t>
      </w:r>
    </w:p>
    <w:p>
      <w:pPr>
        <w:jc w:val="both"/>
      </w:pPr>
      <w:r>
        <w:t>a.6) Doanh nghiệp hoạt động đại lý làm thủ tục hải quan giải thể hoặc phá sản theo quy định của Luật doanh nghiệp và Luật phá sản;</w:t>
      </w:r>
    </w:p>
    <w:p>
      <w:pPr>
        <w:jc w:val="both"/>
      </w:pPr>
      <w:r>
        <w:t>a.7) Đại lý làm thủ tục hải quan có văn bản đề nghị chấm dứt hoạt động;</w:t>
      </w:r>
    </w:p>
    <w:p>
      <w:pPr>
        <w:jc w:val="both"/>
      </w:pPr>
      <w:r>
        <w:t>b) Đối với các trường hợp quy định tại tiết a.1, tiết a.2, tiết a.3, tiết a.4, tiết a.5 và tiết a.6 điểm a khoản này;</w:t>
      </w:r>
    </w:p>
    <w:p>
      <w:pPr>
        <w:jc w:val="both"/>
      </w:pPr>
      <w:r>
        <w:t>b.1) Đối với các trường hợp quy định tại tiết a.1, tiết a.2, tiết a.3 và tiết a.6 điểm a khoản này, trong quá trình quản lý hoặc khi kiểm tra, phát hiện vi phạm thì sau khi xử lý vi phạm, cơ quan hải quan các cấp báo cáo Tổng cục Hải quan ra quyết định chấm dứt hoạt động đại lý làm thủ tục hải quan theo Mẫu số 06 ban hành kèm Thông tư này. Tổng cục Hải quan ra quyết định chấm dứt hoạt động đại lý làm thủ tục hải quan trong thời hạn quy định tại điểm b khoản 1 Điều này.</w:t>
      </w:r>
    </w:p>
    <w:p>
      <w:pPr>
        <w:jc w:val="both"/>
      </w:pPr>
      <w:r>
        <w:t>Đối với trường hợp quy định tại tiết a.1, tiết a.2, tiết a.4 và tiết a.5 điểm a khoản này, khi phát hiện vi phạm thì Tổng cục trưởng Tổng cục Hải quan ra quyết định chấm dứt hoạt động đại lý làm thủ tục hải quan theo Mẫu số 06 ban hành kèm Thông tư này.</w:t>
      </w:r>
    </w:p>
    <w:p>
      <w:pPr>
        <w:jc w:val="both"/>
      </w:pPr>
      <w:r>
        <w:t>b.2) Đại lý làm thủ tục hải quan bị chấm dứt hoạt động theo quy định tại điểm này không được công nhận là đại lý làm thủ tục hải quan trong thời hạn 02 năm kể từ ngày ban hành quyết định chấm dứt hoạt động, trừ trường hợp chấm dứt hoạt động theo quy định tại tiết a.5 điểm a khoản này.</w:t>
      </w:r>
    </w:p>
    <w:p>
      <w:pPr>
        <w:jc w:val="both"/>
      </w:pPr>
      <w:r>
        <w:t>c) Trường hợp đại lý làm thủ tục hải quan đề nghị chấm dứt hoạt động thì có công văn gửi Tổng cục Hải quan theo Mẫu số 12 ban hành kèm theo Thông tư này. Trong thời hạn 05 ngày làm việc kể từ ngày nhận được văn bản đề nghị của đại lý làm thủ tục hải quan, Tổng cục trưởng Tổng cục Hải quan ra quyết định chấm dứt hoạt động đại lý làm thủ tục hải quan.</w:t>
      </w:r>
    </w:p>
    <w:p>
      <w:pPr>
        <w:jc w:val="both"/>
      </w:pPr>
      <w:r>
        <w:t>d) Khi đại lý làm thủ tục hải quan bị chấm dứt hoạt động thì mã số của nhân viên đại lý làm thủ tục hải quan sẽ bị thu hồi và hết giá trị sử dụng.”</w:t>
      </w:r>
    </w:p>
    <w:p>
      <w:pPr>
        <w:jc w:val="both"/>
      </w:pPr>
      <w:r>
        <w:t>6. Điểm c, d, đ khoản 1, khoản 2, khoản 3 và khoản 4 Điều 9 được sửa đ ổi , bổ sung như sau:</w:t>
      </w:r>
    </w:p>
    <w:p>
      <w:pPr>
        <w:jc w:val="both"/>
      </w:pPr>
      <w:r>
        <w:t>“1. Đại lý làm thủ tục hải quan lập hồ sơ đề nghị cấp mã số nhân viên đại lý làm thủ tục hải quan, gồm:</w:t>
      </w:r>
    </w:p>
    <w:p>
      <w:pPr>
        <w:jc w:val="both"/>
      </w:pPr>
      <w:r>
        <w:t>c) Chứng chỉ nghiệp vụ khai hải quan: 01 bản chụp.</w:t>
      </w:r>
    </w:p>
    <w:p>
      <w:pPr>
        <w:jc w:val="both"/>
      </w:pPr>
      <w:r>
        <w:t>Trường hợp Chứng chỉ nghiệp vụ khai hải quan quá thời hạn 05 năm kể từ ngày cấp thì nộp bổ sung 01 bản chụp giấy chứng nhận hoàn thành khóa đào tạo bổ sung kiến thức pháp luật hải quan được cấp trong thời gian ba (03) năm tính đến thời điểm nộp hồ sơ theo quy định tại điểm a.2 khoản 3 Điều này.</w:t>
      </w:r>
    </w:p>
    <w:p>
      <w:pPr>
        <w:jc w:val="both"/>
      </w:pPr>
      <w:r>
        <w:t>d) Chứng minh nhân dân hoặc căn cước công dân trong trường hợp cơ sở dữ liệu quốc gia về dân cư chưa đưa vào vận hành: 01 bản chụp;</w:t>
      </w:r>
    </w:p>
    <w:p>
      <w:pPr>
        <w:jc w:val="both"/>
      </w:pPr>
      <w:r>
        <w:t>đ) Một (01) ảnh màu 2x3cm được chụp trong thời gian 06 (sáu) tháng tính đến thời điểm nộp hồ sơ.</w:t>
      </w:r>
    </w:p>
    <w:p>
      <w:pPr>
        <w:jc w:val="both"/>
      </w:pPr>
      <w:r>
        <w:t>Các chứng từ trong hồ sơ cấp mã số nhân viên đại lý làm thủ tục hải quan theo quy định tại điểm b, điểm c và điểm d khoản này là chứng từ của từng nhân viên thuộc danh sách đề nghị cấp mã số. Các chứng từ bản chụp phải được người đại diện theo pháp luật của đại lý làm thủ tục hải quan ký tên, đóng dấu xác nhận hoặc do cơ quan có thẩm quyền công chứng hoặc chứng thực.</w:t>
      </w:r>
    </w:p>
    <w:p>
      <w:pPr>
        <w:jc w:val="both"/>
      </w:pPr>
      <w:r>
        <w:t>2. Hồ sơ đề nghị cấp mã số nhân viên đại lý làm thủ tục hải quan được gửi đến Tổng cục Hải quan. Trong thời hạn 05 ngày làm việc kể từ ngày nhận đủ hồ sơ, Tổng cục trưởng Tổng cục Hải quan cấp mã số nhân viên đại lý làm thủ tục hải quan theo Mẫu số 08 ban hành kèm Thông tư này. Trường hợp không đủ điều kiện thì có văn bản trả lời doanh nghiệp.</w:t>
      </w:r>
    </w:p>
    <w:p>
      <w:pPr>
        <w:jc w:val="both"/>
      </w:pPr>
      <w:r>
        <w:t>Mã số nhân viên đại lý làm thủ tục hải quan trùng với số định danh cá nhân hoặc số chứng minh nhân dân hoặc số căn cước công dân còn thời hạn sử dụng của người được cấp và có giá trị trong thời hạn 03 năm kể từ ngày cấp. Hết thời hạn trên, để tiếp tục làm nhân viên đại lý hải quan thì đại lý làm thủ tục hải quan thực hiện thủ tục gia hạn theo quy định tại khoản 3 Điều này.</w:t>
      </w:r>
    </w:p>
    <w:p>
      <w:pPr>
        <w:jc w:val="both"/>
      </w:pPr>
      <w:r>
        <w:t>3. Gia hạn mã số nhân viên đại lý làm thủ tục hải quan</w:t>
      </w:r>
    </w:p>
    <w:p>
      <w:pPr>
        <w:jc w:val="both"/>
      </w:pPr>
      <w:r>
        <w:t>a) Nhân viên đại lý làm thủ tục hải quan được gia hạn thời gian sử dụng mã số nếu đáp ứng các điều kiện sau:</w:t>
      </w:r>
    </w:p>
    <w:p>
      <w:pPr>
        <w:jc w:val="both"/>
      </w:pPr>
      <w:r>
        <w:t>a.1) Không thuộc các trường hợp bị thu hồi mã số nhân viên đại lý làm thủ tục hải quan theo quy định tại Điều 10 Thông tư này;</w:t>
      </w:r>
    </w:p>
    <w:p>
      <w:pPr>
        <w:jc w:val="both"/>
      </w:pPr>
      <w:r>
        <w:t>a.2) Đã tham gia khóa đào tạo bổ sung kiến thức pháp luật hải quan có thời lượng tối thiểu 03 ngày (8 tiết/ngày) do Trường Hải quan Việt Nam hoặc các trường cao đẳng, đại học, học viện có khoa chuyên ngành hải quan thực hiện, trên cơ sở thống nhất chương trình đào tạo với Tổng cục Hải quan. Các trường tổ chức đào tạo bổ sung kiến thức thực hiện cấp giấy chứng nhận hoàn thành khóa học theo Mẫu số 02 ban hành kèm theo Thông tư này và thông báo cho Tổng cục Hải quan về danh sách học viên được cấp giấy chứng nhận hoàn thành khóa học để phối hợp thực hiện các thủ tục cấp, cấp lại, gia hạn mã số nhân viên đại lý làm thủ tục hải quan.</w:t>
      </w:r>
    </w:p>
    <w:p>
      <w:pPr>
        <w:jc w:val="both"/>
      </w:pPr>
      <w:r>
        <w:t>b) Đại lý làm thủ tục hải quan lập hồ sơ đề nghị gia hạn mã số nhân viên đại lý làm thủ tục hải quan gửi Tổng cục Hải quan, gồm: Đơn đề nghị gia hạn theo Mẫu số 07A ban hành kèm theo Thông tư này; 01 bản chụp giấy chứng nhận hoàn thành khóa đào tạo bổ sung kiến thức pháp luật hải quan theo quy định tại điểm c khoản 1 Điều này; 01 ảnh màu 2x3cm được chụp trong thời gian 06 (sáu) tháng tính đến thời điểm nộp hồ sơ. Trường hợp cơ sở dữ liệu quốc gia về dân cư chưa đưa vào vận hành thì cung cấp 01 bản chụp chứng minh nhân dân hoặc căn cước công dân khi có thay đổi thông tin về chứng minh nhân dân hoặc căn cước công dân đã nộp tại hồ sơ đề nghị cấp mã số nhân viên đại lý làm thủ tục hải quan.</w:t>
      </w:r>
    </w:p>
    <w:p>
      <w:pPr>
        <w:jc w:val="both"/>
      </w:pPr>
      <w:r>
        <w:t>Các chứng từ bản chụp do người đại diện theo pháp luật của đại lý làm thủ tục hải quan ký tên, đóng dấu xác nhận hoặc do cơ quan có thẩm quyền công chứng hoặc chứng thực.</w:t>
      </w:r>
    </w:p>
    <w:p>
      <w:pPr>
        <w:jc w:val="both"/>
      </w:pPr>
      <w:r>
        <w:t>c) Trong thời hạn 03 ngày làm việc kể từ ngày nhận đủ hồ sơ đề nghị, Tổng cục trưởng Tổng cục Hải quan thực hiện gia hạn mã số nhân viên đại lý làm thủ tục hải quan hoặc có văn bản trả lời đại lý làm thủ tục hải quan đối với trường hợp không đủ điều kiện.</w:t>
      </w:r>
    </w:p>
    <w:p>
      <w:pPr>
        <w:jc w:val="both"/>
      </w:pPr>
      <w:r>
        <w:t>Thời gian gia hạn là 03 năm kể từ ngày gia hạn.</w:t>
      </w:r>
    </w:p>
    <w:p>
      <w:pPr>
        <w:jc w:val="both"/>
      </w:pPr>
      <w:r>
        <w:t>4. Cấp lại mã số nhân viên đại lý làm thủ tục hải quan:</w:t>
      </w:r>
    </w:p>
    <w:p>
      <w:pPr>
        <w:jc w:val="both"/>
      </w:pPr>
      <w:r>
        <w:t>a) Nhân viên đại lý làm thủ tục hải quan được cấp lại mã số nhân viên đại lý làm thủ tục hải quan còn thời hạn sử dụng trong trường hợp:</w:t>
      </w:r>
    </w:p>
    <w:p>
      <w:pPr>
        <w:jc w:val="both"/>
      </w:pPr>
      <w:r>
        <w:t>a.1) Thẻ nhân viên đại lý làm thủ tục hải quan bị mất và được đại lý làm thủ tục hải quan xác nhận tại Đơn đề nghị cấp lại mã số nhân viên đại lý làm thủ tục hải quan;</w:t>
      </w:r>
    </w:p>
    <w:p>
      <w:pPr>
        <w:jc w:val="both"/>
      </w:pPr>
      <w:r>
        <w:t>a.2) Đại lý làm thủ tục hải quan có thay đổi tên đăng ký kinh doanh;</w:t>
      </w:r>
    </w:p>
    <w:p>
      <w:pPr>
        <w:jc w:val="both"/>
      </w:pPr>
      <w:r>
        <w:t>a.3) Nhân viên đại lý làm thủ tục hải quan có thay đổi số định danh cá nhân hoặc số chứng minh nhân dân hoặc số căn cước công dân;</w:t>
      </w:r>
    </w:p>
    <w:p>
      <w:pPr>
        <w:jc w:val="both"/>
      </w:pPr>
      <w:r>
        <w:t>b) Đại lý làm thủ tục hải quan lập hồ sơ đề nghị cấp lại mã số nhân viên đại lý làm thủ tục hải quan gửi Tổng cục Hải quan, gồm: Đơn đề nghị cấp lại mã số nhân viên đại lý làm thủ tục hải quan theo Mẫu số 07B ban hành kèm theo Thông tư này; 01 bản chụp giấy chứng nhận hoàn thành khóa đào tạo bổ sung kiến thức pháp luật hải quan theo quy định tại điểm c khoản 1 Điều này và 01 ảnh màu 2x3cm được chụp trong thời gian 06 (sáu) tháng tính đến thời điểm nộp hồ sơ. Trường hợp cơ sở dữ liệu quốc gia về dân cư chưa đưa vào vận hành thì cung cấp 01 bản chụp chứng minh nhân dân hoặc căn cước công dân khi có thay đổi thông tin về chứng minh nhân dân hoặc căn cước công dân đã nộp tại hồ sơ đề nghị cấp mã số nhân viên đại lý làm thủ tục hải quan.</w:t>
      </w:r>
    </w:p>
    <w:p>
      <w:pPr>
        <w:jc w:val="both"/>
      </w:pPr>
      <w:r>
        <w:t>c) Trong thời hạn 05 ngày làm việc kể từ ngày nhận đủ hồ sơ đề nghị, Tổng cục trưởng Tổng cục Hải quan thực hiện cấp lại mã số nhân viên đại lý làm thủ tục hải quan hoặc có văn bản trả lời đại lý làm thủ tục hải quan đối với trường hợp không đủ điều kiện.</w:t>
      </w:r>
    </w:p>
    <w:p>
      <w:pPr>
        <w:jc w:val="both"/>
      </w:pPr>
      <w:r>
        <w:t>Mã số nhân viên đại lý làm thủ tục hải quan được thay đổi theo số định danh cá nhân hoặc số chứng minh nhân dân hoặc số căn cước công dân còn thời hạn sử dụng tại thời điểm đề nghị cấp lại mã số.”</w:t>
      </w:r>
    </w:p>
    <w:p>
      <w:pPr>
        <w:jc w:val="both"/>
      </w:pPr>
      <w:r>
        <w:t>7. Sửa đổi, bổ sung khoản 1 và b ổ s u ng khoản 3 Điều 10 như sau:</w:t>
      </w:r>
    </w:p>
    <w:p>
      <w:pPr>
        <w:jc w:val="both"/>
      </w:pPr>
      <w:r>
        <w:t>“Điều 10. Thu hồi mã số nhân vi ê n đại lý làm thủ tục h ả i quan</w:t>
      </w:r>
    </w:p>
    <w:p>
      <w:pPr>
        <w:jc w:val="both"/>
      </w:pPr>
      <w:r>
        <w:t>1. Tổng cục trưởng Tổng cục Hải quan thực hiện thu hồi mã số nhân viên đại lý làm thủ tục hải quan đã cấp trong các trường hợp sau:</w:t>
      </w:r>
    </w:p>
    <w:p>
      <w:pPr>
        <w:jc w:val="both"/>
      </w:pPr>
      <w:r>
        <w:t>a) Nhân viên đại lý làm thủ tục hải quan bị xử lý hành vi vi phạm các quy định của pháp luật đến mức truy cứu trách nhiệm hình sự;</w:t>
      </w:r>
    </w:p>
    <w:p>
      <w:pPr>
        <w:jc w:val="both"/>
      </w:pPr>
      <w:r>
        <w:t>b) Nhân viên đại lý làm thủ tục hải quan bị xử lý đối với hành vi buôn lậu; vận chuyển trái phép hàng hóa, tiền tệ qua biên giới; sản xuất, buôn bán hàng cấm; trốn thuế hoặc hối lộ cán bộ, công chức hải quan trong quá trình làm thủ tục hải quan;</w:t>
      </w:r>
    </w:p>
    <w:p>
      <w:pPr>
        <w:jc w:val="both"/>
      </w:pPr>
      <w:r>
        <w:t>c) Nhân viên đại lý làm thủ tục hải quan cho người khác sử dụng mã số của mình hoặc sử dụng mã số của người khác hoặc sử dụng mã số không phải do Tổng cục trưởng Tổng cục Hải quan cấp để làm thủ tục hải quan; hoặc cho người khác sử dụng hồ sơ của mình để thực hiện thủ tục công nhận đại lý làm thủ tục hải quan hoặc cấp mã nhân viên đại lý làm thủ tục hải quan;</w:t>
      </w:r>
    </w:p>
    <w:p>
      <w:pPr>
        <w:jc w:val="both"/>
      </w:pPr>
      <w:r>
        <w:t>d) Nhân viên đại lý làm thủ tục hải quan chuyển làm việc khác hoặc chuyển sang làm việc cho đại lý làm thủ tục hải quan khác hoặc chấm dứt hợp đồng lao động; Nhân viên đại lý làm thủ tục hải quan khi chuyển sang làm việc cho đại lý làm thủ tục hải quan khác thì phải thực hiện cấp mã số mới theo quy định tại Thông tư này;</w:t>
      </w:r>
    </w:p>
    <w:p>
      <w:pPr>
        <w:jc w:val="both"/>
      </w:pPr>
      <w:r>
        <w:t>đ) Đại lý làm thủ tục hải quan bị chấm dứt hoạt động;</w:t>
      </w:r>
    </w:p>
    <w:p>
      <w:pPr>
        <w:jc w:val="both"/>
      </w:pPr>
      <w:r>
        <w:t>e) Nhân viên đại lý làm thủ tục hải quan sử dụng mã số đã hết thời hạn hiệu lực để làm thủ tục hải quan. Nhân viên đại lý làm thủ tục hải quan bị thu hồi mã số thuộc trường hợp này phải thực hiện theo quy định tại khoản 2 Điều này.</w:t>
      </w:r>
    </w:p>
    <w:p>
      <w:pPr>
        <w:jc w:val="both"/>
      </w:pPr>
      <w:r>
        <w:t>3. Thủ tục thu hồi mã số nhân viên đại lý làm thủ tục hải quan thực hiện như sau:</w:t>
      </w:r>
    </w:p>
    <w:p>
      <w:pPr>
        <w:jc w:val="both"/>
      </w:pPr>
      <w:r>
        <w:t>a) Đại lý làm thủ tục hải quan có Đơn đề nghị Tổng cục Hải quan thực hiện việc thu hồi mã số nhân viên đại lý làm thủ tục hải quan, tài khoản kết nối hệ thống xử lý dữ liệu hải quan điện tử theo Mẫu số 07C ban hành kèm theo Thông tư này đối với các trường hợp quy định tại khoản 1 Điều này trong thời hạn 05 ngày kể từ ngày phát sinh.</w:t>
      </w:r>
    </w:p>
    <w:p>
      <w:pPr>
        <w:jc w:val="both"/>
      </w:pPr>
      <w:r>
        <w:t>b) Trong quá trình quản lý hoặc khi kiểm tra phát hiện vi phạm thì sau khi xử lý vi phạm, Cục hải quan tỉnh, thành phố báo cáo Tổng cục Hải quan để thu hồi mã số nhân viên đại lý làm thủ tục hải quan theo quy định tại Điều này.</w:t>
      </w:r>
    </w:p>
    <w:p>
      <w:pPr>
        <w:jc w:val="both"/>
      </w:pPr>
      <w:r>
        <w:t>c) Trong thời hạn 05 ngày làm việc kể từ ngày nhận được đề nghị của đại lý làm thủ tục hải quan hoặc báo cáo của Cục hải quan tỉnh, thành phố hoặc thông báo của các cơ quan quản lý nhà nước khác, Tổng cục trưởng Tổng cục Hải quan ra quyết định thu hồi mã số nhân viên đại lý làm thủ tục hải quan theo Mẫu số 09 ban hành kèm theo Thông tư này.”</w:t>
      </w:r>
    </w:p>
    <w:p>
      <w:pPr>
        <w:jc w:val="both"/>
      </w:pPr>
      <w:r>
        <w:t>8. Khoản 1 Điều 12 được sửa đổi nh ư sau:</w:t>
      </w:r>
    </w:p>
    <w:p>
      <w:pPr>
        <w:jc w:val="both"/>
      </w:pPr>
      <w:r>
        <w:t>“1. Mã số nhân viên đại lý làm thủ tục hải quan được Tổng cục trưởng Tổng cục Hải quan cấp sẽ được cập nhật vào hệ thống cơ sở dữ liệu của cơ quan hải quan. Trường hợp việc khai hải quan thực hiện bằng phương thức điện tử, cơ quan hải quan sẽ cấp tên người sử dụng và mật khẩu cho người được cấp mã số nhân viên đại lý làm thủ tục hải quan để truy cập vào hệ thống. Người được cấp mã số nhân viên đại lý làm thủ tục hải quan chịu trách nhiệm bảo mật các thông tin do cơ quan hải quan cung cấp. Khi thực hiện các thủ tục hành chính trực tiếp với cơ quan hải quan, nhân viên đại lý làm thủ tục hải quan phải xuất trình mã số nhân viên đại lý làm thủ tục hải quan.”</w:t>
      </w:r>
    </w:p>
    <w:p>
      <w:pPr>
        <w:jc w:val="both"/>
      </w:pPr>
      <w:r>
        <w:t>9. Khoản 1, khoản 3, khoản 5 và khoản 9 Điều 13 được sửa đổi, bổ sung như sau:</w:t>
      </w:r>
    </w:p>
    <w:p>
      <w:pPr>
        <w:jc w:val="both"/>
      </w:pPr>
      <w:r>
        <w:t>“1. Quản lý, sử dụng mã số nhân viên đại lý làm thủ tục hải quan để tiến hành các công việc khai báo về làm thủ tục hải quan trong phạm vi được chủ hàng ủy quyền; Chịu trách nhiệm về việc giới thiệu, đề nghị Tổng cục trưởng Tổng cục Hải quan cấp mã số nhân viên đại lý làm thủ tục hải quan cho người đáp ứng đủ điều kiện theo quy định; đăng ký thông tin mã số nhân viên đại lý làm thủ tục hải quan vào hệ thống xử lý dữ liệu điện tử hải quan để cơ quan hải quan cấp tài khoản kết nối hệ thống xử lý dữ liệu hải quan điện tử theo quy định tại khoản 1 Điều 12 Thông tư này.</w:t>
      </w:r>
    </w:p>
    <w:p>
      <w:pPr>
        <w:jc w:val="both"/>
      </w:pPr>
      <w:r>
        <w:t>3. Yêu cầu cơ quan hải quan hướng dẫn về thủ tục hải quan, thủ tục thuế đối với hàng hóa xuất khẩu, nhập khẩu, kỹ thuật trong việc kết nối mạng với cơ quan hải quan và cung cấp các quy định mới của pháp luật về hải quan; tham dự các lớp tập huấn, bồi dưỡng pháp luật về hải quan;</w:t>
      </w:r>
    </w:p>
    <w:p>
      <w:pPr>
        <w:jc w:val="both"/>
      </w:pPr>
      <w:r>
        <w:t>Được cung cấp dữ liệu điện tử liên quan đến tờ khai hải quan của hàng hóa xuất khẩu, nhập khẩu làm thủ tục hải quan qua đại lý làm thủ tục hải quan.</w:t>
      </w:r>
    </w:p>
    <w:p>
      <w:pPr>
        <w:jc w:val="both"/>
      </w:pPr>
      <w:r>
        <w:t>5. Thông báo cho Tổng cục Hải quan thực hiện thu hồi mã số nhân viên đại lý làm thủ tục hải quan đối với các trường hợp quy định tại khoản 1 Điều 10 Thông tư này hoặc trường hợp đại lý làm thủ tục hải quan bị giải thể, phá sản hoặc chấm dứt hoạt động.</w:t>
      </w:r>
    </w:p>
    <w:p>
      <w:pPr>
        <w:jc w:val="both"/>
      </w:pPr>
      <w:r>
        <w:t>9. Đại lý làm thủ tục hải quan có trách nhiệm:</w:t>
      </w:r>
    </w:p>
    <w:p>
      <w:pPr>
        <w:jc w:val="both"/>
      </w:pPr>
      <w:r>
        <w:t>a) Định kỳ vào ngày 05 của tháng đầu quý sau, báo cáo tình hình hoạt động đại lý làm thủ tục hải quan theo Mẫu số 10 ban hành kèm Thông tư này gửi Cục Hải quan tỉnh, thành phố quản lý địa bàn đăng ký kinh doanh. Trường hợp đại lý làm thủ lục hải quan không báo cáo đúng thời hạn quy định sẽ bị xử phạt theo quy định xử phạt vi phạm hành chính và cưỡng chế thi hành quyết định hành chính trong lĩnh vực hải quan.</w:t>
      </w:r>
    </w:p>
    <w:p>
      <w:pPr>
        <w:jc w:val="both"/>
      </w:pPr>
      <w:r>
        <w:t>b) Báo cáo, đề nghị Tổng cục Hải quan thực hiện thu hồi mã số nhân viên đại lý làm thủ tục hải quan, tài khoản kết nối hệ thống xử lý dữ liệu hải quan điện tử đối với các trường hợp quy định tại khoản 1 Điều 10 Thông tư này trong thời hạn 05 ngày kể từ ngày phát sinh.”</w:t>
      </w:r>
    </w:p>
    <w:p>
      <w:pPr>
        <w:jc w:val="both"/>
      </w:pPr>
      <w:r>
        <w:t>10. Bổ sung các khoản 5, khoản 6 và khoản 7 vào Điều 14 như sau:</w:t>
      </w:r>
    </w:p>
    <w:p>
      <w:pPr>
        <w:jc w:val="both"/>
      </w:pPr>
      <w:r>
        <w:t>“5. Bố trí người làm thủ tục hải quan và các thủ tục hành chính trực tiếp với cơ quan hải quan theo quy định của pháp luật hải quan. Trường hợp thực hiện thủ tục qua đại lý làm thủ tục hải quan thì đại lý làm thủ tục hải quan thay mặt chủ hàng để thực hiện các công việc theo hợp đồng dịch vụ đại lý làm thủ tục hải quan đã ký giữa đại lý làm thủ tục hải quan và chủ hàng.</w:t>
      </w:r>
    </w:p>
    <w:p>
      <w:pPr>
        <w:jc w:val="both"/>
      </w:pPr>
      <w:r>
        <w:t>6. Khi phát sinh hợp đồng đại lý làm thủ tục hải quan, chủ hàng thông báo danh sách đại lý làm thủ tục hải quan được thay mặt chủ hàng khai và làm thủ tục hải quan đối với hàng hóa xuất khẩu, nhập khẩu thông qua hệ thống xử lý dữ liệu điện tử hải quan trước khi đại lý làm thủ tục hải quan thực hiện việc khai và làm thủ tục hải quan đối với hàng hóa xuất khẩu, nhập khẩu; trừ các trường hợp sau:</w:t>
      </w:r>
    </w:p>
    <w:p>
      <w:pPr>
        <w:jc w:val="both"/>
      </w:pPr>
      <w:r>
        <w:t>a) Khai và làm thủ tục hải quan đối với hàng hóa xuất khẩu, nhập khẩu qua dịch vụ bưu chính, chuyển phát nhanh theo quy định pháp luật về bưu chính và hải quan;</w:t>
      </w:r>
    </w:p>
    <w:p>
      <w:pPr>
        <w:jc w:val="both"/>
      </w:pPr>
      <w:r>
        <w:t>b) Hàng hóa xuất khẩu, nhập khẩu của các tổ chức, cá nhân không có mã số thuế;</w:t>
      </w:r>
    </w:p>
    <w:p>
      <w:pPr>
        <w:jc w:val="both"/>
      </w:pPr>
      <w:r>
        <w:t>c) Hàng hóa là quà biếu, quà tặng của tổ chức, cá nhân ở Việt Nam gửi cho tổ chức, cá nhân ở nước ngoài; hàng hóa của cơ quan đại diện ngoại giao, tổ chức quốc tế tại Việt Nam và những người làm việc tại các cơ quan, tổ chức này; hàng hóa viện trợ nhân đạo, viện trợ không hoàn lại; hàng hóa là hàng mẫu không thanh toán; hàng hóa là hành lý cá nhân của người nhập cảnh gửi theo vận đơn, hàng hóa mang theo người nhập cảnh vượt tiêu chuẩn miễn thuế.</w:t>
      </w:r>
    </w:p>
    <w:p>
      <w:pPr>
        <w:jc w:val="both"/>
      </w:pPr>
      <w:r>
        <w:t>7. Được cung cấp dữ liệu điện tử liên quan đến tờ khai hải quan của hàng hóa xuất khẩu, nhập khẩu làm thủ tục hải quan qua đại lý làm thủ tục hải quan trong trường hợp chủ hàng có hệ thống công nghệ thông tin đáp ứng theo yêu cầu của cơ quan hải quan.”</w:t>
      </w:r>
    </w:p>
    <w:p>
      <w:pPr>
        <w:jc w:val="both"/>
      </w:pPr>
      <w:r>
        <w:t>11. Khoản 4, khoản 9 và khoản 10 Điều 15 được sửa đổi, bổ sung như sau:</w:t>
      </w:r>
    </w:p>
    <w:p>
      <w:pPr>
        <w:jc w:val="both"/>
      </w:pPr>
      <w:r>
        <w:t>“4. Hỗ trợ nhân viên đại lý làm thủ tục hải quan trong quá trình làm thủ tục hải quan; áp dụng cơ chế ưu tiên về thủ tục hải quan đối với các đại lý làm thủ tục hải quan theo quy định của pháp luật.</w:t>
      </w:r>
    </w:p>
    <w:p>
      <w:pPr>
        <w:jc w:val="both"/>
      </w:pPr>
      <w:r>
        <w:t>9. Cục Hải quan tỉnh, thành phố tổng hợp báo cáo về tình hình hoạt động đại lý làm thủ tục hải quan trên địa bàn quản lý khi phát sinh các nội dung báo cáo tại điểm 2, điểm 3, điểm 4 và điểm 5 Mẫu số 10 ban hành kèm theo Thông tư này gửi Tổng cục Hải quan để tổng hợp theo dõi vào trước ngày 10 của tháng đầu quý sau hoặc khi phát hiện đại lý làm thủ tục hải quan vi phạm quy định tại Thông tư này.</w:t>
      </w:r>
    </w:p>
    <w:p>
      <w:pPr>
        <w:jc w:val="both"/>
      </w:pPr>
      <w:r>
        <w:t>10. Ngay sau khi tờ khai hải quan được đăng ký trên hệ thống xử lý dữ liệu điện tử hải quan, cơ quan hải quan cung cấp dữ liệu điện tử liên quan đến tờ khai hải quan của hàng hóa xuất khẩu, nhập khẩu làm thủ tục hải quan qua đại lý làm thủ tục hải quan cho đại lý làm thủ tục hải quan và chủ hàng trong trường hợp chủ hàng hóa có hệ thống công nghệ thông tin đáp ứng theo yêu cầu của cơ quan hải quan.</w:t>
      </w:r>
    </w:p>
    <w:p>
      <w:pPr>
        <w:jc w:val="both"/>
      </w:pPr>
      <w:r>
        <w:t>Tổng cục trưởng Tổng cục Hải quan ban hành chuẩn trao đổi dữ liệu giữa hệ thống công nghệ thông tin của cơ quan hải quan và doanh nghiệp xuất khẩu, nhập khẩu hàng hóa.”</w:t>
      </w:r>
    </w:p>
    <w:p>
      <w:pPr>
        <w:jc w:val="both"/>
      </w:pPr>
      <w:r>
        <w:t>12. Sửa đổi các mẫu ban hành kèm theo Thông tư số 12/2015/TT-BTC ngày 30 tháng 01 năm 2015 như sau:</w:t>
      </w:r>
    </w:p>
    <w:p>
      <w:pPr>
        <w:jc w:val="both"/>
      </w:pPr>
      <w:r>
        <w:t>a) Sửa đổi Mẫu số 01, Mẫu số 07, Mẫu số 10 ban hành kèm theo Thông tư số 12/2015/TT-BTC thành Mẫu số 01, Mẫu số 07, Mẫu số 10 ban hành kèm theo Thông tư này.</w:t>
      </w:r>
    </w:p>
    <w:p>
      <w:pPr>
        <w:jc w:val="both"/>
      </w:pPr>
      <w:r>
        <w:t>b) Sửa đổi Mẫu số 06 ban hành kèm theo Thông tư số 12/2015/TT-BTC thành Mẫu số 06, Mẫu số 06A ban hành kèm theo Thông tư này.</w:t>
      </w:r>
    </w:p>
    <w:p>
      <w:pPr>
        <w:jc w:val="both"/>
      </w:pPr>
      <w:r>
        <w:rPr>
          <w:b/>
        </w:rPr>
        <w:t>Điều 2. Điều khoản chuyển tiếp</w:t>
      </w:r>
    </w:p>
    <w:p>
      <w:pPr>
        <w:jc w:val="both"/>
      </w:pPr>
      <w:r>
        <w:t>1. Doanh nghiệp xuất khẩu, nhập khẩu hàng hóa đang thực hiện khai và làm thủ tục hải quan đối với hàng hóa xuất khẩu, nhập khẩu qua đại lý làm thủ tục hải quan được tiếp tục thực hiện và thông báo bổ sung danh sách đại lý làm thủ tục hải quan được thay mặt chủ hàng khai và làm thủ tục hải quan đối với hàng hóa xuất khẩu, nhập khẩu thông qua hệ thống xử lý dữ liệu điện tử hải quan theo quy định tại khoản 6 Điều 14 Thông tư này trước ngày 31/12/2019.</w:t>
      </w:r>
    </w:p>
    <w:p>
      <w:pPr>
        <w:jc w:val="both"/>
      </w:pPr>
      <w:r>
        <w:t>Sau ngày 31/12/2019, khi có thay đổi danh sách đại lý làm thủ tục hải quan thay mặt chủ hàng khai và làm thủ tục hải quan đối với hàng hóa xuất khẩu, nhập khẩu thì doanh nghiệp xuất khẩu, nhập khẩu hàng hóa tiếp tục thực hiện việc thông báo, cập nhật thông qua hệ thống xử lý dữ liệu điện tử hải quan.</w:t>
      </w:r>
    </w:p>
    <w:p>
      <w:pPr>
        <w:jc w:val="both"/>
      </w:pPr>
      <w:r>
        <w:t>2. Giấy chứng nhận hoàn thành khóa đào tạo bổ sung kiến thức đã cấp cho nhân viên đại lý làm thủ tục hải quan trước ngày Thông tư này có hiệu lực tiếp tục có hiệu lực để Đại lý làm thủ tục hải quan lập hồ sơ đề nghị cấp mới hoặc cấp lại hoặc gia hạn mã số nhân viên đại lý làm thủ tục hải quan theo quy định tại Thông tư này.</w:t>
      </w:r>
    </w:p>
    <w:p>
      <w:pPr>
        <w:jc w:val="both"/>
      </w:pPr>
      <w:r>
        <w:rPr>
          <w:b/>
        </w:rPr>
        <w:t>Điều 3. Hiệu lực thi hành</w:t>
      </w:r>
    </w:p>
    <w:p>
      <w:pPr>
        <w:jc w:val="both"/>
      </w:pPr>
      <w:r>
        <w:t>1. Thông tư này có hiệu lực kể từ ngày 01/7/2019.</w:t>
      </w:r>
    </w:p>
    <w:p>
      <w:pPr>
        <w:jc w:val="both"/>
      </w:pPr>
      <w:r>
        <w:t>2. Bãi bỏ Mẫu số 02, Mẫu số 03A và Mẫu số 03B ban hành kèm theo Thông tư số 12/2015/TT-BTC ngày 30 tháng 01 năm 2015 của Bộ trưởng Bộ Tài chính quy định chi tiết thủ tục cấp Chứng chỉ nghiệp vụ khai hải quan; cấp và thu hồi mã số nhân viên đại lý làm thủ tục hải quan; trình tự, thủ tục công nhận và hoạt động đại lý làm thủ tục hải quan.</w:t>
      </w:r>
    </w:p>
    <w:p>
      <w:pPr>
        <w:jc w:val="both"/>
      </w:pPr>
      <w:r>
        <w:t>3. Trong quá trình thực hiện Thông tư này, nếu có vướng mắc phát sinh, đề nghị các tổ chức, cá nhân có liên quan phản ánh về Bộ Tài chính (qua Tổng cục Hải quan) để tổng hợp và hướng dẫn xử lý./.</w:t>
      </w:r>
    </w:p>
    <w:p>
      <w:pPr>
        <w:jc w:val="both"/>
      </w:pPr>
      <w:r>
        <w:t>Nơi nhận:</w:t>
      </w:r>
    </w:p>
    <w:p>
      <w:pPr>
        <w:jc w:val="both"/>
      </w:pPr>
      <w:r>
        <w:t>- VP TW Đảng và các Ban của Đảng, VP Tổng Bí thư;</w:t>
      </w:r>
    </w:p>
    <w:p>
      <w:pPr>
        <w:jc w:val="both"/>
      </w:pPr>
      <w:r>
        <w:t>- VP Quốc Hội, VP Chủ tịch nước, VPCP;</w:t>
      </w:r>
    </w:p>
    <w:p>
      <w:pPr>
        <w:jc w:val="both"/>
      </w:pPr>
      <w:r>
        <w:t>- Viện kiểm sát NDTC, Tòa án NDTC;</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Phòng Thương mại và Công nghiệp Việt Nam;</w:t>
      </w:r>
    </w:p>
    <w:p>
      <w:pPr>
        <w:jc w:val="both"/>
      </w:pPr>
      <w:r>
        <w:t>- Công báo;</w:t>
      </w:r>
    </w:p>
    <w:p>
      <w:pPr>
        <w:jc w:val="both"/>
      </w:pPr>
      <w:r>
        <w:t>- Cục kiểm tra văn bản - Bộ Tư pháp;</w:t>
      </w:r>
    </w:p>
    <w:p>
      <w:pPr>
        <w:jc w:val="both"/>
      </w:pPr>
      <w:r>
        <w:t>- Website Chính phủ;</w:t>
      </w:r>
    </w:p>
    <w:p>
      <w:pPr>
        <w:jc w:val="both"/>
      </w:pPr>
      <w:r>
        <w:t>- Các đơn vị thuộc Bộ Tài chính, Website Bộ Tài chính;</w:t>
      </w:r>
    </w:p>
    <w:p>
      <w:pPr>
        <w:jc w:val="both"/>
      </w:pPr>
      <w:r>
        <w:t>- Cục Hải quan các tỉnh, thành phố;</w:t>
      </w:r>
    </w:p>
    <w:p>
      <w:pPr>
        <w:jc w:val="both"/>
      </w:pPr>
      <w:r>
        <w:t>- Website Tổng cục Hải quan;</w:t>
      </w:r>
    </w:p>
    <w:p>
      <w:pPr>
        <w:jc w:val="both"/>
      </w:pPr>
      <w:r>
        <w:t>- Lưu VT; TCHQ.(195)</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legal.giangpham.asia/van-ban/135528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